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10. SINIF COĞRAFYA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COĞRAFYANIN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Coğrafi Bakış</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COĞ.10.1.1. Örnek olay, olgu ve/veya mekânı coğrafyanın temel kavramları ile ilişkilendirebilme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Örnek olay, olgu ve/veya mekânın harita üzerindeki konumunu algılar.</w:t>
            </w:r>
          </w:p>
          <w:p>
            <w:pPr>
              <w:spacing w:after="0"/>
            </w:pPr>
            <w:r>
              <w:rPr>
                <w:b w:val="0"/>
                <w:sz w:val="19"/>
              </w:rPr>
              <w:t>b) Örnek olay, olgu ve/veya mekânın temel coğrafi koşullarını tanımlar. c) Örnek olay, olgu ve/veya mekânın yakın ve uzak çevresiyle olan ilişkilerini çözümler.</w:t>
            </w:r>
          </w:p>
          <w:p>
            <w:pPr>
              <w:spacing w:after="0"/>
            </w:pPr>
            <w:r>
              <w:rPr>
                <w:b w:val="0"/>
                <w:sz w:val="19"/>
              </w:rPr>
              <w:t>ç) Örnek olay, olgu ve/veya mekânın aynı çevrede bulunan diğer olay, olgu veya</w:t>
            </w:r>
          </w:p>
          <w:p>
            <w:pPr>
              <w:spacing w:after="0"/>
            </w:pPr>
            <w:r>
              <w:rPr>
                <w:b w:val="0"/>
                <w:sz w:val="19"/>
              </w:rPr>
              <w:t>mekânlar üzerindeki etkisini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D9. Merhamet, D15. Sevgi,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(COĞ.10.1.1. Örnek olay, olgu ve/veya mekânı coğrafyanın temel kavramları ile ilişkilendirebilme)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 açık uçlu sorular, performans görevi, analitik dereceli puanlama anahtarı, öz değerlendirme formu kullanılarak değerlendirilebilir.</w:t>
            </w:r>
          </w:p>
          <w:p>
            <w:pPr>
              <w:spacing w:after="0"/>
            </w:pPr>
            <w:r>
              <w:rPr>
                <w:b w:val="0"/>
                <w:sz w:val="19"/>
              </w:rPr>
              <w:t>Performans görevi olarak öğrencilerden merak ettikleri bir coğrafi olay, olgu veya mekâna yönelik coğrafi bakışı yansıtan kısa bir makale/rapor yazmaları istenebilir. Performans görevi; konum ve ilişki belirleme, etki sorgulama ve makale/rapor yazma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Milli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COĞRAFYANIN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Coğrafi Bakış</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COĞ.10.1.1. Örnek olay, olgu ve/veya mekânı coğrafyanın temel kavramları ile ilişkilendirebilme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Örnek olay, olgu ve/veya mekânın harita üzerindeki konumunu algılar.</w:t>
            </w:r>
          </w:p>
          <w:p>
            <w:pPr>
              <w:spacing w:after="0"/>
            </w:pPr>
            <w:r>
              <w:rPr>
                <w:b w:val="0"/>
                <w:sz w:val="19"/>
              </w:rPr>
              <w:t>b) Örnek olay, olgu ve/veya mekânın temel coğrafi koşullarını tanımlar. c) Örnek olay, olgu ve/veya mekânın yakın ve uzak çevresiyle olan ilişkilerini çözümler.</w:t>
            </w:r>
          </w:p>
          <w:p>
            <w:pPr>
              <w:spacing w:after="0"/>
            </w:pPr>
            <w:r>
              <w:rPr>
                <w:b w:val="0"/>
                <w:sz w:val="19"/>
              </w:rPr>
              <w:t>ç) Örnek olay, olgu ve/veya mekânın aynı çevrede bulunan diğer olay, olgu veya</w:t>
            </w:r>
          </w:p>
          <w:p>
            <w:pPr>
              <w:spacing w:after="0"/>
            </w:pPr>
            <w:r>
              <w:rPr>
                <w:b w:val="0"/>
                <w:sz w:val="19"/>
              </w:rPr>
              <w:t>mekânlar üzerindeki etkisini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D9. Merhamet, D15. Sevgi,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(COĞ.10.1.1. Örnek olay, olgu ve/veya mekânı coğrafyanın temel kavramları ile ilişkilendirebilme)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 açık uçlu sorular, performans görevi, analitik dereceli puanlama anahtarı, öz değerlendirme formu kullanılarak değerlendirilebilir.</w:t>
            </w:r>
          </w:p>
          <w:p>
            <w:pPr>
              <w:spacing w:after="0"/>
            </w:pPr>
            <w:r>
              <w:rPr>
                <w:b w:val="0"/>
                <w:sz w:val="19"/>
              </w:rPr>
              <w:t>Performans görevi olarak öğrencilerden merak ettikleri bir coğrafi olay, olgu veya mekâna yönelik coğrafi bakışı yansıtan kısa bir makale/rapor yazmaları istenebilir. Performans görevi; konum ve ilişki belirleme, etki sorgulama ve makale/rapor yazma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MEKÂNSAL BİLGİ TEKNOLOJİLERİ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CBS ve Uzaktan Algılamanın Uygulama Alanları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COĞ.10.2.1. Örnek uygulamalar üzerinden CBS ve uzaktan algılamanın kullanım alanlarını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Örnek uygulamalar üzerinden CBS ve uzaktan algılamanın kullanım alanlarını çözümler.</w:t>
            </w:r>
          </w:p>
          <w:p>
            <w:pPr>
              <w:spacing w:after="0"/>
            </w:pPr>
            <w:r>
              <w:rPr>
                <w:b w:val="0"/>
                <w:sz w:val="19"/>
              </w:rPr>
              <w:t>b) Örnek uygulamalar üzerinden CBS ve uzaktan algılamanın kullanım alanlarını sınıflandırır.</w:t>
            </w:r>
          </w:p>
          <w:p>
            <w:pPr>
              <w:spacing w:after="0"/>
            </w:pPr>
            <w:r>
              <w:rPr>
                <w:b w:val="0"/>
                <w:sz w:val="19"/>
              </w:rPr>
              <w:t>c) Örnek uygulamalar üzerinden CBS ve uzaktan algılamanın kullanım alanlarını yorumlar.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D8. Mahremiyet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(COĞ.10.2.1. Örnek uygulamalar üzerinden CBS ve uzaktan algılamanın kullanım alanlarını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kontrol listesi, performans görevi, analitik dereceli puanlama anahtarı, öz değerlendirme formu kullanılarak değerlendirilebilir. Performans görevi olarak öğrencilerden evlerinin yakın çevresine ait uydu görüntüsü üzerinde vektör veriler (nokta, çizgi, alan) kullanarak harita oluşturmaları istenebilir. Performans görevi; amaç belirleme, yöntem ve araç gereç kullanımı, bilgi toplama, bilgileri düzenleme, harita oluşturma ve harita kullanımı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MEKÂNSAL BİLGİ TEKNOLOJİLERİ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Mekânsal Verilerin Haritalara Aktarılması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COĞ.10.2.2. Mekânsal bilgi teknolojilerini kullanarak altlık haritalar üzerinde mekânsal veriler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Oluşturacağı haritanın amacını belirler.</w:t>
            </w:r>
          </w:p>
          <w:p>
            <w:pPr>
              <w:spacing w:after="0"/>
            </w:pPr>
            <w:r>
              <w:rPr>
                <w:b w:val="0"/>
                <w:sz w:val="19"/>
              </w:rPr>
              <w:t>b) Oluşturacağı harita için gerekli olan yöntem ve araç gereçleri kullanır.</w:t>
            </w:r>
          </w:p>
          <w:p>
            <w:pPr>
              <w:spacing w:after="0"/>
            </w:pPr>
            <w:r>
              <w:rPr>
                <w:b w:val="0"/>
                <w:sz w:val="19"/>
              </w:rPr>
              <w:t>c) Oluşturacağı haritaya ekleyeceği verileri toplar.</w:t>
            </w:r>
          </w:p>
          <w:p>
            <w:pPr>
              <w:spacing w:after="0"/>
            </w:pPr>
            <w:r>
              <w:rPr>
                <w:b w:val="0"/>
                <w:sz w:val="19"/>
              </w:rPr>
              <w:t>ç) Oluşturacağı haritanın türünü belirler. d) Verileri haritaya işler ve haritanın bileşenlerini oluşturur.</w:t>
            </w:r>
          </w:p>
          <w:p>
            <w:pPr>
              <w:spacing w:after="0"/>
            </w:pPr>
            <w:r>
              <w:rPr>
                <w:b w:val="0"/>
                <w:sz w:val="19"/>
              </w:rPr>
              <w:t>e) Oluşturduğu haritayı amacına uygun biçimde kullanır.</w:t>
            </w:r>
          </w:p>
          <w:p>
            <w:pPr>
              <w:spacing w:after="0"/>
            </w:pPr>
            <w:r>
              <w:rPr>
                <w:b w:val="0"/>
                <w:sz w:val="19"/>
              </w:rPr>
              <w:t>f) Oluşturduğu haritayı ihtiyaç duyduğunda tekrar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D8. Mahremiyet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(COĞ.10.2.2. Mekânsal bilgi teknolojilerini kullanarak altlık haritalar üzerinde mekânsal veriler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kontrol listesi, performans görevi, analitik dereceli puanlama anahtarı, öz değerlendirme formu kullanılarak değerlendirilebilir. Performans görevi olarak öğrencilerden evlerinin yakın çevresine ait uydu görüntüsü üzerinde vektör veriler (nokta, çizgi, alan) kullanarak harita oluşturmaları istenebilir. Performans görevi; amaç belirleme, yöntem ve araç gereç kullanımı, bilgi toplama, bilgileri düzenleme, harita oluşturma ve harita kullanımı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MEKÂNSAL BİLGİ TEKNOLOJİLERİ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Mekânsal Verilerin Haritalara Aktarılması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COĞ.10.2.2. Mekânsal bilgi teknolojilerini kullanarak altlık haritalar üzerinde mekânsal veriler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Oluşturacağı haritanın amacını belirler.</w:t>
            </w:r>
          </w:p>
          <w:p>
            <w:pPr>
              <w:spacing w:after="0"/>
            </w:pPr>
            <w:r>
              <w:rPr>
                <w:b w:val="0"/>
                <w:sz w:val="19"/>
              </w:rPr>
              <w:t>b) Oluşturacağı harita için gerekli olan yöntem ve araç gereçleri kullanır.</w:t>
            </w:r>
          </w:p>
          <w:p>
            <w:pPr>
              <w:spacing w:after="0"/>
            </w:pPr>
            <w:r>
              <w:rPr>
                <w:b w:val="0"/>
                <w:sz w:val="19"/>
              </w:rPr>
              <w:t>c) Oluşturacağı haritaya ekleyeceği verileri toplar.</w:t>
            </w:r>
          </w:p>
          <w:p>
            <w:pPr>
              <w:spacing w:after="0"/>
            </w:pPr>
            <w:r>
              <w:rPr>
                <w:b w:val="0"/>
                <w:sz w:val="19"/>
              </w:rPr>
              <w:t>ç) Oluşturacağı haritanın türünü belirler. d) Verileri haritaya işler ve haritanın bileşenlerini oluşturur.</w:t>
            </w:r>
          </w:p>
          <w:p>
            <w:pPr>
              <w:spacing w:after="0"/>
            </w:pPr>
            <w:r>
              <w:rPr>
                <w:b w:val="0"/>
                <w:sz w:val="19"/>
              </w:rPr>
              <w:t>e) Oluşturduğu haritayı amacına uygun biçimde kullanır.</w:t>
            </w:r>
          </w:p>
          <w:p>
            <w:pPr>
              <w:spacing w:after="0"/>
            </w:pPr>
            <w:r>
              <w:rPr>
                <w:b w:val="0"/>
                <w:sz w:val="19"/>
              </w:rPr>
              <w:t>f) Oluşturduğu haritayı ihtiyaç duyduğunda tekrar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D8. Mahremiyet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(COĞ.10.2.2. Mekânsal bilgi teknolojilerini kullanarak altlık haritalar üzerinde mekânsal veriler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kontrol listesi, performans görevi, analitik dereceli puanlama anahtarı, öz değerlendirme formu kullanılarak değerlendirilebilir. Performans görevi olarak öğrencilerden evlerinin yakın çevresine ait uydu görüntüsü üzerinde vektör veriler (nokta, çizgi, alan) kullanarak harita oluşturmaları istenebilir. Performans görevi; amaç belirleme, yöntem ve araç gereç kullanımı, bilgi toplama, bilgileri düzenleme, harita oluşturma ve harita kullanımı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Tektonik Süreçler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COĞ.10.3.1. Yerkürenin tektonik yapısını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Levha tektoniğine neden olan süreçleri belirler.</w:t>
            </w:r>
          </w:p>
          <w:p>
            <w:pPr>
              <w:spacing w:after="0"/>
            </w:pPr>
            <w:r>
              <w:rPr>
                <w:b w:val="0"/>
                <w:sz w:val="19"/>
              </w:rPr>
              <w:t>b) Yeryüzü şekilleri ile levha tektoniği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(COĞ.10.3.1. Yerkürenin tektonik yapısını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kontrol listesi, öz değerlendirme</w:t>
            </w:r>
          </w:p>
          <w:p>
            <w:pPr>
              <w:spacing w:after="0"/>
            </w:pPr>
            <w:r>
              <w:rPr>
                <w:b w:val="0"/>
                <w:sz w:val="19"/>
              </w:rPr>
              <w:t>formu, performans görevi, analitik dereceli puanlama anahtarı kullanılarak değerlendirilebilir.</w:t>
            </w:r>
          </w:p>
          <w:p>
            <w:pPr>
              <w:spacing w:after="0"/>
            </w:pPr>
            <w:r>
              <w:rPr>
                <w:b w:val="0"/>
                <w:sz w:val="19"/>
              </w:rPr>
              <w:t>Performans görevi olarak öğrencilerden levha tektoniği süreci ve bu süreç sonunda oluşan</w:t>
            </w:r>
          </w:p>
          <w:p>
            <w:pPr>
              <w:spacing w:after="0"/>
            </w:pPr>
            <w:r>
              <w:rPr>
                <w:b w:val="0"/>
                <w:sz w:val="19"/>
              </w:rPr>
              <w:t>yeryüzü şekilleri ile ilgili üç boyutlu model oluşturmaları ve bu modelleri sunmaları</w:t>
            </w:r>
          </w:p>
          <w:p>
            <w:pPr>
              <w:spacing w:after="0"/>
            </w:pPr>
            <w:r>
              <w:rPr>
                <w:b w:val="0"/>
                <w:sz w:val="19"/>
              </w:rPr>
              <w:t>istenir. Performans görevi; hazırlık yapma, bilgi toplama, bilgileri çözümleme, model oluşturma</w:t>
            </w:r>
          </w:p>
          <w:p>
            <w:pPr>
              <w:spacing w:after="0"/>
            </w:pPr>
            <w:r>
              <w:rPr>
                <w:b w:val="0"/>
                <w:sz w:val="19"/>
              </w:rPr>
              <w:t>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Tektonik Süreçler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COĞ.10.3.1. Yerkürenin tektonik yapısını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Levha tektoniğine neden olan süreçleri belirler.</w:t>
            </w:r>
          </w:p>
          <w:p>
            <w:pPr>
              <w:spacing w:after="0"/>
            </w:pPr>
            <w:r>
              <w:rPr>
                <w:b w:val="0"/>
                <w:sz w:val="19"/>
              </w:rPr>
              <w:t>b) Yeryüzü şekilleri ile levha tektoniği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(COĞ.10.3.1. Yerkürenin tektonik yapısını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kontrol listesi, öz değerlendirme</w:t>
            </w:r>
          </w:p>
          <w:p>
            <w:pPr>
              <w:spacing w:after="0"/>
            </w:pPr>
            <w:r>
              <w:rPr>
                <w:b w:val="0"/>
                <w:sz w:val="19"/>
              </w:rPr>
              <w:t>formu, performans görevi, analitik dereceli puanlama anahtarı kullanılarak değerlendirilebilir.</w:t>
            </w:r>
          </w:p>
          <w:p>
            <w:pPr>
              <w:spacing w:after="0"/>
            </w:pPr>
            <w:r>
              <w:rPr>
                <w:b w:val="0"/>
                <w:sz w:val="19"/>
              </w:rPr>
              <w:t>Performans görevi olarak öğrencilerden levha tektoniği süreci ve bu süreç sonunda oluşan</w:t>
            </w:r>
          </w:p>
          <w:p>
            <w:pPr>
              <w:spacing w:after="0"/>
            </w:pPr>
            <w:r>
              <w:rPr>
                <w:b w:val="0"/>
                <w:sz w:val="19"/>
              </w:rPr>
              <w:t>yeryüzü şekilleri ile ilgili üç boyutlu model oluşturmaları ve bu modelleri sunmaları</w:t>
            </w:r>
          </w:p>
          <w:p>
            <w:pPr>
              <w:spacing w:after="0"/>
            </w:pPr>
            <w:r>
              <w:rPr>
                <w:b w:val="0"/>
                <w:sz w:val="19"/>
              </w:rPr>
              <w:t>istenir. Performans görevi; hazırlık yapma, bilgi toplama, bilgileri çözümleme, model oluşturma</w:t>
            </w:r>
          </w:p>
          <w:p>
            <w:pPr>
              <w:spacing w:after="0"/>
            </w:pPr>
            <w:r>
              <w:rPr>
                <w:b w:val="0"/>
                <w:sz w:val="19"/>
              </w:rPr>
              <w:t>ve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Cumhuriyet Bayramı (29 Ekim)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İklim ve Kayaç Yapısının Aşınma ve Çözünme Süreçlerine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COĞ.10.3.2. Yeryüzü şekillerinin oluşumunda etkili olan aşınma ve çözünme süreçleri ile iklim ve kayaç özellikleri arasındaki ilişkileri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Aşınma ve çözünme süreçleri ile iklim ve kayaç yapısı arasındaki ilişkileri neden-sonuç bağlamında ortaya koyar.</w:t>
            </w:r>
          </w:p>
          <w:p>
            <w:pPr>
              <w:spacing w:after="0"/>
            </w:pPr>
            <w:r>
              <w:rPr>
                <w:b w:val="0"/>
                <w:sz w:val="19"/>
              </w:rPr>
              <w:t>b) Aşınma ve çözünme süreçlerine ilişkin edindiği bilgilerle kendi bilgilerini anlamlı bir bütün hâline getirir.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(COĞ.10.3.2. Yeryüzü şekillerinin oluşumunda etkili olan aşınma ve çözünme süreçleri ile iklim ve kayaç özellikleri arasındaki ilişkileri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kontrol listesi, öz değerlendirme</w:t>
            </w:r>
          </w:p>
          <w:p>
            <w:pPr>
              <w:spacing w:after="0"/>
            </w:pPr>
            <w:r>
              <w:rPr>
                <w:b w:val="0"/>
                <w:sz w:val="19"/>
              </w:rPr>
              <w:t>formu, performans görevi, analitik dereceli puanlama anahtarı kullanılarak değerlendirilebilir.</w:t>
            </w:r>
          </w:p>
          <w:p>
            <w:pPr>
              <w:spacing w:after="0"/>
            </w:pPr>
            <w:r>
              <w:rPr>
                <w:b w:val="0"/>
                <w:sz w:val="19"/>
              </w:rPr>
              <w:t>Performans görevi olarak öğrencilerden levha tektoniği süreci ve bu süreç sonunda oluşan</w:t>
            </w:r>
          </w:p>
          <w:p>
            <w:pPr>
              <w:spacing w:after="0"/>
            </w:pPr>
            <w:r>
              <w:rPr>
                <w:b w:val="0"/>
                <w:sz w:val="19"/>
              </w:rPr>
              <w:t>yeryüzü şekilleri ile ilgili üç boyutlu model oluşturmaları ve bu modelleri sunmaları</w:t>
            </w:r>
          </w:p>
          <w:p>
            <w:pPr>
              <w:spacing w:after="0"/>
            </w:pPr>
            <w:r>
              <w:rPr>
                <w:b w:val="0"/>
                <w:sz w:val="19"/>
              </w:rPr>
              <w:t>istenir. Performans görevi; hazırlık yapma, bilgi toplama, bilgileri çözümleme, model oluşturma</w:t>
            </w:r>
          </w:p>
          <w:p>
            <w:pPr>
              <w:spacing w:after="0"/>
            </w:pPr>
            <w:r>
              <w:rPr>
                <w:b w:val="0"/>
                <w:sz w:val="19"/>
              </w:rPr>
              <w:t>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İklim ve Kayaç Yapısının Aşınma ve Çözünme Süreçlerine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COĞ.10.3.2. Yeryüzü şekillerinin oluşumunda etkili olan aşınma ve çözünme süreçleri ile iklim ve kayaç özellikleri arasındaki ilişkileri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Aşınma ve çözünme süreçleri ile iklim ve kayaç yapısı arasındaki ilişkileri neden-sonuç bağlamında ortaya koyar.</w:t>
            </w:r>
          </w:p>
          <w:p>
            <w:pPr>
              <w:spacing w:after="0"/>
            </w:pPr>
            <w:r>
              <w:rPr>
                <w:b w:val="0"/>
                <w:sz w:val="19"/>
              </w:rPr>
              <w:t>b) Aşınma ve çözünme süreçlerine ilişkin edindiği bilgilerle kendi bilgilerini anlamlı bir bütün hâline getirir.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(COĞ.10.3.2. Yeryüzü şekillerinin oluşumunda etkili olan aşınma ve çözünme süreçleri ile iklim ve kayaç özellikleri arasındaki ilişkileri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kontrol listesi, öz değerlendirme</w:t>
            </w:r>
          </w:p>
          <w:p>
            <w:pPr>
              <w:spacing w:after="0"/>
            </w:pPr>
            <w:r>
              <w:rPr>
                <w:b w:val="0"/>
                <w:sz w:val="19"/>
              </w:rPr>
              <w:t>formu, performans görevi, analitik dereceli puanlama anahtarı kullanılarak değerlendirilebilir.</w:t>
            </w:r>
          </w:p>
          <w:p>
            <w:pPr>
              <w:spacing w:after="0"/>
            </w:pPr>
            <w:r>
              <w:rPr>
                <w:b w:val="0"/>
                <w:sz w:val="19"/>
              </w:rPr>
              <w:t>Performans görevi olarak öğrencilerden levha tektoniği süreci ve bu süreç sonunda oluşan</w:t>
            </w:r>
          </w:p>
          <w:p>
            <w:pPr>
              <w:spacing w:after="0"/>
            </w:pPr>
            <w:r>
              <w:rPr>
                <w:b w:val="0"/>
                <w:sz w:val="19"/>
              </w:rPr>
              <w:t>yeryüzü şekilleri ile ilgili üç boyutlu model oluşturmaları ve bu modelleri sunmaları</w:t>
            </w:r>
          </w:p>
          <w:p>
            <w:pPr>
              <w:spacing w:after="0"/>
            </w:pPr>
            <w:r>
              <w:rPr>
                <w:b w:val="0"/>
                <w:sz w:val="19"/>
              </w:rPr>
              <w:t>istenir. Performans görevi; hazırlık yapma, bilgi toplama, bilgileri çözümleme, model oluşturma</w:t>
            </w:r>
          </w:p>
          <w:p>
            <w:pPr>
              <w:spacing w:after="0"/>
            </w:pPr>
            <w:r>
              <w:rPr>
                <w:b w:val="0"/>
                <w:sz w:val="19"/>
              </w:rPr>
              <w:t>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Aşınım ve Birikim Süreçlerinin Yeryüzü Şekillerinin Oluşumuna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COĞ.10.3.3. Yeryüzü şekillerinin oluşumunu aşınım ve birikim süreçleri açısından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Aşınım ve birikim süreçlerinde ortaya çıkan yeryüzü şekillerini belirler.</w:t>
            </w:r>
          </w:p>
          <w:p>
            <w:pPr>
              <w:spacing w:after="0"/>
            </w:pPr>
            <w:r>
              <w:rPr>
                <w:b w:val="0"/>
                <w:sz w:val="19"/>
              </w:rPr>
              <w:t>b) Aşınım ve birikim süreçleriyle yeryüzü şekilleri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(COĞ.10.3.3. Yeryüzü şekillerinin oluşumunu aşınım ve birikim süreçleri açısından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kontrol listesi, öz değerlendirme</w:t>
            </w:r>
          </w:p>
          <w:p>
            <w:pPr>
              <w:spacing w:after="0"/>
            </w:pPr>
            <w:r>
              <w:rPr>
                <w:b w:val="0"/>
                <w:sz w:val="19"/>
              </w:rPr>
              <w:t>formu, performans görevi, analitik dereceli puanlama anahtarı kullanılarak değerlendirilebilir.</w:t>
            </w:r>
          </w:p>
          <w:p>
            <w:pPr>
              <w:spacing w:after="0"/>
            </w:pPr>
            <w:r>
              <w:rPr>
                <w:b w:val="0"/>
                <w:sz w:val="19"/>
              </w:rPr>
              <w:t>Performans görevi olarak öğrencilerden levha tektoniği süreci ve bu süreç sonunda oluşan</w:t>
            </w:r>
          </w:p>
          <w:p>
            <w:pPr>
              <w:spacing w:after="0"/>
            </w:pPr>
            <w:r>
              <w:rPr>
                <w:b w:val="0"/>
                <w:sz w:val="19"/>
              </w:rPr>
              <w:t>yeryüzü şekilleri ile ilgili üç boyutlu model oluşturmaları ve bu modelleri sunmaları</w:t>
            </w:r>
          </w:p>
          <w:p>
            <w:pPr>
              <w:spacing w:after="0"/>
            </w:pPr>
            <w:r>
              <w:rPr>
                <w:b w:val="0"/>
                <w:sz w:val="19"/>
              </w:rPr>
              <w:t>istenir. Performans görevi; hazırlık yapma, bilgi toplama, bilgileri çözümleme, model oluşturma</w:t>
            </w:r>
          </w:p>
          <w:p>
            <w:pPr>
              <w:spacing w:after="0"/>
            </w:pPr>
            <w:r>
              <w:rPr>
                <w:b w:val="0"/>
                <w:sz w:val="19"/>
              </w:rPr>
              <w:t>ve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Aşınım ve Birikim Süreçlerinin Yeryüzü Şekillerinin Oluşumuna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COĞ.10.3.3. Yeryüzü şekillerinin oluşumunu aşınım ve birikim süreçleri açısından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Aşınım ve birikim süreçlerinde ortaya çıkan yeryüzü şekillerini belirler.</w:t>
            </w:r>
          </w:p>
          <w:p>
            <w:pPr>
              <w:spacing w:after="0"/>
            </w:pPr>
            <w:r>
              <w:rPr>
                <w:b w:val="0"/>
                <w:sz w:val="19"/>
              </w:rPr>
              <w:t>b) Aşınım ve birikim süreçleriyle yeryüzü şekilleri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(COĞ.10.3.3. Yeryüzü şekillerinin oluşumunu aşınım ve birikim süreçleri açısından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kontrol listesi, öz değerlendirme</w:t>
            </w:r>
          </w:p>
          <w:p>
            <w:pPr>
              <w:spacing w:after="0"/>
            </w:pPr>
            <w:r>
              <w:rPr>
                <w:b w:val="0"/>
                <w:sz w:val="19"/>
              </w:rPr>
              <w:t>formu, performans görevi, analitik dereceli puanlama anahtarı kullanılarak değerlendirilebilir.</w:t>
            </w:r>
          </w:p>
          <w:p>
            <w:pPr>
              <w:spacing w:after="0"/>
            </w:pPr>
            <w:r>
              <w:rPr>
                <w:b w:val="0"/>
                <w:sz w:val="19"/>
              </w:rPr>
              <w:t>Performans görevi olarak öğrencilerden levha tektoniği süreci ve bu süreç sonunda oluşan</w:t>
            </w:r>
          </w:p>
          <w:p>
            <w:pPr>
              <w:spacing w:after="0"/>
            </w:pPr>
            <w:r>
              <w:rPr>
                <w:b w:val="0"/>
                <w:sz w:val="19"/>
              </w:rPr>
              <w:t>yeryüzü şekilleri ile ilgili üç boyutlu model oluşturmaları ve bu modelleri sunmaları</w:t>
            </w:r>
          </w:p>
          <w:p>
            <w:pPr>
              <w:spacing w:after="0"/>
            </w:pPr>
            <w:r>
              <w:rPr>
                <w:b w:val="0"/>
                <w:sz w:val="19"/>
              </w:rPr>
              <w:t>istenir. Performans görevi; hazırlık yapma, bilgi toplama, bilgileri çözümleme, model oluşturma</w:t>
            </w:r>
          </w:p>
          <w:p>
            <w:pPr>
              <w:spacing w:after="0"/>
            </w:pPr>
            <w:r>
              <w:rPr>
                <w:b w:val="0"/>
                <w:sz w:val="19"/>
              </w:rPr>
              <w:t>ve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Aşınım ve Birikim Süreçlerinin Yeryüzü Şekillerinin Oluşumuna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COĞ.10.3.3. Yeryüzü şekillerinin oluşumunu aşınım ve birikim süreçleri açısından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Aşınım ve birikim süreçlerinde ortaya çıkan yeryüzü şekillerini belirler.</w:t>
            </w:r>
          </w:p>
          <w:p>
            <w:pPr>
              <w:spacing w:after="0"/>
            </w:pPr>
            <w:r>
              <w:rPr>
                <w:b w:val="0"/>
                <w:sz w:val="19"/>
              </w:rPr>
              <w:t>b) Aşınım ve birikim süreçleriyle yeryüzü şekilleri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(COĞ.10.3.3. Yeryüzü şekillerinin oluşumunu aşınım ve birikim süreçleri açısından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kontrol listesi, öz değerlendirme</w:t>
            </w:r>
          </w:p>
          <w:p>
            <w:pPr>
              <w:spacing w:after="0"/>
            </w:pPr>
            <w:r>
              <w:rPr>
                <w:b w:val="0"/>
                <w:sz w:val="19"/>
              </w:rPr>
              <w:t>formu, performans görevi, analitik dereceli puanlama anahtarı kullanılarak değerlendirilebilir.</w:t>
            </w:r>
          </w:p>
          <w:p>
            <w:pPr>
              <w:spacing w:after="0"/>
            </w:pPr>
            <w:r>
              <w:rPr>
                <w:b w:val="0"/>
                <w:sz w:val="19"/>
              </w:rPr>
              <w:t>Performans görevi olarak öğrencilerden levha tektoniği süreci ve bu süreç sonunda oluşan</w:t>
            </w:r>
          </w:p>
          <w:p>
            <w:pPr>
              <w:spacing w:after="0"/>
            </w:pPr>
            <w:r>
              <w:rPr>
                <w:b w:val="0"/>
                <w:sz w:val="19"/>
              </w:rPr>
              <w:t>yeryüzü şekilleri ile ilgili üç boyutlu model oluşturmaları ve bu modelleri sunmaları</w:t>
            </w:r>
          </w:p>
          <w:p>
            <w:pPr>
              <w:spacing w:after="0"/>
            </w:pPr>
            <w:r>
              <w:rPr>
                <w:b w:val="0"/>
                <w:sz w:val="19"/>
              </w:rPr>
              <w:t>istenir. Performans görevi; hazırlık yapma, bilgi toplama, bilgileri çözümleme, model oluşturma</w:t>
            </w:r>
          </w:p>
          <w:p>
            <w:pPr>
              <w:spacing w:after="0"/>
            </w:pPr>
            <w:r>
              <w:rPr>
                <w:b w:val="0"/>
                <w:sz w:val="19"/>
              </w:rPr>
              <w:t>ve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Dünya Engelliler Günü (3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Yeryüzü Şekilleri ile İlgili Gözlem ve Saha Çalışması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COĞ.10.3.4. Yeryüzü şekillerinin oluşumunda doğal süreçlerin etkilerini saha/sanal saha çalışmalarıyla araştırabilme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Yeryüzü şekillerinin oluşum ve değişimini incelemek için hazırlık yapar.</w:t>
            </w:r>
          </w:p>
          <w:p>
            <w:pPr>
              <w:spacing w:after="0"/>
            </w:pPr>
            <w:r>
              <w:rPr>
                <w:b w:val="0"/>
                <w:sz w:val="19"/>
              </w:rPr>
              <w:t>b) Yeryüzü şekillerinin oluşum ve değişiminde etkili olan faktörleri belirleyebilmek için çalışma sahasında uygulama yapar.</w:t>
            </w:r>
          </w:p>
          <w:p>
            <w:pPr>
              <w:spacing w:after="0"/>
            </w:pPr>
            <w:r>
              <w:rPr>
                <w:b w:val="0"/>
                <w:sz w:val="19"/>
              </w:rPr>
              <w:t>c) Yeryüzü şekillerinin oluşum ve değişimiyle ilgili çalışma sahasından bilgi toplar.</w:t>
            </w:r>
          </w:p>
          <w:p>
            <w:pPr>
              <w:spacing w:after="0"/>
            </w:pPr>
            <w:r>
              <w:rPr>
                <w:b w:val="0"/>
                <w:sz w:val="19"/>
              </w:rPr>
              <w:t>ç) Yeryüzü şekillerinin oluşum ve değişimiyle ilgili çalışma sahasından elde ettiği bilgileri çözümler.</w:t>
            </w:r>
          </w:p>
          <w:p>
            <w:pPr>
              <w:spacing w:after="0"/>
            </w:pPr>
            <w:r>
              <w:rPr>
                <w:b w:val="0"/>
                <w:sz w:val="19"/>
              </w:rPr>
              <w:t>d) Yeryüzü şekillerinin oluşum ve değişimiyle ilgili çözümlediği bilgilere dayalı tahminde bulunur.</w:t>
            </w:r>
          </w:p>
          <w:p>
            <w:pPr>
              <w:spacing w:after="0"/>
            </w:pPr>
            <w:r>
              <w:rPr>
                <w:b w:val="0"/>
                <w:sz w:val="19"/>
              </w:rPr>
              <w:t>e) Yeryüzü şekillerinin oluşum ve değişimiyle ilgili tahminlerini raporlar.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(COĞ.10.3.4. Yeryüzü şekillerinin oluşumunda doğal süreçlerin etkilerini saha/sanal saha çalışmalarıyla araştırabilme)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kontrol listesi, öz değerlendirme</w:t>
            </w:r>
          </w:p>
          <w:p>
            <w:pPr>
              <w:spacing w:after="0"/>
            </w:pPr>
            <w:r>
              <w:rPr>
                <w:b w:val="0"/>
                <w:sz w:val="19"/>
              </w:rPr>
              <w:t>formu, performans görevi, analitik dereceli puanlama anahtarı kullanılarak değerlendirilebilir.</w:t>
            </w:r>
          </w:p>
          <w:p>
            <w:pPr>
              <w:spacing w:after="0"/>
            </w:pPr>
            <w:r>
              <w:rPr>
                <w:b w:val="0"/>
                <w:sz w:val="19"/>
              </w:rPr>
              <w:t>Performans görevi olarak öğrencilerden levha tektoniği süreci ve bu süreç sonunda oluşan</w:t>
            </w:r>
          </w:p>
          <w:p>
            <w:pPr>
              <w:spacing w:after="0"/>
            </w:pPr>
            <w:r>
              <w:rPr>
                <w:b w:val="0"/>
                <w:sz w:val="19"/>
              </w:rPr>
              <w:t>yeryüzü şekilleri ile ilgili üç boyutlu model oluşturmaları ve bu modelleri sunmaları</w:t>
            </w:r>
          </w:p>
          <w:p>
            <w:pPr>
              <w:spacing w:after="0"/>
            </w:pPr>
            <w:r>
              <w:rPr>
                <w:b w:val="0"/>
                <w:sz w:val="19"/>
              </w:rPr>
              <w:t>istenir. Performans görevi; hazırlık yapma, bilgi toplama, bilgileri çözümleme, model oluşturma</w:t>
            </w:r>
          </w:p>
          <w:p>
            <w:pPr>
              <w:spacing w:after="0"/>
            </w:pPr>
            <w:r>
              <w:rPr>
                <w:b w:val="0"/>
                <w:sz w:val="19"/>
              </w:rPr>
              <w:t>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Yeryüzü Şekilleri ile Beşerî Faaliyetler Arasındaki Etkileşim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COĞ.10.3.5. Yakın çevresindeki yeryüzü şekilleri ile beşerî faaliyetler arasındaki etkileşimi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Yakın çevresindeki yeryüzü şekilleri ve beşerî faaliyetler arasındaki etkileşimle ilgili merak ettiği soruları sorar.</w:t>
            </w:r>
          </w:p>
          <w:p>
            <w:pPr>
              <w:spacing w:after="0"/>
            </w:pPr>
            <w:r>
              <w:rPr>
                <w:b w:val="0"/>
                <w:sz w:val="19"/>
              </w:rPr>
              <w:t>b) Yakın çevresindeki yeryüzü şekilleri ve beşerî faaliyetler arasındaki etkileşimle ilgili bilgi toplar.</w:t>
            </w:r>
          </w:p>
          <w:p>
            <w:pPr>
              <w:spacing w:after="0"/>
            </w:pPr>
            <w:r>
              <w:rPr>
                <w:b w:val="0"/>
                <w:sz w:val="19"/>
              </w:rPr>
              <w:t>c) Yakın çevresindeki yeryüzü şekilleri ve beşerî faaliyetler arasındaki etkileşimle ilgili topladığı bilgileri düzenler.</w:t>
            </w:r>
          </w:p>
          <w:p>
            <w:pPr>
              <w:spacing w:after="0"/>
            </w:pPr>
            <w:r>
              <w:rPr>
                <w:b w:val="0"/>
                <w:sz w:val="19"/>
              </w:rPr>
              <w:t>ç) Yakın çevresindeki yeryüzü şekilleri ve beşerî faaliyetler arasındaki etkileşimle ilgili düzenlediği bilgileri çözümler.</w:t>
            </w:r>
          </w:p>
          <w:p>
            <w:pPr>
              <w:spacing w:after="0"/>
            </w:pPr>
            <w:r>
              <w:rPr>
                <w:b w:val="0"/>
                <w:sz w:val="19"/>
              </w:rPr>
              <w:t>d) Yakın çevresindeki yeryüzü şekilleri ve beşerî faaliyetler arasındaki etkileşimle ilgili çözümlediği bilgilerden çıkardığı sonuçları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(COĞ.10.3.5. Yakın çevresindeki yeryüzü şekilleri ile beşerî faaliyetler arasındaki etkileşimi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kontrol listesi, öz değerlendirme</w:t>
            </w:r>
          </w:p>
          <w:p>
            <w:pPr>
              <w:spacing w:after="0"/>
            </w:pPr>
            <w:r>
              <w:rPr>
                <w:b w:val="0"/>
                <w:sz w:val="19"/>
              </w:rPr>
              <w:t>formu, performans görevi, analitik dereceli puanlama anahtarı kullanılarak değerlendirilebilir.</w:t>
            </w:r>
          </w:p>
          <w:p>
            <w:pPr>
              <w:spacing w:after="0"/>
            </w:pPr>
            <w:r>
              <w:rPr>
                <w:b w:val="0"/>
                <w:sz w:val="19"/>
              </w:rPr>
              <w:t>Performans görevi olarak öğrencilerden levha tektoniği süreci ve bu süreç sonunda oluşan</w:t>
            </w:r>
          </w:p>
          <w:p>
            <w:pPr>
              <w:spacing w:after="0"/>
            </w:pPr>
            <w:r>
              <w:rPr>
                <w:b w:val="0"/>
                <w:sz w:val="19"/>
              </w:rPr>
              <w:t>yeryüzü şekilleri ile ilgili üç boyutlu model oluşturmaları ve bu modelleri sunmaları</w:t>
            </w:r>
          </w:p>
          <w:p>
            <w:pPr>
              <w:spacing w:after="0"/>
            </w:pPr>
            <w:r>
              <w:rPr>
                <w:b w:val="0"/>
                <w:sz w:val="19"/>
              </w:rPr>
              <w:t>istenir. Performans görevi; hazırlık yapma, bilgi toplama, bilgileri çözümleme, model oluşturma</w:t>
            </w:r>
          </w:p>
          <w:p>
            <w:pPr>
              <w:spacing w:after="0"/>
            </w:pPr>
            <w:r>
              <w:rPr>
                <w:b w:val="0"/>
                <w:sz w:val="19"/>
              </w:rPr>
              <w:t>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Yeryüzü Şekilleri ile Beşerî Faaliyetler Arasındaki Etkileşim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COĞ.10.3.5. Yakın çevresindeki yeryüzü şekilleri ile beşerî faaliyetler arasındaki etkileşimi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Yakın çevresindeki yeryüzü şekilleri ve beşerî faaliyetler arasındaki etkileşimle ilgili merak ettiği soruları sorar.</w:t>
            </w:r>
          </w:p>
          <w:p>
            <w:pPr>
              <w:spacing w:after="0"/>
            </w:pPr>
            <w:r>
              <w:rPr>
                <w:b w:val="0"/>
                <w:sz w:val="19"/>
              </w:rPr>
              <w:t>b) Yakın çevresindeki yeryüzü şekilleri ve beşerî faaliyetler arasındaki etkileşimle ilgili bilgi toplar.</w:t>
            </w:r>
          </w:p>
          <w:p>
            <w:pPr>
              <w:spacing w:after="0"/>
            </w:pPr>
            <w:r>
              <w:rPr>
                <w:b w:val="0"/>
                <w:sz w:val="19"/>
              </w:rPr>
              <w:t>c) Yakın çevresindeki yeryüzü şekilleri ve beşerî faaliyetler arasındaki etkileşimle ilgili topladığı bilgileri düzenler.</w:t>
            </w:r>
          </w:p>
          <w:p>
            <w:pPr>
              <w:spacing w:after="0"/>
            </w:pPr>
            <w:r>
              <w:rPr>
                <w:b w:val="0"/>
                <w:sz w:val="19"/>
              </w:rPr>
              <w:t>ç) Yakın çevresindeki yeryüzü şekilleri ve beşerî faaliyetler arasındaki etkileşimle ilgili düzenlediği bilgileri çözümler.</w:t>
            </w:r>
          </w:p>
          <w:p>
            <w:pPr>
              <w:spacing w:after="0"/>
            </w:pPr>
            <w:r>
              <w:rPr>
                <w:b w:val="0"/>
                <w:sz w:val="19"/>
              </w:rPr>
              <w:t>d) Yakın çevresindeki yeryüzü şekilleri ve beşerî faaliyetler arasındaki etkileşimle ilgili çözümlediği bilgilerden çıkardığı sonuçları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(COĞ.10.3.5. Yakın çevresindeki yeryüzü şekilleri ile beşerî faaliyetler arasındaki etkileşimi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kontrol listesi, öz değerlendirme</w:t>
            </w:r>
          </w:p>
          <w:p>
            <w:pPr>
              <w:spacing w:after="0"/>
            </w:pPr>
            <w:r>
              <w:rPr>
                <w:b w:val="0"/>
                <w:sz w:val="19"/>
              </w:rPr>
              <w:t>formu, performans görevi, analitik dereceli puanlama anahtarı kullanılarak değerlendirilebilir.</w:t>
            </w:r>
          </w:p>
          <w:p>
            <w:pPr>
              <w:spacing w:after="0"/>
            </w:pPr>
            <w:r>
              <w:rPr>
                <w:b w:val="0"/>
                <w:sz w:val="19"/>
              </w:rPr>
              <w:t>Performans görevi olarak öğrencilerden levha tektoniği süreci ve bu süreç sonunda oluşan</w:t>
            </w:r>
          </w:p>
          <w:p>
            <w:pPr>
              <w:spacing w:after="0"/>
            </w:pPr>
            <w:r>
              <w:rPr>
                <w:b w:val="0"/>
                <w:sz w:val="19"/>
              </w:rPr>
              <w:t>yeryüzü şekilleri ile ilgili üç boyutlu model oluşturmaları ve bu modelleri sunmaları</w:t>
            </w:r>
          </w:p>
          <w:p>
            <w:pPr>
              <w:spacing w:after="0"/>
            </w:pPr>
            <w:r>
              <w:rPr>
                <w:b w:val="0"/>
                <w:sz w:val="19"/>
              </w:rPr>
              <w:t>istenir. Performans görevi; hazırlık yapma, bilgi toplama, bilgileri çözümleme, model oluşturma</w:t>
            </w:r>
          </w:p>
          <w:p>
            <w:pPr>
              <w:spacing w:after="0"/>
            </w:pPr>
            <w:r>
              <w:rPr>
                <w:b w:val="0"/>
                <w:sz w:val="19"/>
              </w:rPr>
              <w:t>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15. Hafta: 28 Aralık -1Ocak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Yerleşmelerin Kuruluşu ve Gelişimi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COĞ.10.4.1. Yerleşme yeri seçiminde ve yerleşmelerin gelişiminde etkili olan coğrafi faktörleri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Yerleşme yeri seçiminde ve yerleşmelerin gelişiminde etkili olan coğrafi faktörlere yönelik sorular sorar.</w:t>
            </w:r>
          </w:p>
          <w:p>
            <w:pPr>
              <w:spacing w:after="0"/>
            </w:pPr>
            <w:r>
              <w:rPr>
                <w:b w:val="0"/>
                <w:sz w:val="19"/>
              </w:rPr>
              <w:t>b) Yerleşme yeri seçiminde ve yerleşmelerin gelişiminde etkili olan coğrafi faktörlere yönelik bilgi toplar.</w:t>
            </w:r>
          </w:p>
          <w:p>
            <w:pPr>
              <w:spacing w:after="0"/>
            </w:pPr>
            <w:r>
              <w:rPr>
                <w:b w:val="0"/>
                <w:sz w:val="19"/>
              </w:rPr>
              <w:t>c) Yerleşme yeri seçiminde ve yerleşmelerin gelişiminde etkili olan coğrafi faktörlere yönelik topladığı bilgileri düzenler.</w:t>
            </w:r>
          </w:p>
          <w:p>
            <w:pPr>
              <w:spacing w:after="0"/>
            </w:pPr>
            <w:r>
              <w:rPr>
                <w:b w:val="0"/>
                <w:sz w:val="19"/>
              </w:rPr>
              <w:t>ç) Yerleşme yeri seçiminde ve yerleşmelerin gelişiminde etkili olan coğrafi faktörlere yönelik düzenlediği bilgileri çözümler.</w:t>
            </w:r>
          </w:p>
          <w:p>
            <w:pPr>
              <w:spacing w:after="0"/>
            </w:pPr>
            <w:r>
              <w:rPr>
                <w:b w:val="0"/>
                <w:sz w:val="19"/>
              </w:rPr>
              <w:t>d) Yerleşme yeri seçiminde ve yerleşmelerin gelişiminde etkili olan coğrafi faktörlere yönelik çözümlediği bilgilerden çıkardığı sonuçları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(COĞ.10.4.1. Yerleşme yeri seçiminde ve yerleşmelerin gelişiminde etkili olan coğrafi faktörleri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performans görevi, analitik dereceli puanlama anahtarı, öz değerlendirme formu kullanılarak değerlendirilebilir. Performans görevi olarak öğrencilerden bulundukları yerleşmenin kuruluş ve gelişiminde etkili olan doğal ve beşerî faktörlere yönelik topladığı bilgilerle ilgili sunum/kısa belgesel hazırlamaları istenebilir. Performans görevi; soru sorma,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Yerleşmelerin Kuruluşu ve Gelişimi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COĞ.10.4.1. Yerleşme yeri seçiminde ve yerleşmelerin gelişiminde etkili olan coğrafi faktörleri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Yerleşme yeri seçiminde ve yerleşmelerin gelişiminde etkili olan coğrafi faktörlere yönelik sorular sorar.</w:t>
            </w:r>
          </w:p>
          <w:p>
            <w:pPr>
              <w:spacing w:after="0"/>
            </w:pPr>
            <w:r>
              <w:rPr>
                <w:b w:val="0"/>
                <w:sz w:val="19"/>
              </w:rPr>
              <w:t>b) Yerleşme yeri seçiminde ve yerleşmelerin gelişiminde etkili olan coğrafi faktörlere yönelik bilgi toplar.</w:t>
            </w:r>
          </w:p>
          <w:p>
            <w:pPr>
              <w:spacing w:after="0"/>
            </w:pPr>
            <w:r>
              <w:rPr>
                <w:b w:val="0"/>
                <w:sz w:val="19"/>
              </w:rPr>
              <w:t>c) Yerleşme yeri seçiminde ve yerleşmelerin gelişiminde etkili olan coğrafi faktörlere yönelik topladığı bilgileri düzenler.</w:t>
            </w:r>
          </w:p>
          <w:p>
            <w:pPr>
              <w:spacing w:after="0"/>
            </w:pPr>
            <w:r>
              <w:rPr>
                <w:b w:val="0"/>
                <w:sz w:val="19"/>
              </w:rPr>
              <w:t>ç) Yerleşme yeri seçiminde ve yerleşmelerin gelişiminde etkili olan coğrafi faktörlere yönelik düzenlediği bilgileri çözümler.</w:t>
            </w:r>
          </w:p>
          <w:p>
            <w:pPr>
              <w:spacing w:after="0"/>
            </w:pPr>
            <w:r>
              <w:rPr>
                <w:b w:val="0"/>
                <w:sz w:val="19"/>
              </w:rPr>
              <w:t>d) Yerleşme yeri seçiminde ve yerleşmelerin gelişiminde etkili olan coğrafi faktörlere yönelik çözümlediği bilgilerden çıkardığı sonuçları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(COĞ.10.4.1. Yerleşme yeri seçiminde ve yerleşmelerin gelişiminde etkili olan coğrafi faktörleri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performans görevi, analitik dereceli puanlama anahtarı, öz değerlendirme formu kullanılarak değerlendirilebilir. Performans görevi olarak öğrencilerden bulundukları yerleşmenin kuruluş ve gelişiminde etkili olan doğal ve beşerî faktörlere yönelik topladığı bilgilerle ilgili sunum/kısa belgesel hazırlamaları istenebilir. Performans görevi; soru sorma,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Yerleşmelerin Fonksiyonları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COĞ.10.4.2. Türkiye ve dünyadaki yerleşmeleri fonksiyonlarına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ve dünyadaki yerleşmelerin fonksiyonları üzerinde etkili olan değişkenleri belirler.</w:t>
            </w:r>
          </w:p>
          <w:p>
            <w:pPr>
              <w:spacing w:after="0"/>
            </w:pPr>
            <w:r>
              <w:rPr>
                <w:b w:val="0"/>
                <w:sz w:val="19"/>
              </w:rPr>
              <w:t>b) Türkiye ve dünyadaki yerleşmelerin fonksiyonları üzerinde etkili olan değişkenleri ayrıştırır.</w:t>
            </w:r>
          </w:p>
          <w:p>
            <w:pPr>
              <w:spacing w:after="0"/>
            </w:pPr>
            <w:r>
              <w:rPr>
                <w:b w:val="0"/>
                <w:sz w:val="19"/>
              </w:rPr>
              <w:t>c) Türkiye ve dünyadaki yerleşmelerin fonksiyonları üzerinde etkili olan değişkenleri tasnif eder.</w:t>
            </w:r>
          </w:p>
          <w:p>
            <w:pPr>
              <w:spacing w:after="0"/>
            </w:pPr>
            <w:r>
              <w:rPr>
                <w:b w:val="0"/>
                <w:sz w:val="19"/>
              </w:rPr>
              <w:t>ç) Türkiye ve dünyadaki yerleşmeleri fonksiyonlarına göre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(COĞ.10.4.2. Türkiye ve dünyadaki yerleşmeleri fonksiyonlarına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performans görevi, analitik dereceli puanlama anahtarı, öz değerlendirme formu kullanılarak değerlendirilebilir. Performans görevi olarak öğrencilerden bulundukları yerleşmenin kuruluş ve gelişiminde etkili olan doğal ve beşerî faktörlere yönelik topladığı bilgilerle ilgili sunum/kısa belgesel hazırlamaları istenebilir. Performans görevi; soru sorma,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OKUL TEMELLİ PLANLAMA*</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Yerleşmelerin Fonksiyonları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COĞ.10.4.2. Türkiye ve dünyadaki yerleşmeleri fonksiyonlarına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ve dünyadaki yerleşmelerin fonksiyonları üzerinde etkili olan değişkenleri belirler.</w:t>
            </w:r>
          </w:p>
          <w:p>
            <w:pPr>
              <w:spacing w:after="0"/>
            </w:pPr>
            <w:r>
              <w:rPr>
                <w:b w:val="0"/>
                <w:sz w:val="19"/>
              </w:rPr>
              <w:t>b) Türkiye ve dünyadaki yerleşmelerin fonksiyonları üzerinde etkili olan değişkenleri ayrıştırır.</w:t>
            </w:r>
          </w:p>
          <w:p>
            <w:pPr>
              <w:spacing w:after="0"/>
            </w:pPr>
            <w:r>
              <w:rPr>
                <w:b w:val="0"/>
                <w:sz w:val="19"/>
              </w:rPr>
              <w:t>c) Türkiye ve dünyadaki yerleşmelerin fonksiyonları üzerinde etkili olan değişkenleri tasnif eder.</w:t>
            </w:r>
          </w:p>
          <w:p>
            <w:pPr>
              <w:spacing w:after="0"/>
            </w:pPr>
            <w:r>
              <w:rPr>
                <w:b w:val="0"/>
                <w:sz w:val="19"/>
              </w:rPr>
              <w:t>ç) Türkiye ve dünyadaki yerleşmeleri fonksiyonlarına göre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D12. Sabır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(COĞ.10.4.2. Türkiye ve dünyadaki yerleşmeleri fonksiyonlarına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performans görevi, analitik dereceli puanlama anahtarı, öz değerlendirme formu kullanılarak değerlendirilebilir. Performans görevi olarak öğrencilerden bulundukları yerleşmenin kuruluş ve gelişiminde etkili olan doğal ve beşerî faktörlere yönelik topladığı bilgilerle ilgili sunum/kısa belgesel hazırlamaları istenebilir. Performans görevi; soru sorma,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EKONOMİK FAALİYETLER VE ETKİLERİ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Faaliyetlerin Özellikleri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COĞ.10.5.1. Ekonomik faaliyetleri sektörlere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Ekonomik faaliyetlerin sınıflandırılmasındaki ölçütleri belirler.</w:t>
            </w:r>
          </w:p>
          <w:p>
            <w:pPr>
              <w:spacing w:after="0"/>
            </w:pPr>
            <w:r>
              <w:rPr>
                <w:b w:val="0"/>
                <w:sz w:val="19"/>
              </w:rPr>
              <w:t>b) Ekonomik faaliyetleri sektörlere göre ayırır.</w:t>
            </w:r>
          </w:p>
          <w:p>
            <w:pPr>
              <w:spacing w:after="0"/>
            </w:pPr>
            <w:r>
              <w:rPr>
                <w:b w:val="0"/>
                <w:sz w:val="19"/>
              </w:rPr>
              <w:t>c) Ekonomik faaliyetleri sektörlere göre tasnif eder.</w:t>
            </w:r>
          </w:p>
          <w:p>
            <w:pPr>
              <w:spacing w:after="0"/>
            </w:pPr>
            <w:r>
              <w:rPr>
                <w:b w:val="0"/>
                <w:sz w:val="19"/>
              </w:rPr>
              <w:t>ç) Ekonomik faaliyetleri sektörlere göre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 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(COĞ.10.5.1. Ekonomik faaliyetleri sektörlere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kontrol listesi, öz değerlendirme formu, performans görevi, analitik dereceli puanlama anahtarı kullanılarak değerlendirilebilir. Performans görevi olarak öğrencilerden Türkiye’de yürütülen ekonomik sektörler ve bu sektörlerin gelişimine yönelik bilgi görseli hazırlamaları istenebilir. Performans görevi; amaç belirleme, bilgi toplama, bilgileri düzenlenme, görselleştirme, sonuç çıkarma ve sunma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EKONOMİK FAALİYETLER VE ETKİLERİ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Sektörler ve Gelişmişlik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COĞ.10.5.2. Ekonomik sektörlerin dağılımını gösteren tablo, grafik, şekil ve/veya diyagramlar üzerinden farklı gelişmişlik seviyesine sahip ülkeleri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Farklı gelişmişlik seviyesine sahip ülkelerde ekonomik sektörlerin dağılımını gösteren tablo, grafik, şekil ve/veya diyagramları bileşenleriyle tanır ve anlamlandırır.</w:t>
            </w:r>
          </w:p>
          <w:p>
            <w:pPr>
              <w:spacing w:after="0"/>
            </w:pPr>
            <w:r>
              <w:rPr>
                <w:b w:val="0"/>
                <w:sz w:val="19"/>
              </w:rPr>
              <w:t>b) Farklı gelişmişlik seviyesine sahip ülkelerde ekonomik sektörlerin dağılımını gösteren tablo, grafik, şekil ve/veya diyagramları çözümler.</w:t>
            </w:r>
          </w:p>
          <w:p>
            <w:pPr>
              <w:spacing w:after="0"/>
            </w:pPr>
            <w:r>
              <w:rPr>
                <w:b w:val="0"/>
                <w:sz w:val="19"/>
              </w:rPr>
              <w:t>c) Farklı gelişmişlik seviyesine sahip ülkelerde ekonomik sektörlerin dağılımını gösteren tablo, grafik, şekil ve/veya diyagramlardan sonuç çıkarır.</w:t>
            </w:r>
          </w:p>
          <w:p>
            <w:pPr>
              <w:spacing w:after="0"/>
            </w:pPr>
            <w:r>
              <w:rPr>
                <w:b w:val="0"/>
                <w:sz w:val="19"/>
              </w:rPr>
              <w:t>ç) Farklı gelişmişlik seviyesine sahip ülkelerde ekonomik sektörlerin dağılımını gösteren tablo, grafik, şekil ve/veya diyagramlardan elde ettiği sonuçları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 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(COĞ.10.5.2. Ekonomik sektörlerin dağılımını gösteren tablo, grafik, şekil ve/veya diyagramlar üzerinden farklı gelişmişlik seviyesine sahip ülkeleri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kontrol listesi, öz değerlendirme formu, performans görevi, analitik dereceli puanlama anahtarı kullanılarak değerlendirilebilir. Performans görevi olarak öğrencilerden Türkiye’de yürütülen ekonomik sektörler ve bu sektörlerin gelişimine yönelik bilgi görseli hazırlamaları istenebilir. Performans görevi; amaç belirleme, bilgi toplama, bilgileri düzenlenme, görselleştirme, sonuç çıkarma ve sunma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EKONOMİK FAALİYETLER VE ETKİLERİ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Sektörler ve Gelişmişlik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COĞ.10.5.2. Ekonomik sektörlerin dağılımını gösteren tablo, grafik, şekil ve/veya diyagramlar üzerinden farklı gelişmişlik seviyesine sahip ülkeleri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Farklı gelişmişlik seviyesine sahip ülkelerde ekonomik sektörlerin dağılımını gösteren tablo, grafik, şekil ve/veya diyagramları bileşenleriyle tanır ve anlamlandırır.</w:t>
            </w:r>
          </w:p>
          <w:p>
            <w:pPr>
              <w:spacing w:after="0"/>
            </w:pPr>
            <w:r>
              <w:rPr>
                <w:b w:val="0"/>
                <w:sz w:val="19"/>
              </w:rPr>
              <w:t>b) Farklı gelişmişlik seviyesine sahip ülkelerde ekonomik sektörlerin dağılımını gösteren tablo, grafik, şekil ve/veya diyagramları çözümler.</w:t>
            </w:r>
          </w:p>
          <w:p>
            <w:pPr>
              <w:spacing w:after="0"/>
            </w:pPr>
            <w:r>
              <w:rPr>
                <w:b w:val="0"/>
                <w:sz w:val="19"/>
              </w:rPr>
              <w:t>c) Farklı gelişmişlik seviyesine sahip ülkelerde ekonomik sektörlerin dağılımını gösteren tablo, grafik, şekil ve/veya diyagramlardan sonuç çıkarır.</w:t>
            </w:r>
          </w:p>
          <w:p>
            <w:pPr>
              <w:spacing w:after="0"/>
            </w:pPr>
            <w:r>
              <w:rPr>
                <w:b w:val="0"/>
                <w:sz w:val="19"/>
              </w:rPr>
              <w:t>ç) Farklı gelişmişlik seviyesine sahip ülkelerde ekonomik sektörlerin dağılımını gösteren tablo, grafik, şekil ve/veya diyagramlardan elde ettiği sonuçları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 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(COĞ.10.5.2. Ekonomik sektörlerin dağılımını gösteren tablo, grafik, şekil ve/veya diyagramlar üzerinden farklı gelişmişlik seviyesine sahip ülkeleri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kontrol listesi, öz değerlendirme formu, performans görevi, analitik dereceli puanlama anahtarı kullanılarak değerlendirilebilir. Performans görevi olarak öğrencilerden Türkiye’de yürütülen ekonomik sektörler ve bu sektörlerin gelişimine yönelik bilgi görseli hazırlamaları istenebilir. Performans görevi; amaç belirleme, bilgi toplama, bilgileri düzenlenme, görselleştirme, sonuç çıkarma ve sunma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EKONOMİK FAALİYETLER VE ETKİLERİ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Türkiye Ekonomisinin Sektörel Dağılımı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COĞ.10.5.3. Ekonomik sektörlerin Türkiye ekonomisindeki yeri ve önemini gösteren tablo, grafik, şekil ve/veya diyagram hazırlayabilme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Ekonomik sektörlerin Türkiye ekonomisindeki yeri ve önemine ilişkin oluşturacağı tablo, grafik, şekil ve/veya diyagramın amacını belirler.</w:t>
            </w:r>
          </w:p>
          <w:p>
            <w:pPr>
              <w:spacing w:after="0"/>
            </w:pPr>
            <w:r>
              <w:rPr>
                <w:b w:val="0"/>
                <w:sz w:val="19"/>
              </w:rPr>
              <w:t>b) Ekonomik sektörlerin Türkiye ekonomisindeki yeri ve önemine ilişkin oluşturacağı tablo, grafik, şekil ve/veya diyagramın türünü ve kullanacağı araç gereci belirler.</w:t>
            </w:r>
          </w:p>
          <w:p>
            <w:pPr>
              <w:spacing w:after="0"/>
            </w:pPr>
            <w:r>
              <w:rPr>
                <w:b w:val="0"/>
                <w:sz w:val="19"/>
              </w:rPr>
              <w:t>c) Ekonomik sektörlerin Türkiye ekonomisindeki yeri ve önemine ilişkin oluşturacağı tablo, grafik, şekil ve/veya diyagramla ilgili veri toplar.</w:t>
            </w:r>
          </w:p>
          <w:p>
            <w:pPr>
              <w:spacing w:after="0"/>
            </w:pPr>
            <w:r>
              <w:rPr>
                <w:b w:val="0"/>
                <w:sz w:val="19"/>
              </w:rPr>
              <w:t>ç) Topladığı verileri ekonomik sektörlere göre sınıflandırır.</w:t>
            </w:r>
          </w:p>
          <w:p>
            <w:pPr>
              <w:spacing w:after="0"/>
            </w:pPr>
            <w:r>
              <w:rPr>
                <w:b w:val="0"/>
                <w:sz w:val="19"/>
              </w:rPr>
              <w:t>d) Ekonomik sektörlere göre sınıflandırdığı verileri görselleştirir.</w:t>
            </w:r>
          </w:p>
          <w:p>
            <w:pPr>
              <w:spacing w:after="0"/>
            </w:pPr>
            <w:r>
              <w:rPr>
                <w:b w:val="0"/>
                <w:sz w:val="19"/>
              </w:rPr>
              <w:t>e) Ekonomik sektörlerin Türkiye ekonomisindeki yeri ve önemini gösteren tablo, grafik, şekil ve/veya diyagramları amaca uygun şekilde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 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(COĞ.10.5.3. Ekonomik sektörlerin Türkiye ekonomisindeki yeri ve önemini gösteren tablo, grafik, şekil ve/veya diyagram hazırlayabilme)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kontrol listesi, öz değerlendirme formu, performans görevi, analitik dereceli puanlama anahtarı kullanılarak değerlendirilebilir. Performans görevi olarak öğrencilerden Türkiye’de yürütülen ekonomik sektörler ve bu sektörlerin gelişimine yönelik bilgi görseli hazırlamaları istenebilir. Performans görevi; amaç belirleme, bilgi toplama, bilgileri düzenlenme, görselleştirme, sonuç çıkarma ve sunma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Türk Dünyası ve Toplulukları Haftası (16-22 Mart) Çanakkale Zaferi ve Şehitleri Anma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EKONOMİK FAALİYETLER VE ETKİLERİ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Türkiye Ekonomisinin Sektörel Dağılımı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COĞ.10.5.3. Ekonomik sektörlerin Türkiye ekonomisindeki yeri ve önemini gösteren tablo, grafik, şekil ve/veya diyagram hazırlayabilme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Ekonomik sektörlerin Türkiye ekonomisindeki yeri ve önemine ilişkin oluşturacağı tablo, grafik, şekil ve/veya diyagramın amacını belirler.</w:t>
            </w:r>
          </w:p>
          <w:p>
            <w:pPr>
              <w:spacing w:after="0"/>
            </w:pPr>
            <w:r>
              <w:rPr>
                <w:b w:val="0"/>
                <w:sz w:val="19"/>
              </w:rPr>
              <w:t>b) Ekonomik sektörlerin Türkiye ekonomisindeki yeri ve önemine ilişkin oluşturacağı tablo, grafik, şekil ve/veya diyagramın türünü ve kullanacağı araç gereci belirler.</w:t>
            </w:r>
          </w:p>
          <w:p>
            <w:pPr>
              <w:spacing w:after="0"/>
            </w:pPr>
            <w:r>
              <w:rPr>
                <w:b w:val="0"/>
                <w:sz w:val="19"/>
              </w:rPr>
              <w:t>c) Ekonomik sektörlerin Türkiye ekonomisindeki yeri ve önemine ilişkin oluşturacağı tablo, grafik, şekil ve/veya diyagramla ilgili veri toplar.</w:t>
            </w:r>
          </w:p>
          <w:p>
            <w:pPr>
              <w:spacing w:after="0"/>
            </w:pPr>
            <w:r>
              <w:rPr>
                <w:b w:val="0"/>
                <w:sz w:val="19"/>
              </w:rPr>
              <w:t>ç) Topladığı verileri ekonomik sektörlere göre sınıflandırır.</w:t>
            </w:r>
          </w:p>
          <w:p>
            <w:pPr>
              <w:spacing w:after="0"/>
            </w:pPr>
            <w:r>
              <w:rPr>
                <w:b w:val="0"/>
                <w:sz w:val="19"/>
              </w:rPr>
              <w:t>d) Ekonomik sektörlere göre sınıflandırdığı verileri görselleştirir.</w:t>
            </w:r>
          </w:p>
          <w:p>
            <w:pPr>
              <w:spacing w:after="0"/>
            </w:pPr>
            <w:r>
              <w:rPr>
                <w:b w:val="0"/>
                <w:sz w:val="19"/>
              </w:rPr>
              <w:t>e) Ekonomik sektörlerin Türkiye ekonomisindeki yeri ve önemini gösteren tablo, grafik, şekil ve/veya diyagramları amaca uygun şekilde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 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OB3. Finansal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(COĞ.10.5.3. Ekonomik sektörlerin Türkiye ekonomisindeki yeri ve önemini gösteren tablo, grafik, şekil ve/veya diyagram hazırlayabilme)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yapılandırılmış grid, çalışma yaprağı, kontrol listesi, öz değerlendirme formu, performans görevi, analitik dereceli puanlama anahtarı kullanılarak değerlendirilebilir. Performans görevi olarak öğrencilerden Türkiye’de yürütülen ekonomik sektörler ve bu sektörlerin gelişimine yönelik bilgi görseli hazırlamaları istenebilir. Performans görevi; amaç belirleme, bilgi toplama, bilgileri düzenlenme, görselleştirme, sonuç çıkarma ve sunma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Afetlerle Mücadelede İyi Uygulama Örnekleri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COĞ.10.6.1. Afetlerle mücadelede iyi uygulama örneklerini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Afetlerle mücadelede iyi uygulama örneklerine yönelik merak ettiği soruları sorar.</w:t>
            </w:r>
          </w:p>
          <w:p>
            <w:pPr>
              <w:spacing w:after="0"/>
            </w:pPr>
            <w:r>
              <w:rPr>
                <w:b w:val="0"/>
                <w:sz w:val="19"/>
              </w:rPr>
              <w:t>b) Afetlerle mücadelede iyi uygulama örnekleri ile ilgili bilgi toplar.</w:t>
            </w:r>
          </w:p>
          <w:p>
            <w:pPr>
              <w:spacing w:after="0"/>
            </w:pPr>
            <w:r>
              <w:rPr>
                <w:b w:val="0"/>
                <w:sz w:val="19"/>
              </w:rPr>
              <w:t>c) Afetlerle mücadelede iyi uygulama örnekleri hakkında elde ettiği bilgileri düzenler.</w:t>
            </w:r>
          </w:p>
          <w:p>
            <w:pPr>
              <w:spacing w:after="0"/>
            </w:pPr>
            <w:r>
              <w:rPr>
                <w:b w:val="0"/>
                <w:sz w:val="19"/>
              </w:rPr>
              <w:t>ç) Afetlerle mücadelede iyi uygulama örnekleri hakkında düzenlediği bilgileri çözümler.</w:t>
            </w:r>
          </w:p>
          <w:p>
            <w:pPr>
              <w:spacing w:after="0"/>
            </w:pPr>
            <w:r>
              <w:rPr>
                <w:b w:val="0"/>
                <w:sz w:val="19"/>
              </w:rPr>
              <w:t>d) Afetle mücadelede iyi uygulama örneklerine ilişkin çözümlediği bilgilerden çıkardığı sonuçları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D6. Dürüstlük, D12. Sabır,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OB6. Vatandaşlık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(COĞ.10.6.1. Afetlerle mücadelede iyi uygulama örneklerini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öz/akran değerlendirme formu, tanılayıcı dallanmış ağaç, kontrol listesi, çalışma yaprağı, öğrenme günlüğü, performans görevi, analitik dereceli puanlama anahtarı kullanılarak değerlendirilebilir.</w:t>
            </w:r>
          </w:p>
          <w:p>
            <w:pPr>
              <w:spacing w:after="0"/>
            </w:pPr>
            <w:r>
              <w:rPr>
                <w:b w:val="0"/>
                <w:sz w:val="19"/>
              </w:rPr>
              <w:t>Performans görevi olarak öğrencilerden bir afet seçmesi, bu afetle mücadelede farklı ülkelerdeki uygulamaları incelemesi ve bu uygulamaları karşılaştırması istenebilir. Elde edilen bilgilerden yararlanarak öğrencilerin sınıfta sunum yapması sağlanabilir. Performans görevi;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Afetlerle Mücadelede İyi Uygulama Örnekleri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COĞ.10.6.1. Afetlerle mücadelede iyi uygulama örneklerini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Afetlerle mücadelede iyi uygulama örneklerine yönelik merak ettiği soruları sorar.</w:t>
            </w:r>
          </w:p>
          <w:p>
            <w:pPr>
              <w:spacing w:after="0"/>
            </w:pPr>
            <w:r>
              <w:rPr>
                <w:b w:val="0"/>
                <w:sz w:val="19"/>
              </w:rPr>
              <w:t>b) Afetlerle mücadelede iyi uygulama örnekleri ile ilgili bilgi toplar.</w:t>
            </w:r>
          </w:p>
          <w:p>
            <w:pPr>
              <w:spacing w:after="0"/>
            </w:pPr>
            <w:r>
              <w:rPr>
                <w:b w:val="0"/>
                <w:sz w:val="19"/>
              </w:rPr>
              <w:t>c) Afetlerle mücadelede iyi uygulama örnekleri hakkında elde ettiği bilgileri düzenler.</w:t>
            </w:r>
          </w:p>
          <w:p>
            <w:pPr>
              <w:spacing w:after="0"/>
            </w:pPr>
            <w:r>
              <w:rPr>
                <w:b w:val="0"/>
                <w:sz w:val="19"/>
              </w:rPr>
              <w:t>ç) Afetlerle mücadelede iyi uygulama örnekleri hakkında düzenlediği bilgileri çözümler.</w:t>
            </w:r>
          </w:p>
          <w:p>
            <w:pPr>
              <w:spacing w:after="0"/>
            </w:pPr>
            <w:r>
              <w:rPr>
                <w:b w:val="0"/>
                <w:sz w:val="19"/>
              </w:rPr>
              <w:t>d) Afetle mücadelede iyi uygulama örneklerine ilişkin çözümlediği bilgilerden çıkardığı sonuçları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D6. Dürüstlük, D12. Sabır,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OB6. Vatandaşlık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(COĞ.10.6.1. Afetlerle mücadelede iyi uygulama örneklerini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öz/akran değerlendirme formu, tanılayıcı dallanmış ağaç, kontrol listesi, çalışma yaprağı, öğrenme günlüğü, performans görevi, analitik dereceli puanlama anahtarı kullanılarak değerlendirilebilir.</w:t>
            </w:r>
          </w:p>
          <w:p>
            <w:pPr>
              <w:spacing w:after="0"/>
            </w:pPr>
            <w:r>
              <w:rPr>
                <w:b w:val="0"/>
                <w:sz w:val="19"/>
              </w:rPr>
              <w:t>Performans görevi olarak öğrencilerden bir afet seçmesi, bu afetle mücadelede farklı ülkelerdeki uygulamaları incelemesi ve bu uygulamaları karşılaştırması istenebilir. Elde edilen bilgilerden yararlanarak öğrencilerin sınıfta sunum yapması sağlanabilir. Performans görevi;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Afetlere Karşı Dirençli Yaşam Alanları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COĞ.10.6.2. Afete dirençli yaşam alanlarının coğrafi koşullarını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Afete dirençli yaşam alanlarının coğrafi koşullarını tanımlar.</w:t>
            </w:r>
          </w:p>
          <w:p>
            <w:pPr>
              <w:spacing w:after="0"/>
            </w:pPr>
            <w:r>
              <w:rPr>
                <w:b w:val="0"/>
                <w:sz w:val="19"/>
              </w:rPr>
              <w:t>b) Afete dirençli yaşam alanlarında yer alan mekânsal unsurların kendi aralarındaki ilişkileri çözümler.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D6. Dürüstlük, D12. Sabır,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OB6. Vatandaşlık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(COĞ.10.6.2. Afete dirençli yaşam alanlarının coğrafi koşullarını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öz/akran değerlendirme formu, tanılayıcı dallanmış ağaç, kontrol listesi, çalışma yaprağı, öğrenme günlüğü, performans görevi, analitik dereceli puanlama anahtarı kullanılarak değerlendirilebilir.</w:t>
            </w:r>
          </w:p>
          <w:p>
            <w:pPr>
              <w:spacing w:after="0"/>
            </w:pPr>
            <w:r>
              <w:rPr>
                <w:b w:val="0"/>
                <w:sz w:val="19"/>
              </w:rPr>
              <w:t>Performans görevi olarak öğrencilerden bir afet seçmesi, bu afetle mücadelede farklı ülkelerdeki uygulamaları incelemesi ve bu uygulamaları karşılaştırması istenebilir. Elde edilen bilgilerden yararlanarak öğrencilerin sınıfta sunum yapması sağlanabilir. Performans görevi;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Afetlerden Korunma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COĞ.10.6.3. Mekânın özelliklerine göre afetlerden korunma uygulamalarına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Mekânın özelliklerine göre afetlerden korunma uygulamalarına karar vermeyi amaç olarak belirler.</w:t>
            </w:r>
          </w:p>
          <w:p>
            <w:pPr>
              <w:spacing w:after="0"/>
            </w:pPr>
            <w:r>
              <w:rPr>
                <w:b w:val="0"/>
                <w:sz w:val="19"/>
              </w:rPr>
              <w:t>b) Mekânın özelliklerine göre afetlerden korunma uygulamalarına ilişkin bilgi toplar.</w:t>
            </w:r>
          </w:p>
          <w:p>
            <w:pPr>
              <w:spacing w:after="0"/>
            </w:pPr>
            <w:r>
              <w:rPr>
                <w:b w:val="0"/>
                <w:sz w:val="19"/>
              </w:rPr>
              <w:t>c) Mekânın özelliklerine göre afetlerden korunma uygulamalarına alternatif seçenekler oluşturur.</w:t>
            </w:r>
          </w:p>
          <w:p>
            <w:pPr>
              <w:spacing w:after="0"/>
            </w:pPr>
            <w:r>
              <w:rPr>
                <w:b w:val="0"/>
                <w:sz w:val="19"/>
              </w:rPr>
              <w:t>ç) Mekânın özelliklerine göre afetlerden korunma uygulamalarına alternatif oluşturduğu seçenekler üzerinden çıkarım yapar.</w:t>
            </w:r>
          </w:p>
          <w:p>
            <w:pPr>
              <w:spacing w:after="0"/>
            </w:pPr>
            <w:r>
              <w:rPr>
                <w:b w:val="0"/>
                <w:sz w:val="19"/>
              </w:rPr>
              <w:t>d) Mekânın özelliklerine göre afetlerden korunma uygulamaları arasından seçim yapar.</w:t>
            </w:r>
          </w:p>
          <w:p>
            <w:pPr>
              <w:spacing w:after="0"/>
            </w:pPr>
            <w:r>
              <w:rPr>
                <w:b w:val="0"/>
                <w:sz w:val="19"/>
              </w:rPr>
              <w:t>e) Mekânın özelliklerine göre seçtiği afetlerden korunma uygulamalarının sonuçları üzerinde yansıtma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D6. Dürüstlük, D12. Sabır,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OB6. Vatandaşlık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(COĞ.10.6.3. Mekânın özelliklerine göre afetlerden korunma uygulamalarına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öz/akran değerlendirme formu, tanılayıcı dallanmış ağaç, kontrol listesi, çalışma yaprağı, öğrenme günlüğü, performans görevi, analitik dereceli puanlama anahtarı kullanılarak değerlendirilebilir.</w:t>
            </w:r>
          </w:p>
          <w:p>
            <w:pPr>
              <w:spacing w:after="0"/>
            </w:pPr>
            <w:r>
              <w:rPr>
                <w:b w:val="0"/>
                <w:sz w:val="19"/>
              </w:rPr>
              <w:t>Performans görevi olarak öğrencilerden bir afet seçmesi, bu afetle mücadelede farklı ülkelerdeki uygulamaları incelemesi ve bu uygulamaları karşılaştırması istenebilir. Elde edilen bilgilerden yararlanarak öğrencilerin sınıfta sunum yapması sağlanabilir. Performans görevi;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Ulusal Egemenlik ve Çocuk Bayramı (23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Afetlerden Korunma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COĞ.10.6.3. Mekânın özelliklerine göre afetlerden korunma uygulamalarına karar verebilme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Mekânın özelliklerine göre afetlerden korunma uygulamalarına karar vermeyi amaç olarak belirler.</w:t>
            </w:r>
          </w:p>
          <w:p>
            <w:pPr>
              <w:spacing w:after="0"/>
            </w:pPr>
            <w:r>
              <w:rPr>
                <w:b w:val="0"/>
                <w:sz w:val="19"/>
              </w:rPr>
              <w:t>b) Mekânın özelliklerine göre afetlerden korunma uygulamalarına ilişkin bilgi toplar.</w:t>
            </w:r>
          </w:p>
          <w:p>
            <w:pPr>
              <w:spacing w:after="0"/>
            </w:pPr>
            <w:r>
              <w:rPr>
                <w:b w:val="0"/>
                <w:sz w:val="19"/>
              </w:rPr>
              <w:t>c) Mekânın özelliklerine göre afetlerden korunma uygulamalarına alternatif seçenekler oluşturur.</w:t>
            </w:r>
          </w:p>
          <w:p>
            <w:pPr>
              <w:spacing w:after="0"/>
            </w:pPr>
            <w:r>
              <w:rPr>
                <w:b w:val="0"/>
                <w:sz w:val="19"/>
              </w:rPr>
              <w:t>ç) Mekânın özelliklerine göre afetlerden korunma uygulamalarına alternatif oluşturduğu seçenekler üzerinden çıkarım yapar.</w:t>
            </w:r>
          </w:p>
          <w:p>
            <w:pPr>
              <w:spacing w:after="0"/>
            </w:pPr>
            <w:r>
              <w:rPr>
                <w:b w:val="0"/>
                <w:sz w:val="19"/>
              </w:rPr>
              <w:t>d) Mekânın özelliklerine göre afetlerden korunma uygulamaları arasından seçim yapar.</w:t>
            </w:r>
          </w:p>
          <w:p>
            <w:pPr>
              <w:spacing w:after="0"/>
            </w:pPr>
            <w:r>
              <w:rPr>
                <w:b w:val="0"/>
                <w:sz w:val="19"/>
              </w:rPr>
              <w:t>e) Mekânın özelliklerine göre seçtiği afetlerden korunma uygulamalarının sonuçları üzerinde yansıtma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D6. Dürüstlük, D12. Sabır,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OB6. Vatandaşlık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(COĞ.10.6.3. Mekânın özelliklerine göre afetlerden korunma uygulamalarına karar verebilme)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öz/akran değerlendirme formu, tanılayıcı dallanmış ağaç, kontrol listesi, çalışma yaprağı, öğrenme günlüğü, performans görevi, analitik dereceli puanlama anahtarı kullanılarak değerlendirilebilir.</w:t>
            </w:r>
          </w:p>
          <w:p>
            <w:pPr>
              <w:spacing w:after="0"/>
            </w:pPr>
            <w:r>
              <w:rPr>
                <w:b w:val="0"/>
                <w:sz w:val="19"/>
              </w:rPr>
              <w:t>Performans görevi olarak öğrencilerden bir afet seçmesi, bu afetle mücadelede farklı ülkelerdeki uygulamaları incelemesi ve bu uygulamaları karşılaştırması istenebilir. Elde edilen bilgilerden yararlanarak öğrencilerin sınıfta sunum yapması sağlanabilir. Performans görevi;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Afet Bilinci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COĞ.10.6.4. Afetlerden korunma amacı ile afet bilinci oluşturmanın faydalarını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Afetlerden korunma amacı ile afet bilinci oluşturmanın faydalarına ilişkin deneyimlerini gözden geçirir.</w:t>
            </w:r>
          </w:p>
          <w:p>
            <w:pPr>
              <w:spacing w:after="0"/>
            </w:pPr>
            <w:r>
              <w:rPr>
                <w:b w:val="0"/>
                <w:sz w:val="19"/>
              </w:rPr>
              <w:t>b) Afetlerden korunma amacı ile afet bilinci oluşturmanın faydalarına ilişkin deneyimlerinden çıkarım yapar.</w:t>
            </w:r>
          </w:p>
          <w:p>
            <w:pPr>
              <w:spacing w:after="0"/>
            </w:pPr>
            <w:r>
              <w:rPr>
                <w:b w:val="0"/>
                <w:sz w:val="19"/>
              </w:rPr>
              <w:t>c) Afetlerden korunma amacı ile afet bilinci oluşturmanın faydalarına ilişkin çıkarımlarını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D6. Dürüstlük, D12. Sabır,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OB6. Vatandaşlık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(COĞ.10.6.4. Afetlerden korunma amacı ile afet bilinci oluşturmanın faydalarını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öz/akran değerlendirme formu, tanılayıcı dallanmış ağaç, kontrol listesi, çalışma yaprağı, öğrenme günlüğü, performans görevi, analitik dereceli puanlama anahtarı kullanılarak değerlendirilebilir.</w:t>
            </w:r>
          </w:p>
          <w:p>
            <w:pPr>
              <w:spacing w:after="0"/>
            </w:pPr>
            <w:r>
              <w:rPr>
                <w:b w:val="0"/>
                <w:sz w:val="19"/>
              </w:rPr>
              <w:t>Performans görevi olarak öğrencilerden bir afet seçmesi, bu afetle mücadelede farklı ülkelerdeki uygulamaları incelemesi ve bu uygulamaları karşılaştırması istenebilir. Elde edilen bilgilerden yararlanarak öğrencilerin sınıfta sunum yapması sağlanabilir. Performans görevi;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Afet Bilinci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COĞ.10.6.4. Afetlerden korunma amacı ile afet bilinci oluşturmanın faydalarını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Afetlerden korunma amacı ile afet bilinci oluşturmanın faydalarına ilişkin deneyimlerini gözden geçirir.</w:t>
            </w:r>
          </w:p>
          <w:p>
            <w:pPr>
              <w:spacing w:after="0"/>
            </w:pPr>
            <w:r>
              <w:rPr>
                <w:b w:val="0"/>
                <w:sz w:val="19"/>
              </w:rPr>
              <w:t>b) Afetlerden korunma amacı ile afet bilinci oluşturmanın faydalarına ilişkin deneyimlerinden çıkarım yapar.</w:t>
            </w:r>
          </w:p>
          <w:p>
            <w:pPr>
              <w:spacing w:after="0"/>
            </w:pPr>
            <w:r>
              <w:rPr>
                <w:b w:val="0"/>
                <w:sz w:val="19"/>
              </w:rPr>
              <w:t>c) Afetlerden korunma amacı ile afet bilinci oluşturmanın faydalarına ilişkin çıkarımlarını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D6. Dürüstlük, D12. Sabır,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OB6. Vatandaşlık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(COĞ.10.6.4. Afetlerden korunma amacı ile afet bilinci oluşturmanın faydalarını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öz/akran değerlendirme formu, tanılayıcı dallanmış ağaç, kontrol listesi, çalışma yaprağı, öğrenme günlüğü, performans görevi, analitik dereceli puanlama anahtarı kullanılarak değerlendirilebilir.</w:t>
            </w:r>
          </w:p>
          <w:p>
            <w:pPr>
              <w:spacing w:after="0"/>
            </w:pPr>
            <w:r>
              <w:rPr>
                <w:b w:val="0"/>
                <w:sz w:val="19"/>
              </w:rPr>
              <w:t>Performans görevi olarak öğrencilerden bir afet seçmesi, bu afetle mücadelede farklı ülkelerdeki uygulamaları incelemesi ve bu uygulamaları karşılaştırması istenebilir. Elde edilen bilgilerden yararlanarak öğrencilerin sınıfta sunum yapması sağlanabilir. Performans görevi;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Afet Bilinci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COĞ.10.6.4. Afetlerden korunma amacı ile afet bilinci oluşturmanın faydalarını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Afetlerden korunma amacı ile afet bilinci oluşturmanın faydalarına ilişkin deneyimlerini gözden geçirir.</w:t>
            </w:r>
          </w:p>
          <w:p>
            <w:pPr>
              <w:spacing w:after="0"/>
            </w:pPr>
            <w:r>
              <w:rPr>
                <w:b w:val="0"/>
                <w:sz w:val="19"/>
              </w:rPr>
              <w:t>b) Afetlerden korunma amacı ile afet bilinci oluşturmanın faydalarına ilişkin deneyimlerinden çıkarım yapar.</w:t>
            </w:r>
          </w:p>
          <w:p>
            <w:pPr>
              <w:spacing w:after="0"/>
            </w:pPr>
            <w:r>
              <w:rPr>
                <w:b w:val="0"/>
                <w:sz w:val="19"/>
              </w:rPr>
              <w:t>c) Afetlerden korunma amacı ile afet bilinci oluşturmanın faydalarına ilişkin çıkarımlarını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D6. Dürüstlük, D12. Sabır,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OB6. Vatandaşlık Okuryazarlığı, 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(COĞ.10.6.4. Afetlerden korunma amacı ile afet bilinci oluşturmanın faydalarını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öz/akran değerlendirme formu, tanılayıcı dallanmış ağaç, kontrol listesi, çalışma yaprağı, öğrenme günlüğü, performans görevi, analitik dereceli puanlama anahtarı kullanılarak değerlendirilebilir.</w:t>
            </w:r>
          </w:p>
          <w:p>
            <w:pPr>
              <w:spacing w:after="0"/>
            </w:pPr>
            <w:r>
              <w:rPr>
                <w:b w:val="0"/>
                <w:sz w:val="19"/>
              </w:rPr>
              <w:t>Performans görevi olarak öğrencilerden bir afet seçmesi, bu afetle mücadelede farklı ülkelerdeki uygulamaları incelemesi ve bu uygulamaları karşılaştırması istenebilir. Elde edilen bilgilerden yararlanarak öğrencilerin sınıfta sunum yapması sağlanabilir. Performans görevi; bilgi toplama, bilgileri düzenlenme, ilişki kurma, sonuç çıkarma ve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Atatürk'ü Anma ve Gençlik ve Spor Bayramı (19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BÖLGELER, ÜLKELER VE KÜRESEL BAĞLANTILAR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 Kültürünün Mekânsal Özellikleri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COĞ.10.7.1. Türk dünyasının ortak kültürel özellikleri hakkında analojik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 kültürünün yayıldığı alanları gözlemler.</w:t>
            </w:r>
          </w:p>
          <w:p>
            <w:pPr>
              <w:spacing w:after="0"/>
            </w:pPr>
            <w:r>
              <w:rPr>
                <w:b w:val="0"/>
                <w:sz w:val="19"/>
              </w:rPr>
              <w:t>b) Türk kültürünün yayıldığı alanlardaki kültürel özellikleri tespit eder.</w:t>
            </w:r>
          </w:p>
          <w:p>
            <w:pPr>
              <w:spacing w:after="0"/>
            </w:pPr>
            <w:r>
              <w:rPr>
                <w:b w:val="0"/>
                <w:sz w:val="19"/>
              </w:rPr>
              <w:t>c) Türk kültürünün yayıldığı alanlardaki ortak kültürel özellikler hakkında çıkarımda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(COĞ.10.7.1. Türk dünyasının ortak kültürel özellikleri hakkında analojik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 açık uçlu sorular, çalışma yaprağı, performans görevi, analitik dereceli puanlama anahtarı, öz değerlendirme formu kullanılarak değerlendirilebilir.</w:t>
            </w:r>
          </w:p>
          <w:p>
            <w:pPr>
              <w:spacing w:after="0"/>
            </w:pPr>
            <w:r>
              <w:rPr>
                <w:b w:val="0"/>
                <w:sz w:val="19"/>
              </w:rPr>
              <w:t>Performans görevi olarak öğrencilerden Türk milletinin soyut ve somut kültürel miras ögelerinin tanınması, tanıtılması, korunması ve geliştirilmesine yönelik bir faaliyet yürütmeleri istenebilir. Bu kapsamda öğrencilerin afiş, broşür veya kamu spotu hazırlamaları sağlanabilir. Performans görevi; amaç belirleme, bilgi toplama, bilgileri düzenlenme ve görselleştirme, sonuç çıkarma ve sunma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BÖLGELER, ÜLKELER VE KÜRESEL BAĞLANTILAR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 Kültürünün Mekânsal Özellikleri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COĞ.10.7.1. Türk dünyasının ortak kültürel özellikleri hakkında analojik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 kültürünün yayıldığı alanları gözlemler.</w:t>
            </w:r>
          </w:p>
          <w:p>
            <w:pPr>
              <w:spacing w:after="0"/>
            </w:pPr>
            <w:r>
              <w:rPr>
                <w:b w:val="0"/>
                <w:sz w:val="19"/>
              </w:rPr>
              <w:t>b) Türk kültürünün yayıldığı alanlardaki kültürel özellikleri tespit eder.</w:t>
            </w:r>
          </w:p>
          <w:p>
            <w:pPr>
              <w:spacing w:after="0"/>
            </w:pPr>
            <w:r>
              <w:rPr>
                <w:b w:val="0"/>
                <w:sz w:val="19"/>
              </w:rPr>
              <w:t>c) Türk kültürünün yayıldığı alanlardaki ortak kültürel özellikler hakkında çıkarımda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(COĞ.10.7.1. Türk dünyasının ortak kültürel özellikleri hakkında analojik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 açık uçlu sorular, çalışma yaprağı, performans görevi, analitik dereceli puanlama anahtarı, öz değerlendirme formu kullanılarak değerlendirilebilir.</w:t>
            </w:r>
          </w:p>
          <w:p>
            <w:pPr>
              <w:spacing w:after="0"/>
            </w:pPr>
            <w:r>
              <w:rPr>
                <w:b w:val="0"/>
                <w:sz w:val="19"/>
              </w:rPr>
              <w:t>Performans görevi olarak öğrencilerden Türk milletinin soyut ve somut kültürel miras ögelerinin tanınması, tanıtılması, korunması ve geliştirilmesine yönelik bir faaliyet yürütmeleri istenebilir. Bu kapsamda öğrencilerin afiş, broşür veya kamu spotu hazırlamaları sağlanabilir. Performans görevi; amaç belirleme, bilgi toplama, bilgileri düzenlenme ve görselleştirme, sonuç çıkarma ve sunma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BÖLGELER, ÜLKELER VE KÜRESEL BAĞLANTILAR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 Kültürünün Mekânsal Özellikleri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COĞ.10.7.1. Türk dünyasının ortak kültürel özellikleri hakkında analojik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 kültürünün yayıldığı alanları gözlemler.</w:t>
            </w:r>
          </w:p>
          <w:p>
            <w:pPr>
              <w:spacing w:after="0"/>
            </w:pPr>
            <w:r>
              <w:rPr>
                <w:b w:val="0"/>
                <w:sz w:val="19"/>
              </w:rPr>
              <w:t>b) Türk kültürünün yayıldığı alanlardaki kültürel özellikleri tespit eder.</w:t>
            </w:r>
          </w:p>
          <w:p>
            <w:pPr>
              <w:spacing w:after="0"/>
            </w:pPr>
            <w:r>
              <w:rPr>
                <w:b w:val="0"/>
                <w:sz w:val="19"/>
              </w:rPr>
              <w:t>c) Türk kültürünün yayıldığı alanlardaki ortak kültürel özellikler hakkında çıkarımda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(COĞ.10.7.1. Türk dünyasının ortak kültürel özellikleri hakkında analojik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 açık uçlu sorular, çalışma yaprağı, performans görevi, analitik dereceli puanlama anahtarı, öz değerlendirme formu kullanılarak değerlendirilebilir.</w:t>
            </w:r>
          </w:p>
          <w:p>
            <w:pPr>
              <w:spacing w:after="0"/>
            </w:pPr>
            <w:r>
              <w:rPr>
                <w:b w:val="0"/>
                <w:sz w:val="19"/>
              </w:rPr>
              <w:t>Performans görevi olarak öğrencilerden Türk milletinin soyut ve somut kültürel miras ögelerinin tanınması, tanıtılması, korunması ve geliştirilmesine yönelik bir faaliyet yürütmeleri istenebilir. Bu kapsamda öğrencilerin afiş, broşür veya kamu spotu hazırlamaları sağlanabilir. Performans görevi; amaç belirleme, bilgi toplama, bilgileri düzenlenme ve görselleştirme, sonuç çıkarma ve sunma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COĞRAFYA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10. Sınıf Coğrafya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