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10. SINIF FELSEFE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FELSEFENİN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Felsefenin Anlamı</w:t>
            </w:r>
          </w:p>
          <w:p>
            <w:pPr>
              <w:spacing w:after="0"/>
            </w:pPr>
            <w:r>
              <w:rPr>
                <w:b w:val="0"/>
                <w:sz w:val="19"/>
              </w:rPr>
              <w:t>Felsefi Düşüncenin Özellikleri</w:t>
            </w:r>
          </w:p>
          <w:p>
            <w:pPr>
              <w:spacing w:after="0"/>
            </w:pPr>
            <w:r>
              <w:rPr>
                <w:b w:val="0"/>
                <w:sz w:val="19"/>
              </w:rPr>
              <w:t>Felsefi Düşüncenin Gelişimi</w:t>
            </w:r>
          </w:p>
          <w:p>
            <w:pPr>
              <w:spacing w:after="0"/>
            </w:pPr>
            <w:r>
              <w:rPr>
                <w:b w:val="0"/>
                <w:sz w:val="19"/>
              </w:rPr>
              <w:t>Felsefi Sorunun Temel Özellikleri</w:t>
            </w:r>
          </w:p>
          <w:p>
            <w:pPr>
              <w:spacing w:after="0"/>
            </w:pPr>
            <w:r>
              <w:rPr>
                <w:b w:val="0"/>
                <w:sz w:val="19"/>
              </w:rPr>
              <w:t>Felsefenin Diğer Alanlarla İlişkisi</w:t>
            </w:r>
          </w:p>
          <w:p>
            <w:pPr>
              <w:spacing w:after="0"/>
            </w:pPr>
            <w:r>
              <w:rPr>
                <w:b w:val="0"/>
                <w:sz w:val="19"/>
              </w:rPr>
              <w:t>Felsefenin Bireysel ve Toplumsal İşlevi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FEL.10.1.1. Felsefenin anlamını, gelişim sürecini ve işlevini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Felsefenin anlamını merak eder ve felsefenin ortak tanımının imkânına yönelik şüphe</w:t>
            </w:r>
          </w:p>
          <w:p>
            <w:pPr>
              <w:spacing w:after="0"/>
            </w:pPr>
            <w:r>
              <w:rPr>
                <w:b w:val="0"/>
                <w:sz w:val="19"/>
              </w:rPr>
              <w:t>duyar.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D6. Dürüstlük,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(FEL.10.1.1. Felsefenin anlamını, gelişim sürecini ve işlevini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çıktıları; çalışma kağıdı, açık uçlu sorular, öz değerlendirme formu, akran değerlendirme formu ve performans görevi ile değerlendirilebilir.</w:t>
            </w:r>
          </w:p>
          <w:p>
            <w:pPr>
              <w:spacing w:after="0"/>
            </w:pPr>
            <w:r>
              <w:rPr>
                <w:b w:val="0"/>
                <w:sz w:val="19"/>
              </w:rPr>
              <w:t>Performans görevi: Öğrencilerden, verilen safsataları tespit etmeleri, bunları toplumsal</w:t>
            </w:r>
          </w:p>
          <w:p>
            <w:pPr>
              <w:spacing w:after="0"/>
            </w:pPr>
            <w:r>
              <w:rPr>
                <w:b w:val="0"/>
                <w:sz w:val="19"/>
              </w:rPr>
              <w:t>açıdan değerlendirmeleri ve değerlendirmelerini sınıf ortamında sunmaları istenebilir.</w:t>
            </w:r>
          </w:p>
          <w:p>
            <w:pPr>
              <w:spacing w:after="0"/>
            </w:pPr>
            <w:r>
              <w:rPr>
                <w:b w:val="0"/>
                <w:sz w:val="19"/>
              </w:rPr>
              <w:t>Performans görevi; safsataları belirleyebilme, safsata türlerini ayırt edebilme, toplumsal</w:t>
            </w:r>
          </w:p>
          <w:p>
            <w:pPr>
              <w:spacing w:after="0"/>
            </w:pPr>
            <w:r>
              <w:rPr>
                <w:b w:val="0"/>
                <w:sz w:val="19"/>
              </w:rPr>
              <w:t>açıdan etkisini değerlendirebilme ve çözüm önerilerini sunabilme gibi ölçütler üzerinden</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FELSEFENİN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Felsefenin Anlamı</w:t>
            </w:r>
          </w:p>
          <w:p>
            <w:pPr>
              <w:spacing w:after="0"/>
            </w:pPr>
            <w:r>
              <w:rPr>
                <w:b w:val="0"/>
                <w:sz w:val="19"/>
              </w:rPr>
              <w:t>Felsefi Düşüncenin Özellikleri</w:t>
            </w:r>
          </w:p>
          <w:p>
            <w:pPr>
              <w:spacing w:after="0"/>
            </w:pPr>
            <w:r>
              <w:rPr>
                <w:b w:val="0"/>
                <w:sz w:val="19"/>
              </w:rPr>
              <w:t>Felsefi Düşüncenin Gelişimi</w:t>
            </w:r>
          </w:p>
          <w:p>
            <w:pPr>
              <w:spacing w:after="0"/>
            </w:pPr>
            <w:r>
              <w:rPr>
                <w:b w:val="0"/>
                <w:sz w:val="19"/>
              </w:rPr>
              <w:t>Felsefi Sorunun Temel Özellikleri</w:t>
            </w:r>
          </w:p>
          <w:p>
            <w:pPr>
              <w:spacing w:after="0"/>
            </w:pPr>
            <w:r>
              <w:rPr>
                <w:b w:val="0"/>
                <w:sz w:val="19"/>
              </w:rPr>
              <w:t>Felsefenin Diğer Alanlarla İlişkisi</w:t>
            </w:r>
          </w:p>
          <w:p>
            <w:pPr>
              <w:spacing w:after="0"/>
            </w:pPr>
            <w:r>
              <w:rPr>
                <w:b w:val="0"/>
                <w:sz w:val="19"/>
              </w:rPr>
              <w:t>Felsefenin Bireysel ve Toplumsal İşlevi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FEL.10.1.1. Felsefenin anlamını, gelişim sürecini ve işlevini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Felsefi düşüncenin genel özellikleri, ortaya çıkışı ve tarihsel gelişimi üzerine derinlemesine</w:t>
            </w:r>
          </w:p>
          <w:p>
            <w:pPr>
              <w:spacing w:after="0"/>
            </w:pPr>
            <w:r>
              <w:rPr>
                <w:b w:val="0"/>
                <w:sz w:val="19"/>
              </w:rPr>
              <w:t>düşünür.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D6. Dürüstlük,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(FEL.10.1.1. Felsefenin anlamını, gelişim sürecini ve işlevini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çıktıları; çalışma kağıdı, açık uçlu sorular, öz değerlendirme formu, akran değerlendirme formu ve performans görevi ile değerlendirilebilir.</w:t>
            </w:r>
          </w:p>
          <w:p>
            <w:pPr>
              <w:spacing w:after="0"/>
            </w:pPr>
            <w:r>
              <w:rPr>
                <w:b w:val="0"/>
                <w:sz w:val="19"/>
              </w:rPr>
              <w:t>Performans görevi: Öğrencilerden, verilen safsataları tespit etmeleri, bunları toplumsal</w:t>
            </w:r>
          </w:p>
          <w:p>
            <w:pPr>
              <w:spacing w:after="0"/>
            </w:pPr>
            <w:r>
              <w:rPr>
                <w:b w:val="0"/>
                <w:sz w:val="19"/>
              </w:rPr>
              <w:t>açıdan değerlendirmeleri ve değerlendirmelerini sınıf ortamında sunmaları istenebilir.</w:t>
            </w:r>
          </w:p>
          <w:p>
            <w:pPr>
              <w:spacing w:after="0"/>
            </w:pPr>
            <w:r>
              <w:rPr>
                <w:b w:val="0"/>
                <w:sz w:val="19"/>
              </w:rPr>
              <w:t>Performans görevi; safsataları belirleyebilme, safsata türlerini ayırt edebilme, toplumsal</w:t>
            </w:r>
          </w:p>
          <w:p>
            <w:pPr>
              <w:spacing w:after="0"/>
            </w:pPr>
            <w:r>
              <w:rPr>
                <w:b w:val="0"/>
                <w:sz w:val="19"/>
              </w:rPr>
              <w:t>açıdan etkisini değerlendirebilme ve çözüm önerilerini sunabilme gibi ölçütler üzerinden</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FELSEFENİN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Felsefenin Anlamı</w:t>
            </w:r>
          </w:p>
          <w:p>
            <w:pPr>
              <w:spacing w:after="0"/>
            </w:pPr>
            <w:r>
              <w:rPr>
                <w:b w:val="0"/>
                <w:sz w:val="19"/>
              </w:rPr>
              <w:t>Felsefi Düşüncenin Özellikleri</w:t>
            </w:r>
          </w:p>
          <w:p>
            <w:pPr>
              <w:spacing w:after="0"/>
            </w:pPr>
            <w:r>
              <w:rPr>
                <w:b w:val="0"/>
                <w:sz w:val="19"/>
              </w:rPr>
              <w:t>Felsefi Düşüncenin Gelişimi</w:t>
            </w:r>
          </w:p>
          <w:p>
            <w:pPr>
              <w:spacing w:after="0"/>
            </w:pPr>
            <w:r>
              <w:rPr>
                <w:b w:val="0"/>
                <w:sz w:val="19"/>
              </w:rPr>
              <w:t>Felsefi Sorunun Temel Özellikleri</w:t>
            </w:r>
          </w:p>
          <w:p>
            <w:pPr>
              <w:spacing w:after="0"/>
            </w:pPr>
            <w:r>
              <w:rPr>
                <w:b w:val="0"/>
                <w:sz w:val="19"/>
              </w:rPr>
              <w:t>Felsefenin Diğer Alanlarla İlişkisi</w:t>
            </w:r>
          </w:p>
          <w:p>
            <w:pPr>
              <w:spacing w:after="0"/>
            </w:pPr>
            <w:r>
              <w:rPr>
                <w:b w:val="0"/>
                <w:sz w:val="19"/>
              </w:rPr>
              <w:t>Felsefenin Bireysel ve Toplumsal İşlevi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FEL.10.1.1. Felsefenin anlamını, gelişim sürecini ve işlevini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Felsefi soruların temel özelliklerini ifade ederek felsefi soru sorar.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D6. Dürüstlük,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(FEL.10.1.1. Felsefenin anlamını, gelişim sürecini ve işlevini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çıktıları; çalışma kağıdı, açık uçlu sorular, öz değerlendirme formu, akran değerlendirme formu ve performans görevi ile değerlendirilebilir.</w:t>
            </w:r>
          </w:p>
          <w:p>
            <w:pPr>
              <w:spacing w:after="0"/>
            </w:pPr>
            <w:r>
              <w:rPr>
                <w:b w:val="0"/>
                <w:sz w:val="19"/>
              </w:rPr>
              <w:t>Performans görevi: Öğrencilerden, verilen safsataları tespit etmeleri, bunları toplumsal</w:t>
            </w:r>
          </w:p>
          <w:p>
            <w:pPr>
              <w:spacing w:after="0"/>
            </w:pPr>
            <w:r>
              <w:rPr>
                <w:b w:val="0"/>
                <w:sz w:val="19"/>
              </w:rPr>
              <w:t>açıdan değerlendirmeleri ve değerlendirmelerini sınıf ortamında sunmaları istenebilir.</w:t>
            </w:r>
          </w:p>
          <w:p>
            <w:pPr>
              <w:spacing w:after="0"/>
            </w:pPr>
            <w:r>
              <w:rPr>
                <w:b w:val="0"/>
                <w:sz w:val="19"/>
              </w:rPr>
              <w:t>Performans görevi; safsataları belirleyebilme, safsata türlerini ayırt edebilme, toplumsal</w:t>
            </w:r>
          </w:p>
          <w:p>
            <w:pPr>
              <w:spacing w:after="0"/>
            </w:pPr>
            <w:r>
              <w:rPr>
                <w:b w:val="0"/>
                <w:sz w:val="19"/>
              </w:rPr>
              <w:t>açıdan etkisini değerlendirebilme ve çözüm önerilerini sunabilme gibi ölçütler üzerinden</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FELSEFENİN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Felsefenin Anlamı</w:t>
            </w:r>
          </w:p>
          <w:p>
            <w:pPr>
              <w:spacing w:after="0"/>
            </w:pPr>
            <w:r>
              <w:rPr>
                <w:b w:val="0"/>
                <w:sz w:val="19"/>
              </w:rPr>
              <w:t>Felsefi Düşüncenin Özellikleri</w:t>
            </w:r>
          </w:p>
          <w:p>
            <w:pPr>
              <w:spacing w:after="0"/>
            </w:pPr>
            <w:r>
              <w:rPr>
                <w:b w:val="0"/>
                <w:sz w:val="19"/>
              </w:rPr>
              <w:t>Felsefi Düşüncenin Gelişimi</w:t>
            </w:r>
          </w:p>
          <w:p>
            <w:pPr>
              <w:spacing w:after="0"/>
            </w:pPr>
            <w:r>
              <w:rPr>
                <w:b w:val="0"/>
                <w:sz w:val="19"/>
              </w:rPr>
              <w:t>Felsefi Sorunun Temel Özellikleri</w:t>
            </w:r>
          </w:p>
          <w:p>
            <w:pPr>
              <w:spacing w:after="0"/>
            </w:pPr>
            <w:r>
              <w:rPr>
                <w:b w:val="0"/>
                <w:sz w:val="19"/>
              </w:rPr>
              <w:t>Felsefenin Diğer Alanlarla İlişkisi</w:t>
            </w:r>
          </w:p>
          <w:p>
            <w:pPr>
              <w:spacing w:after="0"/>
            </w:pPr>
            <w:r>
              <w:rPr>
                <w:b w:val="0"/>
                <w:sz w:val="19"/>
              </w:rPr>
              <w:t>Felsefenin Bireysel ve Toplumsal İşlevi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FEL.10.1.1. Felsefenin anlamını, gelişim sürecini ve işlevini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Felsefenin bilim, din ve sanat alanlarıyla ilişkisine eleştirel yaklaşır.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D6. Dürüstlük,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(FEL.10.1.1. Felsefenin anlamını, gelişim sürecini ve işlevini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çıktıları; çalışma kağıdı, açık uçlu sorular, öz değerlendirme formu, akran değerlendirme formu ve performans görevi ile değerlendirilebilir.</w:t>
            </w:r>
          </w:p>
          <w:p>
            <w:pPr>
              <w:spacing w:after="0"/>
            </w:pPr>
            <w:r>
              <w:rPr>
                <w:b w:val="0"/>
                <w:sz w:val="19"/>
              </w:rPr>
              <w:t>Performans görevi: Öğrencilerden, verilen safsataları tespit etmeleri, bunları toplumsal</w:t>
            </w:r>
          </w:p>
          <w:p>
            <w:pPr>
              <w:spacing w:after="0"/>
            </w:pPr>
            <w:r>
              <w:rPr>
                <w:b w:val="0"/>
                <w:sz w:val="19"/>
              </w:rPr>
              <w:t>açıdan değerlendirmeleri ve değerlendirmelerini sınıf ortamında sunmaları istenebilir.</w:t>
            </w:r>
          </w:p>
          <w:p>
            <w:pPr>
              <w:spacing w:after="0"/>
            </w:pPr>
            <w:r>
              <w:rPr>
                <w:b w:val="0"/>
                <w:sz w:val="19"/>
              </w:rPr>
              <w:t>Performans görevi; safsataları belirleyebilme, safsata türlerini ayırt edebilme, toplumsal</w:t>
            </w:r>
          </w:p>
          <w:p>
            <w:pPr>
              <w:spacing w:after="0"/>
            </w:pPr>
            <w:r>
              <w:rPr>
                <w:b w:val="0"/>
                <w:sz w:val="19"/>
              </w:rPr>
              <w:t>açıdan etkisini değerlendirebilme ve çözüm önerilerini sunabilme gibi ölçütler üzerinden</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FELSEFENİN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Felsefenin Anlamı</w:t>
            </w:r>
          </w:p>
          <w:p>
            <w:pPr>
              <w:spacing w:after="0"/>
            </w:pPr>
            <w:r>
              <w:rPr>
                <w:b w:val="0"/>
                <w:sz w:val="19"/>
              </w:rPr>
              <w:t>Felsefi Düşüncenin Özellikleri</w:t>
            </w:r>
          </w:p>
          <w:p>
            <w:pPr>
              <w:spacing w:after="0"/>
            </w:pPr>
            <w:r>
              <w:rPr>
                <w:b w:val="0"/>
                <w:sz w:val="19"/>
              </w:rPr>
              <w:t>Felsefi Düşüncenin Gelişimi</w:t>
            </w:r>
          </w:p>
          <w:p>
            <w:pPr>
              <w:spacing w:after="0"/>
            </w:pPr>
            <w:r>
              <w:rPr>
                <w:b w:val="0"/>
                <w:sz w:val="19"/>
              </w:rPr>
              <w:t>Felsefi Sorunun Temel Özellikleri</w:t>
            </w:r>
          </w:p>
          <w:p>
            <w:pPr>
              <w:spacing w:after="0"/>
            </w:pPr>
            <w:r>
              <w:rPr>
                <w:b w:val="0"/>
                <w:sz w:val="19"/>
              </w:rPr>
              <w:t>Felsefenin Diğer Alanlarla İlişkisi</w:t>
            </w:r>
          </w:p>
          <w:p>
            <w:pPr>
              <w:spacing w:after="0"/>
            </w:pPr>
            <w:r>
              <w:rPr>
                <w:b w:val="0"/>
                <w:sz w:val="19"/>
              </w:rPr>
              <w:t>Felsefenin Bireysel ve Toplumsal İşlevi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FEL.10.1.1. Felsefenin anlamını, gelişim sürecini ve işlevini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d) Felsefenin bireysel ve toplumsal işlevlerini tartışır.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D6. Dürüstlük,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(FEL.10.1.1. Felsefenin anlamını, gelişim sürecini ve işlevini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çıktıları; çalışma kağıdı, açık uçlu sorular, öz değerlendirme formu, akran değerlendirme formu ve performans görevi ile değerlendirilebilir.</w:t>
            </w:r>
          </w:p>
          <w:p>
            <w:pPr>
              <w:spacing w:after="0"/>
            </w:pPr>
            <w:r>
              <w:rPr>
                <w:b w:val="0"/>
                <w:sz w:val="19"/>
              </w:rPr>
              <w:t>Performans görevi: Öğrencilerden, verilen safsataları tespit etmeleri, bunları toplumsal</w:t>
            </w:r>
          </w:p>
          <w:p>
            <w:pPr>
              <w:spacing w:after="0"/>
            </w:pPr>
            <w:r>
              <w:rPr>
                <w:b w:val="0"/>
                <w:sz w:val="19"/>
              </w:rPr>
              <w:t>açıdan değerlendirmeleri ve değerlendirmelerini sınıf ortamında sunmaları istenebilir.</w:t>
            </w:r>
          </w:p>
          <w:p>
            <w:pPr>
              <w:spacing w:after="0"/>
            </w:pPr>
            <w:r>
              <w:rPr>
                <w:b w:val="0"/>
                <w:sz w:val="19"/>
              </w:rPr>
              <w:t>Performans görevi; safsataları belirleyebilme, safsata türlerini ayırt edebilme, toplumsal</w:t>
            </w:r>
          </w:p>
          <w:p>
            <w:pPr>
              <w:spacing w:after="0"/>
            </w:pPr>
            <w:r>
              <w:rPr>
                <w:b w:val="0"/>
                <w:sz w:val="19"/>
              </w:rPr>
              <w:t>açıdan etkisini değerlendirebilme ve çözüm önerilerini sunabilme gibi ölçütler üzerinden</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FELSEFE, MANTIK VE ARGÜMANTASYON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Düşünme ve Dil İlişkisi</w:t>
            </w:r>
          </w:p>
          <w:p>
            <w:pPr>
              <w:spacing w:after="0"/>
            </w:pPr>
            <w:r>
              <w:rPr>
                <w:b w:val="0"/>
                <w:sz w:val="19"/>
              </w:rPr>
              <w:t>Mantık ve Argümantasyonun Temel Kavramları</w:t>
            </w:r>
          </w:p>
          <w:p>
            <w:pPr>
              <w:spacing w:after="0"/>
            </w:pPr>
            <w:r>
              <w:rPr>
                <w:b w:val="0"/>
                <w:sz w:val="19"/>
              </w:rPr>
              <w:t>Argümantasyonun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FEL.10.2.1. Düşünme ve dil ilişkisini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Düşünme ve dil ilişkisini inceleyerek nedensel ilişkiler ortaya koyar.</w:t>
            </w:r>
          </w:p>
          <w:p>
            <w:pPr>
              <w:spacing w:after="0"/>
            </w:pPr>
            <w:r>
              <w:rPr>
                <w:b w:val="0"/>
                <w:sz w:val="19"/>
              </w:rPr>
              <w:t>b) Tespit ettiği ilişkilerden hareketle uyumlu bir bütün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D6. Dürüstlük,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(FEL.10.2.1. Düşünme ve dil ilişkisini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öğrenme kanıtlarında ve öğrenme-öğretme uygulamalarında açık uçlu sorular, bulmaca, doğru/yanlış testi, eşleştirme testi, öz değerlendirme formu, akran değerlendirme</w:t>
            </w:r>
          </w:p>
          <w:p>
            <w:pPr>
              <w:spacing w:after="0"/>
            </w:pPr>
            <w:r>
              <w:rPr>
                <w:b w:val="0"/>
                <w:sz w:val="19"/>
              </w:rPr>
              <w:t>formu, dereceleme ölçeği ve performans görevi kullanılabilir.</w:t>
            </w:r>
          </w:p>
          <w:p>
            <w:pPr>
              <w:spacing w:after="0"/>
            </w:pPr>
            <w:r>
              <w:rPr>
                <w:b w:val="0"/>
                <w:sz w:val="19"/>
              </w:rPr>
              <w:t>Performans görevi: Öğrenciler, safsataların kullanımına örnek verir ve bunu görsellerle</w:t>
            </w:r>
          </w:p>
          <w:p>
            <w:pPr>
              <w:spacing w:after="0"/>
            </w:pPr>
            <w:r>
              <w:rPr>
                <w:b w:val="0"/>
                <w:sz w:val="19"/>
              </w:rPr>
              <w:t>destekleyerek bir afişe dönüştürür.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FELSEFE, MANTIK VE ARGÜMANTASYON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Düşünme ve Dil İlişkisi</w:t>
            </w:r>
          </w:p>
          <w:p>
            <w:pPr>
              <w:spacing w:after="0"/>
            </w:pPr>
            <w:r>
              <w:rPr>
                <w:b w:val="0"/>
                <w:sz w:val="19"/>
              </w:rPr>
              <w:t>Mantık ve Argümantasyonun Temel Kavramları</w:t>
            </w:r>
          </w:p>
          <w:p>
            <w:pPr>
              <w:spacing w:after="0"/>
            </w:pPr>
            <w:r>
              <w:rPr>
                <w:b w:val="0"/>
                <w:sz w:val="19"/>
              </w:rPr>
              <w:t>Argümantasyonun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FEL.10.2.2. Mantığın temel kavramlarını ve argümantasyon sürecini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Mantık ve argümantasyonla ilgili kavramları inceler.</w:t>
            </w:r>
          </w:p>
          <w:p>
            <w:pPr>
              <w:spacing w:after="0"/>
            </w:pPr>
            <w:r>
              <w:rPr>
                <w:b w:val="0"/>
                <w:sz w:val="19"/>
              </w:rPr>
              <w:t>b) İfadeleri bağlamından koparmadan mantıksal yapılarına göre öncül ve sonuç bileşenlerine</w:t>
            </w:r>
          </w:p>
          <w:p>
            <w:pPr>
              <w:spacing w:after="0"/>
            </w:pPr>
            <w:r>
              <w:rPr>
                <w:b w:val="0"/>
                <w:sz w:val="19"/>
              </w:rPr>
              <w:t>ayırarak dönüştürür.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D6. Dürüstlük,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(FEL.10.2.2. Mantığın temel kavramlarını ve argümantasyon sürecini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öğrenme kanıtlarında ve öğrenme-öğretme uygulamalarında açık uçlu sorular, bulmaca, doğru/yanlış testi, eşleştirme testi, öz değerlendirme formu, akran değerlendirme</w:t>
            </w:r>
          </w:p>
          <w:p>
            <w:pPr>
              <w:spacing w:after="0"/>
            </w:pPr>
            <w:r>
              <w:rPr>
                <w:b w:val="0"/>
                <w:sz w:val="19"/>
              </w:rPr>
              <w:t>formu, dereceleme ölçeği ve performans görevi kullanılabilir.</w:t>
            </w:r>
          </w:p>
          <w:p>
            <w:pPr>
              <w:spacing w:after="0"/>
            </w:pPr>
            <w:r>
              <w:rPr>
                <w:b w:val="0"/>
                <w:sz w:val="19"/>
              </w:rPr>
              <w:t>Performans görevi: Öğrenciler, safsataların kullanımına örnek verir ve bunu görsellerle</w:t>
            </w:r>
          </w:p>
          <w:p>
            <w:pPr>
              <w:spacing w:after="0"/>
            </w:pPr>
            <w:r>
              <w:rPr>
                <w:b w:val="0"/>
                <w:sz w:val="19"/>
              </w:rPr>
              <w:t>destekleyerek bir afişe dönüştürür.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FELSEFE, MANTIK VE ARGÜMANTASYON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Düşünme ve Dil İlişkisi</w:t>
            </w:r>
          </w:p>
          <w:p>
            <w:pPr>
              <w:spacing w:after="0"/>
            </w:pPr>
            <w:r>
              <w:rPr>
                <w:b w:val="0"/>
                <w:sz w:val="19"/>
              </w:rPr>
              <w:t>Mantık ve Argümantasyonun Temel Kavramları</w:t>
            </w:r>
          </w:p>
          <w:p>
            <w:pPr>
              <w:spacing w:after="0"/>
            </w:pPr>
            <w:r>
              <w:rPr>
                <w:b w:val="0"/>
                <w:sz w:val="19"/>
              </w:rPr>
              <w:t>Argümantasyonun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FEL.10.2.2. Mantığın temel kavramlarını ve argümantasyon sürecini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İfadeleri anlamını değiştirmeden, kendi cümleleriyle nesnel ve doğru biçimde yeniden</w:t>
            </w:r>
          </w:p>
          <w:p>
            <w:pPr>
              <w:spacing w:after="0"/>
            </w:pPr>
            <w:r>
              <w:rPr>
                <w:b w:val="0"/>
                <w:sz w:val="19"/>
              </w:rPr>
              <w:t>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D6. Dürüstlük,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(FEL.10.2.2. Mantığın temel kavramlarını ve argümantasyon sürecini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öğrenme kanıtlarında ve öğrenme-öğretme uygulamalarında açık uçlu sorular, bulmaca, doğru/yanlış testi, eşleştirme testi, öz değerlendirme formu, akran değerlendirme</w:t>
            </w:r>
          </w:p>
          <w:p>
            <w:pPr>
              <w:spacing w:after="0"/>
            </w:pPr>
            <w:r>
              <w:rPr>
                <w:b w:val="0"/>
                <w:sz w:val="19"/>
              </w:rPr>
              <w:t>formu, dereceleme ölçeği ve performans görevi kullanılabilir.</w:t>
            </w:r>
          </w:p>
          <w:p>
            <w:pPr>
              <w:spacing w:after="0"/>
            </w:pPr>
            <w:r>
              <w:rPr>
                <w:b w:val="0"/>
                <w:sz w:val="19"/>
              </w:rPr>
              <w:t>Performans görevi: Öğrenciler, safsataların kullanımına örnek verir ve bunu görsellerle</w:t>
            </w:r>
          </w:p>
          <w:p>
            <w:pPr>
              <w:spacing w:after="0"/>
            </w:pPr>
            <w:r>
              <w:rPr>
                <w:b w:val="0"/>
                <w:sz w:val="19"/>
              </w:rPr>
              <w:t>destekleyerek bir afişe dönüştürür.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VARLIK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Varlık Felsefesinin Konusu ve Temel Kavramları</w:t>
            </w:r>
          </w:p>
          <w:p>
            <w:pPr>
              <w:spacing w:after="0"/>
            </w:pPr>
            <w:r>
              <w:rPr>
                <w:b w:val="0"/>
                <w:sz w:val="19"/>
              </w:rPr>
              <w:t>Varlık Felsefesinin Temel Problemleri (Varlığın Var Olup Olmadığı, Varlığın Ne Olduğu)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FEL.10.3.1. Varlık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Varlık felsefesinin konusunu ve temel kavramlarını açıklar.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(FEL.10.3.1. Varlık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VARLIK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Varlık Felsefesinin Konusu ve Temel Kavramları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FEL.10.3.1. Varlık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Varlık felsefesinin temel problemlerini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D12. Sabır,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(FEL.10.3.1. Varlık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 değerlendirilebilir.</w:t>
            </w:r>
          </w:p>
          <w:p>
            <w:pPr>
              <w:spacing w:after="0"/>
            </w:pPr>
            <w:r>
              <w:rPr>
                <w:b w:val="0"/>
                <w:sz w:val="19"/>
              </w:rPr>
              <w:t>Performans görevi: Öğrenciler varlık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VARLIK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Varlık Felsefesinin Konusu ve Temel Kavramları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FEL.10.3.1. Varlık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Varlık felsefesinin temel problemlerine yönelik düşünce ve argümanları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D12. Sabır,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(FEL.10.3.1. Varlık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 değerlendirilebilir.</w:t>
            </w:r>
          </w:p>
          <w:p>
            <w:pPr>
              <w:spacing w:after="0"/>
            </w:pPr>
            <w:r>
              <w:rPr>
                <w:b w:val="0"/>
                <w:sz w:val="19"/>
              </w:rPr>
              <w:t>Performans görevi: Öğrenciler varlık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VARLIK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Varlık Felsefesinin Temel Problemleri (Varlığın Var Olup Olmadığı, Varlığın Ne Olduğu)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FEL.10.3.1. Varlık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Varlık felsefesiyle ilgili metinlerde yer alan kavram, problem ve argümanları 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D12. Sabır,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(FEL.10.3.1. Varlık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 değerlendirilebilir.</w:t>
            </w:r>
          </w:p>
          <w:p>
            <w:pPr>
              <w:spacing w:after="0"/>
            </w:pPr>
            <w:r>
              <w:rPr>
                <w:b w:val="0"/>
                <w:sz w:val="19"/>
              </w:rPr>
              <w:t>Performans görevi: Öğrenciler varlık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VARLIK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Varlık Felsefesinin Temel Problemleri (Varlığın Var Olup Olmadığı, Varlığın Ne Olduğu)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FEL.10.3.1. Varlık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Varlık felsefesiyle ilgili metinlerde yer alan kavram, problem ve argümanları 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D12. Sabır,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(FEL.10.3.1. Varlık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 değerlendirilebilir.</w:t>
            </w:r>
          </w:p>
          <w:p>
            <w:pPr>
              <w:spacing w:after="0"/>
            </w:pPr>
            <w:r>
              <w:rPr>
                <w:b w:val="0"/>
                <w:sz w:val="19"/>
              </w:rPr>
              <w:t>Performans görevi: Öğrenciler varlık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BİLGİ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Bilgi Felsefesinin Konusu ve Temel Kavramları</w:t>
            </w:r>
          </w:p>
          <w:p>
            <w:pPr>
              <w:spacing w:after="0"/>
            </w:pPr>
            <w:r>
              <w:rPr>
                <w:b w:val="0"/>
                <w:sz w:val="19"/>
              </w:rPr>
              <w:t>Bilgi Felsefesinin Temel Problemleri (Bilginin İmkânı, Kaynağı ve Doğruluk Ölçütleri)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FEL.10.4.1. Bilgi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Bilgi felsefesinin konusunu ve temel kavramlarını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(FEL.10.4.1. Bilgi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 Performans görevi: Öğrenciler bilgi felsefesiyle ilgili metinlerde yer</w:t>
            </w:r>
          </w:p>
          <w:p>
            <w:pPr>
              <w:spacing w:after="0"/>
            </w:pPr>
            <w:r>
              <w:rPr>
                <w:b w:val="0"/>
                <w:sz w:val="19"/>
              </w:rPr>
              <w:t>alan kavram, problem ve argümanları inceleyerek metin inceleme formunu doldurmaları</w:t>
            </w:r>
          </w:p>
          <w:p>
            <w:pPr>
              <w:spacing w:after="0"/>
            </w:pPr>
            <w:r>
              <w:rPr>
                <w:b w:val="0"/>
                <w:sz w:val="19"/>
              </w:rPr>
              <w:t>istenebilir. Performans görevi metin inceleme formu üzerinden dereceli puanlama anahtarı</w:t>
            </w:r>
          </w:p>
          <w:p>
            <w:pPr>
              <w:spacing w:after="0"/>
            </w:pPr>
            <w:r>
              <w:rPr>
                <w:b w:val="0"/>
                <w:sz w:val="19"/>
              </w:rPr>
              <w:t>ile değerlendirilebilir. Değerlendirmede metinde geçen felsefi kavramların, problemlerin, argümanların belirlenmesi ile söz konusu argümanların gerekçelerinin gösterilmesi</w:t>
            </w:r>
          </w:p>
          <w:p>
            <w:pPr>
              <w:spacing w:after="0"/>
            </w:pPr>
            <w:r>
              <w:rPr>
                <w:b w:val="0"/>
                <w:sz w:val="19"/>
              </w:rPr>
              <w:t>ve eleştirel olarak 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BİLGİ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Bilgi Felsefesinin Konusu ve Temel Kavramları</w:t>
            </w:r>
          </w:p>
          <w:p>
            <w:pPr>
              <w:spacing w:after="0"/>
            </w:pPr>
            <w:r>
              <w:rPr>
                <w:b w:val="0"/>
                <w:sz w:val="19"/>
              </w:rPr>
              <w:t>Bilgi Felsefesinin Temel Problemleri (Bilginin İmkânı, Kaynağı ve Doğruluk Ölçütleri)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FEL.10.4.1. Bilgi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Bilgi felsefesinin temel problemlerini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(FEL.10.4.1. Bilgi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 Performans görevi: Öğrenciler bilgi felsefesiyle ilgili metinlerde yer</w:t>
            </w:r>
          </w:p>
          <w:p>
            <w:pPr>
              <w:spacing w:after="0"/>
            </w:pPr>
            <w:r>
              <w:rPr>
                <w:b w:val="0"/>
                <w:sz w:val="19"/>
              </w:rPr>
              <w:t>alan kavram, problem ve argümanları inceleyerek metin inceleme formunu doldurmaları</w:t>
            </w:r>
          </w:p>
          <w:p>
            <w:pPr>
              <w:spacing w:after="0"/>
            </w:pPr>
            <w:r>
              <w:rPr>
                <w:b w:val="0"/>
                <w:sz w:val="19"/>
              </w:rPr>
              <w:t>istenebilir. Performans görevi metin inceleme formu üzerinden dereceli puanlama anahtarı</w:t>
            </w:r>
          </w:p>
          <w:p>
            <w:pPr>
              <w:spacing w:after="0"/>
            </w:pPr>
            <w:r>
              <w:rPr>
                <w:b w:val="0"/>
                <w:sz w:val="19"/>
              </w:rPr>
              <w:t>ile değerlendirilebilir. Değerlendirmede metinde geçen felsefi kavramların, problemlerin, argümanların belirlenmesi ile söz konusu argümanların gerekçelerinin gösterilmesi</w:t>
            </w:r>
          </w:p>
          <w:p>
            <w:pPr>
              <w:spacing w:after="0"/>
            </w:pPr>
            <w:r>
              <w:rPr>
                <w:b w:val="0"/>
                <w:sz w:val="19"/>
              </w:rPr>
              <w:t>ve eleştirel olarak 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BİLGİ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Bilgi Felsefesinin Konusu ve Temel Kavramları</w:t>
            </w:r>
          </w:p>
          <w:p>
            <w:pPr>
              <w:spacing w:after="0"/>
            </w:pPr>
            <w:r>
              <w:rPr>
                <w:b w:val="0"/>
                <w:sz w:val="19"/>
              </w:rPr>
              <w:t>Bilgi Felsefesinin Temel Problemleri (Bilginin İmkânı, Kaynağı ve Doğruluk Ölçütleri)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FEL.10.4.1. Bilgi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Bilgi felsefesinin temel problemlerine yönelik düşünce ve argümanları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(FEL.10.4.1. Bilgi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 Performans görevi: Öğrenciler bilgi felsefesiyle ilgili metinlerde yer</w:t>
            </w:r>
          </w:p>
          <w:p>
            <w:pPr>
              <w:spacing w:after="0"/>
            </w:pPr>
            <w:r>
              <w:rPr>
                <w:b w:val="0"/>
                <w:sz w:val="19"/>
              </w:rPr>
              <w:t>alan kavram, problem ve argümanları inceleyerek metin inceleme formunu doldurmaları</w:t>
            </w:r>
          </w:p>
          <w:p>
            <w:pPr>
              <w:spacing w:after="0"/>
            </w:pPr>
            <w:r>
              <w:rPr>
                <w:b w:val="0"/>
                <w:sz w:val="19"/>
              </w:rPr>
              <w:t>istenebilir. Performans görevi metin inceleme formu üzerinden dereceli puanlama anahtarı</w:t>
            </w:r>
          </w:p>
          <w:p>
            <w:pPr>
              <w:spacing w:after="0"/>
            </w:pPr>
            <w:r>
              <w:rPr>
                <w:b w:val="0"/>
                <w:sz w:val="19"/>
              </w:rPr>
              <w:t>ile değerlendirilebilir. Değerlendirmede metinde geçen felsefi kavramların, problemlerin, argümanların belirlenmesi ile söz konusu argümanların gerekçelerinin gösterilmesi</w:t>
            </w:r>
          </w:p>
          <w:p>
            <w:pPr>
              <w:spacing w:after="0"/>
            </w:pPr>
            <w:r>
              <w:rPr>
                <w:b w:val="0"/>
                <w:sz w:val="19"/>
              </w:rPr>
              <w:t>ve eleştirel olarak 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BİLGİ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Bilgi Felsefesinin Konusu ve Temel Kavramları</w:t>
            </w:r>
          </w:p>
          <w:p>
            <w:pPr>
              <w:spacing w:after="0"/>
            </w:pPr>
            <w:r>
              <w:rPr>
                <w:b w:val="0"/>
                <w:sz w:val="19"/>
              </w:rPr>
              <w:t>Bilgi Felsefesinin Temel Problemleri (Bilginin İmkânı, Kaynağı ve Doğruluk Ölçütleri)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FEL.10.4.1. Bilgi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Bilgi felsefesiyle ilgili metinlerde yer alan kavram, problem ve argümanları 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(FEL.10.4.1. Bilgi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 Performans görevi: Öğrenciler bilgi felsefesiyle ilgili metinlerde yer</w:t>
            </w:r>
          </w:p>
          <w:p>
            <w:pPr>
              <w:spacing w:after="0"/>
            </w:pPr>
            <w:r>
              <w:rPr>
                <w:b w:val="0"/>
                <w:sz w:val="19"/>
              </w:rPr>
              <w:t>alan kavram, problem ve argümanları inceleyerek metin inceleme formunu doldurmaları</w:t>
            </w:r>
          </w:p>
          <w:p>
            <w:pPr>
              <w:spacing w:after="0"/>
            </w:pPr>
            <w:r>
              <w:rPr>
                <w:b w:val="0"/>
                <w:sz w:val="19"/>
              </w:rPr>
              <w:t>istenebilir. Performans görevi metin inceleme formu üzerinden dereceli puanlama anahtarı</w:t>
            </w:r>
          </w:p>
          <w:p>
            <w:pPr>
              <w:spacing w:after="0"/>
            </w:pPr>
            <w:r>
              <w:rPr>
                <w:b w:val="0"/>
                <w:sz w:val="19"/>
              </w:rPr>
              <w:t>ile değerlendirilebilir. Değerlendirmede metinde geçen felsefi kavramların, problemlerin, argümanların belirlenmesi ile söz konusu argümanların gerekçelerinin gösterilmesi</w:t>
            </w:r>
          </w:p>
          <w:p>
            <w:pPr>
              <w:spacing w:after="0"/>
            </w:pPr>
            <w:r>
              <w:rPr>
                <w:b w:val="0"/>
                <w:sz w:val="19"/>
              </w:rPr>
              <w:t>ve eleştirel olarak 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AHLAK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Ahlak Felsefesinin Konusu ve Temel Kavramları</w:t>
            </w:r>
          </w:p>
          <w:p>
            <w:pPr>
              <w:spacing w:after="0"/>
            </w:pPr>
            <w:r>
              <w:rPr>
                <w:b w:val="0"/>
                <w:sz w:val="19"/>
              </w:rPr>
              <w:t>Ahlak Felsefesinin Temel Problemleri (Evrensel Ahlak Yasasının İmkânı, Özgürlük)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FEL.10.5.1. Ahlak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Ahlak felsefesinin konusunu ve temel kavramlarını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D11. Özgürlük,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(FEL.10.5.1. Ahlak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açık uçlu sorular, çalışma kağıdı, ve performans görevi ile</w:t>
            </w:r>
          </w:p>
          <w:p>
            <w:pPr>
              <w:spacing w:after="0"/>
            </w:pPr>
            <w:r>
              <w:rPr>
                <w:b w:val="0"/>
                <w:sz w:val="19"/>
              </w:rPr>
              <w:t>değerlendirilebilir.</w:t>
            </w:r>
          </w:p>
          <w:p>
            <w:pPr>
              <w:spacing w:after="0"/>
            </w:pPr>
            <w:r>
              <w:rPr>
                <w:b w:val="0"/>
                <w:sz w:val="19"/>
              </w:rPr>
              <w:t>Performans görevi: Öğrenciler ahlak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AHLAK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Ahlak Felsefesinin Konusu ve Temel Kavramları</w:t>
            </w:r>
          </w:p>
          <w:p>
            <w:pPr>
              <w:spacing w:after="0"/>
            </w:pPr>
            <w:r>
              <w:rPr>
                <w:b w:val="0"/>
                <w:sz w:val="19"/>
              </w:rPr>
              <w:t>Ahlak Felsefesinin Temel Problemleri (Evrensel Ahlak Yasasının İmkânı, Özgürlük)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FEL.10.5.1. Ahlak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Ahlak felsefesinin temel problemlerini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D11. Özgürlük,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(FEL.10.5.1. Ahlak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açık uçlu sorular, çalışma kağıdı, ve performans görevi ile</w:t>
            </w:r>
          </w:p>
          <w:p>
            <w:pPr>
              <w:spacing w:after="0"/>
            </w:pPr>
            <w:r>
              <w:rPr>
                <w:b w:val="0"/>
                <w:sz w:val="19"/>
              </w:rPr>
              <w:t>değerlendirilebilir.</w:t>
            </w:r>
          </w:p>
          <w:p>
            <w:pPr>
              <w:spacing w:after="0"/>
            </w:pPr>
            <w:r>
              <w:rPr>
                <w:b w:val="0"/>
                <w:sz w:val="19"/>
              </w:rPr>
              <w:t>Performans görevi: Öğrenciler ahlak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AHLAK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Ahlak Felsefesinin Konusu ve Temel Kavramları</w:t>
            </w:r>
          </w:p>
          <w:p>
            <w:pPr>
              <w:spacing w:after="0"/>
            </w:pPr>
            <w:r>
              <w:rPr>
                <w:b w:val="0"/>
                <w:sz w:val="19"/>
              </w:rPr>
              <w:t>Ahlak Felsefesinin Temel Problemleri (Evrensel Ahlak Yasasının İmkânı, Özgürlük)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FEL.10.5.1. Ahlak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Ahlak felsefesinin temel problemlerine yönelik düşünce ve argümanları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D11. Özgürlük,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(FEL.10.5.1. Ahlak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açık uçlu sorular, çalışma kağıdı, ve performans görevi ile</w:t>
            </w:r>
          </w:p>
          <w:p>
            <w:pPr>
              <w:spacing w:after="0"/>
            </w:pPr>
            <w:r>
              <w:rPr>
                <w:b w:val="0"/>
                <w:sz w:val="19"/>
              </w:rPr>
              <w:t>değerlendirilebilir.</w:t>
            </w:r>
          </w:p>
          <w:p>
            <w:pPr>
              <w:spacing w:after="0"/>
            </w:pPr>
            <w:r>
              <w:rPr>
                <w:b w:val="0"/>
                <w:sz w:val="19"/>
              </w:rPr>
              <w:t>Performans görevi: Öğrenciler ahlak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AHLAK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Ahlak Felsefesinin Konusu ve Temel Kavramları</w:t>
            </w:r>
          </w:p>
          <w:p>
            <w:pPr>
              <w:spacing w:after="0"/>
            </w:pPr>
            <w:r>
              <w:rPr>
                <w:b w:val="0"/>
                <w:sz w:val="19"/>
              </w:rPr>
              <w:t>Ahlak Felsefesinin Temel Problemleri (Evrensel Ahlak Yasasının İmkânı, Özgürlük)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FEL.10.5.1. Ahlak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Ahlak felsefesiyle ilgili metinlerde yer alan kavram, problem ve argümanları 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D11. Özgürlük,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(FEL.10.5.1. Ahlak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açık uçlu sorular, çalışma kağıdı, ve performans görevi ile</w:t>
            </w:r>
          </w:p>
          <w:p>
            <w:pPr>
              <w:spacing w:after="0"/>
            </w:pPr>
            <w:r>
              <w:rPr>
                <w:b w:val="0"/>
                <w:sz w:val="19"/>
              </w:rPr>
              <w:t>değerlendirilebilir.</w:t>
            </w:r>
          </w:p>
          <w:p>
            <w:pPr>
              <w:spacing w:after="0"/>
            </w:pPr>
            <w:r>
              <w:rPr>
                <w:b w:val="0"/>
                <w:sz w:val="19"/>
              </w:rPr>
              <w:t>Performans görevi: Öğrenciler ahlak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ESTETİK VE SANAT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Estetik ve Sanat Felsefesinin Konusu ve Temel Kavramları</w:t>
            </w:r>
          </w:p>
          <w:p>
            <w:pPr>
              <w:spacing w:after="0"/>
            </w:pPr>
            <w:r>
              <w:rPr>
                <w:b w:val="0"/>
                <w:sz w:val="19"/>
              </w:rPr>
              <w:t>Estetik ve Sanat Felsefesinin Temel Problemleri (Sanatın Ne Olduğu, Güzellik ve Ortak Estetik</w:t>
            </w:r>
          </w:p>
          <w:p>
            <w:pPr>
              <w:spacing w:after="0"/>
            </w:pPr>
            <w:r>
              <w:rPr>
                <w:b w:val="0"/>
                <w:sz w:val="19"/>
              </w:rPr>
              <w:t>Yargıların İmkânı)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FEL.10.6.1. Estetik ve sanat felsefesinin konusunu, kavramlarını ve problemlerini muhakeme</w:t>
            </w:r>
          </w:p>
          <w:p>
            <w:pPr>
              <w:spacing w:after="0"/>
            </w:pPr>
            <w:r>
              <w:rPr>
                <w:b w:val="0"/>
                <w:sz w:val="19"/>
              </w:rPr>
              <w:t>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Estetik ve sanat felsefesinin konusunu ve temel kavramlarını açıklar.</w:t>
            </w:r>
          </w:p>
          <w:p>
            <w:pPr>
              <w:spacing w:after="0"/>
            </w:pPr>
            <w:r>
              <w:rPr>
                <w:b w:val="0"/>
                <w:sz w:val="19"/>
              </w:rPr>
              <w:t>b) Estetik ve sanat felsefesinin temel problemlerini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D7. Estetik, D11. Özgürlük,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(FEL.10.6.1. Estetik ve sanat felsefesinin konusunu, kavramlarını ve problemlerini muhakeme)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 değerlendirilebilir.</w:t>
            </w:r>
          </w:p>
          <w:p>
            <w:pPr>
              <w:spacing w:after="0"/>
            </w:pPr>
            <w:r>
              <w:rPr>
                <w:b w:val="0"/>
                <w:sz w:val="19"/>
              </w:rPr>
              <w:t>Performans görevi: Öğrenciler estetik ve sanat felsefesiyle ilgili metinlerde yer alan kavram, problem ve argümanları inceleyerek metin inceleme formunu doldurmaları istenebilir.</w:t>
            </w:r>
          </w:p>
          <w:p>
            <w:pPr>
              <w:spacing w:after="0"/>
            </w:pPr>
            <w:r>
              <w:rPr>
                <w:b w:val="0"/>
                <w:sz w:val="19"/>
              </w:rPr>
              <w:t>Performans 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Türk Dünyası ve Toplulukları Haftası (16-22 Mart) </w:t>
            </w:r>
          </w:p>
          <w:p>
            <w:pPr>
              <w:spacing w:after="0"/>
            </w:pPr>
            <w:r>
              <w:rPr>
                <w:b w:val="0"/>
                <w:sz w:val="19"/>
              </w:rPr>
              <w:t xml:space="preserve">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ESTETİK VE SANAT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Estetik ve Sanat Felsefesinin Konusu ve Temel Kavramları</w:t>
            </w:r>
          </w:p>
          <w:p>
            <w:pPr>
              <w:spacing w:after="0"/>
            </w:pPr>
            <w:r>
              <w:rPr>
                <w:b w:val="0"/>
                <w:sz w:val="19"/>
              </w:rPr>
              <w:t>Estetik ve Sanat Felsefesinin Temel Problemleri (Sanatın Ne Olduğu, Güzellik ve Ortak Estetik</w:t>
            </w:r>
          </w:p>
          <w:p>
            <w:pPr>
              <w:spacing w:after="0"/>
            </w:pPr>
            <w:r>
              <w:rPr>
                <w:b w:val="0"/>
                <w:sz w:val="19"/>
              </w:rPr>
              <w:t>Yargıların İmkânı)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FEL.10.6.1. Estetik ve sanat felsefesinin konusunu, kavramlarını ve problemlerini muhakeme</w:t>
            </w:r>
          </w:p>
          <w:p>
            <w:pPr>
              <w:spacing w:after="0"/>
            </w:pPr>
            <w:r>
              <w:rPr>
                <w:b w:val="0"/>
                <w:sz w:val="19"/>
              </w:rPr>
              <w:t>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Estetik ve sanat felsefesinin temel problemlerine yönelik düşünce ve argümanları</w:t>
            </w:r>
          </w:p>
          <w:p>
            <w:pPr>
              <w:spacing w:after="0"/>
            </w:pPr>
            <w:r>
              <w:rPr>
                <w:b w:val="0"/>
                <w:sz w:val="19"/>
              </w:rPr>
              <w:t>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D7. Estetik, D11. Özgürlük,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(FEL.10.6.1. Estetik ve sanat felsefesinin konusunu, kavramlarını ve problemlerini muhakeme)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 değerlendirilebilir.</w:t>
            </w:r>
          </w:p>
          <w:p>
            <w:pPr>
              <w:spacing w:after="0"/>
            </w:pPr>
            <w:r>
              <w:rPr>
                <w:b w:val="0"/>
                <w:sz w:val="19"/>
              </w:rPr>
              <w:t>Performans görevi: Öğrenciler estetik ve sanat felsefesiyle ilgili metinlerde yer alan kavram, problem ve argümanları inceleyerek metin inceleme formunu doldurmaları istenebilir.</w:t>
            </w:r>
          </w:p>
          <w:p>
            <w:pPr>
              <w:spacing w:after="0"/>
            </w:pPr>
            <w:r>
              <w:rPr>
                <w:b w:val="0"/>
                <w:sz w:val="19"/>
              </w:rPr>
              <w:t>Performans 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ESTETİK VE SANAT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Estetik ve Sanat Felsefesinin Konusu ve Temel Kavramları</w:t>
            </w:r>
          </w:p>
          <w:p>
            <w:pPr>
              <w:spacing w:after="0"/>
            </w:pPr>
            <w:r>
              <w:rPr>
                <w:b w:val="0"/>
                <w:sz w:val="19"/>
              </w:rPr>
              <w:t>Estetik ve Sanat Felsefesinin Temel Problemleri (Sanatın Ne Olduğu, Güzellik ve Ortak Estetik</w:t>
            </w:r>
          </w:p>
          <w:p>
            <w:pPr>
              <w:spacing w:after="0"/>
            </w:pPr>
            <w:r>
              <w:rPr>
                <w:b w:val="0"/>
                <w:sz w:val="19"/>
              </w:rPr>
              <w:t>Yargıların İmkânı)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FEL.10.6.1. Estetik ve sanat felsefesinin konusunu, kavramlarını ve problemlerini muhakeme</w:t>
            </w:r>
          </w:p>
          <w:p>
            <w:pPr>
              <w:spacing w:after="0"/>
            </w:pPr>
            <w:r>
              <w:rPr>
                <w:b w:val="0"/>
                <w:sz w:val="19"/>
              </w:rPr>
              <w:t>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Estetik ve sanat felsefesiyle ilgili metinlerde yer alan kavram, problem ve argümanları</w:t>
            </w:r>
          </w:p>
          <w:p>
            <w:pPr>
              <w:spacing w:after="0"/>
            </w:pPr>
            <w:r>
              <w:rPr>
                <w:b w:val="0"/>
                <w:sz w:val="19"/>
              </w:rPr>
              <w:t>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D7. Estetik, D11. Özgürlük,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(FEL.10.6.1. Estetik ve sanat felsefesinin konusunu, kavramlarını ve problemlerini muhakeme)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 değerlendirilebilir.</w:t>
            </w:r>
          </w:p>
          <w:p>
            <w:pPr>
              <w:spacing w:after="0"/>
            </w:pPr>
            <w:r>
              <w:rPr>
                <w:b w:val="0"/>
                <w:sz w:val="19"/>
              </w:rPr>
              <w:t>Performans görevi: Öğrenciler estetik ve sanat felsefesiyle ilgili metinlerde yer alan kavram, problem ve argümanları inceleyerek metin inceleme formunu doldurmaları istenebilir.</w:t>
            </w:r>
          </w:p>
          <w:p>
            <w:pPr>
              <w:spacing w:after="0"/>
            </w:pPr>
            <w:r>
              <w:rPr>
                <w:b w:val="0"/>
                <w:sz w:val="19"/>
              </w:rPr>
              <w:t>Performans 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SİYASET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Siyaset Felsefesinin Konusu ve Temel Kavramları</w:t>
            </w:r>
          </w:p>
          <w:p>
            <w:pPr>
              <w:spacing w:after="0"/>
            </w:pPr>
            <w:r>
              <w:rPr>
                <w:b w:val="0"/>
                <w:sz w:val="19"/>
              </w:rPr>
              <w:t>Siyaset Felsefesinin Temel Problemleri (Devletin Kökeni, İktidarın Kaynağı ve Meşruiyeti, İdeal</w:t>
            </w:r>
          </w:p>
          <w:p>
            <w:pPr>
              <w:spacing w:after="0"/>
            </w:pPr>
            <w:r>
              <w:rPr>
                <w:b w:val="0"/>
                <w:sz w:val="19"/>
              </w:rPr>
              <w:t>Düzen ve Ütopyalar)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FEL.10.7.1. Siyaset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Siyaset felsefesinin konusunu ve temel kavramlarını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(FEL.10.7.1. Siyaset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w:t>
            </w:r>
          </w:p>
          <w:p>
            <w:pPr>
              <w:spacing w:after="0"/>
            </w:pPr>
            <w:r>
              <w:rPr>
                <w:b w:val="0"/>
                <w:sz w:val="19"/>
              </w:rPr>
              <w:t>Performans görevi: Öğrenciler siyaset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SİYASET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Siyaset Felsefesinin Konusu ve Temel Kavramları</w:t>
            </w:r>
          </w:p>
          <w:p>
            <w:pPr>
              <w:spacing w:after="0"/>
            </w:pPr>
            <w:r>
              <w:rPr>
                <w:b w:val="0"/>
                <w:sz w:val="19"/>
              </w:rPr>
              <w:t>Siyaset Felsefesinin Temel Problemleri (Devletin Kökeni, İktidarın Kaynağı ve Meşruiyeti, İdeal</w:t>
            </w:r>
          </w:p>
          <w:p>
            <w:pPr>
              <w:spacing w:after="0"/>
            </w:pPr>
            <w:r>
              <w:rPr>
                <w:b w:val="0"/>
                <w:sz w:val="19"/>
              </w:rPr>
              <w:t>Düzen ve Ütopyalar)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FEL.10.7.1. Siyaset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Siyaset felsefesinin temel problemlerini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(FEL.10.7.1. Siyaset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w:t>
            </w:r>
          </w:p>
          <w:p>
            <w:pPr>
              <w:spacing w:after="0"/>
            </w:pPr>
            <w:r>
              <w:rPr>
                <w:b w:val="0"/>
                <w:sz w:val="19"/>
              </w:rPr>
              <w:t>Performans görevi: Öğrenciler siyaset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SİYASET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Siyaset Felsefesinin Konusu ve Temel Kavramları</w:t>
            </w:r>
          </w:p>
          <w:p>
            <w:pPr>
              <w:spacing w:after="0"/>
            </w:pPr>
            <w:r>
              <w:rPr>
                <w:b w:val="0"/>
                <w:sz w:val="19"/>
              </w:rPr>
              <w:t>Siyaset Felsefesinin Temel Problemleri (Devletin Kökeni, İktidarın Kaynağı ve Meşruiyeti, İdeal</w:t>
            </w:r>
          </w:p>
          <w:p>
            <w:pPr>
              <w:spacing w:after="0"/>
            </w:pPr>
            <w:r>
              <w:rPr>
                <w:b w:val="0"/>
                <w:sz w:val="19"/>
              </w:rPr>
              <w:t>Düzen ve Ütopyalar)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FEL.10.7.1. Siyaset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Siyaset felsefesinin temel problemlerine yönelik düşünce ve argümanları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(FEL.10.7.1. Siyaset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w:t>
            </w:r>
          </w:p>
          <w:p>
            <w:pPr>
              <w:spacing w:after="0"/>
            </w:pPr>
            <w:r>
              <w:rPr>
                <w:b w:val="0"/>
                <w:sz w:val="19"/>
              </w:rPr>
              <w:t>Performans görevi: Öğrenciler siyaset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SİYASET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Siyaset Felsefesinin Konusu ve Temel Kavramları</w:t>
            </w:r>
          </w:p>
          <w:p>
            <w:pPr>
              <w:spacing w:after="0"/>
            </w:pPr>
            <w:r>
              <w:rPr>
                <w:b w:val="0"/>
                <w:sz w:val="19"/>
              </w:rPr>
              <w:t>Siyaset Felsefesinin Temel Problemleri (Devletin Kökeni, İktidarın Kaynağı ve Meşruiyeti, İdeal</w:t>
            </w:r>
          </w:p>
          <w:p>
            <w:pPr>
              <w:spacing w:after="0"/>
            </w:pPr>
            <w:r>
              <w:rPr>
                <w:b w:val="0"/>
                <w:sz w:val="19"/>
              </w:rPr>
              <w:t>Düzen ve Ütopyalar)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FEL.10.7.1. Siyaset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Siyaset felsefesiyle ilgili metinlerde yer alan kavram, problem ve argümanları 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(FEL.10.7.1. Siyaset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w:t>
            </w:r>
          </w:p>
          <w:p>
            <w:pPr>
              <w:spacing w:after="0"/>
            </w:pPr>
            <w:r>
              <w:rPr>
                <w:b w:val="0"/>
                <w:sz w:val="19"/>
              </w:rPr>
              <w:t>Performans görevi: Öğrenciler siyaset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w:t>
            </w:r>
          </w:p>
          <w:p>
            <w:pPr>
              <w:spacing w:after="0"/>
            </w:pPr>
            <w:r>
              <w:rPr>
                <w:b w:val="0"/>
                <w:sz w:val="19"/>
              </w:rPr>
              <w:t>belirlenmesi ile söz konusu argümanların gerekçelerinin gösterilmesi ve eleştirel olarak</w:t>
            </w:r>
          </w:p>
          <w:p>
            <w:pPr>
              <w:spacing w:after="0"/>
            </w:pPr>
            <w:r>
              <w:rPr>
                <w:b w:val="0"/>
                <w:sz w:val="19"/>
              </w:rPr>
              <w:t>değerlendirilmesi gibi ölçütler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8. ÜNİTE: DİN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Din Felsefesinin Konusu ve Temel Kavramları</w:t>
            </w:r>
          </w:p>
          <w:p>
            <w:pPr>
              <w:spacing w:after="0"/>
            </w:pPr>
            <w:r>
              <w:rPr>
                <w:b w:val="0"/>
                <w:sz w:val="19"/>
              </w:rPr>
              <w:t>Din Felsefesinin Temel Problemleri (Tanrı’nın Varlığına İlişkin Görüşler, Tanrı’nın Varlığına Yönelik</w:t>
            </w:r>
          </w:p>
          <w:p>
            <w:pPr>
              <w:spacing w:after="0"/>
            </w:pPr>
            <w:r>
              <w:rPr>
                <w:b w:val="0"/>
                <w:sz w:val="19"/>
              </w:rPr>
              <w:t>argüman, Evrenin Sonluluğu ve Sonsuzluğu, Ruhun Ölümsüzlüğü)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FEL.10.8.1. Din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Din felsefesinin konusunu ve temel kavramlarını açıklar.</w:t>
            </w:r>
          </w:p>
          <w:p>
            <w:pPr>
              <w:spacing w:after="0"/>
            </w:pPr>
            <w:r>
              <w:rPr>
                <w:b w:val="0"/>
                <w:sz w:val="19"/>
              </w:rPr>
              <w:t>b) Din felsefesinin temel problemlerini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SBD2.2.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D10. Mütevazılık, D14. Saygı,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(FEL.10.8.1. Din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boşluk doldurma yapılandırılmış</w:t>
            </w:r>
          </w:p>
          <w:p>
            <w:pPr>
              <w:spacing w:after="0"/>
            </w:pPr>
            <w:r>
              <w:rPr>
                <w:b w:val="0"/>
                <w:sz w:val="19"/>
              </w:rPr>
              <w:t>grid, ve performans görevi ile değerlendirilebilir.</w:t>
            </w:r>
          </w:p>
          <w:p>
            <w:pPr>
              <w:spacing w:after="0"/>
            </w:pPr>
            <w:r>
              <w:rPr>
                <w:b w:val="0"/>
                <w:sz w:val="19"/>
              </w:rPr>
              <w:t>Performans görevi: Öğrenciler din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8. ÜNİTE: DİN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Din Felsefesinin Konusu ve Temel Kavramları</w:t>
            </w:r>
          </w:p>
          <w:p>
            <w:pPr>
              <w:spacing w:after="0"/>
            </w:pPr>
            <w:r>
              <w:rPr>
                <w:b w:val="0"/>
                <w:sz w:val="19"/>
              </w:rPr>
              <w:t>Din Felsefesinin Temel Problemleri (Tanrı’nın Varlığına İlişkin Görüşler, Tanrı’nın Varlığına Yönelik</w:t>
            </w:r>
          </w:p>
          <w:p>
            <w:pPr>
              <w:spacing w:after="0"/>
            </w:pPr>
            <w:r>
              <w:rPr>
                <w:b w:val="0"/>
                <w:sz w:val="19"/>
              </w:rPr>
              <w:t>argüman, Evrenin Sonluluğu ve Sonsuzluğu, Ruhun Ölümsüzlüğü)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FEL.10.8.1. Din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Din felsefesinin temel problemlerine yönelik düşünce ve argümanları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SBD2.2.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D10. Mütevazılık, D14. Saygı,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(FEL.10.8.1. Din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boşluk doldurma yapılandırılmış</w:t>
            </w:r>
          </w:p>
          <w:p>
            <w:pPr>
              <w:spacing w:after="0"/>
            </w:pPr>
            <w:r>
              <w:rPr>
                <w:b w:val="0"/>
                <w:sz w:val="19"/>
              </w:rPr>
              <w:t>grid, ve performans görevi ile değerlendirilebilir.</w:t>
            </w:r>
          </w:p>
          <w:p>
            <w:pPr>
              <w:spacing w:after="0"/>
            </w:pPr>
            <w:r>
              <w:rPr>
                <w:b w:val="0"/>
                <w:sz w:val="19"/>
              </w:rPr>
              <w:t>Performans görevi: Öğrenciler din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8. ÜNİTE: DİN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Din Felsefesinin Konusu ve Temel Kavramları</w:t>
            </w:r>
          </w:p>
          <w:p>
            <w:pPr>
              <w:spacing w:after="0"/>
            </w:pPr>
            <w:r>
              <w:rPr>
                <w:b w:val="0"/>
                <w:sz w:val="19"/>
              </w:rPr>
              <w:t>Din Felsefesinin Temel Problemleri (Tanrı’nın Varlığına İlişkin Görüşler, Tanrı’nın Varlığına Yönelik</w:t>
            </w:r>
          </w:p>
          <w:p>
            <w:pPr>
              <w:spacing w:after="0"/>
            </w:pPr>
            <w:r>
              <w:rPr>
                <w:b w:val="0"/>
                <w:sz w:val="19"/>
              </w:rPr>
              <w:t>argüman, Evrenin Sonluluğu ve Sonsuzluğu, Ruhun Ölümsüzlüğü)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FEL.10.8.1. Din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Din felsefesiyle ilgili metinlerde yer alan kavram, problem ve argümanları 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SBD2.2.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D10. Mütevazılık, D14. Saygı,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(FEL.10.8.1. Din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boşluk doldurma yapılandırılmış</w:t>
            </w:r>
          </w:p>
          <w:p>
            <w:pPr>
              <w:spacing w:after="0"/>
            </w:pPr>
            <w:r>
              <w:rPr>
                <w:b w:val="0"/>
                <w:sz w:val="19"/>
              </w:rPr>
              <w:t>grid, ve performans görevi ile değerlendirilebilir.</w:t>
            </w:r>
          </w:p>
          <w:p>
            <w:pPr>
              <w:spacing w:after="0"/>
            </w:pPr>
            <w:r>
              <w:rPr>
                <w:b w:val="0"/>
                <w:sz w:val="19"/>
              </w:rPr>
              <w:t>Performans görevi: Öğrenciler din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9. ÜNİTE: BİLİM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 Felsefesinin Konusu ve Temel Kavramları</w:t>
            </w:r>
          </w:p>
          <w:p>
            <w:pPr>
              <w:spacing w:after="0"/>
            </w:pPr>
            <w:r>
              <w:rPr>
                <w:b w:val="0"/>
                <w:sz w:val="19"/>
              </w:rPr>
              <w:t>Bilim Felsefesinin Temel Problemleri (Bilimin Ne Olduğu, Bilimi Oluşturan Unsurlar)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FEL.10.9.1. Bilim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Bilim felsefesinin konusunu ve temel kavramlarını açıklar.</w:t>
            </w:r>
          </w:p>
          <w:p>
            <w:pPr>
              <w:spacing w:after="0"/>
            </w:pPr>
            <w:r>
              <w:rPr>
                <w:b w:val="0"/>
                <w:sz w:val="19"/>
              </w:rPr>
              <w:t>b) Bilim felsefesinin temel problemlerini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(FEL.10.9.1. Bilim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w:t>
            </w:r>
          </w:p>
          <w:p>
            <w:pPr>
              <w:spacing w:after="0"/>
            </w:pPr>
            <w:r>
              <w:rPr>
                <w:b w:val="0"/>
                <w:sz w:val="19"/>
              </w:rPr>
              <w:t>Performans görevi: Öğrenciler bilim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9. ÜNİTE: BİLİM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 Felsefesinin Konusu ve Temel Kavramları</w:t>
            </w:r>
          </w:p>
          <w:p>
            <w:pPr>
              <w:spacing w:after="0"/>
            </w:pPr>
            <w:r>
              <w:rPr>
                <w:b w:val="0"/>
                <w:sz w:val="19"/>
              </w:rPr>
              <w:t>Bilim Felsefesinin Temel Problemleri (Bilimin Ne Olduğu, Bilimi Oluşturan Unsurlar)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FEL.10.9.1. Bilim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Bilim felsefesinin temel problemlerine yönelik düşünce ve argümanları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(FEL.10.9.1. Bilim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w:t>
            </w:r>
          </w:p>
          <w:p>
            <w:pPr>
              <w:spacing w:after="0"/>
            </w:pPr>
            <w:r>
              <w:rPr>
                <w:b w:val="0"/>
                <w:sz w:val="19"/>
              </w:rPr>
              <w:t>Performans görevi: Öğrenciler bilim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9. ÜNİTE: BİLİM FELSEFESİ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 Felsefesinin Konusu ve Temel Kavramları</w:t>
            </w:r>
          </w:p>
          <w:p>
            <w:pPr>
              <w:spacing w:after="0"/>
            </w:pPr>
            <w:r>
              <w:rPr>
                <w:b w:val="0"/>
                <w:sz w:val="19"/>
              </w:rPr>
              <w:t>Bilim Felsefesinin Temel Problemleri (Bilimin Ne Olduğu, Bilimi Oluşturan Unsurlar)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FEL.10.9.1. Bilim felsefesinin konusunu, kavramlarını ve problemlerini muhakeme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Bilim felsefesiyle ilgili metinlerde yer alan kavram, problem ve argümanları inceler.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D14. Saygı,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(FEL.10.9.1. Bilim felsefesinin konusunu, kavramlarını ve problemlerini muhakeme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ünitedeki öğrenme çıktısı; çalışma kağıdı, açık uçlu sorular, ve performans görevi ile</w:t>
            </w:r>
          </w:p>
          <w:p>
            <w:pPr>
              <w:spacing w:after="0"/>
            </w:pPr>
            <w:r>
              <w:rPr>
                <w:b w:val="0"/>
                <w:sz w:val="19"/>
              </w:rPr>
              <w:t>değerlendirilebilir.</w:t>
            </w:r>
          </w:p>
          <w:p>
            <w:pPr>
              <w:spacing w:after="0"/>
            </w:pPr>
            <w:r>
              <w:rPr>
                <w:b w:val="0"/>
                <w:sz w:val="19"/>
              </w:rPr>
              <w:t>Performans görevi: Öğrenciler bilim felsefesiyle ilgili metinlerde yer alan kavram, problem</w:t>
            </w:r>
          </w:p>
          <w:p>
            <w:pPr>
              <w:spacing w:after="0"/>
            </w:pPr>
            <w:r>
              <w:rPr>
                <w:b w:val="0"/>
                <w:sz w:val="19"/>
              </w:rPr>
              <w:t>ve argümanları inceleyerek metin inceleme formunu doldurmaları istenebilir. Performans</w:t>
            </w:r>
          </w:p>
          <w:p>
            <w:pPr>
              <w:spacing w:after="0"/>
            </w:pPr>
            <w:r>
              <w:rPr>
                <w:b w:val="0"/>
                <w:sz w:val="19"/>
              </w:rPr>
              <w:t>görevi metin inceleme formu üzerinden dereceli puanlama anahtarı ile değerlendirilebilir.</w:t>
            </w:r>
          </w:p>
          <w:p>
            <w:pPr>
              <w:spacing w:after="0"/>
            </w:pPr>
            <w:r>
              <w:rPr>
                <w:b w:val="0"/>
                <w:sz w:val="19"/>
              </w:rPr>
              <w:t>Değerlendirmede metinde geçen felsefi kavramların, problemlerin, argümanların belirlenmesi</w:t>
            </w:r>
          </w:p>
          <w:p>
            <w:pPr>
              <w:spacing w:after="0"/>
            </w:pPr>
            <w:r>
              <w:rPr>
                <w:b w:val="0"/>
                <w:sz w:val="19"/>
              </w:rPr>
              <w:t>ile söz konusu argümanların gerekçelerinin gösterilmesi ve eleştirel olarak değerlendirilmesi</w:t>
            </w:r>
          </w:p>
          <w:p>
            <w:pPr>
              <w:spacing w:after="0"/>
            </w:pPr>
            <w:r>
              <w:rPr>
                <w:b w:val="0"/>
                <w:sz w:val="19"/>
              </w:rPr>
              <w:t>gibi ölçütler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FELSEFE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Felsefe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10. Sınıf Felsefe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