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5. SINIF İNGİLİZCE DERSİ GÜNLÜK PLANI</w:t>
      </w:r>
    </w:p>
    <w:p>
      <w:pPr>
        <w:spacing w:after="80"/>
        <w:jc w:val="center"/>
      </w:pPr>
      <w:r>
        <w:rPr>
          <w:sz w:val="20"/>
        </w:rPr>
        <w:t>2026-2027 Eğitim Öğretim Yılı · Week 1: 14-18 September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September · Week 1: 14-18 September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ORIENTATION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July, Democracy and National Unity Day</w:t>
            </w:r>
          </w:p>
          <w:p>
            <w:pPr>
              <w:spacing w:after="0"/>
            </w:pPr>
            <w:r>
              <w:rPr>
                <w:b w:val="0"/>
                <w:sz w:val="19"/>
              </w:rPr>
              <w:t xml:space="preserve"> Primary Education Week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w:t>
            </w:r>
          </w:p>
          <w:p>
            <w:pPr>
              <w:spacing w:after="0"/>
            </w:pPr>
            <w:r>
              <w:rPr>
                <w:b w:val="0"/>
                <w:sz w:val="19"/>
              </w:rPr>
              <w:t>The instructional activities to be carried out within the scope of these plans should support student participation, provide opportunities for learning by doing and experiencing, and serve the holistic development of the student.</w:t>
            </w:r>
          </w:p>
          <w:p>
            <w:pPr>
              <w:spacing w:after="0"/>
            </w:pPr>
            <w:r>
              <w:rPr>
                <w:b w:val="0"/>
                <w:sz w:val="19"/>
              </w:rPr>
              <w:t>*The school-based planning weeks indicated in this framework plan are presented as examples. The planning should be made in accordance with the decisions taken by the subject teachers’ board, taking into account the conditions of the school and the course.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2: 21-25 September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September · Week 2: 21-25 September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REVISION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Turkish Language Day</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w:t>
            </w:r>
          </w:p>
          <w:p>
            <w:pPr>
              <w:spacing w:after="0"/>
            </w:pPr>
            <w:r>
              <w:rPr>
                <w:b w:val="0"/>
                <w:sz w:val="19"/>
              </w:rPr>
              <w:t>The instructional activities to be carried out within the scope of these plans should support student participation, provide opportunities for learning by doing and experiencing, and serve the holistic development of the student.</w:t>
            </w:r>
          </w:p>
          <w:p>
            <w:pPr>
              <w:spacing w:after="0"/>
            </w:pPr>
            <w:r>
              <w:rPr>
                <w:b w:val="0"/>
                <w:sz w:val="19"/>
              </w:rPr>
              <w:t>*The school-based planning weeks indicated in this framework plan are presented as examples. The planning should be made in accordance with the decisions taken by the subject teachers’ board, taking into account the conditions of the school and the course.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3: 28 September- 2 October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September · Week 3: 28 September- 2 October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REVISION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w:t>
            </w:r>
          </w:p>
          <w:p>
            <w:pPr>
              <w:spacing w:after="0"/>
            </w:pPr>
            <w:r>
              <w:rPr>
                <w:b w:val="0"/>
                <w:sz w:val="19"/>
              </w:rPr>
              <w:t>The instructional activities to be carried out within the scope of these plans should support student participation, provide opportunities for learning by doing and experiencing, and serve the holistic development of the student.</w:t>
            </w:r>
          </w:p>
          <w:p>
            <w:pPr>
              <w:spacing w:after="0"/>
            </w:pPr>
            <w:r>
              <w:rPr>
                <w:b w:val="0"/>
                <w:sz w:val="19"/>
              </w:rPr>
              <w:t>*The school-based planning weeks indicated in this framework plan are presented as examples. The planning should be made in accordance with the decisions taken by the subject teachers’ board, taking into account the conditions of the school and the course.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4: 5-9 October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October · Week 4: 5-9 October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1: SCHOOL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People, places and rules at school; school clubs; countries; national days and celebrations</w:t>
            </w:r>
          </w:p>
          <w:p>
            <w:pPr>
              <w:spacing w:after="0"/>
            </w:pPr>
            <w:r>
              <w:rPr>
                <w:b w:val="0"/>
                <w:sz w:val="19"/>
              </w:rPr>
              <w:t>Target Vocabulary in Use (with revisional vocabulary):</w:t>
            </w:r>
          </w:p>
          <w:p>
            <w:pPr>
              <w:spacing w:after="0"/>
            </w:pPr>
            <w:r>
              <w:rPr>
                <w:b w:val="0"/>
                <w:sz w:val="19"/>
              </w:rPr>
              <w:t>Vocabulary for people, places and rules at school: Nouns: A department, a gate, a noise, a uniform, a lab, a sports field, a secretary, a coach, an assistant, (no) shouting, a conference hall, a canteen, a library, a</w:t>
            </w:r>
          </w:p>
          <w:p>
            <w:pPr>
              <w:spacing w:after="0"/>
            </w:pPr>
            <w:r>
              <w:rPr>
                <w:b w:val="0"/>
                <w:sz w:val="19"/>
              </w:rPr>
              <w:t>notice board, an administration department. Verbs: To fight.</w:t>
            </w:r>
          </w:p>
          <w:p>
            <w:pPr>
              <w:spacing w:after="0"/>
            </w:pPr>
            <w:r>
              <w:rPr>
                <w:b w:val="0"/>
                <w:sz w:val="19"/>
              </w:rPr>
              <w:t>Vocabulary for school clubs: Nouns: A drama club, a maths club, a technology club, an environment club, an art club, a music club, a sports club, a chess club, a science club, a film club, a ballet club, a folk dance</w:t>
            </w:r>
          </w:p>
          <w:p>
            <w:pPr>
              <w:spacing w:after="0"/>
            </w:pPr>
            <w:r>
              <w:rPr>
                <w:b w:val="0"/>
                <w:sz w:val="19"/>
              </w:rPr>
              <w:t>club. Verbs: To organise, to solve, to arrange.</w:t>
            </w:r>
          </w:p>
          <w:p>
            <w:pPr>
              <w:spacing w:after="0"/>
            </w:pPr>
            <w:r>
              <w:rPr>
                <w:b w:val="0"/>
                <w:sz w:val="19"/>
              </w:rPr>
              <w:t>Vocabulary for countries: Türkiye, the United States of America (USA), the United Kingdom (UK) (England, Scotland, Northern Ireland, Wales), Canada, Australia, France, Italy, Spain, Argentina, Brazil, China, Japan, Mexico, Russia, South Korea, Azerbaijan, Uzbekistan, Turkmenistan, Turkish Republic of Northern Cyprus, Kazakhstan, Kyrgyzstan.</w:t>
            </w:r>
          </w:p>
          <w:p>
            <w:pPr>
              <w:spacing w:after="0"/>
            </w:pPr>
            <w:r>
              <w:rPr>
                <w:b w:val="0"/>
                <w:sz w:val="19"/>
              </w:rPr>
              <w:t>Target Grammatical Structures in Use:</w:t>
            </w:r>
          </w:p>
          <w:p>
            <w:pPr>
              <w:spacing w:after="0"/>
            </w:pPr>
            <w:r>
              <w:rPr>
                <w:b w:val="0"/>
                <w:sz w:val="19"/>
              </w:rPr>
              <w:t>-The Simple Present Tense (do you like + ing): (Do you like reading books in your free time?).</w:t>
            </w:r>
          </w:p>
          <w:p>
            <w:pPr>
              <w:spacing w:after="0"/>
            </w:pPr>
            <w:r>
              <w:rPr>
                <w:b w:val="0"/>
                <w:sz w:val="19"/>
              </w:rPr>
              <w:t>-Modals “Mustn’t &amp; Can’t” (prohibition): (You mustn’t run in the classroom).</w:t>
            </w:r>
          </w:p>
          <w:p>
            <w:pPr>
              <w:spacing w:after="0"/>
            </w:pPr>
            <w:r>
              <w:rPr>
                <w:b w:val="0"/>
                <w:sz w:val="19"/>
              </w:rPr>
              <w:t>-“To be Present”: (I am a student at this school).</w:t>
            </w:r>
          </w:p>
          <w:p>
            <w:pPr>
              <w:spacing w:after="0"/>
            </w:pPr>
            <w:r>
              <w:rPr>
                <w:b w:val="0"/>
                <w:sz w:val="19"/>
              </w:rPr>
              <w:t>-Wh- questions (who, what): (What is your favourite subject in/at school?)</w:t>
            </w:r>
          </w:p>
          <w:p>
            <w:pPr>
              <w:spacing w:after="0"/>
            </w:pPr>
            <w:r>
              <w:rPr>
                <w:b w:val="0"/>
                <w:sz w:val="19"/>
              </w:rPr>
              <w:t>-A, an, the: (The Eiffel Tower is in France).</w:t>
            </w:r>
          </w:p>
          <w:p>
            <w:pPr>
              <w:spacing w:after="0"/>
            </w:pPr>
            <w:r>
              <w:rPr>
                <w:b w:val="0"/>
                <w:sz w:val="19"/>
              </w:rPr>
              <w:t>-Imperatives: (Please sit down and relax).</w:t>
            </w:r>
          </w:p>
          <w:p>
            <w:pPr>
              <w:spacing w:after="0"/>
            </w:pPr>
            <w:r>
              <w:rPr>
                <w:b w:val="0"/>
                <w:sz w:val="19"/>
              </w:rPr>
              <w:t>-Personal pronouns: I, you, he, she, we, you, they (He loves playing video games).</w:t>
            </w:r>
          </w:p>
          <w:p>
            <w:pPr>
              <w:spacing w:after="0"/>
            </w:pPr>
            <w:r>
              <w:rPr>
                <w:b w:val="0"/>
                <w:sz w:val="19"/>
              </w:rPr>
              <w:t>Functions of the Target Grammatical Structures in Use:</w:t>
            </w:r>
          </w:p>
          <w:p>
            <w:pPr>
              <w:spacing w:after="0"/>
            </w:pPr>
            <w:r>
              <w:rPr>
                <w:b w:val="0"/>
                <w:sz w:val="19"/>
              </w:rPr>
              <w:t>-Use of the Simple Present Tense (do you like + ing): Asking preferences about activities.</w:t>
            </w:r>
          </w:p>
          <w:p>
            <w:pPr>
              <w:spacing w:after="0"/>
            </w:pPr>
            <w:r>
              <w:rPr>
                <w:b w:val="0"/>
                <w:sz w:val="19"/>
              </w:rPr>
              <w:t>-Use of Modals “Mustn’t &amp; Can’t” (prohibition): Expressing obligations or rules.</w:t>
            </w:r>
          </w:p>
          <w:p>
            <w:pPr>
              <w:spacing w:after="0"/>
            </w:pPr>
            <w:r>
              <w:rPr>
                <w:b w:val="0"/>
                <w:sz w:val="19"/>
              </w:rPr>
              <w:t>-Use of “To Be Present”: Expressing a state, a condition, an identity or a location.</w:t>
            </w:r>
          </w:p>
          <w:p>
            <w:pPr>
              <w:spacing w:after="0"/>
            </w:pPr>
            <w:r>
              <w:rPr>
                <w:b w:val="0"/>
                <w:sz w:val="19"/>
              </w:rPr>
              <w:t>-Use of “a, an, the”: Referring to a specific or non-specific noun.</w:t>
            </w:r>
          </w:p>
          <w:p>
            <w:pPr>
              <w:spacing w:after="0"/>
            </w:pPr>
            <w:r>
              <w:rPr>
                <w:b w:val="0"/>
                <w:sz w:val="19"/>
              </w:rPr>
              <w:t>-Use of Personal Pronouns: Indicating who is involved in the action, possession, or other relationships in a</w:t>
            </w:r>
          </w:p>
          <w:p>
            <w:pPr>
              <w:spacing w:after="0"/>
            </w:pPr>
            <w:r>
              <w:rPr>
                <w:b w:val="0"/>
                <w:sz w:val="19"/>
              </w:rPr>
              <w:t>sentence.</w:t>
            </w:r>
          </w:p>
          <w:p>
            <w:pPr>
              <w:spacing w:after="0"/>
            </w:pPr>
            <w:r>
              <w:rPr>
                <w:b w:val="0"/>
                <w:sz w:val="19"/>
              </w:rPr>
              <w:t>-Use of Imperatives: Giving commands.</w:t>
            </w:r>
          </w:p>
          <w:p>
            <w:pPr>
              <w:spacing w:after="0"/>
            </w:pPr>
            <w:r>
              <w:rPr>
                <w:b w:val="0"/>
                <w:sz w:val="19"/>
              </w:rPr>
              <w:t>-Use of “Wh- questions (who, what)”: Asking about people, things, actions, time and ideas.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w:t>
            </w:r>
          </w:p>
          <w:p>
            <w:pPr>
              <w:spacing w:after="0"/>
            </w:pPr>
            <w:r>
              <w:rPr>
                <w:b w:val="0"/>
                <w:sz w:val="19"/>
              </w:rPr>
              <w:t>sections 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 Target Social Language in Use:</w:t>
            </w:r>
          </w:p>
          <w:p>
            <w:pPr>
              <w:spacing w:after="0"/>
            </w:pPr>
            <w:r>
              <w:rPr>
                <w:b w:val="0"/>
                <w:sz w:val="19"/>
              </w:rPr>
              <w:t>Let’s get started!</w:t>
            </w:r>
          </w:p>
          <w:p>
            <w:pPr>
              <w:spacing w:after="0"/>
            </w:pPr>
            <w:r>
              <w:rPr>
                <w:b w:val="0"/>
                <w:sz w:val="19"/>
              </w:rPr>
              <w:t>Line up, nice and straight!</w:t>
            </w:r>
          </w:p>
          <w:p>
            <w:pPr>
              <w:spacing w:after="0"/>
            </w:pPr>
            <w:r>
              <w:rPr>
                <w:b w:val="0"/>
                <w:sz w:val="19"/>
              </w:rPr>
              <w:t>Follow the rules and play safe!</w:t>
            </w:r>
          </w:p>
          <w:p>
            <w:pPr>
              <w:spacing w:after="0"/>
            </w:pPr>
            <w:r>
              <w:rPr>
                <w:b w:val="0"/>
                <w:sz w:val="19"/>
              </w:rPr>
              <w:t>Target Phonological Sounds in Use:</w:t>
            </w:r>
          </w:p>
          <w:p>
            <w:pPr>
              <w:spacing w:after="0"/>
            </w:pPr>
            <w:r>
              <w:rPr>
                <w:b w:val="0"/>
                <w:sz w:val="19"/>
              </w:rPr>
              <w:t>-Intonation of positive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ENG.5.1.L1. Students can get ready for the listening/watching-comprehension process for the current content on “school life with people, places and rules at school; school clubs; countries; national days and celebrations” carefully. ENG.5.1.L2. Students can bring information about the current content on “school life with people, places and rules at school; school clubs; countries; national days and celebrations” together through significant details and main components while listening/watching it. ENG.5.1.L3. Students can make meaning of/derive meaning from the current content on “school life with people, places and rules at school; school clubs; countries; national days and celebrations” through significant details by listening/watching it carefully. ENG.5.1.L4. Students can convey their knowledge, experience, thoughts, and feelings examined carefully about the whole listening/watching-comprehension process in relation to the current content</w:t>
            </w:r>
          </w:p>
          <w:p>
            <w:pPr>
              <w:spacing w:after="0"/>
            </w:pPr>
            <w:r>
              <w:rPr>
                <w:b w:val="0"/>
                <w:sz w:val="19"/>
              </w:rPr>
              <w:t>on “school life with people, places and rules at school; school clubs; countries; national days and celebrations”. ENG.5.1.P1. Students can select and use the target phonological elements of the current content about “school life with people, places and rules at school; school clubs; countries; national days and celebrations” accurately, authentically, and naturally through spontaneous decision-making processes and use it in an appropriate and effective way when communicating with others. ENG.5.1.R1. Students can get ready for the reading-comprehension process about the current content on “school life with people, places and rules at school; school clubs; countries; national days and</w:t>
            </w:r>
          </w:p>
          <w:p>
            <w:pPr>
              <w:spacing w:after="0"/>
            </w:pPr>
            <w:r>
              <w:rPr>
                <w:b w:val="0"/>
                <w:sz w:val="19"/>
              </w:rPr>
              <w:t>celebrations”. ENG.5.1.R2. Students can bring information about the current content on “school life with people, places</w:t>
            </w:r>
          </w:p>
          <w:p>
            <w:pPr>
              <w:spacing w:after="0"/>
            </w:pPr>
            <w:r>
              <w:rPr>
                <w:b w:val="0"/>
                <w:sz w:val="19"/>
              </w:rPr>
              <w:t>and rules at school; school clubs; countries; national days and celebrations” through skimming (looking quickly at) the audio-visual elements and reading the content very quickly. ENG.5.1.R3. Students can make meaning of / derive meaning from the current content about “school life with people, places and rules at school; school clubs; countries; national days and celebrations” by reading it carefully. ENG.5.1.R4. Students can convey their knowledge, experiences, thoughts, and feelings related to the reading-comprehension process about the current content, “school life with people, places and rules at school; school clubs; countries; national days and celebrations” in relation to themselves or others, both individually and/or with others. ENG.5.1.V1. Students can select and use the target vocabulary of the current content about “school life with</w:t>
            </w:r>
          </w:p>
          <w:p>
            <w:pPr>
              <w:spacing w:after="0"/>
            </w:pPr>
            <w:r>
              <w:rPr>
                <w:b w:val="0"/>
                <w:sz w:val="19"/>
              </w:rPr>
              <w:t>people, places and rules at school; school clubs; countries; national days and celebrations”</w:t>
            </w:r>
          </w:p>
          <w:p>
            <w:pPr>
              <w:spacing w:after="0"/>
            </w:pPr>
            <w:r>
              <w:rPr>
                <w:b w:val="0"/>
                <w:sz w:val="19"/>
              </w:rPr>
              <w:t>accurately, authentically, spontaneously, and naturally and use it appropriately and effectively when communicating with others. ENG.5.1.G1. Students can select and use the target grammatical elements of the current content about</w:t>
            </w:r>
          </w:p>
          <w:p>
            <w:pPr>
              <w:spacing w:after="0"/>
            </w:pPr>
            <w:r>
              <w:rPr>
                <w:b w:val="0"/>
                <w:sz w:val="19"/>
              </w:rPr>
              <w:t>“school life with people, places and rules at school; school clubs; countries; national days and celebrations” accurately, authentically, spontaneously, and naturally and use it appropriately and effectively when communicating with others. ENG.5.1.W1. Students can get ready for the writing-expression process about the current content on “school life with people, places and rules at school; school clubs; countries; national days and celebrations”. ENG.5.1.W2. Students can understand the model/example for the writing task about the current content on “school life with people, places and rules at school; school clubs; countries; national days and celebrations”. ENG.5.1.W3. Students can organise a content for the assigned writing task on the current content “school life with people, places and rules at school; school clubs; countries; national days and celebrations” based on the model/example provided. ENG.5.1.W4. Students can individually construct/form content for the assigned writing task on the current content “school life with people, places and rules at school; school clubs; countries; national</w:t>
            </w:r>
          </w:p>
          <w:p>
            <w:pPr>
              <w:spacing w:after="0"/>
            </w:pPr>
            <w:r>
              <w:rPr>
                <w:b w:val="0"/>
                <w:sz w:val="19"/>
              </w:rPr>
              <w:t>days and celebrations”. ENG.5.1.W5. Students can reorganise (reconstruct) and use information in the new written tasks about the “school life with people, places and rules at school; school clubs; countries; national days and celebrations” to communicate with other people. ENG.5.1.W6. Students can reflect on their knowledge, experiences, thoughts, and feelings related to the writing-expression process about the current content, “school life with people, places and rules at school; school clubs; countries; national days and celebrations” in relation to themselves or others, both individually and/or with others. ENG.5.1.S1. Students can get ready for speaking-expression process about the current content on</w:t>
            </w:r>
          </w:p>
          <w:p>
            <w:pPr>
              <w:spacing w:after="0"/>
            </w:pPr>
            <w:r>
              <w:rPr>
                <w:b w:val="0"/>
                <w:sz w:val="19"/>
              </w:rPr>
              <w:t>“school life with people, places and rules at school; school clubs; countries; national days and celebrations”. ENG.5.1.S2. Students can use the model/example for producing verbal content about the current content on “school life with people, places and rules at school; school clubs; countries; national days and celebrations”. ENG.5.1.S3. Students can organise a new verbal content on “school life with people, places and rules at school; school clubs; countries; national days and celebrations” by speaking accurately, efficiently, and authentically. ENG.5.1.S4. Students can construct a new verbal content on “school life with people, places and rules</w:t>
            </w:r>
          </w:p>
          <w:p>
            <w:pPr>
              <w:spacing w:after="0"/>
            </w:pPr>
            <w:r>
              <w:rPr>
                <w:b w:val="0"/>
                <w:sz w:val="19"/>
              </w:rPr>
              <w:t>at school; school clubs; countries; national days and celebrations” by speaking accurately, efficiently, and authentically. ENG.5.1.S5. Students can reorganise (reconstruct) and use information about the “school life with people, places and rules at school; school clubs; countries; national days and celebrations” to communicate with other people. ENG.5.1.S6. Students can convey their knowledge, experiences, thoughts, and feelings related to the speaking-expression process about the current content, “school life with people, places and rules at school; school clubs; countries; national days and celebrations” to communicate 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V10. Modesty, V12.</w:t>
            </w:r>
          </w:p>
          <w:p>
            <w:pPr>
              <w:spacing w:after="0"/>
            </w:pPr>
            <w:r>
              <w:rPr>
                <w:b w:val="0"/>
                <w:sz w:val="19"/>
              </w:rPr>
              <w:t>Patience, V14. Respect, V16. Responsibility, V19. Patriotism,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(ENG.5.1.L1. Students can get ready for the listening/watching-comprehension process for the current content on “school life with people, places and rules at school; school clubs; countries; national days and celebrations…)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talk about social clubs, rules at school in English by the target language items.</w:t>
            </w:r>
          </w:p>
          <w:p>
            <w:pPr>
              <w:spacing w:after="0"/>
            </w:pPr>
            <w:r>
              <w:rPr>
                <w:b w:val="0"/>
                <w:sz w:val="19"/>
              </w:rPr>
              <w:t>Activity 1: Role-Play</w:t>
            </w:r>
          </w:p>
          <w:p>
            <w:pPr>
              <w:spacing w:after="0"/>
            </w:pPr>
            <w:r>
              <w:rPr>
                <w:b w:val="0"/>
                <w:sz w:val="19"/>
              </w:rPr>
              <w:t>The teacher gives each student a role card (“You are a drama club member who loves acting but doesn’t like</w:t>
            </w:r>
          </w:p>
          <w:p>
            <w:pPr>
              <w:spacing w:after="0"/>
            </w:pPr>
            <w:r>
              <w:rPr>
                <w:b w:val="0"/>
                <w:sz w:val="19"/>
              </w:rPr>
              <w:t>strict rules”). Groups pretend to meet at a “School Clubs Fair”. Each student must introduce their club, talk</w:t>
            </w:r>
          </w:p>
          <w:p>
            <w:pPr>
              <w:spacing w:after="0"/>
            </w:pPr>
            <w:r>
              <w:rPr>
                <w:b w:val="0"/>
                <w:sz w:val="19"/>
              </w:rPr>
              <w:t>about what they like or dislike, discuss the rules of their club. The teacher encourages them to explain why they like/dislike something or suggest new rules for their club. Students ask questions to each other about their likes/dislikes. The teacher tells students to exchange reflection sheets or give verbal feedback in pairs.</w:t>
            </w:r>
          </w:p>
          <w:p>
            <w:pPr>
              <w:spacing w:after="0"/>
            </w:pPr>
            <w:r>
              <w:rPr>
                <w:b w:val="0"/>
                <w:sz w:val="19"/>
              </w:rPr>
              <w:t>They use sentence starters (“I like how you ___”, “You are good at ___”, “Next time, you can try ___”). For self-reflection activity students write answers to prompts like: “I can ask/answer questions about ___”, “I learned that ___”, “I’m good at ___”. Students reflect on their thoughts and feelings about the activity.</w:t>
            </w:r>
          </w:p>
          <w:p>
            <w:pPr>
              <w:spacing w:after="0"/>
            </w:pPr>
            <w:r>
              <w:rPr>
                <w:b w:val="0"/>
                <w:sz w:val="19"/>
              </w:rPr>
              <w:t>Supporting</w:t>
            </w:r>
          </w:p>
          <w:p>
            <w:pPr>
              <w:spacing w:after="0"/>
            </w:pPr>
            <w:r>
              <w:rPr>
                <w:b w:val="0"/>
                <w:sz w:val="19"/>
              </w:rPr>
              <w:t>Objective: To talk about social clubs, rules at school in English by using the target language items.</w:t>
            </w:r>
          </w:p>
          <w:p>
            <w:pPr>
              <w:spacing w:after="0"/>
            </w:pPr>
            <w:r>
              <w:rPr>
                <w:b w:val="0"/>
                <w:sz w:val="19"/>
              </w:rPr>
              <w:t>Activity: Role-Play</w:t>
            </w:r>
          </w:p>
          <w:p>
            <w:pPr>
              <w:spacing w:after="0"/>
            </w:pPr>
            <w:r>
              <w:rPr>
                <w:b w:val="0"/>
                <w:sz w:val="19"/>
              </w:rPr>
              <w:t>The teacher gives each student a role card (“You are a drama club member who loves acting but doesn’t like</w:t>
            </w:r>
          </w:p>
          <w:p>
            <w:pPr>
              <w:spacing w:after="0"/>
            </w:pPr>
            <w:r>
              <w:rPr>
                <w:b w:val="0"/>
                <w:sz w:val="19"/>
              </w:rPr>
              <w:t>strict rules”). Groups pretend to meet at a “School Clubs Fair”. Each student must introduce their club, talk</w:t>
            </w:r>
          </w:p>
          <w:p>
            <w:pPr>
              <w:spacing w:after="0"/>
            </w:pPr>
            <w:r>
              <w:rPr>
                <w:b w:val="0"/>
                <w:sz w:val="19"/>
              </w:rPr>
              <w:t>about what they like or dislike, and discuss the rules of their club. The teacher provides sentence starters</w:t>
            </w:r>
          </w:p>
          <w:p>
            <w:pPr>
              <w:spacing w:after="0"/>
            </w:pPr>
            <w:r>
              <w:rPr>
                <w:b w:val="0"/>
                <w:sz w:val="19"/>
              </w:rPr>
              <w:t>and word banks (“I like/don’t like ___ because ___”).</w:t>
            </w:r>
          </w:p>
          <w:p>
            <w:pPr>
              <w:spacing w:after="0"/>
            </w:pPr>
            <w:r>
              <w:rPr>
                <w:b w:val="0"/>
                <w:sz w:val="19"/>
              </w:rPr>
              <w:t>After the teacher provides an example dialogue, students ask questions to each other about their likes/</w:t>
            </w:r>
          </w:p>
          <w:p>
            <w:pPr>
              <w:spacing w:after="0"/>
            </w:pPr>
            <w:r>
              <w:rPr>
                <w:b w:val="0"/>
                <w:sz w:val="19"/>
              </w:rPr>
              <w:t>dislikes. The teacher tells students to exchange reflection sheets or give verbal feedback in pairs. They use sentence starters (“I like how you ___”, “You are good at ___”, “Next time, you can try ___”). For self-reflection</w:t>
            </w:r>
          </w:p>
          <w:p>
            <w:pPr>
              <w:spacing w:after="0"/>
            </w:pPr>
            <w:r>
              <w:rPr>
                <w:b w:val="0"/>
                <w:sz w:val="19"/>
              </w:rPr>
              <w:t>activity students write answers to prompts like: “I can ask/answer questions about ___”, “I learned that ___”, “I’m good at ___”.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colourful poster about a fictional international school, including people, places, rules, school clubs, and countries. They will describe important school staff such as the headmaster/headmistress or teachers, highlight places such as the library or sports field, and list three key rules such as “Be on time” or “No running in the corridor”. The poster will also include information about two school clubs with simple descriptions of their activities. The assignment will be evaluated by using a rubric scheme, a rating scale, and/or a marking scheme.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w:t>
            </w:r>
          </w:p>
          <w:p>
            <w:pPr>
              <w:spacing w:after="0"/>
            </w:pPr>
            <w:r>
              <w:rPr>
                <w:b w:val="0"/>
                <w:sz w:val="19"/>
              </w:rPr>
              <w:t>The instructional activities to be carried out within the scope of these plans should support student participation, provide opportunities for learning by doing and experiencing, and serve the holistic development of the student.</w:t>
            </w:r>
          </w:p>
          <w:p>
            <w:pPr>
              <w:spacing w:after="0"/>
            </w:pPr>
            <w:r>
              <w:rPr>
                <w:b w:val="0"/>
                <w:sz w:val="19"/>
              </w:rPr>
              <w:t>*The school-based planning weeks indicated in this framework plan are presented as examples. The planning should be made in accordance with the decisions taken by the subject teachers’ board, taking into account the conditions of the school and the course.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5: 12-16 October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October · Week 5: 12-16 October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1: SCHOOL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People, places and rules at school; school clubs; countries; national days and celebrations</w:t>
            </w:r>
          </w:p>
          <w:p>
            <w:pPr>
              <w:spacing w:after="0"/>
            </w:pPr>
            <w:r>
              <w:rPr>
                <w:b w:val="0"/>
                <w:sz w:val="19"/>
              </w:rPr>
              <w:t>Target Vocabulary in Use (with revisional vocabulary):</w:t>
            </w:r>
          </w:p>
          <w:p>
            <w:pPr>
              <w:spacing w:after="0"/>
            </w:pPr>
            <w:r>
              <w:rPr>
                <w:b w:val="0"/>
                <w:sz w:val="19"/>
              </w:rPr>
              <w:t>Vocabulary for people, places and rules at school: Nouns: A department, a gate, a noise, a uniform, a lab, a sports field, a secretary, a coach, an assistant, (no) shouting, a conference hall, a canteen, a library, a</w:t>
            </w:r>
          </w:p>
          <w:p>
            <w:pPr>
              <w:spacing w:after="0"/>
            </w:pPr>
            <w:r>
              <w:rPr>
                <w:b w:val="0"/>
                <w:sz w:val="19"/>
              </w:rPr>
              <w:t>notice board, an administration department. Verbs: To fight.</w:t>
            </w:r>
          </w:p>
          <w:p>
            <w:pPr>
              <w:spacing w:after="0"/>
            </w:pPr>
            <w:r>
              <w:rPr>
                <w:b w:val="0"/>
                <w:sz w:val="19"/>
              </w:rPr>
              <w:t>Vocabulary for school clubs: Nouns: A drama club, a maths club, a technology club, an environment club, an art club, a music club, a sports club, a chess club, a science club, a film club, a ballet club, a folk dance</w:t>
            </w:r>
          </w:p>
          <w:p>
            <w:pPr>
              <w:spacing w:after="0"/>
            </w:pPr>
            <w:r>
              <w:rPr>
                <w:b w:val="0"/>
                <w:sz w:val="19"/>
              </w:rPr>
              <w:t>club. Verbs: To organise, to solve, to arrange.</w:t>
            </w:r>
          </w:p>
          <w:p>
            <w:pPr>
              <w:spacing w:after="0"/>
            </w:pPr>
            <w:r>
              <w:rPr>
                <w:b w:val="0"/>
                <w:sz w:val="19"/>
              </w:rPr>
              <w:t>Vocabulary for countries: Türkiye, the United States of America (USA), the United Kingdom (UK) (England, Scotland, Northern Ireland, Wales), Canada, Australia, France, Italy, Spain, Argentina, Brazil, China, Japan, Mexico, Russia, South Korea, Azerbaijan, Uzbekistan, Turkmenistan, Turkish Republic of Northern Cyprus, Kazakhstan, Kyrgyzstan.</w:t>
            </w:r>
          </w:p>
          <w:p>
            <w:pPr>
              <w:spacing w:after="0"/>
            </w:pPr>
            <w:r>
              <w:rPr>
                <w:b w:val="0"/>
                <w:sz w:val="19"/>
              </w:rPr>
              <w:t>Target Grammatical Structures in Use:</w:t>
            </w:r>
          </w:p>
          <w:p>
            <w:pPr>
              <w:spacing w:after="0"/>
            </w:pPr>
            <w:r>
              <w:rPr>
                <w:b w:val="0"/>
                <w:sz w:val="19"/>
              </w:rPr>
              <w:t>-The Simple Present Tense (do you like + ing): (Do you like reading books in your free time?).</w:t>
            </w:r>
          </w:p>
          <w:p>
            <w:pPr>
              <w:spacing w:after="0"/>
            </w:pPr>
            <w:r>
              <w:rPr>
                <w:b w:val="0"/>
                <w:sz w:val="19"/>
              </w:rPr>
              <w:t>-Modals “Mustn’t &amp; Can’t” (prohibition): (You mustn’t run in the classroom).</w:t>
            </w:r>
          </w:p>
          <w:p>
            <w:pPr>
              <w:spacing w:after="0"/>
            </w:pPr>
            <w:r>
              <w:rPr>
                <w:b w:val="0"/>
                <w:sz w:val="19"/>
              </w:rPr>
              <w:t>-“To be Present”: (I am a student at this school).</w:t>
            </w:r>
          </w:p>
          <w:p>
            <w:pPr>
              <w:spacing w:after="0"/>
            </w:pPr>
            <w:r>
              <w:rPr>
                <w:b w:val="0"/>
                <w:sz w:val="19"/>
              </w:rPr>
              <w:t>-Wh- questions (who, what): (What is your favourite subject in/at school?)</w:t>
            </w:r>
          </w:p>
          <w:p>
            <w:pPr>
              <w:spacing w:after="0"/>
            </w:pPr>
            <w:r>
              <w:rPr>
                <w:b w:val="0"/>
                <w:sz w:val="19"/>
              </w:rPr>
              <w:t>-A, an, the: (The Eiffel Tower is in France).</w:t>
            </w:r>
          </w:p>
          <w:p>
            <w:pPr>
              <w:spacing w:after="0"/>
            </w:pPr>
            <w:r>
              <w:rPr>
                <w:b w:val="0"/>
                <w:sz w:val="19"/>
              </w:rPr>
              <w:t>-Imperatives: (Please sit down and relax).</w:t>
            </w:r>
          </w:p>
          <w:p>
            <w:pPr>
              <w:spacing w:after="0"/>
            </w:pPr>
            <w:r>
              <w:rPr>
                <w:b w:val="0"/>
                <w:sz w:val="19"/>
              </w:rPr>
              <w:t>-Personal pronouns: I, you, he, she, we, you, they (He loves playing video games).</w:t>
            </w:r>
          </w:p>
          <w:p>
            <w:pPr>
              <w:spacing w:after="0"/>
            </w:pPr>
            <w:r>
              <w:rPr>
                <w:b w:val="0"/>
                <w:sz w:val="19"/>
              </w:rPr>
              <w:t>Functions of the Target Grammatical Structures in Use:</w:t>
            </w:r>
          </w:p>
          <w:p>
            <w:pPr>
              <w:spacing w:after="0"/>
            </w:pPr>
            <w:r>
              <w:rPr>
                <w:b w:val="0"/>
                <w:sz w:val="19"/>
              </w:rPr>
              <w:t>-Use of the Simple Present Tense (do you like + ing): Asking preferences about activities.</w:t>
            </w:r>
          </w:p>
          <w:p>
            <w:pPr>
              <w:spacing w:after="0"/>
            </w:pPr>
            <w:r>
              <w:rPr>
                <w:b w:val="0"/>
                <w:sz w:val="19"/>
              </w:rPr>
              <w:t>-Use of Modals “Mustn’t &amp; Can’t” (prohibition): Expressing obligations or rules.</w:t>
            </w:r>
          </w:p>
          <w:p>
            <w:pPr>
              <w:spacing w:after="0"/>
            </w:pPr>
            <w:r>
              <w:rPr>
                <w:b w:val="0"/>
                <w:sz w:val="19"/>
              </w:rPr>
              <w:t>-Use of “To Be Present”: Expressing a state, a condition, an identity or a location.</w:t>
            </w:r>
          </w:p>
          <w:p>
            <w:pPr>
              <w:spacing w:after="0"/>
            </w:pPr>
            <w:r>
              <w:rPr>
                <w:b w:val="0"/>
                <w:sz w:val="19"/>
              </w:rPr>
              <w:t>-Use of “a, an, the”: Referring to a specific or non-specific noun.</w:t>
            </w:r>
          </w:p>
          <w:p>
            <w:pPr>
              <w:spacing w:after="0"/>
            </w:pPr>
            <w:r>
              <w:rPr>
                <w:b w:val="0"/>
                <w:sz w:val="19"/>
              </w:rPr>
              <w:t>-Use of Personal Pronouns: Indicating who is involved in the action, possession, or other relationships in a</w:t>
            </w:r>
          </w:p>
          <w:p>
            <w:pPr>
              <w:spacing w:after="0"/>
            </w:pPr>
            <w:r>
              <w:rPr>
                <w:b w:val="0"/>
                <w:sz w:val="19"/>
              </w:rPr>
              <w:t>sentence.</w:t>
            </w:r>
          </w:p>
          <w:p>
            <w:pPr>
              <w:spacing w:after="0"/>
            </w:pPr>
            <w:r>
              <w:rPr>
                <w:b w:val="0"/>
                <w:sz w:val="19"/>
              </w:rPr>
              <w:t>-Use of Imperatives: Giving commands.</w:t>
            </w:r>
          </w:p>
          <w:p>
            <w:pPr>
              <w:spacing w:after="0"/>
            </w:pPr>
            <w:r>
              <w:rPr>
                <w:b w:val="0"/>
                <w:sz w:val="19"/>
              </w:rPr>
              <w:t>-Use of “Wh- questions (who, what)”: Asking about people, things, actions, time and ideas.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w:t>
            </w:r>
          </w:p>
          <w:p>
            <w:pPr>
              <w:spacing w:after="0"/>
            </w:pPr>
            <w:r>
              <w:rPr>
                <w:b w:val="0"/>
                <w:sz w:val="19"/>
              </w:rPr>
              <w:t>sections 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 Target Social Language in Use:</w:t>
            </w:r>
          </w:p>
          <w:p>
            <w:pPr>
              <w:spacing w:after="0"/>
            </w:pPr>
            <w:r>
              <w:rPr>
                <w:b w:val="0"/>
                <w:sz w:val="19"/>
              </w:rPr>
              <w:t>Let’s get started!</w:t>
            </w:r>
          </w:p>
          <w:p>
            <w:pPr>
              <w:spacing w:after="0"/>
            </w:pPr>
            <w:r>
              <w:rPr>
                <w:b w:val="0"/>
                <w:sz w:val="19"/>
              </w:rPr>
              <w:t>Line up, nice and straight!</w:t>
            </w:r>
          </w:p>
          <w:p>
            <w:pPr>
              <w:spacing w:after="0"/>
            </w:pPr>
            <w:r>
              <w:rPr>
                <w:b w:val="0"/>
                <w:sz w:val="19"/>
              </w:rPr>
              <w:t>Follow the rules and play safe!</w:t>
            </w:r>
          </w:p>
          <w:p>
            <w:pPr>
              <w:spacing w:after="0"/>
            </w:pPr>
            <w:r>
              <w:rPr>
                <w:b w:val="0"/>
                <w:sz w:val="19"/>
              </w:rPr>
              <w:t>Target Phonological Sounds in Use:</w:t>
            </w:r>
          </w:p>
          <w:p>
            <w:pPr>
              <w:spacing w:after="0"/>
            </w:pPr>
            <w:r>
              <w:rPr>
                <w:b w:val="0"/>
                <w:sz w:val="19"/>
              </w:rPr>
              <w:t>-Intonation of positive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ENG.5.1.L1. Students can get ready for the listening/watching-comprehension process for the current content on “school life with people, places and rules at school; school clubs; countries; national days and celebrations” carefully. ENG.5.1.L2. Students can bring information about the current content on “school life with people, places and rules at school; school clubs; countries; national days and celebrations” together through significant details and main components while listening/watching it. ENG.5.1.L3. Students can make meaning of/derive meaning from the current content on “school life with people, places and rules at school; school clubs; countries; national days and celebrations” through significant details by listening/watching it carefully. ENG.5.1.L4. Students can convey their knowledge, experience, thoughts, and feelings examined carefully about the whole listening/watching-comprehension process in relation to the current content</w:t>
            </w:r>
          </w:p>
          <w:p>
            <w:pPr>
              <w:spacing w:after="0"/>
            </w:pPr>
            <w:r>
              <w:rPr>
                <w:b w:val="0"/>
                <w:sz w:val="19"/>
              </w:rPr>
              <w:t>on “school life with people, places and rules at school; school clubs; countries; national days and celebrations”. ENG.5.1.P1. Students can select and use the target phonological elements of the current content about “school life with people, places and rules at school; school clubs; countries; national days and celebrations” accurately, authentically, and naturally through spontaneous decision-making processes and use it in an appropriate and effective way when communicating with others. ENG.5.1.R1. Students can get ready for the reading-comprehension process about the current content on “school life with people, places and rules at school; school clubs; countries; national days and</w:t>
            </w:r>
          </w:p>
          <w:p>
            <w:pPr>
              <w:spacing w:after="0"/>
            </w:pPr>
            <w:r>
              <w:rPr>
                <w:b w:val="0"/>
                <w:sz w:val="19"/>
              </w:rPr>
              <w:t>celebrations”. ENG.5.1.R2. Students can bring information about the current content on “school life with people, places</w:t>
            </w:r>
          </w:p>
          <w:p>
            <w:pPr>
              <w:spacing w:after="0"/>
            </w:pPr>
            <w:r>
              <w:rPr>
                <w:b w:val="0"/>
                <w:sz w:val="19"/>
              </w:rPr>
              <w:t>and rules at school; school clubs; countries; national days and celebrations” through skimming (looking quickly at) the audio-visual elements and reading the content very quickly. ENG.5.1.R3. Students can make meaning of / derive meaning from the current content about “school life with people, places and rules at school; school clubs; countries; national days and celebrations” by reading it carefully. ENG.5.1.R4. Students can convey their knowledge, experiences, thoughts, and feelings related to the reading-comprehension process about the current content, “school life with people, places and rules at school; school clubs; countries; national days and celebrations” in relation to themselves or others, both individually and/or with others. ENG.5.1.V1. Students can select and use the target vocabulary of the current content about “school life with</w:t>
            </w:r>
          </w:p>
          <w:p>
            <w:pPr>
              <w:spacing w:after="0"/>
            </w:pPr>
            <w:r>
              <w:rPr>
                <w:b w:val="0"/>
                <w:sz w:val="19"/>
              </w:rPr>
              <w:t>people, places and rules at school; school clubs; countries; national days and celebrations”</w:t>
            </w:r>
          </w:p>
          <w:p>
            <w:pPr>
              <w:spacing w:after="0"/>
            </w:pPr>
            <w:r>
              <w:rPr>
                <w:b w:val="0"/>
                <w:sz w:val="19"/>
              </w:rPr>
              <w:t>accurately, authentically, spontaneously, and naturally and use it appropriately and effectively when communicating with others. ENG.5.1.G1. Students can select and use the target grammatical elements of the current content about</w:t>
            </w:r>
          </w:p>
          <w:p>
            <w:pPr>
              <w:spacing w:after="0"/>
            </w:pPr>
            <w:r>
              <w:rPr>
                <w:b w:val="0"/>
                <w:sz w:val="19"/>
              </w:rPr>
              <w:t>“school life with people, places and rules at school; school clubs; countries; national days and celebrations” accurately, authentically, spontaneously, and naturally and use it appropriately and effectively when communicating with others. ENG.5.1.W1. Students can get ready for the writing-expression process about the current content on “school life with people, places and rules at school; school clubs; countries; national days and celebrations”. ENG.5.1.W2. Students can understand the model/example for the writing task about the current content on “school life with people, places and rules at school; school clubs; countries; national days and celebrations”. ENG.5.1.W3. Students can organise a content for the assigned writing task on the current content “school life with people, places and rules at school; school clubs; countries; national days and celebrations” based on the model/example provided. ENG.5.1.W4. Students can individually construct/form content for the assigned writing task on the current content “school life with people, places and rules at school; school clubs; countries; national</w:t>
            </w:r>
          </w:p>
          <w:p>
            <w:pPr>
              <w:spacing w:after="0"/>
            </w:pPr>
            <w:r>
              <w:rPr>
                <w:b w:val="0"/>
                <w:sz w:val="19"/>
              </w:rPr>
              <w:t>days and celebrations”. ENG.5.1.W5. Students can reorganise (reconstruct) and use information in the new written tasks about the “school life with people, places and rules at school; school clubs; countries; national days and celebrations” to communicate with other people. ENG.5.1.W6. Students can reflect on their knowledge, experiences, thoughts, and feelings related to the writing-expression process about the current content, “school life with people, places and rules at school; school clubs; countries; national days and celebrations” in relation to themselves or others, both individually and/or with others. ENG.5.1.S1. Students can get ready for speaking-expression process about the current content on</w:t>
            </w:r>
          </w:p>
          <w:p>
            <w:pPr>
              <w:spacing w:after="0"/>
            </w:pPr>
            <w:r>
              <w:rPr>
                <w:b w:val="0"/>
                <w:sz w:val="19"/>
              </w:rPr>
              <w:t>“school life with people, places and rules at school; school clubs; countries; national days and celebrations”. ENG.5.1.S2. Students can use the model/example for producing verbal content about the current content on “school life with people, places and rules at school; school clubs; countries; national days and celebrations”. ENG.5.1.S3. Students can organise a new verbal content on “school life with people, places and rules at school; school clubs; countries; national days and celebrations” by speaking accurately, efficiently, and authentically. ENG.5.1.S4. Students can construct a new verbal content on “school life with people, places and rules</w:t>
            </w:r>
          </w:p>
          <w:p>
            <w:pPr>
              <w:spacing w:after="0"/>
            </w:pPr>
            <w:r>
              <w:rPr>
                <w:b w:val="0"/>
                <w:sz w:val="19"/>
              </w:rPr>
              <w:t>at school; school clubs; countries; national days and celebrations” by speaking accurately, efficiently, and authentically. ENG.5.1.S5. Students can reorganise (reconstruct) and use information about the “school life with people, places and rules at school; school clubs; countries; national days and celebrations” to communicate with other people. ENG.5.1.S6. Students can convey their knowledge, experiences, thoughts, and feelings related to the speaking-expression process about the current content, “school life with people, places and rules at school; school clubs; countries; national days and celebrations” to communicate 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V10. Modesty, V12.</w:t>
            </w:r>
          </w:p>
          <w:p>
            <w:pPr>
              <w:spacing w:after="0"/>
            </w:pPr>
            <w:r>
              <w:rPr>
                <w:b w:val="0"/>
                <w:sz w:val="19"/>
              </w:rPr>
              <w:t>Patience, V14. Respect, V16. Responsibility, V19. Patriotism,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(ENG.5.1.L1. Students can get ready for the listening/watching-comprehension process for the current content on “school life with people, places and rules at school; school clubs; countries; national days and celebrations…)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talk about social clubs, rules at school in English by the target language items.</w:t>
            </w:r>
          </w:p>
          <w:p>
            <w:pPr>
              <w:spacing w:after="0"/>
            </w:pPr>
            <w:r>
              <w:rPr>
                <w:b w:val="0"/>
                <w:sz w:val="19"/>
              </w:rPr>
              <w:t>Activity 1: Role-Play</w:t>
            </w:r>
          </w:p>
          <w:p>
            <w:pPr>
              <w:spacing w:after="0"/>
            </w:pPr>
            <w:r>
              <w:rPr>
                <w:b w:val="0"/>
                <w:sz w:val="19"/>
              </w:rPr>
              <w:t>The teacher gives each student a role card (“You are a drama club member who loves acting but doesn’t like</w:t>
            </w:r>
          </w:p>
          <w:p>
            <w:pPr>
              <w:spacing w:after="0"/>
            </w:pPr>
            <w:r>
              <w:rPr>
                <w:b w:val="0"/>
                <w:sz w:val="19"/>
              </w:rPr>
              <w:t>strict rules”). Groups pretend to meet at a “School Clubs Fair”. Each student must introduce their club, talk</w:t>
            </w:r>
          </w:p>
          <w:p>
            <w:pPr>
              <w:spacing w:after="0"/>
            </w:pPr>
            <w:r>
              <w:rPr>
                <w:b w:val="0"/>
                <w:sz w:val="19"/>
              </w:rPr>
              <w:t>about what they like or dislike, discuss the rules of their club. The teacher encourages them to explain why they like/dislike something or suggest new rules for their club. Students ask questions to each other about their likes/dislikes. The teacher tells students to exchange reflection sheets or give verbal feedback in pairs.</w:t>
            </w:r>
          </w:p>
          <w:p>
            <w:pPr>
              <w:spacing w:after="0"/>
            </w:pPr>
            <w:r>
              <w:rPr>
                <w:b w:val="0"/>
                <w:sz w:val="19"/>
              </w:rPr>
              <w:t>They use sentence starters (“I like how you ___”, “You are good at ___”, “Next time, you can try ___”). For self-reflection activity students write answers to prompts like: “I can ask/answer questions about ___”, “I learned that ___”, “I’m good at ___”. Students reflect on their thoughts and feelings about the activity.</w:t>
            </w:r>
          </w:p>
          <w:p>
            <w:pPr>
              <w:spacing w:after="0"/>
            </w:pPr>
            <w:r>
              <w:rPr>
                <w:b w:val="0"/>
                <w:sz w:val="19"/>
              </w:rPr>
              <w:t>Supporting</w:t>
            </w:r>
          </w:p>
          <w:p>
            <w:pPr>
              <w:spacing w:after="0"/>
            </w:pPr>
            <w:r>
              <w:rPr>
                <w:b w:val="0"/>
                <w:sz w:val="19"/>
              </w:rPr>
              <w:t>Objective: To talk about social clubs, rules at school in English by using the target language items.</w:t>
            </w:r>
          </w:p>
          <w:p>
            <w:pPr>
              <w:spacing w:after="0"/>
            </w:pPr>
            <w:r>
              <w:rPr>
                <w:b w:val="0"/>
                <w:sz w:val="19"/>
              </w:rPr>
              <w:t>Activity: Role-Play</w:t>
            </w:r>
          </w:p>
          <w:p>
            <w:pPr>
              <w:spacing w:after="0"/>
            </w:pPr>
            <w:r>
              <w:rPr>
                <w:b w:val="0"/>
                <w:sz w:val="19"/>
              </w:rPr>
              <w:t>The teacher gives each student a role card (“You are a drama club member who loves acting but doesn’t like</w:t>
            </w:r>
          </w:p>
          <w:p>
            <w:pPr>
              <w:spacing w:after="0"/>
            </w:pPr>
            <w:r>
              <w:rPr>
                <w:b w:val="0"/>
                <w:sz w:val="19"/>
              </w:rPr>
              <w:t>strict rules”). Groups pretend to meet at a “School Clubs Fair”. Each student must introduce their club, talk</w:t>
            </w:r>
          </w:p>
          <w:p>
            <w:pPr>
              <w:spacing w:after="0"/>
            </w:pPr>
            <w:r>
              <w:rPr>
                <w:b w:val="0"/>
                <w:sz w:val="19"/>
              </w:rPr>
              <w:t>about what they like or dislike, and discuss the rules of their club. The teacher provides sentence starters</w:t>
            </w:r>
          </w:p>
          <w:p>
            <w:pPr>
              <w:spacing w:after="0"/>
            </w:pPr>
            <w:r>
              <w:rPr>
                <w:b w:val="0"/>
                <w:sz w:val="19"/>
              </w:rPr>
              <w:t>and word banks (“I like/don’t like ___ because ___”).</w:t>
            </w:r>
          </w:p>
          <w:p>
            <w:pPr>
              <w:spacing w:after="0"/>
            </w:pPr>
            <w:r>
              <w:rPr>
                <w:b w:val="0"/>
                <w:sz w:val="19"/>
              </w:rPr>
              <w:t>After the teacher provides an example dialogue, students ask questions to each other about their likes/</w:t>
            </w:r>
          </w:p>
          <w:p>
            <w:pPr>
              <w:spacing w:after="0"/>
            </w:pPr>
            <w:r>
              <w:rPr>
                <w:b w:val="0"/>
                <w:sz w:val="19"/>
              </w:rPr>
              <w:t>dislikes. The teacher tells students to exchange reflection sheets or give verbal feedback in pairs. They use sentence starters (“I like how you ___”, “You are good at ___”, “Next time, you can try ___”). For self-reflection</w:t>
            </w:r>
          </w:p>
          <w:p>
            <w:pPr>
              <w:spacing w:after="0"/>
            </w:pPr>
            <w:r>
              <w:rPr>
                <w:b w:val="0"/>
                <w:sz w:val="19"/>
              </w:rPr>
              <w:t>activity students write answers to prompts like: “I can ask/answer questions about ___”, “I learned that ___”, “I’m good at ___”.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colourful poster about a fictional international school, including people, places, rules, school clubs, and countries. They will describe important school staff such as the headmaster/headmistress or teachers, highlight places such as the library or sports field, and list three key rules such as “Be on time” or “No running in the corridor”. The poster will also include information about two school clubs with simple descriptions of their activities. The assignment will be evaluated by using a rubric scheme, a rating scale, and/or a marking scheme.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w:t>
            </w:r>
          </w:p>
          <w:p>
            <w:pPr>
              <w:spacing w:after="0"/>
            </w:pPr>
            <w:r>
              <w:rPr>
                <w:b w:val="0"/>
                <w:sz w:val="19"/>
              </w:rPr>
              <w:t>The instructional activities to be carried out within the scope of these plans should support student participation, provide opportunities for learning by doing and experiencing, and serve the holistic development of the student.</w:t>
            </w:r>
          </w:p>
          <w:p>
            <w:pPr>
              <w:spacing w:after="0"/>
            </w:pPr>
            <w:r>
              <w:rPr>
                <w:b w:val="0"/>
                <w:sz w:val="19"/>
              </w:rPr>
              <w:t>*The school-based planning weeks indicated in this framework plan are presented as examples. The planning should be made in accordance with the decisions taken by the subject teachers’ board, taking into account the conditions of the school and the course.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6: 19-23 October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October · Week 6: 19-23 October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1: SCHOOL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People, places and rules at school; school clubs; countries; national days and celebrations</w:t>
            </w:r>
          </w:p>
          <w:p>
            <w:pPr>
              <w:spacing w:after="0"/>
            </w:pPr>
            <w:r>
              <w:rPr>
                <w:b w:val="0"/>
                <w:sz w:val="19"/>
              </w:rPr>
              <w:t>Target Vocabulary in Use (with revisional vocabulary):</w:t>
            </w:r>
          </w:p>
          <w:p>
            <w:pPr>
              <w:spacing w:after="0"/>
            </w:pPr>
            <w:r>
              <w:rPr>
                <w:b w:val="0"/>
                <w:sz w:val="19"/>
              </w:rPr>
              <w:t>Vocabulary for people, places and rules at school: Nouns: A department, a gate, a noise, a uniform, a lab, a sports field, a secretary, a coach, an assistant, (no) shouting, a conference hall, a canteen, a library, a</w:t>
            </w:r>
          </w:p>
          <w:p>
            <w:pPr>
              <w:spacing w:after="0"/>
            </w:pPr>
            <w:r>
              <w:rPr>
                <w:b w:val="0"/>
                <w:sz w:val="19"/>
              </w:rPr>
              <w:t>notice board, an administration department. Verbs: To fight.</w:t>
            </w:r>
          </w:p>
          <w:p>
            <w:pPr>
              <w:spacing w:after="0"/>
            </w:pPr>
            <w:r>
              <w:rPr>
                <w:b w:val="0"/>
                <w:sz w:val="19"/>
              </w:rPr>
              <w:t>Vocabulary for school clubs: Nouns: A drama club, a maths club, a technology club, an environment club, an art club, a music club, a sports club, a chess club, a science club, a film club, a ballet club, a folk dance</w:t>
            </w:r>
          </w:p>
          <w:p>
            <w:pPr>
              <w:spacing w:after="0"/>
            </w:pPr>
            <w:r>
              <w:rPr>
                <w:b w:val="0"/>
                <w:sz w:val="19"/>
              </w:rPr>
              <w:t>club. Verbs: To organise, to solve, to arrange.</w:t>
            </w:r>
          </w:p>
          <w:p>
            <w:pPr>
              <w:spacing w:after="0"/>
            </w:pPr>
            <w:r>
              <w:rPr>
                <w:b w:val="0"/>
                <w:sz w:val="19"/>
              </w:rPr>
              <w:t>Vocabulary for countries: Türkiye, the United States of America (USA), the United Kingdom (UK) (England, Scotland, Northern Ireland, Wales), Canada, Australia, France, Italy, Spain, Argentina, Brazil, China, Japan, Mexico, Russia, South Korea, Azerbaijan, Uzbekistan, Turkmenistan, Turkish Republic of Northern Cyprus, Kazakhstan, Kyrgyzstan.</w:t>
            </w:r>
          </w:p>
          <w:p>
            <w:pPr>
              <w:spacing w:after="0"/>
            </w:pPr>
            <w:r>
              <w:rPr>
                <w:b w:val="0"/>
                <w:sz w:val="19"/>
              </w:rPr>
              <w:t>Target Grammatical Structures in Use:</w:t>
            </w:r>
          </w:p>
          <w:p>
            <w:pPr>
              <w:spacing w:after="0"/>
            </w:pPr>
            <w:r>
              <w:rPr>
                <w:b w:val="0"/>
                <w:sz w:val="19"/>
              </w:rPr>
              <w:t>-The Simple Present Tense (do you like + ing): (Do you like reading books in your free time?).</w:t>
            </w:r>
          </w:p>
          <w:p>
            <w:pPr>
              <w:spacing w:after="0"/>
            </w:pPr>
            <w:r>
              <w:rPr>
                <w:b w:val="0"/>
                <w:sz w:val="19"/>
              </w:rPr>
              <w:t>-Modals “Mustn’t &amp; Can’t” (prohibition): (You mustn’t run in the classroom).</w:t>
            </w:r>
          </w:p>
          <w:p>
            <w:pPr>
              <w:spacing w:after="0"/>
            </w:pPr>
            <w:r>
              <w:rPr>
                <w:b w:val="0"/>
                <w:sz w:val="19"/>
              </w:rPr>
              <w:t>-“To be Present”: (I am a student at this school).</w:t>
            </w:r>
          </w:p>
          <w:p>
            <w:pPr>
              <w:spacing w:after="0"/>
            </w:pPr>
            <w:r>
              <w:rPr>
                <w:b w:val="0"/>
                <w:sz w:val="19"/>
              </w:rPr>
              <w:t>-Wh- questions (who, what): (What is your favourite subject in/at school?)</w:t>
            </w:r>
          </w:p>
          <w:p>
            <w:pPr>
              <w:spacing w:after="0"/>
            </w:pPr>
            <w:r>
              <w:rPr>
                <w:b w:val="0"/>
                <w:sz w:val="19"/>
              </w:rPr>
              <w:t>-A, an, the: (The Eiffel Tower is in France).</w:t>
            </w:r>
          </w:p>
          <w:p>
            <w:pPr>
              <w:spacing w:after="0"/>
            </w:pPr>
            <w:r>
              <w:rPr>
                <w:b w:val="0"/>
                <w:sz w:val="19"/>
              </w:rPr>
              <w:t>-Imperatives: (Please sit down and relax).</w:t>
            </w:r>
          </w:p>
          <w:p>
            <w:pPr>
              <w:spacing w:after="0"/>
            </w:pPr>
            <w:r>
              <w:rPr>
                <w:b w:val="0"/>
                <w:sz w:val="19"/>
              </w:rPr>
              <w:t>-Personal pronouns: I, you, he, she, we, you, they (He loves playing video games).</w:t>
            </w:r>
          </w:p>
          <w:p>
            <w:pPr>
              <w:spacing w:after="0"/>
            </w:pPr>
            <w:r>
              <w:rPr>
                <w:b w:val="0"/>
                <w:sz w:val="19"/>
              </w:rPr>
              <w:t>Functions of the Target Grammatical Structures in Use:</w:t>
            </w:r>
          </w:p>
          <w:p>
            <w:pPr>
              <w:spacing w:after="0"/>
            </w:pPr>
            <w:r>
              <w:rPr>
                <w:b w:val="0"/>
                <w:sz w:val="19"/>
              </w:rPr>
              <w:t>-Use of the Simple Present Tense (do you like + ing): Asking preferences about activities.</w:t>
            </w:r>
          </w:p>
          <w:p>
            <w:pPr>
              <w:spacing w:after="0"/>
            </w:pPr>
            <w:r>
              <w:rPr>
                <w:b w:val="0"/>
                <w:sz w:val="19"/>
              </w:rPr>
              <w:t>-Use of Modals “Mustn’t &amp; Can’t” (prohibition): Expressing obligations or rules.</w:t>
            </w:r>
          </w:p>
          <w:p>
            <w:pPr>
              <w:spacing w:after="0"/>
            </w:pPr>
            <w:r>
              <w:rPr>
                <w:b w:val="0"/>
                <w:sz w:val="19"/>
              </w:rPr>
              <w:t>-Use of “To Be Present”: Expressing a state, a condition, an identity or a location.</w:t>
            </w:r>
          </w:p>
          <w:p>
            <w:pPr>
              <w:spacing w:after="0"/>
            </w:pPr>
            <w:r>
              <w:rPr>
                <w:b w:val="0"/>
                <w:sz w:val="19"/>
              </w:rPr>
              <w:t>-Use of “a, an, the”: Referring to a specific or non-specific noun.</w:t>
            </w:r>
          </w:p>
          <w:p>
            <w:pPr>
              <w:spacing w:after="0"/>
            </w:pPr>
            <w:r>
              <w:rPr>
                <w:b w:val="0"/>
                <w:sz w:val="19"/>
              </w:rPr>
              <w:t>-Use of Personal Pronouns: Indicating who is involved in the action, possession, or other relationships in a</w:t>
            </w:r>
          </w:p>
          <w:p>
            <w:pPr>
              <w:spacing w:after="0"/>
            </w:pPr>
            <w:r>
              <w:rPr>
                <w:b w:val="0"/>
                <w:sz w:val="19"/>
              </w:rPr>
              <w:t>sentence.</w:t>
            </w:r>
          </w:p>
          <w:p>
            <w:pPr>
              <w:spacing w:after="0"/>
            </w:pPr>
            <w:r>
              <w:rPr>
                <w:b w:val="0"/>
                <w:sz w:val="19"/>
              </w:rPr>
              <w:t>-Use of Imperatives: Giving commands.</w:t>
            </w:r>
          </w:p>
          <w:p>
            <w:pPr>
              <w:spacing w:after="0"/>
            </w:pPr>
            <w:r>
              <w:rPr>
                <w:b w:val="0"/>
                <w:sz w:val="19"/>
              </w:rPr>
              <w:t>-Use of “Wh- questions (who, what)”: Asking about people, things, actions, time and ideas.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w:t>
            </w:r>
          </w:p>
          <w:p>
            <w:pPr>
              <w:spacing w:after="0"/>
            </w:pPr>
            <w:r>
              <w:rPr>
                <w:b w:val="0"/>
                <w:sz w:val="19"/>
              </w:rPr>
              <w:t>sections 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 Target Social Language in Use:</w:t>
            </w:r>
          </w:p>
          <w:p>
            <w:pPr>
              <w:spacing w:after="0"/>
            </w:pPr>
            <w:r>
              <w:rPr>
                <w:b w:val="0"/>
                <w:sz w:val="19"/>
              </w:rPr>
              <w:t>Let’s get started!</w:t>
            </w:r>
          </w:p>
          <w:p>
            <w:pPr>
              <w:spacing w:after="0"/>
            </w:pPr>
            <w:r>
              <w:rPr>
                <w:b w:val="0"/>
                <w:sz w:val="19"/>
              </w:rPr>
              <w:t>Line up, nice and straight!</w:t>
            </w:r>
          </w:p>
          <w:p>
            <w:pPr>
              <w:spacing w:after="0"/>
            </w:pPr>
            <w:r>
              <w:rPr>
                <w:b w:val="0"/>
                <w:sz w:val="19"/>
              </w:rPr>
              <w:t>Follow the rules and play safe!</w:t>
            </w:r>
          </w:p>
          <w:p>
            <w:pPr>
              <w:spacing w:after="0"/>
            </w:pPr>
            <w:r>
              <w:rPr>
                <w:b w:val="0"/>
                <w:sz w:val="19"/>
              </w:rPr>
              <w:t>Target Phonological Sounds in Use:</w:t>
            </w:r>
          </w:p>
          <w:p>
            <w:pPr>
              <w:spacing w:after="0"/>
            </w:pPr>
            <w:r>
              <w:rPr>
                <w:b w:val="0"/>
                <w:sz w:val="19"/>
              </w:rPr>
              <w:t>-Intonation of positive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ENG.5.1.L1. Students can get ready for the listening/watching-comprehension process for the current content on “school life with people, places and rules at school; school clubs; countries; national days and celebrations” carefully. ENG.5.1.L2. Students can bring information about the current content on “school life with people, places and rules at school; school clubs; countries; national days and celebrations” together through significant details and main components while listening/watching it. ENG.5.1.L3. Students can make meaning of/derive meaning from the current content on “school life with people, places and rules at school; school clubs; countries; national days and celebrations” through significant details by listening/watching it carefully. ENG.5.1.L4. Students can convey their knowledge, experience, thoughts, and feelings examined carefully about the whole listening/watching-comprehension process in relation to the current content</w:t>
            </w:r>
          </w:p>
          <w:p>
            <w:pPr>
              <w:spacing w:after="0"/>
            </w:pPr>
            <w:r>
              <w:rPr>
                <w:b w:val="0"/>
                <w:sz w:val="19"/>
              </w:rPr>
              <w:t>on “school life with people, places and rules at school; school clubs; countries; national days and celebrations”. ENG.5.1.P1. Students can select and use the target phonological elements of the current content about “school life with people, places and rules at school; school clubs; countries; national days and celebrations” accurately, authentically, and naturally through spontaneous decision-making processes and use it in an appropriate and effective way when communicating with others. ENG.5.1.R1. Students can get ready for the reading-comprehension process about the current content on “school life with people, places and rules at school; school clubs; countries; national days and</w:t>
            </w:r>
          </w:p>
          <w:p>
            <w:pPr>
              <w:spacing w:after="0"/>
            </w:pPr>
            <w:r>
              <w:rPr>
                <w:b w:val="0"/>
                <w:sz w:val="19"/>
              </w:rPr>
              <w:t>celebrations”. ENG.5.1.R2. Students can bring information about the current content on “school life with people, places</w:t>
            </w:r>
          </w:p>
          <w:p>
            <w:pPr>
              <w:spacing w:after="0"/>
            </w:pPr>
            <w:r>
              <w:rPr>
                <w:b w:val="0"/>
                <w:sz w:val="19"/>
              </w:rPr>
              <w:t>and rules at school; school clubs; countries; national days and celebrations” through skimming (looking quickly at) the audio-visual elements and reading the content very quickly. ENG.5.1.R3. Students can make meaning of / derive meaning from the current content about “school life with people, places and rules at school; school clubs; countries; national days and celebrations” by reading it carefully. ENG.5.1.R4. Students can convey their knowledge, experiences, thoughts, and feelings related to the reading-comprehension process about the current content, “school life with people, places and rules at school; school clubs; countries; national days and celebrations” in relation to themselves or others, both individually and/or with others. ENG.5.1.V1. Students can select and use the target vocabulary of the current content about “school life with</w:t>
            </w:r>
          </w:p>
          <w:p>
            <w:pPr>
              <w:spacing w:after="0"/>
            </w:pPr>
            <w:r>
              <w:rPr>
                <w:b w:val="0"/>
                <w:sz w:val="19"/>
              </w:rPr>
              <w:t>people, places and rules at school; school clubs; countries; national days and celebrations”</w:t>
            </w:r>
          </w:p>
          <w:p>
            <w:pPr>
              <w:spacing w:after="0"/>
            </w:pPr>
            <w:r>
              <w:rPr>
                <w:b w:val="0"/>
                <w:sz w:val="19"/>
              </w:rPr>
              <w:t>accurately, authentically, spontaneously, and naturally and use it appropriately and effectively when communicating with others. ENG.5.1.G1. Students can select and use the target grammatical elements of the current content about</w:t>
            </w:r>
          </w:p>
          <w:p>
            <w:pPr>
              <w:spacing w:after="0"/>
            </w:pPr>
            <w:r>
              <w:rPr>
                <w:b w:val="0"/>
                <w:sz w:val="19"/>
              </w:rPr>
              <w:t>“school life with people, places and rules at school; school clubs; countries; national days and celebrations” accurately, authentically, spontaneously, and naturally and use it appropriately and effectively when communicating with others. ENG.5.1.W1. Students can get ready for the writing-expression process about the current content on “school life with people, places and rules at school; school clubs; countries; national days and celebrations”. ENG.5.1.W2. Students can understand the model/example for the writing task about the current content on “school life with people, places and rules at school; school clubs; countries; national days and celebrations”. ENG.5.1.W3. Students can organise a content for the assigned writing task on the current content “school life with people, places and rules at school; school clubs; countries; national days and celebrations” based on the model/example provided. ENG.5.1.W4. Students can individually construct/form content for the assigned writing task on the current content “school life with people, places and rules at school; school clubs; countries; national</w:t>
            </w:r>
          </w:p>
          <w:p>
            <w:pPr>
              <w:spacing w:after="0"/>
            </w:pPr>
            <w:r>
              <w:rPr>
                <w:b w:val="0"/>
                <w:sz w:val="19"/>
              </w:rPr>
              <w:t>days and celebrations”. ENG.5.1.W5. Students can reorganise (reconstruct) and use information in the new written tasks about the “school life with people, places and rules at school; school clubs; countries; national days and celebrations” to communicate with other people. ENG.5.1.W6. Students can reflect on their knowledge, experiences, thoughts, and feelings related to the writing-expression process about the current content, “school life with people, places and rules at school; school clubs; countries; national days and celebrations” in relation to themselves or others, both individually and/or with others. ENG.5.1.S1. Students can get ready for speaking-expression process about the current content on</w:t>
            </w:r>
          </w:p>
          <w:p>
            <w:pPr>
              <w:spacing w:after="0"/>
            </w:pPr>
            <w:r>
              <w:rPr>
                <w:b w:val="0"/>
                <w:sz w:val="19"/>
              </w:rPr>
              <w:t>“school life with people, places and rules at school; school clubs; countries; national days and celebrations”. ENG.5.1.S2. Students can use the model/example for producing verbal content about the current content on “school life with people, places and rules at school; school clubs; countries; national days and celebrations”. ENG.5.1.S3. Students can organise a new verbal content on “school life with people, places and rules at school; school clubs; countries; national days and celebrations” by speaking accurately, efficiently, and authentically. ENG.5.1.S4. Students can construct a new verbal content on “school life with people, places and rules</w:t>
            </w:r>
          </w:p>
          <w:p>
            <w:pPr>
              <w:spacing w:after="0"/>
            </w:pPr>
            <w:r>
              <w:rPr>
                <w:b w:val="0"/>
                <w:sz w:val="19"/>
              </w:rPr>
              <w:t>at school; school clubs; countries; national days and celebrations” by speaking accurately, efficiently, and authentically. ENG.5.1.S5. Students can reorganise (reconstruct) and use information about the “school life with people, places and rules at school; school clubs; countries; national days and celebrations” to communicate with other people. ENG.5.1.S6. Students can convey their knowledge, experiences, thoughts, and feelings related to the speaking-expression process about the current content, “school life with people, places and rules at school; school clubs; countries; national days and celebrations” to communicate 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V10. Modesty, V12.</w:t>
            </w:r>
          </w:p>
          <w:p>
            <w:pPr>
              <w:spacing w:after="0"/>
            </w:pPr>
            <w:r>
              <w:rPr>
                <w:b w:val="0"/>
                <w:sz w:val="19"/>
              </w:rPr>
              <w:t>Patience, V14. Respect, V16. Responsibility, V19. Patriotism,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(ENG.5.1.L1. Students can get ready for the listening/watching-comprehension process for the current content on “school life with people, places and rules at school; school clubs; countries; national days and celebrations…)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talk about social clubs, rules at school in English by the target language items.</w:t>
            </w:r>
          </w:p>
          <w:p>
            <w:pPr>
              <w:spacing w:after="0"/>
            </w:pPr>
            <w:r>
              <w:rPr>
                <w:b w:val="0"/>
                <w:sz w:val="19"/>
              </w:rPr>
              <w:t>Activity 1: Role-Play</w:t>
            </w:r>
          </w:p>
          <w:p>
            <w:pPr>
              <w:spacing w:after="0"/>
            </w:pPr>
            <w:r>
              <w:rPr>
                <w:b w:val="0"/>
                <w:sz w:val="19"/>
              </w:rPr>
              <w:t>The teacher gives each student a role card (“You are a drama club member who loves acting but doesn’t like</w:t>
            </w:r>
          </w:p>
          <w:p>
            <w:pPr>
              <w:spacing w:after="0"/>
            </w:pPr>
            <w:r>
              <w:rPr>
                <w:b w:val="0"/>
                <w:sz w:val="19"/>
              </w:rPr>
              <w:t>strict rules”). Groups pretend to meet at a “School Clubs Fair”. Each student must introduce their club, talk</w:t>
            </w:r>
          </w:p>
          <w:p>
            <w:pPr>
              <w:spacing w:after="0"/>
            </w:pPr>
            <w:r>
              <w:rPr>
                <w:b w:val="0"/>
                <w:sz w:val="19"/>
              </w:rPr>
              <w:t>about what they like or dislike, discuss the rules of their club. The teacher encourages them to explain why they like/dislike something or suggest new rules for their club. Students ask questions to each other about their likes/dislikes. The teacher tells students to exchange reflection sheets or give verbal feedback in pairs.</w:t>
            </w:r>
          </w:p>
          <w:p>
            <w:pPr>
              <w:spacing w:after="0"/>
            </w:pPr>
            <w:r>
              <w:rPr>
                <w:b w:val="0"/>
                <w:sz w:val="19"/>
              </w:rPr>
              <w:t>They use sentence starters (“I like how you ___”, “You are good at ___”, “Next time, you can try ___”). For self-reflection activity students write answers to prompts like: “I can ask/answer questions about ___”, “I learned that ___”, “I’m good at ___”. Students reflect on their thoughts and feelings about the activity.</w:t>
            </w:r>
          </w:p>
          <w:p>
            <w:pPr>
              <w:spacing w:after="0"/>
            </w:pPr>
            <w:r>
              <w:rPr>
                <w:b w:val="0"/>
                <w:sz w:val="19"/>
              </w:rPr>
              <w:t>Supporting</w:t>
            </w:r>
          </w:p>
          <w:p>
            <w:pPr>
              <w:spacing w:after="0"/>
            </w:pPr>
            <w:r>
              <w:rPr>
                <w:b w:val="0"/>
                <w:sz w:val="19"/>
              </w:rPr>
              <w:t>Objective: To talk about social clubs, rules at school in English by using the target language items.</w:t>
            </w:r>
          </w:p>
          <w:p>
            <w:pPr>
              <w:spacing w:after="0"/>
            </w:pPr>
            <w:r>
              <w:rPr>
                <w:b w:val="0"/>
                <w:sz w:val="19"/>
              </w:rPr>
              <w:t>Activity: Role-Play</w:t>
            </w:r>
          </w:p>
          <w:p>
            <w:pPr>
              <w:spacing w:after="0"/>
            </w:pPr>
            <w:r>
              <w:rPr>
                <w:b w:val="0"/>
                <w:sz w:val="19"/>
              </w:rPr>
              <w:t>The teacher gives each student a role card (“You are a drama club member who loves acting but doesn’t like</w:t>
            </w:r>
          </w:p>
          <w:p>
            <w:pPr>
              <w:spacing w:after="0"/>
            </w:pPr>
            <w:r>
              <w:rPr>
                <w:b w:val="0"/>
                <w:sz w:val="19"/>
              </w:rPr>
              <w:t>strict rules”). Groups pretend to meet at a “School Clubs Fair”. Each student must introduce their club, talk</w:t>
            </w:r>
          </w:p>
          <w:p>
            <w:pPr>
              <w:spacing w:after="0"/>
            </w:pPr>
            <w:r>
              <w:rPr>
                <w:b w:val="0"/>
                <w:sz w:val="19"/>
              </w:rPr>
              <w:t>about what they like or dislike, and discuss the rules of their club. The teacher provides sentence starters</w:t>
            </w:r>
          </w:p>
          <w:p>
            <w:pPr>
              <w:spacing w:after="0"/>
            </w:pPr>
            <w:r>
              <w:rPr>
                <w:b w:val="0"/>
                <w:sz w:val="19"/>
              </w:rPr>
              <w:t>and word banks (“I like/don’t like ___ because ___”).</w:t>
            </w:r>
          </w:p>
          <w:p>
            <w:pPr>
              <w:spacing w:after="0"/>
            </w:pPr>
            <w:r>
              <w:rPr>
                <w:b w:val="0"/>
                <w:sz w:val="19"/>
              </w:rPr>
              <w:t>After the teacher provides an example dialogue, students ask questions to each other about their likes/</w:t>
            </w:r>
          </w:p>
          <w:p>
            <w:pPr>
              <w:spacing w:after="0"/>
            </w:pPr>
            <w:r>
              <w:rPr>
                <w:b w:val="0"/>
                <w:sz w:val="19"/>
              </w:rPr>
              <w:t>dislikes. The teacher tells students to exchange reflection sheets or give verbal feedback in pairs. They use sentence starters (“I like how you ___”, “You are good at ___”, “Next time, you can try ___”). For self-reflection</w:t>
            </w:r>
          </w:p>
          <w:p>
            <w:pPr>
              <w:spacing w:after="0"/>
            </w:pPr>
            <w:r>
              <w:rPr>
                <w:b w:val="0"/>
                <w:sz w:val="19"/>
              </w:rPr>
              <w:t>activity students write answers to prompts like: “I can ask/answer questions about ___”, “I learned that ___”, “I’m good at ___”.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colourful poster about a fictional international school, including people, places, rules, school clubs, and countries. They will describe important school staff such</w:t>
            </w:r>
          </w:p>
          <w:p>
            <w:pPr>
              <w:spacing w:after="0"/>
            </w:pPr>
            <w:r>
              <w:rPr>
                <w:b w:val="0"/>
                <w:sz w:val="19"/>
              </w:rPr>
              <w:t>as the headmaster/headmistress or teachers, highlight places such as the library or sports field, and list</w:t>
            </w:r>
          </w:p>
          <w:p>
            <w:pPr>
              <w:spacing w:after="0"/>
            </w:pPr>
            <w:r>
              <w:rPr>
                <w:b w:val="0"/>
                <w:sz w:val="19"/>
              </w:rPr>
              <w:t>three key rules such as “Be on time” or “No running in the corridor”. The poster will also include information</w:t>
            </w:r>
          </w:p>
          <w:p>
            <w:pPr>
              <w:spacing w:after="0"/>
            </w:pPr>
            <w:r>
              <w:rPr>
                <w:b w:val="0"/>
                <w:sz w:val="19"/>
              </w:rPr>
              <w:t>about two school clubs with simple descriptions of their activities. The assignment will be evaluated by using</w:t>
            </w:r>
          </w:p>
          <w:p>
            <w:pPr>
              <w:spacing w:after="0"/>
            </w:pPr>
            <w:r>
              <w:rPr>
                <w:b w:val="0"/>
                <w:sz w:val="19"/>
              </w:rPr>
              <w:t>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7: 26-30 October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October · Week 7: 26-30 October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1: SCHOOL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People, places and rules at school; school clubs; countries; national days and celebrations</w:t>
            </w:r>
          </w:p>
          <w:p>
            <w:pPr>
              <w:spacing w:after="0"/>
            </w:pPr>
            <w:r>
              <w:rPr>
                <w:b w:val="0"/>
                <w:sz w:val="19"/>
              </w:rPr>
              <w:t>Target Vocabulary in Use (with revisional vocabulary):</w:t>
            </w:r>
          </w:p>
          <w:p>
            <w:pPr>
              <w:spacing w:after="0"/>
            </w:pPr>
            <w:r>
              <w:rPr>
                <w:b w:val="0"/>
                <w:sz w:val="19"/>
              </w:rPr>
              <w:t>Vocabulary for people, places and rules at school: Nouns: A department, a gate, a noise, a uniform, a lab, a sports field, a secretary, a coach, an assistant, (no) shouting, a conference hall, a canteen, a library, a</w:t>
            </w:r>
          </w:p>
          <w:p>
            <w:pPr>
              <w:spacing w:after="0"/>
            </w:pPr>
            <w:r>
              <w:rPr>
                <w:b w:val="0"/>
                <w:sz w:val="19"/>
              </w:rPr>
              <w:t>notice board, an administration department. Verbs: To fight.</w:t>
            </w:r>
          </w:p>
          <w:p>
            <w:pPr>
              <w:spacing w:after="0"/>
            </w:pPr>
            <w:r>
              <w:rPr>
                <w:b w:val="0"/>
                <w:sz w:val="19"/>
              </w:rPr>
              <w:t>Vocabulary for school clubs: Nouns: A drama club, a maths club, a technology club, an environment club, an art club, a music club, a sports club, a chess club, a science club, a film club, a ballet club, a folk dance</w:t>
            </w:r>
          </w:p>
          <w:p>
            <w:pPr>
              <w:spacing w:after="0"/>
            </w:pPr>
            <w:r>
              <w:rPr>
                <w:b w:val="0"/>
                <w:sz w:val="19"/>
              </w:rPr>
              <w:t>club. Verbs: To organise, to solve, to arrange.</w:t>
            </w:r>
          </w:p>
          <w:p>
            <w:pPr>
              <w:spacing w:after="0"/>
            </w:pPr>
            <w:r>
              <w:rPr>
                <w:b w:val="0"/>
                <w:sz w:val="19"/>
              </w:rPr>
              <w:t>Vocabulary for countries: Türkiye, the United States of America (USA), the United Kingdom (UK) (England, Scotland, Northern Ireland, Wales), Canada, Australia, France, Italy, Spain, Argentina, Brazil, China, Japan, Mexico, Russia, South Korea, Azerbaijan, Uzbekistan, Turkmenistan, Turkish Republic of Northern Cyprus, Kazakhstan, Kyrgyzstan.</w:t>
            </w:r>
          </w:p>
          <w:p>
            <w:pPr>
              <w:spacing w:after="0"/>
            </w:pPr>
            <w:r>
              <w:rPr>
                <w:b w:val="0"/>
                <w:sz w:val="19"/>
              </w:rPr>
              <w:t>Target Grammatical Structures in Use:</w:t>
            </w:r>
          </w:p>
          <w:p>
            <w:pPr>
              <w:spacing w:after="0"/>
            </w:pPr>
            <w:r>
              <w:rPr>
                <w:b w:val="0"/>
                <w:sz w:val="19"/>
              </w:rPr>
              <w:t>-The Simple Present Tense (do you like + ing): (Do you like reading books in your free time?).</w:t>
            </w:r>
          </w:p>
          <w:p>
            <w:pPr>
              <w:spacing w:after="0"/>
            </w:pPr>
            <w:r>
              <w:rPr>
                <w:b w:val="0"/>
                <w:sz w:val="19"/>
              </w:rPr>
              <w:t>-Modals “Mustn’t &amp; Can’t” (prohibition): (You mustn’t run in the classroom).</w:t>
            </w:r>
          </w:p>
          <w:p>
            <w:pPr>
              <w:spacing w:after="0"/>
            </w:pPr>
            <w:r>
              <w:rPr>
                <w:b w:val="0"/>
                <w:sz w:val="19"/>
              </w:rPr>
              <w:t>-“To be Present”: (I am a student at this school).</w:t>
            </w:r>
          </w:p>
          <w:p>
            <w:pPr>
              <w:spacing w:after="0"/>
            </w:pPr>
            <w:r>
              <w:rPr>
                <w:b w:val="0"/>
                <w:sz w:val="19"/>
              </w:rPr>
              <w:t>-Wh- questions (who, what): (What is your favourite subject in/at school?)</w:t>
            </w:r>
          </w:p>
          <w:p>
            <w:pPr>
              <w:spacing w:after="0"/>
            </w:pPr>
            <w:r>
              <w:rPr>
                <w:b w:val="0"/>
                <w:sz w:val="19"/>
              </w:rPr>
              <w:t>-A, an, the: (The Eiffel Tower is in France).</w:t>
            </w:r>
          </w:p>
          <w:p>
            <w:pPr>
              <w:spacing w:after="0"/>
            </w:pPr>
            <w:r>
              <w:rPr>
                <w:b w:val="0"/>
                <w:sz w:val="19"/>
              </w:rPr>
              <w:t>-Imperatives: (Please sit down and relax).</w:t>
            </w:r>
          </w:p>
          <w:p>
            <w:pPr>
              <w:spacing w:after="0"/>
            </w:pPr>
            <w:r>
              <w:rPr>
                <w:b w:val="0"/>
                <w:sz w:val="19"/>
              </w:rPr>
              <w:t>-Personal pronouns: I, you, he, she, we, you, they (He loves playing video games).</w:t>
            </w:r>
          </w:p>
          <w:p>
            <w:pPr>
              <w:spacing w:after="0"/>
            </w:pPr>
            <w:r>
              <w:rPr>
                <w:b w:val="0"/>
                <w:sz w:val="19"/>
              </w:rPr>
              <w:t>Functions of the Target Grammatical Structures in Use:</w:t>
            </w:r>
          </w:p>
          <w:p>
            <w:pPr>
              <w:spacing w:after="0"/>
            </w:pPr>
            <w:r>
              <w:rPr>
                <w:b w:val="0"/>
                <w:sz w:val="19"/>
              </w:rPr>
              <w:t>-Use of the Simple Present Tense (do you like + ing): Asking preferences about activities.</w:t>
            </w:r>
          </w:p>
          <w:p>
            <w:pPr>
              <w:spacing w:after="0"/>
            </w:pPr>
            <w:r>
              <w:rPr>
                <w:b w:val="0"/>
                <w:sz w:val="19"/>
              </w:rPr>
              <w:t>-Use of Modals “Mustn’t &amp; Can’t” (prohibition): Expressing obligations or rules.</w:t>
            </w:r>
          </w:p>
          <w:p>
            <w:pPr>
              <w:spacing w:after="0"/>
            </w:pPr>
            <w:r>
              <w:rPr>
                <w:b w:val="0"/>
                <w:sz w:val="19"/>
              </w:rPr>
              <w:t>-Use of “To Be Present”: Expressing a state, a condition, an identity or a location.</w:t>
            </w:r>
          </w:p>
          <w:p>
            <w:pPr>
              <w:spacing w:after="0"/>
            </w:pPr>
            <w:r>
              <w:rPr>
                <w:b w:val="0"/>
                <w:sz w:val="19"/>
              </w:rPr>
              <w:t>-Use of “a, an, the”: Referring to a specific or non-specific noun.</w:t>
            </w:r>
          </w:p>
          <w:p>
            <w:pPr>
              <w:spacing w:after="0"/>
            </w:pPr>
            <w:r>
              <w:rPr>
                <w:b w:val="0"/>
                <w:sz w:val="19"/>
              </w:rPr>
              <w:t>-Use of Personal Pronouns: Indicating who is involved in the action, possession, or other relationships in a</w:t>
            </w:r>
          </w:p>
          <w:p>
            <w:pPr>
              <w:spacing w:after="0"/>
            </w:pPr>
            <w:r>
              <w:rPr>
                <w:b w:val="0"/>
                <w:sz w:val="19"/>
              </w:rPr>
              <w:t>sentence.</w:t>
            </w:r>
          </w:p>
          <w:p>
            <w:pPr>
              <w:spacing w:after="0"/>
            </w:pPr>
            <w:r>
              <w:rPr>
                <w:b w:val="0"/>
                <w:sz w:val="19"/>
              </w:rPr>
              <w:t>-Use of Imperatives: Giving commands.</w:t>
            </w:r>
          </w:p>
          <w:p>
            <w:pPr>
              <w:spacing w:after="0"/>
            </w:pPr>
            <w:r>
              <w:rPr>
                <w:b w:val="0"/>
                <w:sz w:val="19"/>
              </w:rPr>
              <w:t>-Use of “Wh- questions (who, what)”: Asking about people, things, actions, time and ideas.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w:t>
            </w:r>
          </w:p>
          <w:p>
            <w:pPr>
              <w:spacing w:after="0"/>
            </w:pPr>
            <w:r>
              <w:rPr>
                <w:b w:val="0"/>
                <w:sz w:val="19"/>
              </w:rPr>
              <w:t>sections 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 Target Social Language in Use:</w:t>
            </w:r>
          </w:p>
          <w:p>
            <w:pPr>
              <w:spacing w:after="0"/>
            </w:pPr>
            <w:r>
              <w:rPr>
                <w:b w:val="0"/>
                <w:sz w:val="19"/>
              </w:rPr>
              <w:t>Let’s get started!</w:t>
            </w:r>
          </w:p>
          <w:p>
            <w:pPr>
              <w:spacing w:after="0"/>
            </w:pPr>
            <w:r>
              <w:rPr>
                <w:b w:val="0"/>
                <w:sz w:val="19"/>
              </w:rPr>
              <w:t>Line up, nice and straight!</w:t>
            </w:r>
          </w:p>
          <w:p>
            <w:pPr>
              <w:spacing w:after="0"/>
            </w:pPr>
            <w:r>
              <w:rPr>
                <w:b w:val="0"/>
                <w:sz w:val="19"/>
              </w:rPr>
              <w:t>Follow the rules and play safe!</w:t>
            </w:r>
          </w:p>
          <w:p>
            <w:pPr>
              <w:spacing w:after="0"/>
            </w:pPr>
            <w:r>
              <w:rPr>
                <w:b w:val="0"/>
                <w:sz w:val="19"/>
              </w:rPr>
              <w:t>Target Phonological Sounds in Use:</w:t>
            </w:r>
          </w:p>
          <w:p>
            <w:pPr>
              <w:spacing w:after="0"/>
            </w:pPr>
            <w:r>
              <w:rPr>
                <w:b w:val="0"/>
                <w:sz w:val="19"/>
              </w:rPr>
              <w:t>-Intonation of positive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ENG.5.1.L1. Students can get ready for the listening/watching-comprehension process for the current content on “school life with people, places and rules at school; school clubs; countries; national days and celebrations” carefully. ENG.5.1.L2. Students can bring information about the current content on “school life with people, places and rules at school; school clubs; countries; national days and celebrations” together through significant details and main components while listening/watching it. ENG.5.1.L3. Students can make meaning of/derive meaning from the current content on “school life with people, places and rules at school; school clubs; countries; national days and celebrations” through significant details by listening/watching it carefully. ENG.5.1.L4. Students can convey their knowledge, experience, thoughts, and feelings examined carefully about the whole listening/watching-comprehension process in relation to the current content</w:t>
            </w:r>
          </w:p>
          <w:p>
            <w:pPr>
              <w:spacing w:after="0"/>
            </w:pPr>
            <w:r>
              <w:rPr>
                <w:b w:val="0"/>
                <w:sz w:val="19"/>
              </w:rPr>
              <w:t>on “school life with people, places and rules at school; school clubs; countries; national days and celebrations”. ENG.5.1.P1. Students can select and use the target phonological elements of the current content about “school life with people, places and rules at school; school clubs; countries; national days and celebrations” accurately, authentically, and naturally through spontaneous decision-making processes and use it in an appropriate and effective way when communicating with others. ENG.5.1.R1. Students can get ready for the reading-comprehension process about the current content on “school life with people, places and rules at school; school clubs; countries; national days and</w:t>
            </w:r>
          </w:p>
          <w:p>
            <w:pPr>
              <w:spacing w:after="0"/>
            </w:pPr>
            <w:r>
              <w:rPr>
                <w:b w:val="0"/>
                <w:sz w:val="19"/>
              </w:rPr>
              <w:t>celebrations”. ENG.5.1.R2. Students can bring information about the current content on “school life with people, places</w:t>
            </w:r>
          </w:p>
          <w:p>
            <w:pPr>
              <w:spacing w:after="0"/>
            </w:pPr>
            <w:r>
              <w:rPr>
                <w:b w:val="0"/>
                <w:sz w:val="19"/>
              </w:rPr>
              <w:t>and rules at school; school clubs; countries; national days and celebrations” through skimming (looking quickly at) the audio-visual elements and reading the content very quickly. ENG.5.1.R3. Students can make meaning of / derive meaning from the current content about “school life with people, places and rules at school; school clubs; countries; national days and celebrations” by reading it carefully. ENG.5.1.R4. Students can convey their knowledge, experiences, thoughts, and feelings related to the reading-comprehension process about the current content, “school life with people, places and rules at school; school clubs; countries; national days and celebrations” in relation to themselves or others, both individually and/or with others. ENG.5.1.V1. Students can select and use the target vocabulary of the current content about “school life with</w:t>
            </w:r>
          </w:p>
          <w:p>
            <w:pPr>
              <w:spacing w:after="0"/>
            </w:pPr>
            <w:r>
              <w:rPr>
                <w:b w:val="0"/>
                <w:sz w:val="19"/>
              </w:rPr>
              <w:t>people, places and rules at school; school clubs; countries; national days and celebrations”</w:t>
            </w:r>
          </w:p>
          <w:p>
            <w:pPr>
              <w:spacing w:after="0"/>
            </w:pPr>
            <w:r>
              <w:rPr>
                <w:b w:val="0"/>
                <w:sz w:val="19"/>
              </w:rPr>
              <w:t>accurately, authentically, spontaneously, and naturally and use it appropriately and effectively when communicating with others. ENG.5.1.G1. Students can select and use the target grammatical elements of the current content about</w:t>
            </w:r>
          </w:p>
          <w:p>
            <w:pPr>
              <w:spacing w:after="0"/>
            </w:pPr>
            <w:r>
              <w:rPr>
                <w:b w:val="0"/>
                <w:sz w:val="19"/>
              </w:rPr>
              <w:t>“school life with people, places and rules at school; school clubs; countries; national days and celebrations” accurately, authentically, spontaneously, and naturally and use it appropriately and effectively when communicating with others. ENG.5.1.W1. Students can get ready for the writing-expression process about the current content on “school life with people, places and rules at school; school clubs; countries; national days and celebrations”. ENG.5.1.W2. Students can understand the model/example for the writing task about the current content on “school life with people, places and rules at school; school clubs; countries; national days and celebrations”. ENG.5.1.W3. Students can organise a content for the assigned writing task on the current content “school life with people, places and rules at school; school clubs; countries; national days and celebrations” based on the model/example provided. ENG.5.1.W4. Students can individually construct/form content for the assigned writing task on the current content “school life with people, places and rules at school; school clubs; countries; national</w:t>
            </w:r>
          </w:p>
          <w:p>
            <w:pPr>
              <w:spacing w:after="0"/>
            </w:pPr>
            <w:r>
              <w:rPr>
                <w:b w:val="0"/>
                <w:sz w:val="19"/>
              </w:rPr>
              <w:t>days and celebrations”. ENG.5.1.W5. Students can reorganise (reconstruct) and use information in the new written tasks about the “school life with people, places and rules at school; school clubs; countries; national days and celebrations” to communicate with other people. ENG.5.1.W6. Students can reflect on their knowledge, experiences, thoughts, and feelings related to the writing-expression process about the current content, “school life with people, places and rules at school; school clubs; countries; national days and celebrations” in relation to themselves or others, both individually and/or with others. ENG.5.1.S1. Students can get ready for speaking-expression process about the current content on</w:t>
            </w:r>
          </w:p>
          <w:p>
            <w:pPr>
              <w:spacing w:after="0"/>
            </w:pPr>
            <w:r>
              <w:rPr>
                <w:b w:val="0"/>
                <w:sz w:val="19"/>
              </w:rPr>
              <w:t>“school life with people, places and rules at school; school clubs; countries; national days and celebrations”. ENG.5.1.S2. Students can use the model/example for producing verbal content about the current content on “school life with people, places and rules at school; school clubs; countries; national days and celebrations”. ENG.5.1.S3. Students can organise a new verbal content on “school life with people, places and rules at school; school clubs; countries; national days and celebrations” by speaking accurately, efficiently, and authentically. ENG.5.1.S4. Students can construct a new verbal content on “school life with people, places and rules</w:t>
            </w:r>
          </w:p>
          <w:p>
            <w:pPr>
              <w:spacing w:after="0"/>
            </w:pPr>
            <w:r>
              <w:rPr>
                <w:b w:val="0"/>
                <w:sz w:val="19"/>
              </w:rPr>
              <w:t>at school; school clubs; countries; national days and celebrations” by speaking accurately, efficiently, and authentically. ENG.5.1.S5. Students can reorganise (reconstruct) and use information about the “school life with people, places and rules at school; school clubs; countries; national days and celebrations” to communicate with other people. ENG.5.1.S6. Students can convey their knowledge, experiences, thoughts, and feelings related to the speaking-expression process about the current content, “school life with people, places and rules at school; school clubs; countries; national days and celebrations” to communicate 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EVALUATION FOR THE SKILLS AND THE CONTENT:</w:t>
            </w:r>
          </w:p>
          <w:p>
            <w:pPr>
              <w:spacing w:after="0"/>
            </w:pPr>
            <w:r>
              <w:rPr>
                <w:b w:val="0"/>
                <w:sz w:val="19"/>
              </w:rPr>
              <w:t>PERFORMANCE ASSIGNMENT: Students will create a colourful poster about a fictional international school, including people, places, rules, school clubs, and countries. They will describe important school staff such</w:t>
            </w:r>
          </w:p>
          <w:p>
            <w:pPr>
              <w:spacing w:after="0"/>
            </w:pPr>
            <w:r>
              <w:rPr>
                <w:b w:val="0"/>
                <w:sz w:val="19"/>
              </w:rPr>
              <w:t>as the headmaster/headmistress or teachers, highlight places such as the library or sports field, and list</w:t>
            </w:r>
          </w:p>
          <w:p>
            <w:pPr>
              <w:spacing w:after="0"/>
            </w:pPr>
            <w:r>
              <w:rPr>
                <w:b w:val="0"/>
                <w:sz w:val="19"/>
              </w:rPr>
              <w:t>three key rules such as “Be on time” or “No running in the corridor”. The poster will also include information</w:t>
            </w:r>
          </w:p>
          <w:p>
            <w:pPr>
              <w:spacing w:after="0"/>
            </w:pPr>
            <w:r>
              <w:rPr>
                <w:b w:val="0"/>
                <w:sz w:val="19"/>
              </w:rPr>
              <w:t>about two school clubs with simple descriptions of their activities. The assignment will be evaluated by using</w:t>
            </w:r>
          </w:p>
          <w:p>
            <w:pPr>
              <w:spacing w:after="0"/>
            </w:pPr>
            <w:r>
              <w:rPr>
                <w:b w:val="0"/>
                <w:sz w:val="19"/>
              </w:rPr>
              <w:t>a rubric scheme, a rating scale, and/or a marking scheme.</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V10. Modesty, V12.</w:t>
            </w:r>
          </w:p>
          <w:p>
            <w:pPr>
              <w:spacing w:after="0"/>
            </w:pPr>
            <w:r>
              <w:rPr>
                <w:b w:val="0"/>
                <w:sz w:val="19"/>
              </w:rPr>
              <w:t>Patience, V14. Respect, V16. Responsibility, V19. Patriotism,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(ENG.5.1.L1. Students can get ready for the listening/watching-comprehension process for the current content on “school life with people, places and rules at school; school clubs; countries; national days and celebrations…)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talk about social clubs, rules at school in English by the target language items.</w:t>
            </w:r>
          </w:p>
          <w:p>
            <w:pPr>
              <w:spacing w:after="0"/>
            </w:pPr>
            <w:r>
              <w:rPr>
                <w:b w:val="0"/>
                <w:sz w:val="19"/>
              </w:rPr>
              <w:t>Activity 1: Role-Play</w:t>
            </w:r>
          </w:p>
          <w:p>
            <w:pPr>
              <w:spacing w:after="0"/>
            </w:pPr>
            <w:r>
              <w:rPr>
                <w:b w:val="0"/>
                <w:sz w:val="19"/>
              </w:rPr>
              <w:t>The teacher gives each student a role card (“You are a drama club member who loves acting but doesn’t like</w:t>
            </w:r>
          </w:p>
          <w:p>
            <w:pPr>
              <w:spacing w:after="0"/>
            </w:pPr>
            <w:r>
              <w:rPr>
                <w:b w:val="0"/>
                <w:sz w:val="19"/>
              </w:rPr>
              <w:t>strict rules”). Groups pretend to meet at a “School Clubs Fair”. Each student must introduce their club, talk</w:t>
            </w:r>
          </w:p>
          <w:p>
            <w:pPr>
              <w:spacing w:after="0"/>
            </w:pPr>
            <w:r>
              <w:rPr>
                <w:b w:val="0"/>
                <w:sz w:val="19"/>
              </w:rPr>
              <w:t>about what they like or dislike, discuss the rules of their club. The teacher encourages them to explain why they like/dislike something or suggest new rules for their club. Students ask questions to each other about their likes/dislikes. The teacher tells students to exchange reflection sheets or give verbal feedback in pairs.</w:t>
            </w:r>
          </w:p>
          <w:p>
            <w:pPr>
              <w:spacing w:after="0"/>
            </w:pPr>
            <w:r>
              <w:rPr>
                <w:b w:val="0"/>
                <w:sz w:val="19"/>
              </w:rPr>
              <w:t>They use sentence starters (“I like how you ___”, “You are good at ___”, “Next time, you can try ___”). For self-reflection activity students write answers to prompts like: “I can ask/answer questions about ___”, “I learned that ___”, “I’m good at ___”. Students reflect on their thoughts and feelings about the activity.</w:t>
            </w:r>
          </w:p>
          <w:p>
            <w:pPr>
              <w:spacing w:after="0"/>
            </w:pPr>
            <w:r>
              <w:rPr>
                <w:b w:val="0"/>
                <w:sz w:val="19"/>
              </w:rPr>
              <w:t>Supporting</w:t>
            </w:r>
          </w:p>
          <w:p>
            <w:pPr>
              <w:spacing w:after="0"/>
            </w:pPr>
            <w:r>
              <w:rPr>
                <w:b w:val="0"/>
                <w:sz w:val="19"/>
              </w:rPr>
              <w:t>Objective: To talk about social clubs, rules at school in English by using the target language items.</w:t>
            </w:r>
          </w:p>
          <w:p>
            <w:pPr>
              <w:spacing w:after="0"/>
            </w:pPr>
            <w:r>
              <w:rPr>
                <w:b w:val="0"/>
                <w:sz w:val="19"/>
              </w:rPr>
              <w:t>Activity: Role-Play</w:t>
            </w:r>
          </w:p>
          <w:p>
            <w:pPr>
              <w:spacing w:after="0"/>
            </w:pPr>
            <w:r>
              <w:rPr>
                <w:b w:val="0"/>
                <w:sz w:val="19"/>
              </w:rPr>
              <w:t>The teacher gives each student a role card (“You are a drama club member who loves acting but doesn’t like</w:t>
            </w:r>
          </w:p>
          <w:p>
            <w:pPr>
              <w:spacing w:after="0"/>
            </w:pPr>
            <w:r>
              <w:rPr>
                <w:b w:val="0"/>
                <w:sz w:val="19"/>
              </w:rPr>
              <w:t>strict rules”). Groups pretend to meet at a “School Clubs Fair”. Each student must introduce their club, talk</w:t>
            </w:r>
          </w:p>
          <w:p>
            <w:pPr>
              <w:spacing w:after="0"/>
            </w:pPr>
            <w:r>
              <w:rPr>
                <w:b w:val="0"/>
                <w:sz w:val="19"/>
              </w:rPr>
              <w:t>about what they like or dislike, and discuss the rules of their club. The teacher provides sentence starters</w:t>
            </w:r>
          </w:p>
          <w:p>
            <w:pPr>
              <w:spacing w:after="0"/>
            </w:pPr>
            <w:r>
              <w:rPr>
                <w:b w:val="0"/>
                <w:sz w:val="19"/>
              </w:rPr>
              <w:t>and word banks (“I like/don’t like ___ because ___”).</w:t>
            </w:r>
          </w:p>
          <w:p>
            <w:pPr>
              <w:spacing w:after="0"/>
            </w:pPr>
            <w:r>
              <w:rPr>
                <w:b w:val="0"/>
                <w:sz w:val="19"/>
              </w:rPr>
              <w:t>After the teacher provides an example dialogue, students ask questions to each other about their likes/</w:t>
            </w:r>
          </w:p>
          <w:p>
            <w:pPr>
              <w:spacing w:after="0"/>
            </w:pPr>
            <w:r>
              <w:rPr>
                <w:b w:val="0"/>
                <w:sz w:val="19"/>
              </w:rPr>
              <w:t>dislikes. The teacher tells students to exchange reflection sheets or give verbal feedback in pairs. They use sentence starters (“I like how you ___”, “You are good at ___”, “Next time, you can try ___”). For self-reflection</w:t>
            </w:r>
          </w:p>
          <w:p>
            <w:pPr>
              <w:spacing w:after="0"/>
            </w:pPr>
            <w:r>
              <w:rPr>
                <w:b w:val="0"/>
                <w:sz w:val="19"/>
              </w:rPr>
              <w:t>activity students write answers to prompts like: “I can ask/answer questions about ___”, “I learned that ___”, “I’m good at ___”.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colourful poster about a fictional international school, including people, places, rules, school clubs, and countries. They will describe important school staff such</w:t>
            </w:r>
          </w:p>
          <w:p>
            <w:pPr>
              <w:spacing w:after="0"/>
            </w:pPr>
            <w:r>
              <w:rPr>
                <w:b w:val="0"/>
                <w:sz w:val="19"/>
              </w:rPr>
              <w:t>as the headmaster/headmistress or teachers, highlight places such as the library or sports field, and list</w:t>
            </w:r>
          </w:p>
          <w:p>
            <w:pPr>
              <w:spacing w:after="0"/>
            </w:pPr>
            <w:r>
              <w:rPr>
                <w:b w:val="0"/>
                <w:sz w:val="19"/>
              </w:rPr>
              <w:t>three key rules such as “Be on time” or “No running in the corridor”. The poster will also include information</w:t>
            </w:r>
          </w:p>
          <w:p>
            <w:pPr>
              <w:spacing w:after="0"/>
            </w:pPr>
            <w:r>
              <w:rPr>
                <w:b w:val="0"/>
                <w:sz w:val="19"/>
              </w:rPr>
              <w:t>about two school clubs with simple descriptions of their activities. The assignment will be evaluated by using</w:t>
            </w:r>
          </w:p>
          <w:p>
            <w:pPr>
              <w:spacing w:after="0"/>
            </w:pPr>
            <w:r>
              <w:rPr>
                <w:b w:val="0"/>
                <w:sz w:val="19"/>
              </w:rPr>
              <w:t>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October, Republic Day</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8: 2-6 November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November · Week 8: 2-6 November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2: CLASSROOM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Classroom rules and language; school subjects; timetables; classroom objects; days of the</w:t>
            </w:r>
          </w:p>
          <w:p>
            <w:pPr>
              <w:spacing w:after="0"/>
            </w:pPr>
            <w:r>
              <w:rPr>
                <w:b w:val="0"/>
                <w:sz w:val="19"/>
              </w:rPr>
              <w:t>week; time</w:t>
            </w:r>
          </w:p>
          <w:p>
            <w:pPr>
              <w:spacing w:after="0"/>
            </w:pPr>
            <w:r>
              <w:rPr>
                <w:b w:val="0"/>
                <w:sz w:val="19"/>
              </w:rPr>
              <w:t>Target Vocabulary in Use (with revisional vocabulary):</w:t>
            </w:r>
          </w:p>
          <w:p>
            <w:pPr>
              <w:spacing w:after="0"/>
            </w:pPr>
            <w:r>
              <w:rPr>
                <w:b w:val="0"/>
                <w:sz w:val="19"/>
              </w:rPr>
              <w:t>Vocabulary for classroom rules and language: Nouns: Rubbish (trash-garbage-AmE), attention, (no) running.</w:t>
            </w:r>
          </w:p>
          <w:p>
            <w:pPr>
              <w:spacing w:after="0"/>
            </w:pPr>
            <w:r>
              <w:rPr>
                <w:b w:val="0"/>
                <w:sz w:val="19"/>
              </w:rPr>
              <w:t>Adjectives: Careful. Verbs: To shout, to smile, to raise a hand, to follow, to borrow, to lend, to tidy (up), to</w:t>
            </w:r>
          </w:p>
          <w:p>
            <w:pPr>
              <w:spacing w:after="0"/>
            </w:pPr>
            <w:r>
              <w:rPr>
                <w:b w:val="0"/>
                <w:sz w:val="19"/>
              </w:rPr>
              <w:t>leave, to forget, to bring, to hang (your coat), to hold on. Adverbs: Quietly, loudly, carefully, slowly.</w:t>
            </w:r>
          </w:p>
          <w:p>
            <w:pPr>
              <w:spacing w:after="0"/>
            </w:pPr>
            <w:r>
              <w:rPr>
                <w:b w:val="0"/>
                <w:sz w:val="19"/>
              </w:rPr>
              <w:t>Vocabulary for school subjects: Maths, Turkish, Science, Social Studies, Foreign Language, English, Religion</w:t>
            </w:r>
          </w:p>
          <w:p>
            <w:pPr>
              <w:spacing w:after="0"/>
            </w:pPr>
            <w:r>
              <w:rPr>
                <w:b w:val="0"/>
                <w:sz w:val="19"/>
              </w:rPr>
              <w:t>and Morals, Art, Music, P.E. (Physical Education), IT (Information Technology), Drama.</w:t>
            </w:r>
          </w:p>
          <w:p>
            <w:pPr>
              <w:spacing w:after="0"/>
            </w:pPr>
            <w:r>
              <w:rPr>
                <w:b w:val="0"/>
                <w:sz w:val="19"/>
              </w:rPr>
              <w:t>Vocabulary for timetables: Nouns: A timetable, a day, a week, a weekday, a weekend, morning, afternoon, noon, a break, lunch, double lessons. Verbs: To start, to finish.</w:t>
            </w:r>
          </w:p>
          <w:p>
            <w:pPr>
              <w:spacing w:after="0"/>
            </w:pPr>
            <w:r>
              <w:rPr>
                <w:b w:val="0"/>
                <w:sz w:val="19"/>
              </w:rPr>
              <w:t>Vocabulary for classroom objects: Nouns: A rubbish bin (a trash/garbage can -AmE), a (smart)board, a</w:t>
            </w:r>
          </w:p>
          <w:p>
            <w:pPr>
              <w:spacing w:after="0"/>
            </w:pPr>
            <w:r>
              <w:rPr>
                <w:b w:val="0"/>
                <w:sz w:val="19"/>
              </w:rPr>
              <w:t>poster, a seat, a bookshelf, a rubber (an eraser-AmE), a dictionary, a board marker, a pencil case, a (school)</w:t>
            </w:r>
          </w:p>
          <w:p>
            <w:pPr>
              <w:spacing w:after="0"/>
            </w:pPr>
            <w:r>
              <w:rPr>
                <w:b w:val="0"/>
                <w:sz w:val="19"/>
              </w:rPr>
              <w:t>material, a sheet, a notebook (exercise book-AmE), a desk.</w:t>
            </w:r>
          </w:p>
          <w:p>
            <w:pPr>
              <w:spacing w:after="0"/>
            </w:pPr>
            <w:r>
              <w:rPr>
                <w:b w:val="0"/>
                <w:sz w:val="19"/>
              </w:rPr>
              <w:t>Vocabulary for days of the week: Sunday, Monday, Tuesday, Wednesday, Thursday, Friday, Saturday.</w:t>
            </w:r>
          </w:p>
          <w:p>
            <w:pPr>
              <w:spacing w:after="0"/>
            </w:pPr>
            <w:r>
              <w:rPr>
                <w:b w:val="0"/>
                <w:sz w:val="19"/>
              </w:rPr>
              <w:t>Vocabulary for time: Half past, to, past, o’clock, quarter, a minute.</w:t>
            </w:r>
          </w:p>
          <w:p>
            <w:pPr>
              <w:spacing w:after="0"/>
            </w:pPr>
            <w:r>
              <w:rPr>
                <w:b w:val="0"/>
                <w:sz w:val="19"/>
              </w:rPr>
              <w:t>Vocabulary for numbers 50-100: From 50 to 100.</w:t>
            </w:r>
          </w:p>
          <w:p>
            <w:pPr>
              <w:spacing w:after="0"/>
            </w:pPr>
            <w:r>
              <w:rPr>
                <w:b w:val="0"/>
                <w:sz w:val="19"/>
              </w:rPr>
              <w:t>Target Grammatical Structures in Use:</w:t>
            </w:r>
          </w:p>
          <w:p>
            <w:pPr>
              <w:spacing w:after="0"/>
            </w:pPr>
            <w:r>
              <w:rPr>
                <w:b w:val="0"/>
                <w:sz w:val="19"/>
              </w:rPr>
              <w:t>-The Simple Present Tense: (We have got an Art class every Wednesday.)</w:t>
            </w:r>
          </w:p>
          <w:p>
            <w:pPr>
              <w:spacing w:after="0"/>
            </w:pPr>
            <w:r>
              <w:rPr>
                <w:b w:val="0"/>
                <w:sz w:val="19"/>
              </w:rPr>
              <w:t>-There is/are: (There is a new student in the class. There are fifty students in my class.)</w:t>
            </w:r>
          </w:p>
          <w:p>
            <w:pPr>
              <w:spacing w:after="0"/>
            </w:pPr>
            <w:r>
              <w:rPr>
                <w:b w:val="0"/>
                <w:sz w:val="19"/>
              </w:rPr>
              <w:t>-Object Pronouns: Me, you, him, her, us, you, them (Can you give me your eraser?)</w:t>
            </w:r>
          </w:p>
          <w:p>
            <w:pPr>
              <w:spacing w:after="0"/>
            </w:pPr>
            <w:r>
              <w:rPr>
                <w:b w:val="0"/>
                <w:sz w:val="19"/>
              </w:rPr>
              <w:t>-“To Be” for Time (What time is it?): (What time is it? It is half past four.)</w:t>
            </w:r>
          </w:p>
          <w:p>
            <w:pPr>
              <w:spacing w:after="0"/>
            </w:pPr>
            <w:r>
              <w:rPr>
                <w:b w:val="0"/>
                <w:sz w:val="19"/>
              </w:rPr>
              <w:t>-Wh questions (What time..?): (What time does the English class start?)</w:t>
            </w:r>
          </w:p>
          <w:p>
            <w:pPr>
              <w:spacing w:after="0"/>
            </w:pPr>
            <w:r>
              <w:rPr>
                <w:b w:val="0"/>
                <w:sz w:val="19"/>
              </w:rPr>
              <w:t>Functions of the Target Grammatical Structures in Use:</w:t>
            </w:r>
          </w:p>
          <w:p>
            <w:pPr>
              <w:spacing w:after="0"/>
            </w:pPr>
            <w:r>
              <w:rPr>
                <w:b w:val="0"/>
                <w:sz w:val="19"/>
              </w:rPr>
              <w:t>-Use of the Simple Present Tense: Describing the responsibilities of different roles in the classroom and</w:t>
            </w:r>
          </w:p>
          <w:p>
            <w:pPr>
              <w:spacing w:after="0"/>
            </w:pPr>
            <w:r>
              <w:rPr>
                <w:b w:val="0"/>
                <w:sz w:val="19"/>
              </w:rPr>
              <w:t>daily routines and study routines in a classroom.</w:t>
            </w:r>
          </w:p>
          <w:p>
            <w:pPr>
              <w:spacing w:after="0"/>
            </w:pPr>
            <w:r>
              <w:rPr>
                <w:b w:val="0"/>
                <w:sz w:val="19"/>
              </w:rPr>
              <w:t>-Use of “There is/There are”: Expressing the presence of something or somebody.</w:t>
            </w:r>
          </w:p>
          <w:p>
            <w:pPr>
              <w:spacing w:after="0"/>
            </w:pPr>
            <w:r>
              <w:rPr>
                <w:b w:val="0"/>
                <w:sz w:val="19"/>
              </w:rPr>
              <w:t>-Use of Object Pronouns: Replacing nouns that receive the action in a sentence.</w:t>
            </w:r>
          </w:p>
          <w:p>
            <w:pPr>
              <w:spacing w:after="0"/>
            </w:pPr>
            <w:r>
              <w:rPr>
                <w:b w:val="0"/>
                <w:sz w:val="19"/>
              </w:rPr>
              <w:t>-Use of “To Be” for time (What time is it?): Telling the time.</w:t>
            </w:r>
          </w:p>
          <w:p>
            <w:pPr>
              <w:spacing w:after="0"/>
            </w:pPr>
            <w:r>
              <w:rPr>
                <w:b w:val="0"/>
                <w:sz w:val="19"/>
              </w:rPr>
              <w:t>-Use of “Wh- questions” (What time..?): Asking about time of actions.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 Target Social Language in Use:</w:t>
            </w:r>
          </w:p>
          <w:p>
            <w:pPr>
              <w:spacing w:after="0"/>
            </w:pPr>
            <w:r>
              <w:rPr>
                <w:b w:val="0"/>
                <w:sz w:val="19"/>
              </w:rPr>
              <w:t>Make the grade if you want to join the Sports Club!</w:t>
            </w:r>
          </w:p>
          <w:p>
            <w:pPr>
              <w:spacing w:after="0"/>
            </w:pPr>
            <w:r>
              <w:rPr>
                <w:b w:val="0"/>
                <w:sz w:val="19"/>
              </w:rPr>
              <w:t>Don’t skip the lesson! (Please don’t cut the class!)</w:t>
            </w:r>
          </w:p>
          <w:p>
            <w:pPr>
              <w:spacing w:after="0"/>
            </w:pPr>
            <w:r>
              <w:rPr>
                <w:b w:val="0"/>
                <w:sz w:val="19"/>
              </w:rPr>
              <w:t>Give me a hand for this homework!</w:t>
            </w:r>
          </w:p>
          <w:p>
            <w:pPr>
              <w:spacing w:after="0"/>
            </w:pPr>
            <w:r>
              <w:rPr>
                <w:b w:val="0"/>
                <w:sz w:val="19"/>
              </w:rPr>
              <w:t>I don’t feel all right.</w:t>
            </w:r>
          </w:p>
          <w:p>
            <w:pPr>
              <w:spacing w:after="0"/>
            </w:pPr>
            <w:r>
              <w:rPr>
                <w:b w:val="0"/>
                <w:sz w:val="19"/>
              </w:rPr>
              <w:t>I’d love to.</w:t>
            </w:r>
          </w:p>
          <w:p>
            <w:pPr>
              <w:spacing w:after="0"/>
            </w:pPr>
            <w:r>
              <w:rPr>
                <w:b w:val="0"/>
                <w:sz w:val="19"/>
              </w:rPr>
              <w:t>Target Phonological Sounds in Use:</w:t>
            </w:r>
          </w:p>
          <w:p>
            <w:pPr>
              <w:spacing w:after="0"/>
            </w:pPr>
            <w:r>
              <w:rPr>
                <w:b w:val="0"/>
                <w:sz w:val="19"/>
              </w:rPr>
              <w:t>Intonation of negative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ENG.5.2.L1. Students can get ready for the listening/watching-comprehension process for the current</w:t>
            </w:r>
          </w:p>
          <w:p>
            <w:pPr>
              <w:spacing w:after="0"/>
            </w:pPr>
            <w:r>
              <w:rPr>
                <w:b w:val="0"/>
                <w:sz w:val="19"/>
              </w:rPr>
              <w:t>content on “classroom life with classroom rules and language; school subjects; timetables;</w:t>
            </w:r>
          </w:p>
          <w:p>
            <w:pPr>
              <w:spacing w:after="0"/>
            </w:pPr>
            <w:r>
              <w:rPr>
                <w:b w:val="0"/>
                <w:sz w:val="19"/>
              </w:rPr>
              <w:t>classroom objects; days of the week; time” carefully. ENG.5.2.L2. Students can bring information about the current content on “classroom life with classroom</w:t>
            </w:r>
          </w:p>
          <w:p>
            <w:pPr>
              <w:spacing w:after="0"/>
            </w:pPr>
            <w:r>
              <w:rPr>
                <w:b w:val="0"/>
                <w:sz w:val="19"/>
              </w:rPr>
              <w:t>rules and language; school subjects; timetables; classroom objects; days of the week; time”</w:t>
            </w:r>
          </w:p>
          <w:p>
            <w:pPr>
              <w:spacing w:after="0"/>
            </w:pPr>
            <w:r>
              <w:rPr>
                <w:b w:val="0"/>
                <w:sz w:val="19"/>
              </w:rPr>
              <w:t>together through significant details and main components while listening/watching it. ENG.5.2.L3. Students can make meaning of/derive meaning from the current content on “classroom life</w:t>
            </w:r>
          </w:p>
          <w:p>
            <w:pPr>
              <w:spacing w:after="0"/>
            </w:pPr>
            <w:r>
              <w:rPr>
                <w:b w:val="0"/>
                <w:sz w:val="19"/>
              </w:rPr>
              <w:t>with classroom rules and language; school subjects; timetables; classroom objects; days of</w:t>
            </w:r>
          </w:p>
          <w:p>
            <w:pPr>
              <w:spacing w:after="0"/>
            </w:pPr>
            <w:r>
              <w:rPr>
                <w:b w:val="0"/>
                <w:sz w:val="19"/>
              </w:rPr>
              <w:t>the week; time” through significant details by listening/watching it carefully. ENG.5.2.L4.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“classroom life with classroom rules and language; school subjects; timetables; classroom</w:t>
            </w:r>
          </w:p>
          <w:p>
            <w:pPr>
              <w:spacing w:after="0"/>
            </w:pPr>
            <w:r>
              <w:rPr>
                <w:b w:val="0"/>
                <w:sz w:val="19"/>
              </w:rPr>
              <w:t>objects; days of the week; time”. ENG.5.2.P1. Students can select and use the target phonological elements of the current content about</w:t>
            </w:r>
          </w:p>
          <w:p>
            <w:pPr>
              <w:spacing w:after="0"/>
            </w:pPr>
            <w:r>
              <w:rPr>
                <w:b w:val="0"/>
                <w:sz w:val="19"/>
              </w:rPr>
              <w:t>“classroom life with classroom rules and language; school subjects; timetables; classroom</w:t>
            </w:r>
          </w:p>
          <w:p>
            <w:pPr>
              <w:spacing w:after="0"/>
            </w:pPr>
            <w:r>
              <w:rPr>
                <w:b w:val="0"/>
                <w:sz w:val="19"/>
              </w:rPr>
              <w:t>objects; days of the week; time” accurately, authentically, and naturally through spontaneous</w:t>
            </w:r>
          </w:p>
          <w:p>
            <w:pPr>
              <w:spacing w:after="0"/>
            </w:pPr>
            <w:r>
              <w:rPr>
                <w:b w:val="0"/>
                <w:sz w:val="19"/>
              </w:rPr>
              <w:t>decision-making processes and use it in an appropriate and effective way when communicating</w:t>
            </w:r>
          </w:p>
          <w:p>
            <w:pPr>
              <w:spacing w:after="0"/>
            </w:pPr>
            <w:r>
              <w:rPr>
                <w:b w:val="0"/>
                <w:sz w:val="19"/>
              </w:rPr>
              <w:t>with others. ENG.5.2.R1. Students can get ready for the reading-comprehension process about the current content on</w:t>
            </w:r>
          </w:p>
          <w:p>
            <w:pPr>
              <w:spacing w:after="0"/>
            </w:pPr>
            <w:r>
              <w:rPr>
                <w:b w:val="0"/>
                <w:sz w:val="19"/>
              </w:rPr>
              <w:t>“classroom life with classroom rules and language; school subjects; timetables; classroom</w:t>
            </w:r>
          </w:p>
          <w:p>
            <w:pPr>
              <w:spacing w:after="0"/>
            </w:pPr>
            <w:r>
              <w:rPr>
                <w:b w:val="0"/>
                <w:sz w:val="19"/>
              </w:rPr>
              <w:t>objects; days of the week; time”. ENG.5.2.R2. Students can bring information about the current content on “classroom life with classroom</w:t>
            </w:r>
          </w:p>
          <w:p>
            <w:pPr>
              <w:spacing w:after="0"/>
            </w:pPr>
            <w:r>
              <w:rPr>
                <w:b w:val="0"/>
                <w:sz w:val="19"/>
              </w:rPr>
              <w:t>rules and language; school subjects; timetables; classroom objects; days of the week; time”</w:t>
            </w:r>
          </w:p>
          <w:p>
            <w:pPr>
              <w:spacing w:after="0"/>
            </w:pPr>
            <w:r>
              <w:rPr>
                <w:b w:val="0"/>
                <w:sz w:val="19"/>
              </w:rPr>
              <w:t>through skimming (looking quickly at) the audio-visual elements and reading the content very</w:t>
            </w:r>
          </w:p>
          <w:p>
            <w:pPr>
              <w:spacing w:after="0"/>
            </w:pPr>
            <w:r>
              <w:rPr>
                <w:b w:val="0"/>
                <w:sz w:val="19"/>
              </w:rPr>
              <w:t>quickly. ENG.5.2.R3. Students can make meaning of / derive meaning from the current content about “classroom</w:t>
            </w:r>
          </w:p>
          <w:p>
            <w:pPr>
              <w:spacing w:after="0"/>
            </w:pPr>
            <w:r>
              <w:rPr>
                <w:b w:val="0"/>
                <w:sz w:val="19"/>
              </w:rPr>
              <w:t>life with classroom rules and language; school subjects; timetables; classroom objects; days</w:t>
            </w:r>
          </w:p>
          <w:p>
            <w:pPr>
              <w:spacing w:after="0"/>
            </w:pPr>
            <w:r>
              <w:rPr>
                <w:b w:val="0"/>
                <w:sz w:val="19"/>
              </w:rPr>
              <w:t>of the week; time” by reading it carefully. ENG.5.2.R4. Students can convey their knowledge, experiences, thoughts, and feelings related to the</w:t>
            </w:r>
          </w:p>
          <w:p>
            <w:pPr>
              <w:spacing w:after="0"/>
            </w:pPr>
            <w:r>
              <w:rPr>
                <w:b w:val="0"/>
                <w:sz w:val="19"/>
              </w:rPr>
              <w:t>reading-comprehension process about the current content, “classroom life with classroom</w:t>
            </w:r>
          </w:p>
          <w:p>
            <w:pPr>
              <w:spacing w:after="0"/>
            </w:pPr>
            <w:r>
              <w:rPr>
                <w:b w:val="0"/>
                <w:sz w:val="19"/>
              </w:rPr>
              <w:t>rules and language; school subjects; timetables; classroom objects; days of the week; time”</w:t>
            </w:r>
          </w:p>
          <w:p>
            <w:pPr>
              <w:spacing w:after="0"/>
            </w:pPr>
            <w:r>
              <w:rPr>
                <w:b w:val="0"/>
                <w:sz w:val="19"/>
              </w:rPr>
              <w:t>in relation to themselves or others, both individually and/or with others. ENG.5.2.V1. Students can select and use the target vocabulary of the current content about “classroom life</w:t>
            </w:r>
          </w:p>
          <w:p>
            <w:pPr>
              <w:spacing w:after="0"/>
            </w:pPr>
            <w:r>
              <w:rPr>
                <w:b w:val="0"/>
                <w:sz w:val="19"/>
              </w:rPr>
              <w:t>with classroom rules and language; school subjects; timetables; classroom objects; days of</w:t>
            </w:r>
          </w:p>
          <w:p>
            <w:pPr>
              <w:spacing w:after="0"/>
            </w:pPr>
            <w:r>
              <w:rPr>
                <w:b w:val="0"/>
                <w:sz w:val="19"/>
              </w:rPr>
              <w:t>the week; time” accurately, authentically, spontaneously, and naturally and use it appropriately</w:t>
            </w:r>
          </w:p>
          <w:p>
            <w:pPr>
              <w:spacing w:after="0"/>
            </w:pPr>
            <w:r>
              <w:rPr>
                <w:b w:val="0"/>
                <w:sz w:val="19"/>
              </w:rPr>
              <w:t>and effectively when communicating with others. ENG.5.2.G1. Students can select and use the target grammatical elements of the current content about</w:t>
            </w:r>
          </w:p>
          <w:p>
            <w:pPr>
              <w:spacing w:after="0"/>
            </w:pPr>
            <w:r>
              <w:rPr>
                <w:b w:val="0"/>
                <w:sz w:val="19"/>
              </w:rPr>
              <w:t>“classroom life with classroom rules and language; school subjects; timetables; classroom</w:t>
            </w:r>
          </w:p>
          <w:p>
            <w:pPr>
              <w:spacing w:after="0"/>
            </w:pPr>
            <w:r>
              <w:rPr>
                <w:b w:val="0"/>
                <w:sz w:val="19"/>
              </w:rPr>
              <w:t>objects; days of the week; time” accurately, authentically, spontaneously, and naturally and</w:t>
            </w:r>
          </w:p>
          <w:p>
            <w:pPr>
              <w:spacing w:after="0"/>
            </w:pPr>
            <w:r>
              <w:rPr>
                <w:b w:val="0"/>
                <w:sz w:val="19"/>
              </w:rPr>
              <w:t>use it appropriately and effectively when communicating with others. ENG.5.2.W1. Students can get ready for the writing-expression process about the current content on</w:t>
            </w:r>
          </w:p>
          <w:p>
            <w:pPr>
              <w:spacing w:after="0"/>
            </w:pPr>
            <w:r>
              <w:rPr>
                <w:b w:val="0"/>
                <w:sz w:val="19"/>
              </w:rPr>
              <w:t>“classroom life with classroom rules and language; school subjects; timetables; classroom</w:t>
            </w:r>
          </w:p>
          <w:p>
            <w:pPr>
              <w:spacing w:after="0"/>
            </w:pPr>
            <w:r>
              <w:rPr>
                <w:b w:val="0"/>
                <w:sz w:val="19"/>
              </w:rPr>
              <w:t>objects; days of the week; time”. ENG.5.2.W2. Students can understand the model/example for the writing task about the current content</w:t>
            </w:r>
          </w:p>
          <w:p>
            <w:pPr>
              <w:spacing w:after="0"/>
            </w:pPr>
            <w:r>
              <w:rPr>
                <w:b w:val="0"/>
                <w:sz w:val="19"/>
              </w:rPr>
              <w:t>on “classroom life with classroom rules and language; school subjects; timetables; classroom</w:t>
            </w:r>
          </w:p>
          <w:p>
            <w:pPr>
              <w:spacing w:after="0"/>
            </w:pPr>
            <w:r>
              <w:rPr>
                <w:b w:val="0"/>
                <w:sz w:val="19"/>
              </w:rPr>
              <w:t>objects; days of the week; time”. ENG.5.2.W3. Students can organise a content for the assigned writing task on the current content</w:t>
            </w:r>
          </w:p>
          <w:p>
            <w:pPr>
              <w:spacing w:after="0"/>
            </w:pPr>
            <w:r>
              <w:rPr>
                <w:b w:val="0"/>
                <w:sz w:val="19"/>
              </w:rPr>
              <w:t>“classroom life with classroom rules and language; school subjects; timetables; classroom</w:t>
            </w:r>
          </w:p>
          <w:p>
            <w:pPr>
              <w:spacing w:after="0"/>
            </w:pPr>
            <w:r>
              <w:rPr>
                <w:b w:val="0"/>
                <w:sz w:val="19"/>
              </w:rPr>
              <w:t>objects; days of the week; time” based on the model/example provided. ENG.5.2.W4. Students can individually construct/form content for the assigned writing task on the current</w:t>
            </w:r>
          </w:p>
          <w:p>
            <w:pPr>
              <w:spacing w:after="0"/>
            </w:pPr>
            <w:r>
              <w:rPr>
                <w:b w:val="0"/>
                <w:sz w:val="19"/>
              </w:rPr>
              <w:t>content “classroom life with classroom rules and language; school subjects; timetables;</w:t>
            </w:r>
          </w:p>
          <w:p>
            <w:pPr>
              <w:spacing w:after="0"/>
            </w:pPr>
            <w:r>
              <w:rPr>
                <w:b w:val="0"/>
                <w:sz w:val="19"/>
              </w:rPr>
              <w:t>classroom objects; days of the week; time”. ENG.5.2.W5. Students can reorganise (reconstruct) and use information in the new written tasks about the</w:t>
            </w:r>
          </w:p>
          <w:p>
            <w:pPr>
              <w:spacing w:after="0"/>
            </w:pPr>
            <w:r>
              <w:rPr>
                <w:b w:val="0"/>
                <w:sz w:val="19"/>
              </w:rPr>
              <w:t>“classroom life with classroom rules and language; school subjects; timetables; classroom</w:t>
            </w:r>
          </w:p>
          <w:p>
            <w:pPr>
              <w:spacing w:after="0"/>
            </w:pPr>
            <w:r>
              <w:rPr>
                <w:b w:val="0"/>
                <w:sz w:val="19"/>
              </w:rPr>
              <w:t>objects; days of the week; time” to communicate with other people. ENG.5.2.W6. Students can reflect on their knowledge, experiences, thoughts, and feelings related to the</w:t>
            </w:r>
          </w:p>
          <w:p>
            <w:pPr>
              <w:spacing w:after="0"/>
            </w:pPr>
            <w:r>
              <w:rPr>
                <w:b w:val="0"/>
                <w:sz w:val="19"/>
              </w:rPr>
              <w:t>writing-expression process about the current content, “classroom life with classroom rules</w:t>
            </w:r>
          </w:p>
          <w:p>
            <w:pPr>
              <w:spacing w:after="0"/>
            </w:pPr>
            <w:r>
              <w:rPr>
                <w:b w:val="0"/>
                <w:sz w:val="19"/>
              </w:rPr>
              <w:t>and language; school subjects; timetables; classroom objects; days of the week; time” in</w:t>
            </w:r>
          </w:p>
          <w:p>
            <w:pPr>
              <w:spacing w:after="0"/>
            </w:pPr>
            <w:r>
              <w:rPr>
                <w:b w:val="0"/>
                <w:sz w:val="19"/>
              </w:rPr>
              <w:t>relation to themselves or others, both individually and/or with others. ENG.5.2.S1. Students can get ready for speaking-expression process about the current content on</w:t>
            </w:r>
          </w:p>
          <w:p>
            <w:pPr>
              <w:spacing w:after="0"/>
            </w:pPr>
            <w:r>
              <w:rPr>
                <w:b w:val="0"/>
                <w:sz w:val="19"/>
              </w:rPr>
              <w:t>“classroom life with classroom rules and language; school subjects; timetables; classroom</w:t>
            </w:r>
          </w:p>
          <w:p>
            <w:pPr>
              <w:spacing w:after="0"/>
            </w:pPr>
            <w:r>
              <w:rPr>
                <w:b w:val="0"/>
                <w:sz w:val="19"/>
              </w:rPr>
              <w:t>objects; days of the week; time”. ENG.5.2.S2. Students can use the model/example for producing verbal content about the current content</w:t>
            </w:r>
          </w:p>
          <w:p>
            <w:pPr>
              <w:spacing w:after="0"/>
            </w:pPr>
            <w:r>
              <w:rPr>
                <w:b w:val="0"/>
                <w:sz w:val="19"/>
              </w:rPr>
              <w:t>on “classroom life with classroom rules and language; school subjects; timetables; classroom</w:t>
            </w:r>
          </w:p>
          <w:p>
            <w:pPr>
              <w:spacing w:after="0"/>
            </w:pPr>
            <w:r>
              <w:rPr>
                <w:b w:val="0"/>
                <w:sz w:val="19"/>
              </w:rPr>
              <w:t>objects; days of the week; time”. ENG.5.2.S3. Students can organise a new verbal content on “classroom life with classroom rules and</w:t>
            </w:r>
          </w:p>
          <w:p>
            <w:pPr>
              <w:spacing w:after="0"/>
            </w:pPr>
            <w:r>
              <w:rPr>
                <w:b w:val="0"/>
                <w:sz w:val="19"/>
              </w:rPr>
              <w:t>language; school subjects; timetables; classroom objects; days of the week; time” by</w:t>
            </w:r>
          </w:p>
          <w:p>
            <w:pPr>
              <w:spacing w:after="0"/>
            </w:pPr>
            <w:r>
              <w:rPr>
                <w:b w:val="0"/>
                <w:sz w:val="19"/>
              </w:rPr>
              <w:t>speaking accurately, efficiently, and authentically. ENG.5.2.S4. Students can construct a new verbal content on “classroom life with classroom rules</w:t>
            </w:r>
          </w:p>
          <w:p>
            <w:pPr>
              <w:spacing w:after="0"/>
            </w:pPr>
            <w:r>
              <w:rPr>
                <w:b w:val="0"/>
                <w:sz w:val="19"/>
              </w:rPr>
              <w:t>and language; school subjects; timetables; classroom objects; days of the week; time” by</w:t>
            </w:r>
          </w:p>
          <w:p>
            <w:pPr>
              <w:spacing w:after="0"/>
            </w:pPr>
            <w:r>
              <w:rPr>
                <w:b w:val="0"/>
                <w:sz w:val="19"/>
              </w:rPr>
              <w:t>speaking accurately, efficiently, and authentically. ENG.5.2.S5. Students can reorganise (reconstruct) and use information about the “classroom life with</w:t>
            </w:r>
          </w:p>
          <w:p>
            <w:pPr>
              <w:spacing w:after="0"/>
            </w:pPr>
            <w:r>
              <w:rPr>
                <w:b w:val="0"/>
                <w:sz w:val="19"/>
              </w:rPr>
              <w:t>classroom rules and language; school subjects; timetables; classroom objects; days of the</w:t>
            </w:r>
          </w:p>
          <w:p>
            <w:pPr>
              <w:spacing w:after="0"/>
            </w:pPr>
            <w:r>
              <w:rPr>
                <w:b w:val="0"/>
                <w:sz w:val="19"/>
              </w:rPr>
              <w:t>week; time” to communicate with other people. ENG.5.2.S6. Students can convey their knowledge, experiences, thoughts, and feelings related to the</w:t>
            </w:r>
          </w:p>
          <w:p>
            <w:pPr>
              <w:spacing w:after="0"/>
            </w:pPr>
            <w:r>
              <w:rPr>
                <w:b w:val="0"/>
                <w:sz w:val="19"/>
              </w:rPr>
              <w:t>speaking-expression process about the current content, “classroom life with classroom rules</w:t>
            </w:r>
          </w:p>
          <w:p>
            <w:pPr>
              <w:spacing w:after="0"/>
            </w:pPr>
            <w:r>
              <w:rPr>
                <w:b w:val="0"/>
                <w:sz w:val="19"/>
              </w:rPr>
              <w:t>and language; school subjects; timetables; classroom objects; days of the week; time” to</w:t>
            </w:r>
          </w:p>
          <w:p>
            <w:pPr>
              <w:spacing w:after="0"/>
            </w:pPr>
            <w:r>
              <w:rPr>
                <w:b w:val="0"/>
                <w:sz w:val="19"/>
              </w:rPr>
              <w:t>communicate with other people in relation to themselves or others, both individually and/or</w:t>
            </w:r>
          </w:p>
          <w:p>
            <w:pPr>
              <w:spacing w:after="0"/>
            </w:pPr>
            <w:r>
              <w:rPr>
                <w:b w:val="0"/>
                <w:sz w:val="19"/>
              </w:rPr>
              <w:t>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V9. Compassion, V10. 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(ENG.5.2.L1.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ask and answer questions about the time of actions in English by using the target language</w:t>
            </w:r>
          </w:p>
          <w:p>
            <w:pPr>
              <w:spacing w:after="0"/>
            </w:pPr>
            <w:r>
              <w:rPr>
                <w:b w:val="0"/>
                <w:sz w:val="19"/>
              </w:rPr>
              <w:t>items.</w:t>
            </w:r>
          </w:p>
          <w:p>
            <w:pPr>
              <w:spacing w:after="0"/>
            </w:pPr>
            <w:r>
              <w:rPr>
                <w:b w:val="0"/>
                <w:sz w:val="19"/>
              </w:rPr>
              <w:t>Activity 1: “A Class Survey”</w:t>
            </w:r>
          </w:p>
          <w:p>
            <w:pPr>
              <w:spacing w:after="0"/>
            </w:pPr>
            <w:r>
              <w:rPr>
                <w:b w:val="0"/>
                <w:sz w:val="19"/>
              </w:rPr>
              <w:t>To do a class survey students walk around the classroom and ask three classmates, “What time do you ___?”</w:t>
            </w:r>
          </w:p>
          <w:p>
            <w:pPr>
              <w:spacing w:after="0"/>
            </w:pPr>
            <w:r>
              <w:rPr>
                <w:b w:val="0"/>
                <w:sz w:val="19"/>
              </w:rPr>
              <w:t>for different actions. They write down the answers in a chart (e.g., Name, Action, Time). Then, they analyse the</w:t>
            </w:r>
          </w:p>
          <w:p>
            <w:pPr>
              <w:spacing w:after="0"/>
            </w:pPr>
            <w:r>
              <w:rPr>
                <w:b w:val="0"/>
                <w:sz w:val="19"/>
              </w:rPr>
              <w:t>results in writing, e.g., “Most students wake up at 7:00” and report them to the class by using simple present</w:t>
            </w:r>
          </w:p>
          <w:p>
            <w:pPr>
              <w:spacing w:after="0"/>
            </w:pPr>
            <w:r>
              <w:rPr>
                <w:b w:val="0"/>
                <w:sz w:val="19"/>
              </w:rPr>
              <w:t>tense. Students share their charts in groups and give positive feedback to each other. As a self-reflection</w:t>
            </w:r>
          </w:p>
          <w:p>
            <w:pPr>
              <w:spacing w:after="0"/>
            </w:pPr>
            <w:r>
              <w:rPr>
                <w:b w:val="0"/>
                <w:sz w:val="19"/>
              </w:rPr>
              <w:t>activity students are given a chart on which they circle or colour an emoji/emoticon that represents how they</w:t>
            </w:r>
          </w:p>
          <w:p>
            <w:pPr>
              <w:spacing w:after="0"/>
            </w:pPr>
            <w:r>
              <w:rPr>
                <w:b w:val="0"/>
                <w:sz w:val="19"/>
              </w:rPr>
              <w:t>feel about their performance. Students reflect on their thoughts and feelings about the activity.</w:t>
            </w:r>
          </w:p>
          <w:p>
            <w:pPr>
              <w:spacing w:after="0"/>
            </w:pPr>
            <w:r>
              <w:rPr>
                <w:b w:val="0"/>
                <w:sz w:val="19"/>
              </w:rPr>
              <w:t>Supporting</w:t>
            </w:r>
          </w:p>
          <w:p>
            <w:pPr>
              <w:spacing w:after="0"/>
            </w:pPr>
            <w:r>
              <w:rPr>
                <w:b w:val="0"/>
                <w:sz w:val="19"/>
              </w:rPr>
              <w:t>Objective: To ask and answer questions about the time of actions in English by using the target language</w:t>
            </w:r>
          </w:p>
          <w:p>
            <w:pPr>
              <w:spacing w:after="0"/>
            </w:pPr>
            <w:r>
              <w:rPr>
                <w:b w:val="0"/>
                <w:sz w:val="19"/>
              </w:rPr>
              <w:t>items.</w:t>
            </w:r>
          </w:p>
          <w:p>
            <w:pPr>
              <w:spacing w:after="0"/>
            </w:pPr>
            <w:r>
              <w:rPr>
                <w:b w:val="0"/>
                <w:sz w:val="19"/>
              </w:rPr>
              <w:t>Activity: A Class Survey</w:t>
            </w:r>
          </w:p>
          <w:p>
            <w:pPr>
              <w:spacing w:after="0"/>
            </w:pPr>
            <w:r>
              <w:rPr>
                <w:b w:val="0"/>
                <w:sz w:val="19"/>
              </w:rPr>
              <w:t>To do a class survey students walk around the classroom and ask three classmates, “What time do you ___?” for different actions. The teacher presents vocabulary for common actions (wake up, go to school, eat lunch, etc.) and common times (7:00 am, 12:30 pm, etc.) on a handout or classroom board. Students write down the answers in a chart (e.g., Name, Action, Time). The teacher provides a partially completed chart for</w:t>
            </w:r>
          </w:p>
          <w:p>
            <w:pPr>
              <w:spacing w:after="0"/>
            </w:pPr>
            <w:r>
              <w:rPr>
                <w:b w:val="0"/>
                <w:sz w:val="19"/>
              </w:rPr>
              <w:t>them. Students write down a few sentences in simple present tense based on the chart. Students share</w:t>
            </w:r>
          </w:p>
          <w:p>
            <w:pPr>
              <w:spacing w:after="0"/>
            </w:pPr>
            <w:r>
              <w:rPr>
                <w:b w:val="0"/>
                <w:sz w:val="19"/>
              </w:rPr>
              <w:t>their charts in groups and give positive feedback to each other. As a self-reflection activity students circle or</w:t>
            </w:r>
          </w:p>
          <w:p>
            <w:pPr>
              <w:spacing w:after="0"/>
            </w:pPr>
            <w:r>
              <w:rPr>
                <w:b w:val="0"/>
                <w:sz w:val="19"/>
              </w:rPr>
              <w:t>colour an emoji/emoticon that represents how they feel about their performance. Students reflect on their</w:t>
            </w:r>
          </w:p>
          <w:p>
            <w:pPr>
              <w:spacing w:after="0"/>
            </w:pPr>
            <w:r>
              <w:rPr>
                <w:b w:val="0"/>
                <w:sz w:val="19"/>
              </w:rPr>
              <w:t>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The students will create a dream classroom. First, they will decide the</w:t>
            </w:r>
          </w:p>
          <w:p>
            <w:pPr>
              <w:spacing w:after="0"/>
            </w:pPr>
            <w:r>
              <w:rPr>
                <w:b w:val="0"/>
                <w:sz w:val="19"/>
              </w:rPr>
              <w:t>schedule for their classroom, classroom rules, and subjects. Then, they will prepare a poster about these</w:t>
            </w:r>
          </w:p>
          <w:p>
            <w:pPr>
              <w:spacing w:after="0"/>
            </w:pPr>
            <w:r>
              <w:rPr>
                <w:b w:val="0"/>
                <w:sz w:val="19"/>
              </w:rPr>
              <w:t>dream classes that include the lesson schedule and classroom rules. The posters may include photos, pictures or drawings. Finally, they will present their dream classes. The assignment will be evaluated by</w:t>
            </w:r>
          </w:p>
          <w:p>
            <w:pPr>
              <w:spacing w:after="0"/>
            </w:pPr>
            <w:r>
              <w:rPr>
                <w:b w:val="0"/>
                <w:sz w:val="19"/>
              </w:rPr>
              <w:t>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9: 9-13 November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November · Week 9: 9-13 November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SCHOOL-BASED PLANNING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10 November, Atatürk Memorial Day</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10: 23-27 November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November · Week 10: 23-27 November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2: CLASSROOM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Classroom rules and language; school subjects; timetables; classroom objects; days of the</w:t>
            </w:r>
          </w:p>
          <w:p>
            <w:pPr>
              <w:spacing w:after="0"/>
            </w:pPr>
            <w:r>
              <w:rPr>
                <w:b w:val="0"/>
                <w:sz w:val="19"/>
              </w:rPr>
              <w:t>week; time</w:t>
            </w:r>
          </w:p>
          <w:p>
            <w:pPr>
              <w:spacing w:after="0"/>
            </w:pPr>
            <w:r>
              <w:rPr>
                <w:b w:val="0"/>
                <w:sz w:val="19"/>
              </w:rPr>
              <w:t>Target Vocabulary in Use (with revisional vocabulary):</w:t>
            </w:r>
          </w:p>
          <w:p>
            <w:pPr>
              <w:spacing w:after="0"/>
            </w:pPr>
            <w:r>
              <w:rPr>
                <w:b w:val="0"/>
                <w:sz w:val="19"/>
              </w:rPr>
              <w:t>Vocabulary for classroom rules and language: Nouns: Rubbish (trash-garbage-AmE), attention, (no) running.</w:t>
            </w:r>
          </w:p>
          <w:p>
            <w:pPr>
              <w:spacing w:after="0"/>
            </w:pPr>
            <w:r>
              <w:rPr>
                <w:b w:val="0"/>
                <w:sz w:val="19"/>
              </w:rPr>
              <w:t>Adjectives: Careful. Verbs: To shout, to smile, to raise a hand, to follow, to borrow, to lend, to tidy (up), to</w:t>
            </w:r>
          </w:p>
          <w:p>
            <w:pPr>
              <w:spacing w:after="0"/>
            </w:pPr>
            <w:r>
              <w:rPr>
                <w:b w:val="0"/>
                <w:sz w:val="19"/>
              </w:rPr>
              <w:t>leave, to forget, to bring, to hang (your coat), to hold on. Adverbs: Quietly, loudly, carefully, slowly.</w:t>
            </w:r>
          </w:p>
          <w:p>
            <w:pPr>
              <w:spacing w:after="0"/>
            </w:pPr>
            <w:r>
              <w:rPr>
                <w:b w:val="0"/>
                <w:sz w:val="19"/>
              </w:rPr>
              <w:t>Vocabulary for school subjects: Maths, Turkish, Science, Social Studies, Foreign Language, English, Religion</w:t>
            </w:r>
          </w:p>
          <w:p>
            <w:pPr>
              <w:spacing w:after="0"/>
            </w:pPr>
            <w:r>
              <w:rPr>
                <w:b w:val="0"/>
                <w:sz w:val="19"/>
              </w:rPr>
              <w:t>and Morals, Art, Music, P.E. (Physical Education), IT (Information Technology), Drama.</w:t>
            </w:r>
          </w:p>
          <w:p>
            <w:pPr>
              <w:spacing w:after="0"/>
            </w:pPr>
            <w:r>
              <w:rPr>
                <w:b w:val="0"/>
                <w:sz w:val="19"/>
              </w:rPr>
              <w:t>Vocabulary for timetables: Nouns: A timetable, a day, a week, a weekday, a weekend, morning, afternoon, noon, a break, lunch, double lessons. Verbs: To start, to finish.</w:t>
            </w:r>
          </w:p>
          <w:p>
            <w:pPr>
              <w:spacing w:after="0"/>
            </w:pPr>
            <w:r>
              <w:rPr>
                <w:b w:val="0"/>
                <w:sz w:val="19"/>
              </w:rPr>
              <w:t>Vocabulary for classroom objects: Nouns: A rubbish bin (a trash/garbage can -AmE), a (smart)board, a</w:t>
            </w:r>
          </w:p>
          <w:p>
            <w:pPr>
              <w:spacing w:after="0"/>
            </w:pPr>
            <w:r>
              <w:rPr>
                <w:b w:val="0"/>
                <w:sz w:val="19"/>
              </w:rPr>
              <w:t>poster, a seat, a bookshelf, a rubber (an eraser-AmE), a dictionary, a board marker, a pencil case, a (school)</w:t>
            </w:r>
          </w:p>
          <w:p>
            <w:pPr>
              <w:spacing w:after="0"/>
            </w:pPr>
            <w:r>
              <w:rPr>
                <w:b w:val="0"/>
                <w:sz w:val="19"/>
              </w:rPr>
              <w:t>material, a sheet, a notebook (exercise book-AmE), a desk.</w:t>
            </w:r>
          </w:p>
          <w:p>
            <w:pPr>
              <w:spacing w:after="0"/>
            </w:pPr>
            <w:r>
              <w:rPr>
                <w:b w:val="0"/>
                <w:sz w:val="19"/>
              </w:rPr>
              <w:t>Vocabulary for days of the week: Sunday, Monday, Tuesday, Wednesday, Thursday, Friday, Saturday.</w:t>
            </w:r>
          </w:p>
          <w:p>
            <w:pPr>
              <w:spacing w:after="0"/>
            </w:pPr>
            <w:r>
              <w:rPr>
                <w:b w:val="0"/>
                <w:sz w:val="19"/>
              </w:rPr>
              <w:t>Vocabulary for time: Half past, to, past, o’clock, quarter, a minute.</w:t>
            </w:r>
          </w:p>
          <w:p>
            <w:pPr>
              <w:spacing w:after="0"/>
            </w:pPr>
            <w:r>
              <w:rPr>
                <w:b w:val="0"/>
                <w:sz w:val="19"/>
              </w:rPr>
              <w:t>Vocabulary for numbers 50-100: From 50 to 100.</w:t>
            </w:r>
          </w:p>
          <w:p>
            <w:pPr>
              <w:spacing w:after="0"/>
            </w:pPr>
            <w:r>
              <w:rPr>
                <w:b w:val="0"/>
                <w:sz w:val="19"/>
              </w:rPr>
              <w:t>Target Grammatical Structures in Use:</w:t>
            </w:r>
          </w:p>
          <w:p>
            <w:pPr>
              <w:spacing w:after="0"/>
            </w:pPr>
            <w:r>
              <w:rPr>
                <w:b w:val="0"/>
                <w:sz w:val="19"/>
              </w:rPr>
              <w:t>-The Simple Present Tense: (We have got an Art class every Wednesday.)</w:t>
            </w:r>
          </w:p>
          <w:p>
            <w:pPr>
              <w:spacing w:after="0"/>
            </w:pPr>
            <w:r>
              <w:rPr>
                <w:b w:val="0"/>
                <w:sz w:val="19"/>
              </w:rPr>
              <w:t>-There is/are: (There is a new student in the class. There are fifty students in my class.)</w:t>
            </w:r>
          </w:p>
          <w:p>
            <w:pPr>
              <w:spacing w:after="0"/>
            </w:pPr>
            <w:r>
              <w:rPr>
                <w:b w:val="0"/>
                <w:sz w:val="19"/>
              </w:rPr>
              <w:t>-Object Pronouns: Me, you, him, her, us, you, them (Can you give me your eraser?)</w:t>
            </w:r>
          </w:p>
          <w:p>
            <w:pPr>
              <w:spacing w:after="0"/>
            </w:pPr>
            <w:r>
              <w:rPr>
                <w:b w:val="0"/>
                <w:sz w:val="19"/>
              </w:rPr>
              <w:t>-“To Be” for Time (What time is it?): (What time is it? It is half past four.)</w:t>
            </w:r>
          </w:p>
          <w:p>
            <w:pPr>
              <w:spacing w:after="0"/>
            </w:pPr>
            <w:r>
              <w:rPr>
                <w:b w:val="0"/>
                <w:sz w:val="19"/>
              </w:rPr>
              <w:t>-Wh questions (What time..?): (What time does the English class start?)</w:t>
            </w:r>
          </w:p>
          <w:p>
            <w:pPr>
              <w:spacing w:after="0"/>
            </w:pPr>
            <w:r>
              <w:rPr>
                <w:b w:val="0"/>
                <w:sz w:val="19"/>
              </w:rPr>
              <w:t>Functions of the Target Grammatical Structures in Use:</w:t>
            </w:r>
          </w:p>
          <w:p>
            <w:pPr>
              <w:spacing w:after="0"/>
            </w:pPr>
            <w:r>
              <w:rPr>
                <w:b w:val="0"/>
                <w:sz w:val="19"/>
              </w:rPr>
              <w:t>-Use of the Simple Present Tense: Describing the responsibilities of different roles in the classroom and</w:t>
            </w:r>
          </w:p>
          <w:p>
            <w:pPr>
              <w:spacing w:after="0"/>
            </w:pPr>
            <w:r>
              <w:rPr>
                <w:b w:val="0"/>
                <w:sz w:val="19"/>
              </w:rPr>
              <w:t>daily routines and study routines in a classroom.</w:t>
            </w:r>
          </w:p>
          <w:p>
            <w:pPr>
              <w:spacing w:after="0"/>
            </w:pPr>
            <w:r>
              <w:rPr>
                <w:b w:val="0"/>
                <w:sz w:val="19"/>
              </w:rPr>
              <w:t>-Use of “There is/There are”: Expressing the presence of something or somebody.</w:t>
            </w:r>
          </w:p>
          <w:p>
            <w:pPr>
              <w:spacing w:after="0"/>
            </w:pPr>
            <w:r>
              <w:rPr>
                <w:b w:val="0"/>
                <w:sz w:val="19"/>
              </w:rPr>
              <w:t>-Use of Object Pronouns: Replacing nouns that receive the action in a sentence.</w:t>
            </w:r>
          </w:p>
          <w:p>
            <w:pPr>
              <w:spacing w:after="0"/>
            </w:pPr>
            <w:r>
              <w:rPr>
                <w:b w:val="0"/>
                <w:sz w:val="19"/>
              </w:rPr>
              <w:t>-Use of “To Be” for time (What time is it?): Telling the time.</w:t>
            </w:r>
          </w:p>
          <w:p>
            <w:pPr>
              <w:spacing w:after="0"/>
            </w:pPr>
            <w:r>
              <w:rPr>
                <w:b w:val="0"/>
                <w:sz w:val="19"/>
              </w:rPr>
              <w:t>-Use of “Wh- questions” (What time..?): Asking about time of actions.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 Target Social Language in Use:</w:t>
            </w:r>
          </w:p>
          <w:p>
            <w:pPr>
              <w:spacing w:after="0"/>
            </w:pPr>
            <w:r>
              <w:rPr>
                <w:b w:val="0"/>
                <w:sz w:val="19"/>
              </w:rPr>
              <w:t>Make the grade if you want to join the Sports Club!</w:t>
            </w:r>
          </w:p>
          <w:p>
            <w:pPr>
              <w:spacing w:after="0"/>
            </w:pPr>
            <w:r>
              <w:rPr>
                <w:b w:val="0"/>
                <w:sz w:val="19"/>
              </w:rPr>
              <w:t>Don’t skip the lesson! (Please don’t cut the class!)</w:t>
            </w:r>
          </w:p>
          <w:p>
            <w:pPr>
              <w:spacing w:after="0"/>
            </w:pPr>
            <w:r>
              <w:rPr>
                <w:b w:val="0"/>
                <w:sz w:val="19"/>
              </w:rPr>
              <w:t>Give me a hand for this homework!</w:t>
            </w:r>
          </w:p>
          <w:p>
            <w:pPr>
              <w:spacing w:after="0"/>
            </w:pPr>
            <w:r>
              <w:rPr>
                <w:b w:val="0"/>
                <w:sz w:val="19"/>
              </w:rPr>
              <w:t>I don’t feel all right.</w:t>
            </w:r>
          </w:p>
          <w:p>
            <w:pPr>
              <w:spacing w:after="0"/>
            </w:pPr>
            <w:r>
              <w:rPr>
                <w:b w:val="0"/>
                <w:sz w:val="19"/>
              </w:rPr>
              <w:t>I’d love to.</w:t>
            </w:r>
          </w:p>
          <w:p>
            <w:pPr>
              <w:spacing w:after="0"/>
            </w:pPr>
            <w:r>
              <w:rPr>
                <w:b w:val="0"/>
                <w:sz w:val="19"/>
              </w:rPr>
              <w:t>Target Phonological Sounds in Use:</w:t>
            </w:r>
          </w:p>
          <w:p>
            <w:pPr>
              <w:spacing w:after="0"/>
            </w:pPr>
            <w:r>
              <w:rPr>
                <w:b w:val="0"/>
                <w:sz w:val="19"/>
              </w:rPr>
              <w:t>Intonation of negative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ENG.5.2.L1. Students can get ready for the listening/watching-comprehension process for the current</w:t>
            </w:r>
          </w:p>
          <w:p>
            <w:pPr>
              <w:spacing w:after="0"/>
            </w:pPr>
            <w:r>
              <w:rPr>
                <w:b w:val="0"/>
                <w:sz w:val="19"/>
              </w:rPr>
              <w:t>content on “classroom life with classroom rules and language; school subjects; timetables;</w:t>
            </w:r>
          </w:p>
          <w:p>
            <w:pPr>
              <w:spacing w:after="0"/>
            </w:pPr>
            <w:r>
              <w:rPr>
                <w:b w:val="0"/>
                <w:sz w:val="19"/>
              </w:rPr>
              <w:t>classroom objects; days of the week; time” carefully. ENG.5.2.L2. Students can bring information about the current content on “classroom life with classroom</w:t>
            </w:r>
          </w:p>
          <w:p>
            <w:pPr>
              <w:spacing w:after="0"/>
            </w:pPr>
            <w:r>
              <w:rPr>
                <w:b w:val="0"/>
                <w:sz w:val="19"/>
              </w:rPr>
              <w:t>rules and language; school subjects; timetables; classroom objects; days of the week; time”</w:t>
            </w:r>
          </w:p>
          <w:p>
            <w:pPr>
              <w:spacing w:after="0"/>
            </w:pPr>
            <w:r>
              <w:rPr>
                <w:b w:val="0"/>
                <w:sz w:val="19"/>
              </w:rPr>
              <w:t>together through significant details and main components while listening/watching it. ENG.5.2.L3. Students can make meaning of/derive meaning from the current content on “classroom life</w:t>
            </w:r>
          </w:p>
          <w:p>
            <w:pPr>
              <w:spacing w:after="0"/>
            </w:pPr>
            <w:r>
              <w:rPr>
                <w:b w:val="0"/>
                <w:sz w:val="19"/>
              </w:rPr>
              <w:t>with classroom rules and language; school subjects; timetables; classroom objects; days of</w:t>
            </w:r>
          </w:p>
          <w:p>
            <w:pPr>
              <w:spacing w:after="0"/>
            </w:pPr>
            <w:r>
              <w:rPr>
                <w:b w:val="0"/>
                <w:sz w:val="19"/>
              </w:rPr>
              <w:t>the week; time” through significant details by listening/watching it carefully. ENG.5.2.L4.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“classroom life with classroom rules and language; school subjects; timetables; classroom</w:t>
            </w:r>
          </w:p>
          <w:p>
            <w:pPr>
              <w:spacing w:after="0"/>
            </w:pPr>
            <w:r>
              <w:rPr>
                <w:b w:val="0"/>
                <w:sz w:val="19"/>
              </w:rPr>
              <w:t>objects; days of the week; time”. ENG.5.2.P1. Students can select and use the target phonological elements of the current content about</w:t>
            </w:r>
          </w:p>
          <w:p>
            <w:pPr>
              <w:spacing w:after="0"/>
            </w:pPr>
            <w:r>
              <w:rPr>
                <w:b w:val="0"/>
                <w:sz w:val="19"/>
              </w:rPr>
              <w:t>“classroom life with classroom rules and language; school subjects; timetables; classroom</w:t>
            </w:r>
          </w:p>
          <w:p>
            <w:pPr>
              <w:spacing w:after="0"/>
            </w:pPr>
            <w:r>
              <w:rPr>
                <w:b w:val="0"/>
                <w:sz w:val="19"/>
              </w:rPr>
              <w:t>objects; days of the week; time” accurately, authentically, and naturally through spontaneous</w:t>
            </w:r>
          </w:p>
          <w:p>
            <w:pPr>
              <w:spacing w:after="0"/>
            </w:pPr>
            <w:r>
              <w:rPr>
                <w:b w:val="0"/>
                <w:sz w:val="19"/>
              </w:rPr>
              <w:t>decision-making processes and use it in an appropriate and effective way when communicating</w:t>
            </w:r>
          </w:p>
          <w:p>
            <w:pPr>
              <w:spacing w:after="0"/>
            </w:pPr>
            <w:r>
              <w:rPr>
                <w:b w:val="0"/>
                <w:sz w:val="19"/>
              </w:rPr>
              <w:t>with others. ENG.5.2.R1. Students can get ready for the reading-comprehension process about the current content on</w:t>
            </w:r>
          </w:p>
          <w:p>
            <w:pPr>
              <w:spacing w:after="0"/>
            </w:pPr>
            <w:r>
              <w:rPr>
                <w:b w:val="0"/>
                <w:sz w:val="19"/>
              </w:rPr>
              <w:t>“classroom life with classroom rules and language; school subjects; timetables; classroom</w:t>
            </w:r>
          </w:p>
          <w:p>
            <w:pPr>
              <w:spacing w:after="0"/>
            </w:pPr>
            <w:r>
              <w:rPr>
                <w:b w:val="0"/>
                <w:sz w:val="19"/>
              </w:rPr>
              <w:t>objects; days of the week; time”. ENG.5.2.R2. Students can bring information about the current content on “classroom life with classroom</w:t>
            </w:r>
          </w:p>
          <w:p>
            <w:pPr>
              <w:spacing w:after="0"/>
            </w:pPr>
            <w:r>
              <w:rPr>
                <w:b w:val="0"/>
                <w:sz w:val="19"/>
              </w:rPr>
              <w:t>rules and language; school subjects; timetables; classroom objects; days of the week; time”</w:t>
            </w:r>
          </w:p>
          <w:p>
            <w:pPr>
              <w:spacing w:after="0"/>
            </w:pPr>
            <w:r>
              <w:rPr>
                <w:b w:val="0"/>
                <w:sz w:val="19"/>
              </w:rPr>
              <w:t>through skimming (looking quickly at) the audio-visual elements and reading the content very</w:t>
            </w:r>
          </w:p>
          <w:p>
            <w:pPr>
              <w:spacing w:after="0"/>
            </w:pPr>
            <w:r>
              <w:rPr>
                <w:b w:val="0"/>
                <w:sz w:val="19"/>
              </w:rPr>
              <w:t>quickly. ENG.5.2.R3. Students can make meaning of / derive meaning from the current content about “classroom</w:t>
            </w:r>
          </w:p>
          <w:p>
            <w:pPr>
              <w:spacing w:after="0"/>
            </w:pPr>
            <w:r>
              <w:rPr>
                <w:b w:val="0"/>
                <w:sz w:val="19"/>
              </w:rPr>
              <w:t>life with classroom rules and language; school subjects; timetables; classroom objects; days</w:t>
            </w:r>
          </w:p>
          <w:p>
            <w:pPr>
              <w:spacing w:after="0"/>
            </w:pPr>
            <w:r>
              <w:rPr>
                <w:b w:val="0"/>
                <w:sz w:val="19"/>
              </w:rPr>
              <w:t>of the week; time” by reading it carefully. ENG.5.2.R4. Students can convey their knowledge, experiences, thoughts, and feelings related to the</w:t>
            </w:r>
          </w:p>
          <w:p>
            <w:pPr>
              <w:spacing w:after="0"/>
            </w:pPr>
            <w:r>
              <w:rPr>
                <w:b w:val="0"/>
                <w:sz w:val="19"/>
              </w:rPr>
              <w:t>reading-comprehension process about the current content, “classroom life with classroom</w:t>
            </w:r>
          </w:p>
          <w:p>
            <w:pPr>
              <w:spacing w:after="0"/>
            </w:pPr>
            <w:r>
              <w:rPr>
                <w:b w:val="0"/>
                <w:sz w:val="19"/>
              </w:rPr>
              <w:t>rules and language; school subjects; timetables; classroom objects; days of the week; time”</w:t>
            </w:r>
          </w:p>
          <w:p>
            <w:pPr>
              <w:spacing w:after="0"/>
            </w:pPr>
            <w:r>
              <w:rPr>
                <w:b w:val="0"/>
                <w:sz w:val="19"/>
              </w:rPr>
              <w:t>in relation to themselves or others, both individually and/or with others. ENG.5.2.V1. Students can select and use the target vocabulary of the current content about “classroom life</w:t>
            </w:r>
          </w:p>
          <w:p>
            <w:pPr>
              <w:spacing w:after="0"/>
            </w:pPr>
            <w:r>
              <w:rPr>
                <w:b w:val="0"/>
                <w:sz w:val="19"/>
              </w:rPr>
              <w:t>with classroom rules and language; school subjects; timetables; classroom objects; days of</w:t>
            </w:r>
          </w:p>
          <w:p>
            <w:pPr>
              <w:spacing w:after="0"/>
            </w:pPr>
            <w:r>
              <w:rPr>
                <w:b w:val="0"/>
                <w:sz w:val="19"/>
              </w:rPr>
              <w:t>the week; time” accurately, authentically, spontaneously, and naturally and use it appropriately</w:t>
            </w:r>
          </w:p>
          <w:p>
            <w:pPr>
              <w:spacing w:after="0"/>
            </w:pPr>
            <w:r>
              <w:rPr>
                <w:b w:val="0"/>
                <w:sz w:val="19"/>
              </w:rPr>
              <w:t>and effectively when communicating with others. ENG.5.2.G1. Students can select and use the target grammatical elements of the current content about</w:t>
            </w:r>
          </w:p>
          <w:p>
            <w:pPr>
              <w:spacing w:after="0"/>
            </w:pPr>
            <w:r>
              <w:rPr>
                <w:b w:val="0"/>
                <w:sz w:val="19"/>
              </w:rPr>
              <w:t>“classroom life with classroom rules and language; school subjects; timetables; classroom</w:t>
            </w:r>
          </w:p>
          <w:p>
            <w:pPr>
              <w:spacing w:after="0"/>
            </w:pPr>
            <w:r>
              <w:rPr>
                <w:b w:val="0"/>
                <w:sz w:val="19"/>
              </w:rPr>
              <w:t>objects; days of the week; time” accurately, authentically, spontaneously, and naturally and</w:t>
            </w:r>
          </w:p>
          <w:p>
            <w:pPr>
              <w:spacing w:after="0"/>
            </w:pPr>
            <w:r>
              <w:rPr>
                <w:b w:val="0"/>
                <w:sz w:val="19"/>
              </w:rPr>
              <w:t>use it appropriately and effectively when communicating with others. ENG.5.2.W1. Students can get ready for the writing-expression process about the current content on</w:t>
            </w:r>
          </w:p>
          <w:p>
            <w:pPr>
              <w:spacing w:after="0"/>
            </w:pPr>
            <w:r>
              <w:rPr>
                <w:b w:val="0"/>
                <w:sz w:val="19"/>
              </w:rPr>
              <w:t>“classroom life with classroom rules and language; school subjects; timetables; classroom</w:t>
            </w:r>
          </w:p>
          <w:p>
            <w:pPr>
              <w:spacing w:after="0"/>
            </w:pPr>
            <w:r>
              <w:rPr>
                <w:b w:val="0"/>
                <w:sz w:val="19"/>
              </w:rPr>
              <w:t>objects; days of the week; time”. ENG.5.2.W2. Students can understand the model/example for the writing task about the current content</w:t>
            </w:r>
          </w:p>
          <w:p>
            <w:pPr>
              <w:spacing w:after="0"/>
            </w:pPr>
            <w:r>
              <w:rPr>
                <w:b w:val="0"/>
                <w:sz w:val="19"/>
              </w:rPr>
              <w:t>on “classroom life with classroom rules and language; school subjects; timetables; classroom</w:t>
            </w:r>
          </w:p>
          <w:p>
            <w:pPr>
              <w:spacing w:after="0"/>
            </w:pPr>
            <w:r>
              <w:rPr>
                <w:b w:val="0"/>
                <w:sz w:val="19"/>
              </w:rPr>
              <w:t>objects; days of the week; time”. ENG.5.2.W3. Students can organise a content for the assigned writing task on the current content</w:t>
            </w:r>
          </w:p>
          <w:p>
            <w:pPr>
              <w:spacing w:after="0"/>
            </w:pPr>
            <w:r>
              <w:rPr>
                <w:b w:val="0"/>
                <w:sz w:val="19"/>
              </w:rPr>
              <w:t>“classroom life with classroom rules and language; school subjects; timetables; classroom</w:t>
            </w:r>
          </w:p>
          <w:p>
            <w:pPr>
              <w:spacing w:after="0"/>
            </w:pPr>
            <w:r>
              <w:rPr>
                <w:b w:val="0"/>
                <w:sz w:val="19"/>
              </w:rPr>
              <w:t>objects; days of the week; time” based on the model/example provided. ENG.5.2.W4. Students can individually construct/form content for the assigned writing task on the current</w:t>
            </w:r>
          </w:p>
          <w:p>
            <w:pPr>
              <w:spacing w:after="0"/>
            </w:pPr>
            <w:r>
              <w:rPr>
                <w:b w:val="0"/>
                <w:sz w:val="19"/>
              </w:rPr>
              <w:t>content “classroom life with classroom rules and language; school subjects; timetables;</w:t>
            </w:r>
          </w:p>
          <w:p>
            <w:pPr>
              <w:spacing w:after="0"/>
            </w:pPr>
            <w:r>
              <w:rPr>
                <w:b w:val="0"/>
                <w:sz w:val="19"/>
              </w:rPr>
              <w:t>classroom objects; days of the week; time”. ENG.5.2.W5. Students can reorganise (reconstruct) and use information in the new written tasks about the</w:t>
            </w:r>
          </w:p>
          <w:p>
            <w:pPr>
              <w:spacing w:after="0"/>
            </w:pPr>
            <w:r>
              <w:rPr>
                <w:b w:val="0"/>
                <w:sz w:val="19"/>
              </w:rPr>
              <w:t>“classroom life with classroom rules and language; school subjects; timetables; classroom</w:t>
            </w:r>
          </w:p>
          <w:p>
            <w:pPr>
              <w:spacing w:after="0"/>
            </w:pPr>
            <w:r>
              <w:rPr>
                <w:b w:val="0"/>
                <w:sz w:val="19"/>
              </w:rPr>
              <w:t>objects; days of the week; time” to communicate with other people. ENG.5.2.W6. Students can reflect on their knowledge, experiences, thoughts, and feelings related to the</w:t>
            </w:r>
          </w:p>
          <w:p>
            <w:pPr>
              <w:spacing w:after="0"/>
            </w:pPr>
            <w:r>
              <w:rPr>
                <w:b w:val="0"/>
                <w:sz w:val="19"/>
              </w:rPr>
              <w:t>writing-expression process about the current content, “classroom life with classroom rules</w:t>
            </w:r>
          </w:p>
          <w:p>
            <w:pPr>
              <w:spacing w:after="0"/>
            </w:pPr>
            <w:r>
              <w:rPr>
                <w:b w:val="0"/>
                <w:sz w:val="19"/>
              </w:rPr>
              <w:t>and language; school subjects; timetables; classroom objects; days of the week; time” in</w:t>
            </w:r>
          </w:p>
          <w:p>
            <w:pPr>
              <w:spacing w:after="0"/>
            </w:pPr>
            <w:r>
              <w:rPr>
                <w:b w:val="0"/>
                <w:sz w:val="19"/>
              </w:rPr>
              <w:t>relation to themselves or others, both individually and/or with others. ENG.5.2.S1. Students can get ready for speaking-expression process about the current content on</w:t>
            </w:r>
          </w:p>
          <w:p>
            <w:pPr>
              <w:spacing w:after="0"/>
            </w:pPr>
            <w:r>
              <w:rPr>
                <w:b w:val="0"/>
                <w:sz w:val="19"/>
              </w:rPr>
              <w:t>“classroom life with classroom rules and language; school subjects; timetables; classroom</w:t>
            </w:r>
          </w:p>
          <w:p>
            <w:pPr>
              <w:spacing w:after="0"/>
            </w:pPr>
            <w:r>
              <w:rPr>
                <w:b w:val="0"/>
                <w:sz w:val="19"/>
              </w:rPr>
              <w:t>objects; days of the week; time”. ENG.5.2.S2. Students can use the model/example for producing verbal content about the current content</w:t>
            </w:r>
          </w:p>
          <w:p>
            <w:pPr>
              <w:spacing w:after="0"/>
            </w:pPr>
            <w:r>
              <w:rPr>
                <w:b w:val="0"/>
                <w:sz w:val="19"/>
              </w:rPr>
              <w:t>on “classroom life with classroom rules and language; school subjects; timetables; classroom</w:t>
            </w:r>
          </w:p>
          <w:p>
            <w:pPr>
              <w:spacing w:after="0"/>
            </w:pPr>
            <w:r>
              <w:rPr>
                <w:b w:val="0"/>
                <w:sz w:val="19"/>
              </w:rPr>
              <w:t>objects; days of the week; time”. ENG.5.2.S3. Students can organise a new verbal content on “classroom life with classroom rules and</w:t>
            </w:r>
          </w:p>
          <w:p>
            <w:pPr>
              <w:spacing w:after="0"/>
            </w:pPr>
            <w:r>
              <w:rPr>
                <w:b w:val="0"/>
                <w:sz w:val="19"/>
              </w:rPr>
              <w:t>language; school subjects; timetables; classroom objects; days of the week; time” by</w:t>
            </w:r>
          </w:p>
          <w:p>
            <w:pPr>
              <w:spacing w:after="0"/>
            </w:pPr>
            <w:r>
              <w:rPr>
                <w:b w:val="0"/>
                <w:sz w:val="19"/>
              </w:rPr>
              <w:t>speaking accurately, efficiently, and authentically. ENG.5.2.S4. Students can construct a new verbal content on “classroom life with classroom rules</w:t>
            </w:r>
          </w:p>
          <w:p>
            <w:pPr>
              <w:spacing w:after="0"/>
            </w:pPr>
            <w:r>
              <w:rPr>
                <w:b w:val="0"/>
                <w:sz w:val="19"/>
              </w:rPr>
              <w:t>and language; school subjects; timetables; classroom objects; days of the week; time” by</w:t>
            </w:r>
          </w:p>
          <w:p>
            <w:pPr>
              <w:spacing w:after="0"/>
            </w:pPr>
            <w:r>
              <w:rPr>
                <w:b w:val="0"/>
                <w:sz w:val="19"/>
              </w:rPr>
              <w:t>speaking accurately, efficiently, and authentically. ENG.5.2.S5. Students can reorganise (reconstruct) and use information about the “classroom life with</w:t>
            </w:r>
          </w:p>
          <w:p>
            <w:pPr>
              <w:spacing w:after="0"/>
            </w:pPr>
            <w:r>
              <w:rPr>
                <w:b w:val="0"/>
                <w:sz w:val="19"/>
              </w:rPr>
              <w:t>classroom rules and language; school subjects; timetables; classroom objects; days of the</w:t>
            </w:r>
          </w:p>
          <w:p>
            <w:pPr>
              <w:spacing w:after="0"/>
            </w:pPr>
            <w:r>
              <w:rPr>
                <w:b w:val="0"/>
                <w:sz w:val="19"/>
              </w:rPr>
              <w:t>week; time” to communicate with other people. ENG.5.2.S6. Students can convey their knowledge, experiences, thoughts, and feelings related to the</w:t>
            </w:r>
          </w:p>
          <w:p>
            <w:pPr>
              <w:spacing w:after="0"/>
            </w:pPr>
            <w:r>
              <w:rPr>
                <w:b w:val="0"/>
                <w:sz w:val="19"/>
              </w:rPr>
              <w:t>speaking-expression process about the current content, “classroom life with classroom rules</w:t>
            </w:r>
          </w:p>
          <w:p>
            <w:pPr>
              <w:spacing w:after="0"/>
            </w:pPr>
            <w:r>
              <w:rPr>
                <w:b w:val="0"/>
                <w:sz w:val="19"/>
              </w:rPr>
              <w:t>and language; school subjects; timetables; classroom objects; days of the week; time” to</w:t>
            </w:r>
          </w:p>
          <w:p>
            <w:pPr>
              <w:spacing w:after="0"/>
            </w:pPr>
            <w:r>
              <w:rPr>
                <w:b w:val="0"/>
                <w:sz w:val="19"/>
              </w:rPr>
              <w:t>communicate with other people in relation to themselves or others, both individually and/or</w:t>
            </w:r>
          </w:p>
          <w:p>
            <w:pPr>
              <w:spacing w:after="0"/>
            </w:pPr>
            <w:r>
              <w:rPr>
                <w:b w:val="0"/>
                <w:sz w:val="19"/>
              </w:rPr>
              <w:t>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V9. Compassion, V10. 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(ENG.5.2.L1.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ask and answer questions about the time of actions in English by using the target language</w:t>
            </w:r>
          </w:p>
          <w:p>
            <w:pPr>
              <w:spacing w:after="0"/>
            </w:pPr>
            <w:r>
              <w:rPr>
                <w:b w:val="0"/>
                <w:sz w:val="19"/>
              </w:rPr>
              <w:t>items.</w:t>
            </w:r>
          </w:p>
          <w:p>
            <w:pPr>
              <w:spacing w:after="0"/>
            </w:pPr>
            <w:r>
              <w:rPr>
                <w:b w:val="0"/>
                <w:sz w:val="19"/>
              </w:rPr>
              <w:t>Activity 1: “A Class Survey”</w:t>
            </w:r>
          </w:p>
          <w:p>
            <w:pPr>
              <w:spacing w:after="0"/>
            </w:pPr>
            <w:r>
              <w:rPr>
                <w:b w:val="0"/>
                <w:sz w:val="19"/>
              </w:rPr>
              <w:t>To do a class survey students walk around the classroom and ask three classmates, “What time do you ___?”</w:t>
            </w:r>
          </w:p>
          <w:p>
            <w:pPr>
              <w:spacing w:after="0"/>
            </w:pPr>
            <w:r>
              <w:rPr>
                <w:b w:val="0"/>
                <w:sz w:val="19"/>
              </w:rPr>
              <w:t>for different actions. They write down the answers in a chart (e.g., Name, Action, Time). Then, they analyse the</w:t>
            </w:r>
          </w:p>
          <w:p>
            <w:pPr>
              <w:spacing w:after="0"/>
            </w:pPr>
            <w:r>
              <w:rPr>
                <w:b w:val="0"/>
                <w:sz w:val="19"/>
              </w:rPr>
              <w:t>results in writing, e.g., “Most students wake up at 7:00” and report them to the class by using simple present</w:t>
            </w:r>
          </w:p>
          <w:p>
            <w:pPr>
              <w:spacing w:after="0"/>
            </w:pPr>
            <w:r>
              <w:rPr>
                <w:b w:val="0"/>
                <w:sz w:val="19"/>
              </w:rPr>
              <w:t>tense. Students share their charts in groups and give positive feedback to each other. As a self-reflection</w:t>
            </w:r>
          </w:p>
          <w:p>
            <w:pPr>
              <w:spacing w:after="0"/>
            </w:pPr>
            <w:r>
              <w:rPr>
                <w:b w:val="0"/>
                <w:sz w:val="19"/>
              </w:rPr>
              <w:t>activity students are given a chart on which they circle or colour an emoji/emoticon that represents how they</w:t>
            </w:r>
          </w:p>
          <w:p>
            <w:pPr>
              <w:spacing w:after="0"/>
            </w:pPr>
            <w:r>
              <w:rPr>
                <w:b w:val="0"/>
                <w:sz w:val="19"/>
              </w:rPr>
              <w:t>feel about their performance. Students reflect on their thoughts and feelings about the activity.</w:t>
            </w:r>
          </w:p>
          <w:p>
            <w:pPr>
              <w:spacing w:after="0"/>
            </w:pPr>
            <w:r>
              <w:rPr>
                <w:b w:val="0"/>
                <w:sz w:val="19"/>
              </w:rPr>
              <w:t>Supporting</w:t>
            </w:r>
          </w:p>
          <w:p>
            <w:pPr>
              <w:spacing w:after="0"/>
            </w:pPr>
            <w:r>
              <w:rPr>
                <w:b w:val="0"/>
                <w:sz w:val="19"/>
              </w:rPr>
              <w:t>Objective: To ask and answer questions about the time of actions in English by using the target language</w:t>
            </w:r>
          </w:p>
          <w:p>
            <w:pPr>
              <w:spacing w:after="0"/>
            </w:pPr>
            <w:r>
              <w:rPr>
                <w:b w:val="0"/>
                <w:sz w:val="19"/>
              </w:rPr>
              <w:t>items.</w:t>
            </w:r>
          </w:p>
          <w:p>
            <w:pPr>
              <w:spacing w:after="0"/>
            </w:pPr>
            <w:r>
              <w:rPr>
                <w:b w:val="0"/>
                <w:sz w:val="19"/>
              </w:rPr>
              <w:t>Activity: A Class Survey</w:t>
            </w:r>
          </w:p>
          <w:p>
            <w:pPr>
              <w:spacing w:after="0"/>
            </w:pPr>
            <w:r>
              <w:rPr>
                <w:b w:val="0"/>
                <w:sz w:val="19"/>
              </w:rPr>
              <w:t>To do a class survey students walk around the classroom and ask three classmates, “What time do you ___?” for different actions. The teacher presents vocabulary for common actions (wake up, go to school, eat lunch, etc.) and common times (7:00 am, 12:30 pm, etc.) on a handout or classroom board. Students write down the answers in a chart (e.g., Name, Action, Time). The teacher provides a partially completed chart for</w:t>
            </w:r>
          </w:p>
          <w:p>
            <w:pPr>
              <w:spacing w:after="0"/>
            </w:pPr>
            <w:r>
              <w:rPr>
                <w:b w:val="0"/>
                <w:sz w:val="19"/>
              </w:rPr>
              <w:t>them. Students write down a few sentences in simple present tense based on the chart. Students share</w:t>
            </w:r>
          </w:p>
          <w:p>
            <w:pPr>
              <w:spacing w:after="0"/>
            </w:pPr>
            <w:r>
              <w:rPr>
                <w:b w:val="0"/>
                <w:sz w:val="19"/>
              </w:rPr>
              <w:t>their charts in groups and give positive feedback to each other. As a self-reflection activity students circle or</w:t>
            </w:r>
          </w:p>
          <w:p>
            <w:pPr>
              <w:spacing w:after="0"/>
            </w:pPr>
            <w:r>
              <w:rPr>
                <w:b w:val="0"/>
                <w:sz w:val="19"/>
              </w:rPr>
              <w:t>colour an emoji/emoticon that represents how they feel about their performance. Students reflect on their</w:t>
            </w:r>
          </w:p>
          <w:p>
            <w:pPr>
              <w:spacing w:after="0"/>
            </w:pPr>
            <w:r>
              <w:rPr>
                <w:b w:val="0"/>
                <w:sz w:val="19"/>
              </w:rPr>
              <w:t>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The students will create a dream classroom. First, they will decide the</w:t>
            </w:r>
          </w:p>
          <w:p>
            <w:pPr>
              <w:spacing w:after="0"/>
            </w:pPr>
            <w:r>
              <w:rPr>
                <w:b w:val="0"/>
                <w:sz w:val="19"/>
              </w:rPr>
              <w:t>schedule for their classroom, classroom rules, and subjects. Then, they will prepare a poster about these</w:t>
            </w:r>
          </w:p>
          <w:p>
            <w:pPr>
              <w:spacing w:after="0"/>
            </w:pPr>
            <w:r>
              <w:rPr>
                <w:b w:val="0"/>
                <w:sz w:val="19"/>
              </w:rPr>
              <w:t>dream classes that include the lesson schedule and classroom rules. The posters may include photos, pictures or drawings. Finally, they will present their dream classes. The assignment will be evaluated by</w:t>
            </w:r>
          </w:p>
          <w:p>
            <w:pPr>
              <w:spacing w:after="0"/>
            </w:pPr>
            <w:r>
              <w:rPr>
                <w:b w:val="0"/>
                <w:sz w:val="19"/>
              </w:rPr>
              <w:t>using 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20 November, Children’s Rights Day</w:t>
            </w:r>
          </w:p>
          <w:p>
            <w:pPr>
              <w:spacing w:after="0"/>
            </w:pPr>
            <w:r>
              <w:rPr>
                <w:b w:val="0"/>
                <w:sz w:val="19"/>
              </w:rPr>
              <w:t>24 November, Teachers' Day</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11: 30 November - 4 December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November · Week 11: 30 November - 4 December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2: CLASSROOM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Classroom rules and language; school subjects; timetables; classroom objects; days of the</w:t>
            </w:r>
          </w:p>
          <w:p>
            <w:pPr>
              <w:spacing w:after="0"/>
            </w:pPr>
            <w:r>
              <w:rPr>
                <w:b w:val="0"/>
                <w:sz w:val="19"/>
              </w:rPr>
              <w:t>week; time</w:t>
            </w:r>
          </w:p>
          <w:p>
            <w:pPr>
              <w:spacing w:after="0"/>
            </w:pPr>
            <w:r>
              <w:rPr>
                <w:b w:val="0"/>
                <w:sz w:val="19"/>
              </w:rPr>
              <w:t>Target Vocabulary in Use (with revisional vocabulary):</w:t>
            </w:r>
          </w:p>
          <w:p>
            <w:pPr>
              <w:spacing w:after="0"/>
            </w:pPr>
            <w:r>
              <w:rPr>
                <w:b w:val="0"/>
                <w:sz w:val="19"/>
              </w:rPr>
              <w:t>Vocabulary for classroom rules and language: Nouns: Rubbish (trash-garbage-AmE), attention, (no) running.</w:t>
            </w:r>
          </w:p>
          <w:p>
            <w:pPr>
              <w:spacing w:after="0"/>
            </w:pPr>
            <w:r>
              <w:rPr>
                <w:b w:val="0"/>
                <w:sz w:val="19"/>
              </w:rPr>
              <w:t>Adjectives: Careful. Verbs: To shout, to smile, to raise a hand, to follow, to borrow, to lend, to tidy (up), to</w:t>
            </w:r>
          </w:p>
          <w:p>
            <w:pPr>
              <w:spacing w:after="0"/>
            </w:pPr>
            <w:r>
              <w:rPr>
                <w:b w:val="0"/>
                <w:sz w:val="19"/>
              </w:rPr>
              <w:t>leave, to forget, to bring, to hang (your coat), to hold on. Adverbs: Quietly, loudly, carefully, slowly.</w:t>
            </w:r>
          </w:p>
          <w:p>
            <w:pPr>
              <w:spacing w:after="0"/>
            </w:pPr>
            <w:r>
              <w:rPr>
                <w:b w:val="0"/>
                <w:sz w:val="19"/>
              </w:rPr>
              <w:t>Vocabulary for school subjects: Maths, Turkish, Science, Social Studies, Foreign Language, English, Religion</w:t>
            </w:r>
          </w:p>
          <w:p>
            <w:pPr>
              <w:spacing w:after="0"/>
            </w:pPr>
            <w:r>
              <w:rPr>
                <w:b w:val="0"/>
                <w:sz w:val="19"/>
              </w:rPr>
              <w:t>and Morals, Art, Music, P.E. (Physical Education), IT (Information Technology), Drama.</w:t>
            </w:r>
          </w:p>
          <w:p>
            <w:pPr>
              <w:spacing w:after="0"/>
            </w:pPr>
            <w:r>
              <w:rPr>
                <w:b w:val="0"/>
                <w:sz w:val="19"/>
              </w:rPr>
              <w:t>Vocabulary for timetables: Nouns: A timetable, a day, a week, a weekday, a weekend, morning, afternoon, noon, a break, lunch, double lessons. Verbs: To start, to finish.</w:t>
            </w:r>
          </w:p>
          <w:p>
            <w:pPr>
              <w:spacing w:after="0"/>
            </w:pPr>
            <w:r>
              <w:rPr>
                <w:b w:val="0"/>
                <w:sz w:val="19"/>
              </w:rPr>
              <w:t>Vocabulary for classroom objects: Nouns: A rubbish bin (a trash/garbage can -AmE), a (smart)board, a</w:t>
            </w:r>
          </w:p>
          <w:p>
            <w:pPr>
              <w:spacing w:after="0"/>
            </w:pPr>
            <w:r>
              <w:rPr>
                <w:b w:val="0"/>
                <w:sz w:val="19"/>
              </w:rPr>
              <w:t>poster, a seat, a bookshelf, a rubber (an eraser-AmE), a dictionary, a board marker, a pencil case, a (school)</w:t>
            </w:r>
          </w:p>
          <w:p>
            <w:pPr>
              <w:spacing w:after="0"/>
            </w:pPr>
            <w:r>
              <w:rPr>
                <w:b w:val="0"/>
                <w:sz w:val="19"/>
              </w:rPr>
              <w:t>material, a sheet, a notebook (exercise book-AmE), a desk.</w:t>
            </w:r>
          </w:p>
          <w:p>
            <w:pPr>
              <w:spacing w:after="0"/>
            </w:pPr>
            <w:r>
              <w:rPr>
                <w:b w:val="0"/>
                <w:sz w:val="19"/>
              </w:rPr>
              <w:t>Vocabulary for days of the week: Sunday, Monday, Tuesday, Wednesday, Thursday, Friday, Saturday.</w:t>
            </w:r>
          </w:p>
          <w:p>
            <w:pPr>
              <w:spacing w:after="0"/>
            </w:pPr>
            <w:r>
              <w:rPr>
                <w:b w:val="0"/>
                <w:sz w:val="19"/>
              </w:rPr>
              <w:t>Vocabulary for time: Half past, to, past, o’clock, quarter, a minute.</w:t>
            </w:r>
          </w:p>
          <w:p>
            <w:pPr>
              <w:spacing w:after="0"/>
            </w:pPr>
            <w:r>
              <w:rPr>
                <w:b w:val="0"/>
                <w:sz w:val="19"/>
              </w:rPr>
              <w:t>Vocabulary for numbers 50-100: From 50 to 100.</w:t>
            </w:r>
          </w:p>
          <w:p>
            <w:pPr>
              <w:spacing w:after="0"/>
            </w:pPr>
            <w:r>
              <w:rPr>
                <w:b w:val="0"/>
                <w:sz w:val="19"/>
              </w:rPr>
              <w:t>Target Grammatical Structures in Use:</w:t>
            </w:r>
          </w:p>
          <w:p>
            <w:pPr>
              <w:spacing w:after="0"/>
            </w:pPr>
            <w:r>
              <w:rPr>
                <w:b w:val="0"/>
                <w:sz w:val="19"/>
              </w:rPr>
              <w:t>-The Simple Present Tense: (We have got an Art class every Wednesday.)</w:t>
            </w:r>
          </w:p>
          <w:p>
            <w:pPr>
              <w:spacing w:after="0"/>
            </w:pPr>
            <w:r>
              <w:rPr>
                <w:b w:val="0"/>
                <w:sz w:val="19"/>
              </w:rPr>
              <w:t>-There is/are: (There is a new student in the class. There are fifty students in my class.)</w:t>
            </w:r>
          </w:p>
          <w:p>
            <w:pPr>
              <w:spacing w:after="0"/>
            </w:pPr>
            <w:r>
              <w:rPr>
                <w:b w:val="0"/>
                <w:sz w:val="19"/>
              </w:rPr>
              <w:t>-Object Pronouns: Me, you, him, her, us, you, them (Can you give me your eraser?)</w:t>
            </w:r>
          </w:p>
          <w:p>
            <w:pPr>
              <w:spacing w:after="0"/>
            </w:pPr>
            <w:r>
              <w:rPr>
                <w:b w:val="0"/>
                <w:sz w:val="19"/>
              </w:rPr>
              <w:t>-“To Be” for Time (What time is it?): (What time is it? It is half past four.)</w:t>
            </w:r>
          </w:p>
          <w:p>
            <w:pPr>
              <w:spacing w:after="0"/>
            </w:pPr>
            <w:r>
              <w:rPr>
                <w:b w:val="0"/>
                <w:sz w:val="19"/>
              </w:rPr>
              <w:t>-Wh questions (What time..?): (What time does the English class start?)</w:t>
            </w:r>
          </w:p>
          <w:p>
            <w:pPr>
              <w:spacing w:after="0"/>
            </w:pPr>
            <w:r>
              <w:rPr>
                <w:b w:val="0"/>
                <w:sz w:val="19"/>
              </w:rPr>
              <w:t>Functions of the Target Grammatical Structures in Use:</w:t>
            </w:r>
          </w:p>
          <w:p>
            <w:pPr>
              <w:spacing w:after="0"/>
            </w:pPr>
            <w:r>
              <w:rPr>
                <w:b w:val="0"/>
                <w:sz w:val="19"/>
              </w:rPr>
              <w:t>-Use of the Simple Present Tense: Describing the responsibilities of different roles in the classroom and</w:t>
            </w:r>
          </w:p>
          <w:p>
            <w:pPr>
              <w:spacing w:after="0"/>
            </w:pPr>
            <w:r>
              <w:rPr>
                <w:b w:val="0"/>
                <w:sz w:val="19"/>
              </w:rPr>
              <w:t>daily routines and study routines in a classroom.</w:t>
            </w:r>
          </w:p>
          <w:p>
            <w:pPr>
              <w:spacing w:after="0"/>
            </w:pPr>
            <w:r>
              <w:rPr>
                <w:b w:val="0"/>
                <w:sz w:val="19"/>
              </w:rPr>
              <w:t>-Use of “There is/There are”: Expressing the presence of something or somebody.</w:t>
            </w:r>
          </w:p>
          <w:p>
            <w:pPr>
              <w:spacing w:after="0"/>
            </w:pPr>
            <w:r>
              <w:rPr>
                <w:b w:val="0"/>
                <w:sz w:val="19"/>
              </w:rPr>
              <w:t>-Use of Object Pronouns: Replacing nouns that receive the action in a sentence.</w:t>
            </w:r>
          </w:p>
          <w:p>
            <w:pPr>
              <w:spacing w:after="0"/>
            </w:pPr>
            <w:r>
              <w:rPr>
                <w:b w:val="0"/>
                <w:sz w:val="19"/>
              </w:rPr>
              <w:t>-Use of “To Be” for time (What time is it?): Telling the time.</w:t>
            </w:r>
          </w:p>
          <w:p>
            <w:pPr>
              <w:spacing w:after="0"/>
            </w:pPr>
            <w:r>
              <w:rPr>
                <w:b w:val="0"/>
                <w:sz w:val="19"/>
              </w:rPr>
              <w:t>-Use of “Wh- questions” (What time..?): Asking about time of actions.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 Target Social Language in Use:</w:t>
            </w:r>
          </w:p>
          <w:p>
            <w:pPr>
              <w:spacing w:after="0"/>
            </w:pPr>
            <w:r>
              <w:rPr>
                <w:b w:val="0"/>
                <w:sz w:val="19"/>
              </w:rPr>
              <w:t>Make the grade if you want to join the Sports Club!</w:t>
            </w:r>
          </w:p>
          <w:p>
            <w:pPr>
              <w:spacing w:after="0"/>
            </w:pPr>
            <w:r>
              <w:rPr>
                <w:b w:val="0"/>
                <w:sz w:val="19"/>
              </w:rPr>
              <w:t>Don’t skip the lesson! (Please don’t cut the class!)</w:t>
            </w:r>
          </w:p>
          <w:p>
            <w:pPr>
              <w:spacing w:after="0"/>
            </w:pPr>
            <w:r>
              <w:rPr>
                <w:b w:val="0"/>
                <w:sz w:val="19"/>
              </w:rPr>
              <w:t>Give me a hand for this homework!</w:t>
            </w:r>
          </w:p>
          <w:p>
            <w:pPr>
              <w:spacing w:after="0"/>
            </w:pPr>
            <w:r>
              <w:rPr>
                <w:b w:val="0"/>
                <w:sz w:val="19"/>
              </w:rPr>
              <w:t>I don’t feel all right.</w:t>
            </w:r>
          </w:p>
          <w:p>
            <w:pPr>
              <w:spacing w:after="0"/>
            </w:pPr>
            <w:r>
              <w:rPr>
                <w:b w:val="0"/>
                <w:sz w:val="19"/>
              </w:rPr>
              <w:t>I’d love to.</w:t>
            </w:r>
          </w:p>
          <w:p>
            <w:pPr>
              <w:spacing w:after="0"/>
            </w:pPr>
            <w:r>
              <w:rPr>
                <w:b w:val="0"/>
                <w:sz w:val="19"/>
              </w:rPr>
              <w:t>Target Phonological Sounds in Use:</w:t>
            </w:r>
          </w:p>
          <w:p>
            <w:pPr>
              <w:spacing w:after="0"/>
            </w:pPr>
            <w:r>
              <w:rPr>
                <w:b w:val="0"/>
                <w:sz w:val="19"/>
              </w:rPr>
              <w:t>Intonation of negative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ENG.5.2.L1. Students can get ready for the listening/watching-comprehension process for the current</w:t>
            </w:r>
          </w:p>
          <w:p>
            <w:pPr>
              <w:spacing w:after="0"/>
            </w:pPr>
            <w:r>
              <w:rPr>
                <w:b w:val="0"/>
                <w:sz w:val="19"/>
              </w:rPr>
              <w:t>content on “classroom life with classroom rules and language; school subjects; timetables;</w:t>
            </w:r>
          </w:p>
          <w:p>
            <w:pPr>
              <w:spacing w:after="0"/>
            </w:pPr>
            <w:r>
              <w:rPr>
                <w:b w:val="0"/>
                <w:sz w:val="19"/>
              </w:rPr>
              <w:t>classroom objects; days of the week; time” carefully. ENG.5.2.L2. Students can bring information about the current content on “classroom life with classroom</w:t>
            </w:r>
          </w:p>
          <w:p>
            <w:pPr>
              <w:spacing w:after="0"/>
            </w:pPr>
            <w:r>
              <w:rPr>
                <w:b w:val="0"/>
                <w:sz w:val="19"/>
              </w:rPr>
              <w:t>rules and language; school subjects; timetables; classroom objects; days of the week; time”</w:t>
            </w:r>
          </w:p>
          <w:p>
            <w:pPr>
              <w:spacing w:after="0"/>
            </w:pPr>
            <w:r>
              <w:rPr>
                <w:b w:val="0"/>
                <w:sz w:val="19"/>
              </w:rPr>
              <w:t>together through significant details and main components while listening/watching it. ENG.5.2.L3. Students can make meaning of/derive meaning from the current content on “classroom life</w:t>
            </w:r>
          </w:p>
          <w:p>
            <w:pPr>
              <w:spacing w:after="0"/>
            </w:pPr>
            <w:r>
              <w:rPr>
                <w:b w:val="0"/>
                <w:sz w:val="19"/>
              </w:rPr>
              <w:t>with classroom rules and language; school subjects; timetables; classroom objects; days of</w:t>
            </w:r>
          </w:p>
          <w:p>
            <w:pPr>
              <w:spacing w:after="0"/>
            </w:pPr>
            <w:r>
              <w:rPr>
                <w:b w:val="0"/>
                <w:sz w:val="19"/>
              </w:rPr>
              <w:t>the week; time” through significant details by listening/watching it carefully. ENG.5.2.L4.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“classroom life with classroom rules and language; school subjects; timetables; classroom</w:t>
            </w:r>
          </w:p>
          <w:p>
            <w:pPr>
              <w:spacing w:after="0"/>
            </w:pPr>
            <w:r>
              <w:rPr>
                <w:b w:val="0"/>
                <w:sz w:val="19"/>
              </w:rPr>
              <w:t>objects; days of the week; time”. ENG.5.2.P1. Students can select and use the target phonological elements of the current content about</w:t>
            </w:r>
          </w:p>
          <w:p>
            <w:pPr>
              <w:spacing w:after="0"/>
            </w:pPr>
            <w:r>
              <w:rPr>
                <w:b w:val="0"/>
                <w:sz w:val="19"/>
              </w:rPr>
              <w:t>“classroom life with classroom rules and language; school subjects; timetables; classroom</w:t>
            </w:r>
          </w:p>
          <w:p>
            <w:pPr>
              <w:spacing w:after="0"/>
            </w:pPr>
            <w:r>
              <w:rPr>
                <w:b w:val="0"/>
                <w:sz w:val="19"/>
              </w:rPr>
              <w:t>objects; days of the week; time” accurately, authentically, and naturally through spontaneous</w:t>
            </w:r>
          </w:p>
          <w:p>
            <w:pPr>
              <w:spacing w:after="0"/>
            </w:pPr>
            <w:r>
              <w:rPr>
                <w:b w:val="0"/>
                <w:sz w:val="19"/>
              </w:rPr>
              <w:t>decision-making processes and use it in an appropriate and effective way when communicating</w:t>
            </w:r>
          </w:p>
          <w:p>
            <w:pPr>
              <w:spacing w:after="0"/>
            </w:pPr>
            <w:r>
              <w:rPr>
                <w:b w:val="0"/>
                <w:sz w:val="19"/>
              </w:rPr>
              <w:t>with others. ENG.5.2.R1. Students can get ready for the reading-comprehension process about the current content on</w:t>
            </w:r>
          </w:p>
          <w:p>
            <w:pPr>
              <w:spacing w:after="0"/>
            </w:pPr>
            <w:r>
              <w:rPr>
                <w:b w:val="0"/>
                <w:sz w:val="19"/>
              </w:rPr>
              <w:t>“classroom life with classroom rules and language; school subjects; timetables; classroom</w:t>
            </w:r>
          </w:p>
          <w:p>
            <w:pPr>
              <w:spacing w:after="0"/>
            </w:pPr>
            <w:r>
              <w:rPr>
                <w:b w:val="0"/>
                <w:sz w:val="19"/>
              </w:rPr>
              <w:t>objects; days of the week; time”. ENG.5.2.R2. Students can bring information about the current content on “classroom life with classroom</w:t>
            </w:r>
          </w:p>
          <w:p>
            <w:pPr>
              <w:spacing w:after="0"/>
            </w:pPr>
            <w:r>
              <w:rPr>
                <w:b w:val="0"/>
                <w:sz w:val="19"/>
              </w:rPr>
              <w:t>rules and language; school subjects; timetables; classroom objects; days of the week; time”</w:t>
            </w:r>
          </w:p>
          <w:p>
            <w:pPr>
              <w:spacing w:after="0"/>
            </w:pPr>
            <w:r>
              <w:rPr>
                <w:b w:val="0"/>
                <w:sz w:val="19"/>
              </w:rPr>
              <w:t>through skimming (looking quickly at) the audio-visual elements and reading the content very</w:t>
            </w:r>
          </w:p>
          <w:p>
            <w:pPr>
              <w:spacing w:after="0"/>
            </w:pPr>
            <w:r>
              <w:rPr>
                <w:b w:val="0"/>
                <w:sz w:val="19"/>
              </w:rPr>
              <w:t>quickly. ENG.5.2.R3. Students can make meaning of / derive meaning from the current content about “classroom</w:t>
            </w:r>
          </w:p>
          <w:p>
            <w:pPr>
              <w:spacing w:after="0"/>
            </w:pPr>
            <w:r>
              <w:rPr>
                <w:b w:val="0"/>
                <w:sz w:val="19"/>
              </w:rPr>
              <w:t>life with classroom rules and language; school subjects; timetables; classroom objects; days</w:t>
            </w:r>
          </w:p>
          <w:p>
            <w:pPr>
              <w:spacing w:after="0"/>
            </w:pPr>
            <w:r>
              <w:rPr>
                <w:b w:val="0"/>
                <w:sz w:val="19"/>
              </w:rPr>
              <w:t>of the week; time” by reading it carefully. ENG.5.2.R4. Students can convey their knowledge, experiences, thoughts, and feelings related to the</w:t>
            </w:r>
          </w:p>
          <w:p>
            <w:pPr>
              <w:spacing w:after="0"/>
            </w:pPr>
            <w:r>
              <w:rPr>
                <w:b w:val="0"/>
                <w:sz w:val="19"/>
              </w:rPr>
              <w:t>reading-comprehension process about the current content, “classroom life with classroom</w:t>
            </w:r>
          </w:p>
          <w:p>
            <w:pPr>
              <w:spacing w:after="0"/>
            </w:pPr>
            <w:r>
              <w:rPr>
                <w:b w:val="0"/>
                <w:sz w:val="19"/>
              </w:rPr>
              <w:t>rules and language; school subjects; timetables; classroom objects; days of the week; time”</w:t>
            </w:r>
          </w:p>
          <w:p>
            <w:pPr>
              <w:spacing w:after="0"/>
            </w:pPr>
            <w:r>
              <w:rPr>
                <w:b w:val="0"/>
                <w:sz w:val="19"/>
              </w:rPr>
              <w:t>in relation to themselves or others, both individually and/or with others. ENG.5.2.V1. Students can select and use the target vocabulary of the current content about “classroom life</w:t>
            </w:r>
          </w:p>
          <w:p>
            <w:pPr>
              <w:spacing w:after="0"/>
            </w:pPr>
            <w:r>
              <w:rPr>
                <w:b w:val="0"/>
                <w:sz w:val="19"/>
              </w:rPr>
              <w:t>with classroom rules and language; school subjects; timetables; classroom objects; days of</w:t>
            </w:r>
          </w:p>
          <w:p>
            <w:pPr>
              <w:spacing w:after="0"/>
            </w:pPr>
            <w:r>
              <w:rPr>
                <w:b w:val="0"/>
                <w:sz w:val="19"/>
              </w:rPr>
              <w:t>the week; time” accurately, authentically, spontaneously, and naturally and use it appropriately</w:t>
            </w:r>
          </w:p>
          <w:p>
            <w:pPr>
              <w:spacing w:after="0"/>
            </w:pPr>
            <w:r>
              <w:rPr>
                <w:b w:val="0"/>
                <w:sz w:val="19"/>
              </w:rPr>
              <w:t>and effectively when communicating with others. ENG.5.2.G1. Students can select and use the target grammatical elements of the current content about</w:t>
            </w:r>
          </w:p>
          <w:p>
            <w:pPr>
              <w:spacing w:after="0"/>
            </w:pPr>
            <w:r>
              <w:rPr>
                <w:b w:val="0"/>
                <w:sz w:val="19"/>
              </w:rPr>
              <w:t>“classroom life with classroom rules and language; school subjects; timetables; classroom</w:t>
            </w:r>
          </w:p>
          <w:p>
            <w:pPr>
              <w:spacing w:after="0"/>
            </w:pPr>
            <w:r>
              <w:rPr>
                <w:b w:val="0"/>
                <w:sz w:val="19"/>
              </w:rPr>
              <w:t>objects; days of the week; time” accurately, authentically, spontaneously, and naturally and</w:t>
            </w:r>
          </w:p>
          <w:p>
            <w:pPr>
              <w:spacing w:after="0"/>
            </w:pPr>
            <w:r>
              <w:rPr>
                <w:b w:val="0"/>
                <w:sz w:val="19"/>
              </w:rPr>
              <w:t>use it appropriately and effectively when communicating with others. ENG.5.2.W1. Students can get ready for the writing-expression process about the current content on</w:t>
            </w:r>
          </w:p>
          <w:p>
            <w:pPr>
              <w:spacing w:after="0"/>
            </w:pPr>
            <w:r>
              <w:rPr>
                <w:b w:val="0"/>
                <w:sz w:val="19"/>
              </w:rPr>
              <w:t>“classroom life with classroom rules and language; school subjects; timetables; classroom</w:t>
            </w:r>
          </w:p>
          <w:p>
            <w:pPr>
              <w:spacing w:after="0"/>
            </w:pPr>
            <w:r>
              <w:rPr>
                <w:b w:val="0"/>
                <w:sz w:val="19"/>
              </w:rPr>
              <w:t>objects; days of the week; time”. ENG.5.2.W2. Students can understand the model/example for the writing task about the current content</w:t>
            </w:r>
          </w:p>
          <w:p>
            <w:pPr>
              <w:spacing w:after="0"/>
            </w:pPr>
            <w:r>
              <w:rPr>
                <w:b w:val="0"/>
                <w:sz w:val="19"/>
              </w:rPr>
              <w:t>on “classroom life with classroom rules and language; school subjects; timetables; classroom</w:t>
            </w:r>
          </w:p>
          <w:p>
            <w:pPr>
              <w:spacing w:after="0"/>
            </w:pPr>
            <w:r>
              <w:rPr>
                <w:b w:val="0"/>
                <w:sz w:val="19"/>
              </w:rPr>
              <w:t>objects; days of the week; time”. ENG.5.2.W3. Students can organise a content for the assigned writing task on the current content</w:t>
            </w:r>
          </w:p>
          <w:p>
            <w:pPr>
              <w:spacing w:after="0"/>
            </w:pPr>
            <w:r>
              <w:rPr>
                <w:b w:val="0"/>
                <w:sz w:val="19"/>
              </w:rPr>
              <w:t>“classroom life with classroom rules and language; school subjects; timetables; classroom</w:t>
            </w:r>
          </w:p>
          <w:p>
            <w:pPr>
              <w:spacing w:after="0"/>
            </w:pPr>
            <w:r>
              <w:rPr>
                <w:b w:val="0"/>
                <w:sz w:val="19"/>
              </w:rPr>
              <w:t>objects; days of the week; time” based on the model/example provided. ENG.5.2.W4. Students can individually construct/form content for the assigned writing task on the current</w:t>
            </w:r>
          </w:p>
          <w:p>
            <w:pPr>
              <w:spacing w:after="0"/>
            </w:pPr>
            <w:r>
              <w:rPr>
                <w:b w:val="0"/>
                <w:sz w:val="19"/>
              </w:rPr>
              <w:t>content “classroom life with classroom rules and language; school subjects; timetables;</w:t>
            </w:r>
          </w:p>
          <w:p>
            <w:pPr>
              <w:spacing w:after="0"/>
            </w:pPr>
            <w:r>
              <w:rPr>
                <w:b w:val="0"/>
                <w:sz w:val="19"/>
              </w:rPr>
              <w:t>classroom objects; days of the week; time”. ENG.5.2.W5. Students can reorganise (reconstruct) and use information in the new written tasks about the</w:t>
            </w:r>
          </w:p>
          <w:p>
            <w:pPr>
              <w:spacing w:after="0"/>
            </w:pPr>
            <w:r>
              <w:rPr>
                <w:b w:val="0"/>
                <w:sz w:val="19"/>
              </w:rPr>
              <w:t>“classroom life with classroom rules and language; school subjects; timetables; classroom</w:t>
            </w:r>
          </w:p>
          <w:p>
            <w:pPr>
              <w:spacing w:after="0"/>
            </w:pPr>
            <w:r>
              <w:rPr>
                <w:b w:val="0"/>
                <w:sz w:val="19"/>
              </w:rPr>
              <w:t>objects; days of the week; time” to communicate with other people. ENG.5.2.W6. Students can reflect on their knowledge, experiences, thoughts, and feelings related to the</w:t>
            </w:r>
          </w:p>
          <w:p>
            <w:pPr>
              <w:spacing w:after="0"/>
            </w:pPr>
            <w:r>
              <w:rPr>
                <w:b w:val="0"/>
                <w:sz w:val="19"/>
              </w:rPr>
              <w:t>writing-expression process about the current content, “classroom life with classroom rules</w:t>
            </w:r>
          </w:p>
          <w:p>
            <w:pPr>
              <w:spacing w:after="0"/>
            </w:pPr>
            <w:r>
              <w:rPr>
                <w:b w:val="0"/>
                <w:sz w:val="19"/>
              </w:rPr>
              <w:t>and language; school subjects; timetables; classroom objects; days of the week; time” in</w:t>
            </w:r>
          </w:p>
          <w:p>
            <w:pPr>
              <w:spacing w:after="0"/>
            </w:pPr>
            <w:r>
              <w:rPr>
                <w:b w:val="0"/>
                <w:sz w:val="19"/>
              </w:rPr>
              <w:t>relation to themselves or others, both individually and/or with others. ENG.5.2.S1. Students can get ready for speaking-expression process about the current content on</w:t>
            </w:r>
          </w:p>
          <w:p>
            <w:pPr>
              <w:spacing w:after="0"/>
            </w:pPr>
            <w:r>
              <w:rPr>
                <w:b w:val="0"/>
                <w:sz w:val="19"/>
              </w:rPr>
              <w:t>“classroom life with classroom rules and language; school subjects; timetables; classroom</w:t>
            </w:r>
          </w:p>
          <w:p>
            <w:pPr>
              <w:spacing w:after="0"/>
            </w:pPr>
            <w:r>
              <w:rPr>
                <w:b w:val="0"/>
                <w:sz w:val="19"/>
              </w:rPr>
              <w:t>objects; days of the week; time”. ENG.5.2.S2. Students can use the model/example for producing verbal content about the current content</w:t>
            </w:r>
          </w:p>
          <w:p>
            <w:pPr>
              <w:spacing w:after="0"/>
            </w:pPr>
            <w:r>
              <w:rPr>
                <w:b w:val="0"/>
                <w:sz w:val="19"/>
              </w:rPr>
              <w:t>on “classroom life with classroom rules and language; school subjects; timetables; classroom</w:t>
            </w:r>
          </w:p>
          <w:p>
            <w:pPr>
              <w:spacing w:after="0"/>
            </w:pPr>
            <w:r>
              <w:rPr>
                <w:b w:val="0"/>
                <w:sz w:val="19"/>
              </w:rPr>
              <w:t>objects; days of the week; time”. ENG.5.2.S3. Students can organise a new verbal content on “classroom life with classroom rules and</w:t>
            </w:r>
          </w:p>
          <w:p>
            <w:pPr>
              <w:spacing w:after="0"/>
            </w:pPr>
            <w:r>
              <w:rPr>
                <w:b w:val="0"/>
                <w:sz w:val="19"/>
              </w:rPr>
              <w:t>language; school subjects; timetables; classroom objects; days of the week; time” by</w:t>
            </w:r>
          </w:p>
          <w:p>
            <w:pPr>
              <w:spacing w:after="0"/>
            </w:pPr>
            <w:r>
              <w:rPr>
                <w:b w:val="0"/>
                <w:sz w:val="19"/>
              </w:rPr>
              <w:t>speaking accurately, efficiently, and authentically. ENG.5.2.S4. Students can construct a new verbal content on “classroom life with classroom rules</w:t>
            </w:r>
          </w:p>
          <w:p>
            <w:pPr>
              <w:spacing w:after="0"/>
            </w:pPr>
            <w:r>
              <w:rPr>
                <w:b w:val="0"/>
                <w:sz w:val="19"/>
              </w:rPr>
              <w:t>and language; school subjects; timetables; classroom objects; days of the week; time” by</w:t>
            </w:r>
          </w:p>
          <w:p>
            <w:pPr>
              <w:spacing w:after="0"/>
            </w:pPr>
            <w:r>
              <w:rPr>
                <w:b w:val="0"/>
                <w:sz w:val="19"/>
              </w:rPr>
              <w:t>speaking accurately, efficiently, and authentically. ENG.5.2.S5. Students can reorganise (reconstruct) and use information about the “classroom life with</w:t>
            </w:r>
          </w:p>
          <w:p>
            <w:pPr>
              <w:spacing w:after="0"/>
            </w:pPr>
            <w:r>
              <w:rPr>
                <w:b w:val="0"/>
                <w:sz w:val="19"/>
              </w:rPr>
              <w:t>classroom rules and language; school subjects; timetables; classroom objects; days of the</w:t>
            </w:r>
          </w:p>
          <w:p>
            <w:pPr>
              <w:spacing w:after="0"/>
            </w:pPr>
            <w:r>
              <w:rPr>
                <w:b w:val="0"/>
                <w:sz w:val="19"/>
              </w:rPr>
              <w:t>week; time” to communicate with other people. ENG.5.2.S6. Students can convey their knowledge, experiences, thoughts, and feelings related to the</w:t>
            </w:r>
          </w:p>
          <w:p>
            <w:pPr>
              <w:spacing w:after="0"/>
            </w:pPr>
            <w:r>
              <w:rPr>
                <w:b w:val="0"/>
                <w:sz w:val="19"/>
              </w:rPr>
              <w:t>speaking-expression process about the current content, “classroom life with classroom rules</w:t>
            </w:r>
          </w:p>
          <w:p>
            <w:pPr>
              <w:spacing w:after="0"/>
            </w:pPr>
            <w:r>
              <w:rPr>
                <w:b w:val="0"/>
                <w:sz w:val="19"/>
              </w:rPr>
              <w:t>and language; school subjects; timetables; classroom objects; days of the week; time” to</w:t>
            </w:r>
          </w:p>
          <w:p>
            <w:pPr>
              <w:spacing w:after="0"/>
            </w:pPr>
            <w:r>
              <w:rPr>
                <w:b w:val="0"/>
                <w:sz w:val="19"/>
              </w:rPr>
              <w:t>communicate with other people in relation to themselves or others, both individually and/or</w:t>
            </w:r>
          </w:p>
          <w:p>
            <w:pPr>
              <w:spacing w:after="0"/>
            </w:pPr>
            <w:r>
              <w:rPr>
                <w:b w:val="0"/>
                <w:sz w:val="19"/>
              </w:rPr>
              <w:t>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V9. Compassion, V10. 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(ENG.5.2.L1.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ask and answer questions about the time of actions in English by using the target language</w:t>
            </w:r>
          </w:p>
          <w:p>
            <w:pPr>
              <w:spacing w:after="0"/>
            </w:pPr>
            <w:r>
              <w:rPr>
                <w:b w:val="0"/>
                <w:sz w:val="19"/>
              </w:rPr>
              <w:t>items.</w:t>
            </w:r>
          </w:p>
          <w:p>
            <w:pPr>
              <w:spacing w:after="0"/>
            </w:pPr>
            <w:r>
              <w:rPr>
                <w:b w:val="0"/>
                <w:sz w:val="19"/>
              </w:rPr>
              <w:t>Activity 1: “A Class Survey”</w:t>
            </w:r>
          </w:p>
          <w:p>
            <w:pPr>
              <w:spacing w:after="0"/>
            </w:pPr>
            <w:r>
              <w:rPr>
                <w:b w:val="0"/>
                <w:sz w:val="19"/>
              </w:rPr>
              <w:t>To do a class survey students walk around the classroom and ask three classmates, “What time do you ___?”</w:t>
            </w:r>
          </w:p>
          <w:p>
            <w:pPr>
              <w:spacing w:after="0"/>
            </w:pPr>
            <w:r>
              <w:rPr>
                <w:b w:val="0"/>
                <w:sz w:val="19"/>
              </w:rPr>
              <w:t>for different actions. They write down the answers in a chart (e.g., Name, Action, Time). Then, they analyse the</w:t>
            </w:r>
          </w:p>
          <w:p>
            <w:pPr>
              <w:spacing w:after="0"/>
            </w:pPr>
            <w:r>
              <w:rPr>
                <w:b w:val="0"/>
                <w:sz w:val="19"/>
              </w:rPr>
              <w:t>results in writing, e.g., “Most students wake up at 7:00” and report them to the class by using simple present</w:t>
            </w:r>
          </w:p>
          <w:p>
            <w:pPr>
              <w:spacing w:after="0"/>
            </w:pPr>
            <w:r>
              <w:rPr>
                <w:b w:val="0"/>
                <w:sz w:val="19"/>
              </w:rPr>
              <w:t>tense. Students share their charts in groups and give positive feedback to each other. As a self-reflection</w:t>
            </w:r>
          </w:p>
          <w:p>
            <w:pPr>
              <w:spacing w:after="0"/>
            </w:pPr>
            <w:r>
              <w:rPr>
                <w:b w:val="0"/>
                <w:sz w:val="19"/>
              </w:rPr>
              <w:t>activity students are given a chart on which they circle or colour an emoji/emoticon that represents how they</w:t>
            </w:r>
          </w:p>
          <w:p>
            <w:pPr>
              <w:spacing w:after="0"/>
            </w:pPr>
            <w:r>
              <w:rPr>
                <w:b w:val="0"/>
                <w:sz w:val="19"/>
              </w:rPr>
              <w:t>feel about their performance. Students reflect on their thoughts and feelings about the activity.</w:t>
            </w:r>
          </w:p>
          <w:p>
            <w:pPr>
              <w:spacing w:after="0"/>
            </w:pPr>
            <w:r>
              <w:rPr>
                <w:b w:val="0"/>
                <w:sz w:val="19"/>
              </w:rPr>
              <w:t>Supporting</w:t>
            </w:r>
          </w:p>
          <w:p>
            <w:pPr>
              <w:spacing w:after="0"/>
            </w:pPr>
            <w:r>
              <w:rPr>
                <w:b w:val="0"/>
                <w:sz w:val="19"/>
              </w:rPr>
              <w:t>Objective: To ask and answer questions about the time of actions in English by using the target language</w:t>
            </w:r>
          </w:p>
          <w:p>
            <w:pPr>
              <w:spacing w:after="0"/>
            </w:pPr>
            <w:r>
              <w:rPr>
                <w:b w:val="0"/>
                <w:sz w:val="19"/>
              </w:rPr>
              <w:t>items.</w:t>
            </w:r>
          </w:p>
          <w:p>
            <w:pPr>
              <w:spacing w:after="0"/>
            </w:pPr>
            <w:r>
              <w:rPr>
                <w:b w:val="0"/>
                <w:sz w:val="19"/>
              </w:rPr>
              <w:t>Activity: A Class Survey</w:t>
            </w:r>
          </w:p>
          <w:p>
            <w:pPr>
              <w:spacing w:after="0"/>
            </w:pPr>
            <w:r>
              <w:rPr>
                <w:b w:val="0"/>
                <w:sz w:val="19"/>
              </w:rPr>
              <w:t>To do a class survey students walk around the classroom and ask three classmates, “What time do you ___?” for different actions. The teacher presents vocabulary for common actions (wake up, go to school, eat lunch, etc.) and common times (7:00 am, 12:30 pm, etc.) on a handout or classroom board. Students write down the answers in a chart (e.g., Name, Action, Time). The teacher provides a partially completed chart for</w:t>
            </w:r>
          </w:p>
          <w:p>
            <w:pPr>
              <w:spacing w:after="0"/>
            </w:pPr>
            <w:r>
              <w:rPr>
                <w:b w:val="0"/>
                <w:sz w:val="19"/>
              </w:rPr>
              <w:t>them. Students write down a few sentences in simple present tense based on the chart. Students share</w:t>
            </w:r>
          </w:p>
          <w:p>
            <w:pPr>
              <w:spacing w:after="0"/>
            </w:pPr>
            <w:r>
              <w:rPr>
                <w:b w:val="0"/>
                <w:sz w:val="19"/>
              </w:rPr>
              <w:t>their charts in groups and give positive feedback to each other. As a self-reflection activity students circle or</w:t>
            </w:r>
          </w:p>
          <w:p>
            <w:pPr>
              <w:spacing w:after="0"/>
            </w:pPr>
            <w:r>
              <w:rPr>
                <w:b w:val="0"/>
                <w:sz w:val="19"/>
              </w:rPr>
              <w:t>colour an emoji/emoticon that represents how they feel about their performance. Students reflect on their</w:t>
            </w:r>
          </w:p>
          <w:p>
            <w:pPr>
              <w:spacing w:after="0"/>
            </w:pPr>
            <w:r>
              <w:rPr>
                <w:b w:val="0"/>
                <w:sz w:val="19"/>
              </w:rPr>
              <w:t>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The students will create a dream classroom. First, they will decide the</w:t>
            </w:r>
          </w:p>
          <w:p>
            <w:pPr>
              <w:spacing w:after="0"/>
            </w:pPr>
            <w:r>
              <w:rPr>
                <w:b w:val="0"/>
                <w:sz w:val="19"/>
              </w:rPr>
              <w:t>schedule for their classroom, classroom rules, and subjects. Then, they will prepare a poster about these</w:t>
            </w:r>
          </w:p>
          <w:p>
            <w:pPr>
              <w:spacing w:after="0"/>
            </w:pPr>
            <w:r>
              <w:rPr>
                <w:b w:val="0"/>
                <w:sz w:val="19"/>
              </w:rPr>
              <w:t>dream classes that include the lesson schedule and classroom rules. The posters may include photos, pictures or drawings. Finally, they will present their dream classes. The assignment will be evaluated by</w:t>
            </w:r>
          </w:p>
          <w:p>
            <w:pPr>
              <w:spacing w:after="0"/>
            </w:pPr>
            <w:r>
              <w:rPr>
                <w:b w:val="0"/>
                <w:sz w:val="19"/>
              </w:rPr>
              <w:t>using 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December, International Day of Persons with Disabilities</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12: 7-11 December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December · Week 12: 7-11 December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2: CLASSROOM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Classroom rules and language; school subjects; timetables; classroom objects; days of the</w:t>
            </w:r>
          </w:p>
          <w:p>
            <w:pPr>
              <w:spacing w:after="0"/>
            </w:pPr>
            <w:r>
              <w:rPr>
                <w:b w:val="0"/>
                <w:sz w:val="19"/>
              </w:rPr>
              <w:t>week; time</w:t>
            </w:r>
          </w:p>
          <w:p>
            <w:pPr>
              <w:spacing w:after="0"/>
            </w:pPr>
            <w:r>
              <w:rPr>
                <w:b w:val="0"/>
                <w:sz w:val="19"/>
              </w:rPr>
              <w:t>Target Vocabulary in Use (with revisional vocabulary):</w:t>
            </w:r>
          </w:p>
          <w:p>
            <w:pPr>
              <w:spacing w:after="0"/>
            </w:pPr>
            <w:r>
              <w:rPr>
                <w:b w:val="0"/>
                <w:sz w:val="19"/>
              </w:rPr>
              <w:t>Vocabulary for classroom rules and language: Nouns: Rubbish (trash-garbage-AmE), attention, (no) running.</w:t>
            </w:r>
          </w:p>
          <w:p>
            <w:pPr>
              <w:spacing w:after="0"/>
            </w:pPr>
            <w:r>
              <w:rPr>
                <w:b w:val="0"/>
                <w:sz w:val="19"/>
              </w:rPr>
              <w:t>Adjectives: Careful. Verbs: To shout, to smile, to raise a hand, to follow, to borrow, to lend, to tidy (up), to</w:t>
            </w:r>
          </w:p>
          <w:p>
            <w:pPr>
              <w:spacing w:after="0"/>
            </w:pPr>
            <w:r>
              <w:rPr>
                <w:b w:val="0"/>
                <w:sz w:val="19"/>
              </w:rPr>
              <w:t>leave, to forget, to bring, to hang (your coat), to hold on. Adverbs: Quietly, loudly, carefully, slowly.</w:t>
            </w:r>
          </w:p>
          <w:p>
            <w:pPr>
              <w:spacing w:after="0"/>
            </w:pPr>
            <w:r>
              <w:rPr>
                <w:b w:val="0"/>
                <w:sz w:val="19"/>
              </w:rPr>
              <w:t>Vocabulary for school subjects: Maths, Turkish, Science, Social Studies, Foreign Language, English, Religion</w:t>
            </w:r>
          </w:p>
          <w:p>
            <w:pPr>
              <w:spacing w:after="0"/>
            </w:pPr>
            <w:r>
              <w:rPr>
                <w:b w:val="0"/>
                <w:sz w:val="19"/>
              </w:rPr>
              <w:t>and Morals, Art, Music, P.E. (Physical Education), IT (Information Technology), Drama.</w:t>
            </w:r>
          </w:p>
          <w:p>
            <w:pPr>
              <w:spacing w:after="0"/>
            </w:pPr>
            <w:r>
              <w:rPr>
                <w:b w:val="0"/>
                <w:sz w:val="19"/>
              </w:rPr>
              <w:t>Vocabulary for timetables: Nouns: A timetable, a day, a week, a weekday, a weekend, morning, afternoon, noon, a break, lunch, double lessons. Verbs: To start, to finish.</w:t>
            </w:r>
          </w:p>
          <w:p>
            <w:pPr>
              <w:spacing w:after="0"/>
            </w:pPr>
            <w:r>
              <w:rPr>
                <w:b w:val="0"/>
                <w:sz w:val="19"/>
              </w:rPr>
              <w:t>Vocabulary for classroom objects: Nouns: A rubbish bin (a trash/garbage can -AmE), a (smart)board, a</w:t>
            </w:r>
          </w:p>
          <w:p>
            <w:pPr>
              <w:spacing w:after="0"/>
            </w:pPr>
            <w:r>
              <w:rPr>
                <w:b w:val="0"/>
                <w:sz w:val="19"/>
              </w:rPr>
              <w:t>poster, a seat, a bookshelf, a rubber (an eraser-AmE), a dictionary, a board marker, a pencil case, a (school)</w:t>
            </w:r>
          </w:p>
          <w:p>
            <w:pPr>
              <w:spacing w:after="0"/>
            </w:pPr>
            <w:r>
              <w:rPr>
                <w:b w:val="0"/>
                <w:sz w:val="19"/>
              </w:rPr>
              <w:t>material, a sheet, a notebook (exercise book-AmE), a desk.</w:t>
            </w:r>
          </w:p>
          <w:p>
            <w:pPr>
              <w:spacing w:after="0"/>
            </w:pPr>
            <w:r>
              <w:rPr>
                <w:b w:val="0"/>
                <w:sz w:val="19"/>
              </w:rPr>
              <w:t>Vocabulary for days of the week: Sunday, Monday, Tuesday, Wednesday, Thursday, Friday, Saturday.</w:t>
            </w:r>
          </w:p>
          <w:p>
            <w:pPr>
              <w:spacing w:after="0"/>
            </w:pPr>
            <w:r>
              <w:rPr>
                <w:b w:val="0"/>
                <w:sz w:val="19"/>
              </w:rPr>
              <w:t>Vocabulary for time: Half past, to, past, o’clock, quarter, a minute.</w:t>
            </w:r>
          </w:p>
          <w:p>
            <w:pPr>
              <w:spacing w:after="0"/>
            </w:pPr>
            <w:r>
              <w:rPr>
                <w:b w:val="0"/>
                <w:sz w:val="19"/>
              </w:rPr>
              <w:t>Vocabulary for numbers 50-100: From 50 to 100.</w:t>
            </w:r>
          </w:p>
          <w:p>
            <w:pPr>
              <w:spacing w:after="0"/>
            </w:pPr>
            <w:r>
              <w:rPr>
                <w:b w:val="0"/>
                <w:sz w:val="19"/>
              </w:rPr>
              <w:t>Target Grammatical Structures in Use:</w:t>
            </w:r>
          </w:p>
          <w:p>
            <w:pPr>
              <w:spacing w:after="0"/>
            </w:pPr>
            <w:r>
              <w:rPr>
                <w:b w:val="0"/>
                <w:sz w:val="19"/>
              </w:rPr>
              <w:t>-The Simple Present Tense: (We have got an Art class every Wednesday.)</w:t>
            </w:r>
          </w:p>
          <w:p>
            <w:pPr>
              <w:spacing w:after="0"/>
            </w:pPr>
            <w:r>
              <w:rPr>
                <w:b w:val="0"/>
                <w:sz w:val="19"/>
              </w:rPr>
              <w:t>-There is/are: (There is a new student in the class. There are fifty students in my class.)</w:t>
            </w:r>
          </w:p>
          <w:p>
            <w:pPr>
              <w:spacing w:after="0"/>
            </w:pPr>
            <w:r>
              <w:rPr>
                <w:b w:val="0"/>
                <w:sz w:val="19"/>
              </w:rPr>
              <w:t>-Object Pronouns: Me, you, him, her, us, you, them (Can you give me your eraser?)</w:t>
            </w:r>
          </w:p>
          <w:p>
            <w:pPr>
              <w:spacing w:after="0"/>
            </w:pPr>
            <w:r>
              <w:rPr>
                <w:b w:val="0"/>
                <w:sz w:val="19"/>
              </w:rPr>
              <w:t>-“To Be” for Time (What time is it?): (What time is it? It is half past four.)</w:t>
            </w:r>
          </w:p>
          <w:p>
            <w:pPr>
              <w:spacing w:after="0"/>
            </w:pPr>
            <w:r>
              <w:rPr>
                <w:b w:val="0"/>
                <w:sz w:val="19"/>
              </w:rPr>
              <w:t>-Wh questions (What time..?): (What time does the English class start?)</w:t>
            </w:r>
          </w:p>
          <w:p>
            <w:pPr>
              <w:spacing w:after="0"/>
            </w:pPr>
            <w:r>
              <w:rPr>
                <w:b w:val="0"/>
                <w:sz w:val="19"/>
              </w:rPr>
              <w:t>Functions of the Target Grammatical Structures in Use:</w:t>
            </w:r>
          </w:p>
          <w:p>
            <w:pPr>
              <w:spacing w:after="0"/>
            </w:pPr>
            <w:r>
              <w:rPr>
                <w:b w:val="0"/>
                <w:sz w:val="19"/>
              </w:rPr>
              <w:t>-Use of the Simple Present Tense: Describing the responsibilities of different roles in the classroom and</w:t>
            </w:r>
          </w:p>
          <w:p>
            <w:pPr>
              <w:spacing w:after="0"/>
            </w:pPr>
            <w:r>
              <w:rPr>
                <w:b w:val="0"/>
                <w:sz w:val="19"/>
              </w:rPr>
              <w:t>daily routines and study routines in a classroom.</w:t>
            </w:r>
          </w:p>
          <w:p>
            <w:pPr>
              <w:spacing w:after="0"/>
            </w:pPr>
            <w:r>
              <w:rPr>
                <w:b w:val="0"/>
                <w:sz w:val="19"/>
              </w:rPr>
              <w:t>-Use of “There is/There are”: Expressing the presence of something or somebody.</w:t>
            </w:r>
          </w:p>
          <w:p>
            <w:pPr>
              <w:spacing w:after="0"/>
            </w:pPr>
            <w:r>
              <w:rPr>
                <w:b w:val="0"/>
                <w:sz w:val="19"/>
              </w:rPr>
              <w:t>-Use of Object Pronouns: Replacing nouns that receive the action in a sentence.</w:t>
            </w:r>
          </w:p>
          <w:p>
            <w:pPr>
              <w:spacing w:after="0"/>
            </w:pPr>
            <w:r>
              <w:rPr>
                <w:b w:val="0"/>
                <w:sz w:val="19"/>
              </w:rPr>
              <w:t>-Use of “To Be” for time (What time is it?): Telling the time.</w:t>
            </w:r>
          </w:p>
          <w:p>
            <w:pPr>
              <w:spacing w:after="0"/>
            </w:pPr>
            <w:r>
              <w:rPr>
                <w:b w:val="0"/>
                <w:sz w:val="19"/>
              </w:rPr>
              <w:t>-Use of “Wh- questions” (What time..?): Asking about time of actions.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 Target Social Language in Use:</w:t>
            </w:r>
          </w:p>
          <w:p>
            <w:pPr>
              <w:spacing w:after="0"/>
            </w:pPr>
            <w:r>
              <w:rPr>
                <w:b w:val="0"/>
                <w:sz w:val="19"/>
              </w:rPr>
              <w:t>Make the grade if you want to join the Sports Club!</w:t>
            </w:r>
          </w:p>
          <w:p>
            <w:pPr>
              <w:spacing w:after="0"/>
            </w:pPr>
            <w:r>
              <w:rPr>
                <w:b w:val="0"/>
                <w:sz w:val="19"/>
              </w:rPr>
              <w:t>Don’t skip the lesson! (Please don’t cut the class!)</w:t>
            </w:r>
          </w:p>
          <w:p>
            <w:pPr>
              <w:spacing w:after="0"/>
            </w:pPr>
            <w:r>
              <w:rPr>
                <w:b w:val="0"/>
                <w:sz w:val="19"/>
              </w:rPr>
              <w:t>Give me a hand for this homework!</w:t>
            </w:r>
          </w:p>
          <w:p>
            <w:pPr>
              <w:spacing w:after="0"/>
            </w:pPr>
            <w:r>
              <w:rPr>
                <w:b w:val="0"/>
                <w:sz w:val="19"/>
              </w:rPr>
              <w:t>I don’t feel all right.</w:t>
            </w:r>
          </w:p>
          <w:p>
            <w:pPr>
              <w:spacing w:after="0"/>
            </w:pPr>
            <w:r>
              <w:rPr>
                <w:b w:val="0"/>
                <w:sz w:val="19"/>
              </w:rPr>
              <w:t>I’d love to.</w:t>
            </w:r>
          </w:p>
          <w:p>
            <w:pPr>
              <w:spacing w:after="0"/>
            </w:pPr>
            <w:r>
              <w:rPr>
                <w:b w:val="0"/>
                <w:sz w:val="19"/>
              </w:rPr>
              <w:t>Target Phonological Sounds in Use:</w:t>
            </w:r>
          </w:p>
          <w:p>
            <w:pPr>
              <w:spacing w:after="0"/>
            </w:pPr>
            <w:r>
              <w:rPr>
                <w:b w:val="0"/>
                <w:sz w:val="19"/>
              </w:rPr>
              <w:t>Intonation of negative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ENG.5.2.L1. Students can get ready for the listening/watching-comprehension process for the current</w:t>
            </w:r>
          </w:p>
          <w:p>
            <w:pPr>
              <w:spacing w:after="0"/>
            </w:pPr>
            <w:r>
              <w:rPr>
                <w:b w:val="0"/>
                <w:sz w:val="19"/>
              </w:rPr>
              <w:t>content on “classroom life with classroom rules and language; school subjects; timetables;</w:t>
            </w:r>
          </w:p>
          <w:p>
            <w:pPr>
              <w:spacing w:after="0"/>
            </w:pPr>
            <w:r>
              <w:rPr>
                <w:b w:val="0"/>
                <w:sz w:val="19"/>
              </w:rPr>
              <w:t>classroom objects; days of the week; time” carefully. ENG.5.2.L2. Students can bring information about the current content on “classroom life with classroom</w:t>
            </w:r>
          </w:p>
          <w:p>
            <w:pPr>
              <w:spacing w:after="0"/>
            </w:pPr>
            <w:r>
              <w:rPr>
                <w:b w:val="0"/>
                <w:sz w:val="19"/>
              </w:rPr>
              <w:t>rules and language; school subjects; timetables; classroom objects; days of the week; time”</w:t>
            </w:r>
          </w:p>
          <w:p>
            <w:pPr>
              <w:spacing w:after="0"/>
            </w:pPr>
            <w:r>
              <w:rPr>
                <w:b w:val="0"/>
                <w:sz w:val="19"/>
              </w:rPr>
              <w:t>together through significant details and main components while listening/watching it. ENG.5.2.L3. Students can make meaning of/derive meaning from the current content on “classroom life</w:t>
            </w:r>
          </w:p>
          <w:p>
            <w:pPr>
              <w:spacing w:after="0"/>
            </w:pPr>
            <w:r>
              <w:rPr>
                <w:b w:val="0"/>
                <w:sz w:val="19"/>
              </w:rPr>
              <w:t>with classroom rules and language; school subjects; timetables; classroom objects; days of</w:t>
            </w:r>
          </w:p>
          <w:p>
            <w:pPr>
              <w:spacing w:after="0"/>
            </w:pPr>
            <w:r>
              <w:rPr>
                <w:b w:val="0"/>
                <w:sz w:val="19"/>
              </w:rPr>
              <w:t>the week; time” through significant details by listening/watching it carefully. ENG.5.2.L4.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“classroom life with classroom rules and language; school subjects; timetables; classroom</w:t>
            </w:r>
          </w:p>
          <w:p>
            <w:pPr>
              <w:spacing w:after="0"/>
            </w:pPr>
            <w:r>
              <w:rPr>
                <w:b w:val="0"/>
                <w:sz w:val="19"/>
              </w:rPr>
              <w:t>objects; days of the week; time”. ENG.5.2.P1. Students can select and use the target phonological elements of the current content about</w:t>
            </w:r>
          </w:p>
          <w:p>
            <w:pPr>
              <w:spacing w:after="0"/>
            </w:pPr>
            <w:r>
              <w:rPr>
                <w:b w:val="0"/>
                <w:sz w:val="19"/>
              </w:rPr>
              <w:t>“classroom life with classroom rules and language; school subjects; timetables; classroom</w:t>
            </w:r>
          </w:p>
          <w:p>
            <w:pPr>
              <w:spacing w:after="0"/>
            </w:pPr>
            <w:r>
              <w:rPr>
                <w:b w:val="0"/>
                <w:sz w:val="19"/>
              </w:rPr>
              <w:t>objects; days of the week; time” accurately, authentically, and naturally through spontaneous</w:t>
            </w:r>
          </w:p>
          <w:p>
            <w:pPr>
              <w:spacing w:after="0"/>
            </w:pPr>
            <w:r>
              <w:rPr>
                <w:b w:val="0"/>
                <w:sz w:val="19"/>
              </w:rPr>
              <w:t>decision-making processes and use it in an appropriate and effective way when communicating</w:t>
            </w:r>
          </w:p>
          <w:p>
            <w:pPr>
              <w:spacing w:after="0"/>
            </w:pPr>
            <w:r>
              <w:rPr>
                <w:b w:val="0"/>
                <w:sz w:val="19"/>
              </w:rPr>
              <w:t>with others. ENG.5.2.R1. Students can get ready for the reading-comprehension process about the current content on</w:t>
            </w:r>
          </w:p>
          <w:p>
            <w:pPr>
              <w:spacing w:after="0"/>
            </w:pPr>
            <w:r>
              <w:rPr>
                <w:b w:val="0"/>
                <w:sz w:val="19"/>
              </w:rPr>
              <w:t>“classroom life with classroom rules and language; school subjects; timetables; classroom</w:t>
            </w:r>
          </w:p>
          <w:p>
            <w:pPr>
              <w:spacing w:after="0"/>
            </w:pPr>
            <w:r>
              <w:rPr>
                <w:b w:val="0"/>
                <w:sz w:val="19"/>
              </w:rPr>
              <w:t>objects; days of the week; time”. ENG.5.2.R2. Students can bring information about the current content on “classroom life with classroom</w:t>
            </w:r>
          </w:p>
          <w:p>
            <w:pPr>
              <w:spacing w:after="0"/>
            </w:pPr>
            <w:r>
              <w:rPr>
                <w:b w:val="0"/>
                <w:sz w:val="19"/>
              </w:rPr>
              <w:t>rules and language; school subjects; timetables; classroom objects; days of the week; time”</w:t>
            </w:r>
          </w:p>
          <w:p>
            <w:pPr>
              <w:spacing w:after="0"/>
            </w:pPr>
            <w:r>
              <w:rPr>
                <w:b w:val="0"/>
                <w:sz w:val="19"/>
              </w:rPr>
              <w:t>through skimming (looking quickly at) the audio-visual elements and reading the content very</w:t>
            </w:r>
          </w:p>
          <w:p>
            <w:pPr>
              <w:spacing w:after="0"/>
            </w:pPr>
            <w:r>
              <w:rPr>
                <w:b w:val="0"/>
                <w:sz w:val="19"/>
              </w:rPr>
              <w:t>quickly. ENG.5.2.R3. Students can make meaning of / derive meaning from the current content about “classroom</w:t>
            </w:r>
          </w:p>
          <w:p>
            <w:pPr>
              <w:spacing w:after="0"/>
            </w:pPr>
            <w:r>
              <w:rPr>
                <w:b w:val="0"/>
                <w:sz w:val="19"/>
              </w:rPr>
              <w:t>life with classroom rules and language; school subjects; timetables; classroom objects; days</w:t>
            </w:r>
          </w:p>
          <w:p>
            <w:pPr>
              <w:spacing w:after="0"/>
            </w:pPr>
            <w:r>
              <w:rPr>
                <w:b w:val="0"/>
                <w:sz w:val="19"/>
              </w:rPr>
              <w:t>of the week; time” by reading it carefully. ENG.5.2.R4. Students can convey their knowledge, experiences, thoughts, and feelings related to the</w:t>
            </w:r>
          </w:p>
          <w:p>
            <w:pPr>
              <w:spacing w:after="0"/>
            </w:pPr>
            <w:r>
              <w:rPr>
                <w:b w:val="0"/>
                <w:sz w:val="19"/>
              </w:rPr>
              <w:t>reading-comprehension process about the current content, “classroom life with classroom</w:t>
            </w:r>
          </w:p>
          <w:p>
            <w:pPr>
              <w:spacing w:after="0"/>
            </w:pPr>
            <w:r>
              <w:rPr>
                <w:b w:val="0"/>
                <w:sz w:val="19"/>
              </w:rPr>
              <w:t>rules and language; school subjects; timetables; classroom objects; days of the week; time”</w:t>
            </w:r>
          </w:p>
          <w:p>
            <w:pPr>
              <w:spacing w:after="0"/>
            </w:pPr>
            <w:r>
              <w:rPr>
                <w:b w:val="0"/>
                <w:sz w:val="19"/>
              </w:rPr>
              <w:t>in relation to themselves or others, both individually and/or with others. ENG.5.2.V1. Students can select and use the target vocabulary of the current content about “classroom life</w:t>
            </w:r>
          </w:p>
          <w:p>
            <w:pPr>
              <w:spacing w:after="0"/>
            </w:pPr>
            <w:r>
              <w:rPr>
                <w:b w:val="0"/>
                <w:sz w:val="19"/>
              </w:rPr>
              <w:t>with classroom rules and language; school subjects; timetables; classroom objects; days of</w:t>
            </w:r>
          </w:p>
          <w:p>
            <w:pPr>
              <w:spacing w:after="0"/>
            </w:pPr>
            <w:r>
              <w:rPr>
                <w:b w:val="0"/>
                <w:sz w:val="19"/>
              </w:rPr>
              <w:t>the week; time” accurately, authentically, spontaneously, and naturally and use it appropriately</w:t>
            </w:r>
          </w:p>
          <w:p>
            <w:pPr>
              <w:spacing w:after="0"/>
            </w:pPr>
            <w:r>
              <w:rPr>
                <w:b w:val="0"/>
                <w:sz w:val="19"/>
              </w:rPr>
              <w:t>and effectively when communicating with others. ENG.5.2.G1. Students can select and use the target grammatical elements of the current content about</w:t>
            </w:r>
          </w:p>
          <w:p>
            <w:pPr>
              <w:spacing w:after="0"/>
            </w:pPr>
            <w:r>
              <w:rPr>
                <w:b w:val="0"/>
                <w:sz w:val="19"/>
              </w:rPr>
              <w:t>“classroom life with classroom rules and language; school subjects; timetables; classroom</w:t>
            </w:r>
          </w:p>
          <w:p>
            <w:pPr>
              <w:spacing w:after="0"/>
            </w:pPr>
            <w:r>
              <w:rPr>
                <w:b w:val="0"/>
                <w:sz w:val="19"/>
              </w:rPr>
              <w:t>objects; days of the week; time” accurately, authentically, spontaneously, and naturally and</w:t>
            </w:r>
          </w:p>
          <w:p>
            <w:pPr>
              <w:spacing w:after="0"/>
            </w:pPr>
            <w:r>
              <w:rPr>
                <w:b w:val="0"/>
                <w:sz w:val="19"/>
              </w:rPr>
              <w:t>use it appropriately and effectively when communicating with others. ENG.5.2.W1. Students can get ready for the writing-expression process about the current content on</w:t>
            </w:r>
          </w:p>
          <w:p>
            <w:pPr>
              <w:spacing w:after="0"/>
            </w:pPr>
            <w:r>
              <w:rPr>
                <w:b w:val="0"/>
                <w:sz w:val="19"/>
              </w:rPr>
              <w:t>“classroom life with classroom rules and language; school subjects; timetables; classroom</w:t>
            </w:r>
          </w:p>
          <w:p>
            <w:pPr>
              <w:spacing w:after="0"/>
            </w:pPr>
            <w:r>
              <w:rPr>
                <w:b w:val="0"/>
                <w:sz w:val="19"/>
              </w:rPr>
              <w:t>objects; days of the week; time”. ENG.5.2.W2. Students can understand the model/example for the writing task about the current content</w:t>
            </w:r>
          </w:p>
          <w:p>
            <w:pPr>
              <w:spacing w:after="0"/>
            </w:pPr>
            <w:r>
              <w:rPr>
                <w:b w:val="0"/>
                <w:sz w:val="19"/>
              </w:rPr>
              <w:t>on “classroom life with classroom rules and language; school subjects; timetables; classroom</w:t>
            </w:r>
          </w:p>
          <w:p>
            <w:pPr>
              <w:spacing w:after="0"/>
            </w:pPr>
            <w:r>
              <w:rPr>
                <w:b w:val="0"/>
                <w:sz w:val="19"/>
              </w:rPr>
              <w:t>objects; days of the week; time”. ENG.5.2.W3. Students can organise a content for the assigned writing task on the current content</w:t>
            </w:r>
          </w:p>
          <w:p>
            <w:pPr>
              <w:spacing w:after="0"/>
            </w:pPr>
            <w:r>
              <w:rPr>
                <w:b w:val="0"/>
                <w:sz w:val="19"/>
              </w:rPr>
              <w:t>“classroom life with classroom rules and language; school subjects; timetables; classroom</w:t>
            </w:r>
          </w:p>
          <w:p>
            <w:pPr>
              <w:spacing w:after="0"/>
            </w:pPr>
            <w:r>
              <w:rPr>
                <w:b w:val="0"/>
                <w:sz w:val="19"/>
              </w:rPr>
              <w:t>objects; days of the week; time” based on the model/example provided. ENG.5.2.W4. Students can individually construct/form content for the assigned writing task on the current</w:t>
            </w:r>
          </w:p>
          <w:p>
            <w:pPr>
              <w:spacing w:after="0"/>
            </w:pPr>
            <w:r>
              <w:rPr>
                <w:b w:val="0"/>
                <w:sz w:val="19"/>
              </w:rPr>
              <w:t>content “classroom life with classroom rules and language; school subjects; timetables;</w:t>
            </w:r>
          </w:p>
          <w:p>
            <w:pPr>
              <w:spacing w:after="0"/>
            </w:pPr>
            <w:r>
              <w:rPr>
                <w:b w:val="0"/>
                <w:sz w:val="19"/>
              </w:rPr>
              <w:t>classroom objects; days of the week; time”. ENG.5.2.W5. Students can reorganise (reconstruct) and use information in the new written tasks about the</w:t>
            </w:r>
          </w:p>
          <w:p>
            <w:pPr>
              <w:spacing w:after="0"/>
            </w:pPr>
            <w:r>
              <w:rPr>
                <w:b w:val="0"/>
                <w:sz w:val="19"/>
              </w:rPr>
              <w:t>“classroom life with classroom rules and language; school subjects; timetables; classroom</w:t>
            </w:r>
          </w:p>
          <w:p>
            <w:pPr>
              <w:spacing w:after="0"/>
            </w:pPr>
            <w:r>
              <w:rPr>
                <w:b w:val="0"/>
                <w:sz w:val="19"/>
              </w:rPr>
              <w:t>objects; days of the week; time” to communicate with other people. ENG.5.2.W6. Students can reflect on their knowledge, experiences, thoughts, and feelings related to the</w:t>
            </w:r>
          </w:p>
          <w:p>
            <w:pPr>
              <w:spacing w:after="0"/>
            </w:pPr>
            <w:r>
              <w:rPr>
                <w:b w:val="0"/>
                <w:sz w:val="19"/>
              </w:rPr>
              <w:t>writing-expression process about the current content, “classroom life with classroom rules</w:t>
            </w:r>
          </w:p>
          <w:p>
            <w:pPr>
              <w:spacing w:after="0"/>
            </w:pPr>
            <w:r>
              <w:rPr>
                <w:b w:val="0"/>
                <w:sz w:val="19"/>
              </w:rPr>
              <w:t>and language; school subjects; timetables; classroom objects; days of the week; time” in</w:t>
            </w:r>
          </w:p>
          <w:p>
            <w:pPr>
              <w:spacing w:after="0"/>
            </w:pPr>
            <w:r>
              <w:rPr>
                <w:b w:val="0"/>
                <w:sz w:val="19"/>
              </w:rPr>
              <w:t>relation to themselves or others, both individually and/or with others. ENG.5.2.S1. Students can get ready for speaking-expression process about the current content on</w:t>
            </w:r>
          </w:p>
          <w:p>
            <w:pPr>
              <w:spacing w:after="0"/>
            </w:pPr>
            <w:r>
              <w:rPr>
                <w:b w:val="0"/>
                <w:sz w:val="19"/>
              </w:rPr>
              <w:t>“classroom life with classroom rules and language; school subjects; timetables; classroom</w:t>
            </w:r>
          </w:p>
          <w:p>
            <w:pPr>
              <w:spacing w:after="0"/>
            </w:pPr>
            <w:r>
              <w:rPr>
                <w:b w:val="0"/>
                <w:sz w:val="19"/>
              </w:rPr>
              <w:t>objects; days of the week; time”. ENG.5.2.S2. Students can use the model/example for producing verbal content about the current content</w:t>
            </w:r>
          </w:p>
          <w:p>
            <w:pPr>
              <w:spacing w:after="0"/>
            </w:pPr>
            <w:r>
              <w:rPr>
                <w:b w:val="0"/>
                <w:sz w:val="19"/>
              </w:rPr>
              <w:t>on “classroom life with classroom rules and language; school subjects; timetables; classroom</w:t>
            </w:r>
          </w:p>
          <w:p>
            <w:pPr>
              <w:spacing w:after="0"/>
            </w:pPr>
            <w:r>
              <w:rPr>
                <w:b w:val="0"/>
                <w:sz w:val="19"/>
              </w:rPr>
              <w:t>objects; days of the week; time”. ENG.5.2.S3. Students can organise a new verbal content on “classroom life with classroom rules and</w:t>
            </w:r>
          </w:p>
          <w:p>
            <w:pPr>
              <w:spacing w:after="0"/>
            </w:pPr>
            <w:r>
              <w:rPr>
                <w:b w:val="0"/>
                <w:sz w:val="19"/>
              </w:rPr>
              <w:t>language; school subjects; timetables; classroom objects; days of the week; time” by</w:t>
            </w:r>
          </w:p>
          <w:p>
            <w:pPr>
              <w:spacing w:after="0"/>
            </w:pPr>
            <w:r>
              <w:rPr>
                <w:b w:val="0"/>
                <w:sz w:val="19"/>
              </w:rPr>
              <w:t>speaking accurately, efficiently, and authentically. ENG.5.2.S4. Students can construct a new verbal content on “classroom life with classroom rules</w:t>
            </w:r>
          </w:p>
          <w:p>
            <w:pPr>
              <w:spacing w:after="0"/>
            </w:pPr>
            <w:r>
              <w:rPr>
                <w:b w:val="0"/>
                <w:sz w:val="19"/>
              </w:rPr>
              <w:t>and language; school subjects; timetables; classroom objects; days of the week; time” by</w:t>
            </w:r>
          </w:p>
          <w:p>
            <w:pPr>
              <w:spacing w:after="0"/>
            </w:pPr>
            <w:r>
              <w:rPr>
                <w:b w:val="0"/>
                <w:sz w:val="19"/>
              </w:rPr>
              <w:t>speaking accurately, efficiently, and authentically. ENG.5.2.S5. Students can reorganise (reconstruct) and use information about the “classroom life with</w:t>
            </w:r>
          </w:p>
          <w:p>
            <w:pPr>
              <w:spacing w:after="0"/>
            </w:pPr>
            <w:r>
              <w:rPr>
                <w:b w:val="0"/>
                <w:sz w:val="19"/>
              </w:rPr>
              <w:t>classroom rules and language; school subjects; timetables; classroom objects; days of the</w:t>
            </w:r>
          </w:p>
          <w:p>
            <w:pPr>
              <w:spacing w:after="0"/>
            </w:pPr>
            <w:r>
              <w:rPr>
                <w:b w:val="0"/>
                <w:sz w:val="19"/>
              </w:rPr>
              <w:t>week; time” to communicate with other people. ENG.5.2.S6. Students can convey their knowledge, experiences, thoughts, and feelings related to the</w:t>
            </w:r>
          </w:p>
          <w:p>
            <w:pPr>
              <w:spacing w:after="0"/>
            </w:pPr>
            <w:r>
              <w:rPr>
                <w:b w:val="0"/>
                <w:sz w:val="19"/>
              </w:rPr>
              <w:t>speaking-expression process about the current content, “classroom life with classroom rules</w:t>
            </w:r>
          </w:p>
          <w:p>
            <w:pPr>
              <w:spacing w:after="0"/>
            </w:pPr>
            <w:r>
              <w:rPr>
                <w:b w:val="0"/>
                <w:sz w:val="19"/>
              </w:rPr>
              <w:t>and language; school subjects; timetables; classroom objects; days of the week; time” to</w:t>
            </w:r>
          </w:p>
          <w:p>
            <w:pPr>
              <w:spacing w:after="0"/>
            </w:pPr>
            <w:r>
              <w:rPr>
                <w:b w:val="0"/>
                <w:sz w:val="19"/>
              </w:rPr>
              <w:t>communicate with other people in relation to themselves or others, both individually and/or</w:t>
            </w:r>
          </w:p>
          <w:p>
            <w:pPr>
              <w:spacing w:after="0"/>
            </w:pPr>
            <w:r>
              <w:rPr>
                <w:b w:val="0"/>
                <w:sz w:val="19"/>
              </w:rPr>
              <w:t>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V9. Compassion, V10. 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(ENG.5.2.L1.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ask and answer questions about the time of actions in English by using the target language</w:t>
            </w:r>
          </w:p>
          <w:p>
            <w:pPr>
              <w:spacing w:after="0"/>
            </w:pPr>
            <w:r>
              <w:rPr>
                <w:b w:val="0"/>
                <w:sz w:val="19"/>
              </w:rPr>
              <w:t>items.</w:t>
            </w:r>
          </w:p>
          <w:p>
            <w:pPr>
              <w:spacing w:after="0"/>
            </w:pPr>
            <w:r>
              <w:rPr>
                <w:b w:val="0"/>
                <w:sz w:val="19"/>
              </w:rPr>
              <w:t>Activity 1: “A Class Survey”</w:t>
            </w:r>
          </w:p>
          <w:p>
            <w:pPr>
              <w:spacing w:after="0"/>
            </w:pPr>
            <w:r>
              <w:rPr>
                <w:b w:val="0"/>
                <w:sz w:val="19"/>
              </w:rPr>
              <w:t>To do a class survey students walk around the classroom and ask three classmates, “What time do you ___?”</w:t>
            </w:r>
          </w:p>
          <w:p>
            <w:pPr>
              <w:spacing w:after="0"/>
            </w:pPr>
            <w:r>
              <w:rPr>
                <w:b w:val="0"/>
                <w:sz w:val="19"/>
              </w:rPr>
              <w:t>for different actions. They write down the answers in a chart (e.g., Name, Action, Time). Then, they analyse the</w:t>
            </w:r>
          </w:p>
          <w:p>
            <w:pPr>
              <w:spacing w:after="0"/>
            </w:pPr>
            <w:r>
              <w:rPr>
                <w:b w:val="0"/>
                <w:sz w:val="19"/>
              </w:rPr>
              <w:t>results in writing, e.g., “Most students wake up at 7:00” and report them to the class by using simple present</w:t>
            </w:r>
          </w:p>
          <w:p>
            <w:pPr>
              <w:spacing w:after="0"/>
            </w:pPr>
            <w:r>
              <w:rPr>
                <w:b w:val="0"/>
                <w:sz w:val="19"/>
              </w:rPr>
              <w:t>tense. Students share their charts in groups and give positive feedback to each other. As a self-reflection</w:t>
            </w:r>
          </w:p>
          <w:p>
            <w:pPr>
              <w:spacing w:after="0"/>
            </w:pPr>
            <w:r>
              <w:rPr>
                <w:b w:val="0"/>
                <w:sz w:val="19"/>
              </w:rPr>
              <w:t>activity students are given a chart on which they circle or colour an emoji/emoticon that represents how they</w:t>
            </w:r>
          </w:p>
          <w:p>
            <w:pPr>
              <w:spacing w:after="0"/>
            </w:pPr>
            <w:r>
              <w:rPr>
                <w:b w:val="0"/>
                <w:sz w:val="19"/>
              </w:rPr>
              <w:t>feel about their performance. Students reflect on their thoughts and feelings about the activity.</w:t>
            </w:r>
          </w:p>
          <w:p>
            <w:pPr>
              <w:spacing w:after="0"/>
            </w:pPr>
            <w:r>
              <w:rPr>
                <w:b w:val="0"/>
                <w:sz w:val="19"/>
              </w:rPr>
              <w:t>Supporting</w:t>
            </w:r>
          </w:p>
          <w:p>
            <w:pPr>
              <w:spacing w:after="0"/>
            </w:pPr>
            <w:r>
              <w:rPr>
                <w:b w:val="0"/>
                <w:sz w:val="19"/>
              </w:rPr>
              <w:t>Objective: To ask and answer questions about the time of actions in English by using the target language</w:t>
            </w:r>
          </w:p>
          <w:p>
            <w:pPr>
              <w:spacing w:after="0"/>
            </w:pPr>
            <w:r>
              <w:rPr>
                <w:b w:val="0"/>
                <w:sz w:val="19"/>
              </w:rPr>
              <w:t>items.</w:t>
            </w:r>
          </w:p>
          <w:p>
            <w:pPr>
              <w:spacing w:after="0"/>
            </w:pPr>
            <w:r>
              <w:rPr>
                <w:b w:val="0"/>
                <w:sz w:val="19"/>
              </w:rPr>
              <w:t>Activity: A Class Survey</w:t>
            </w:r>
          </w:p>
          <w:p>
            <w:pPr>
              <w:spacing w:after="0"/>
            </w:pPr>
            <w:r>
              <w:rPr>
                <w:b w:val="0"/>
                <w:sz w:val="19"/>
              </w:rPr>
              <w:t>To do a class survey students walk around the classroom and ask three classmates, “What time do you ___?” for different actions. The teacher presents vocabulary for common actions (wake up, go to school, eat lunch, etc.) and common times (7:00 am, 12:30 pm, etc.) on a handout or classroom board. Students write down the answers in a chart (e.g., Name, Action, Time). The teacher provides a partially completed chart for</w:t>
            </w:r>
          </w:p>
          <w:p>
            <w:pPr>
              <w:spacing w:after="0"/>
            </w:pPr>
            <w:r>
              <w:rPr>
                <w:b w:val="0"/>
                <w:sz w:val="19"/>
              </w:rPr>
              <w:t>them. Students write down a few sentences in simple present tense based on the chart. Students share</w:t>
            </w:r>
          </w:p>
          <w:p>
            <w:pPr>
              <w:spacing w:after="0"/>
            </w:pPr>
            <w:r>
              <w:rPr>
                <w:b w:val="0"/>
                <w:sz w:val="19"/>
              </w:rPr>
              <w:t>their charts in groups and give positive feedback to each other. As a self-reflection activity students circle or</w:t>
            </w:r>
          </w:p>
          <w:p>
            <w:pPr>
              <w:spacing w:after="0"/>
            </w:pPr>
            <w:r>
              <w:rPr>
                <w:b w:val="0"/>
                <w:sz w:val="19"/>
              </w:rPr>
              <w:t>colour an emoji/emoticon that represents how they feel about their performance. Students reflect on their</w:t>
            </w:r>
          </w:p>
          <w:p>
            <w:pPr>
              <w:spacing w:after="0"/>
            </w:pPr>
            <w:r>
              <w:rPr>
                <w:b w:val="0"/>
                <w:sz w:val="19"/>
              </w:rPr>
              <w:t>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The students will create a dream classroom. First, they will decide the</w:t>
            </w:r>
          </w:p>
          <w:p>
            <w:pPr>
              <w:spacing w:after="0"/>
            </w:pPr>
            <w:r>
              <w:rPr>
                <w:b w:val="0"/>
                <w:sz w:val="19"/>
              </w:rPr>
              <w:t>schedule for their classroom, classroom rules, and subjects. Then, they will prepare a poster about these</w:t>
            </w:r>
          </w:p>
          <w:p>
            <w:pPr>
              <w:spacing w:after="0"/>
            </w:pPr>
            <w:r>
              <w:rPr>
                <w:b w:val="0"/>
                <w:sz w:val="19"/>
              </w:rPr>
              <w:t>dream classes that include the lesson schedule and classroom rules. The posters may include photos, pictures or drawings. Finally, they will present their dream classes. The assignment will be evaluated by</w:t>
            </w:r>
          </w:p>
          <w:p>
            <w:pPr>
              <w:spacing w:after="0"/>
            </w:pPr>
            <w:r>
              <w:rPr>
                <w:b w:val="0"/>
                <w:sz w:val="19"/>
              </w:rPr>
              <w:t>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13: 14-18 December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December · Week 13: 14-18 December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3: PERSONAL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Basic body parts and physical features; clothes; daily routines and activities</w:t>
            </w:r>
          </w:p>
          <w:p>
            <w:pPr>
              <w:spacing w:after="0"/>
            </w:pPr>
            <w:r>
              <w:rPr>
                <w:b w:val="0"/>
                <w:sz w:val="19"/>
              </w:rPr>
              <w:t>Target Vocabulary in Use (with revisional vocabulary):</w:t>
            </w:r>
          </w:p>
          <w:p>
            <w:pPr>
              <w:spacing w:after="0"/>
            </w:pPr>
            <w:r>
              <w:rPr>
                <w:b w:val="0"/>
                <w:sz w:val="19"/>
              </w:rPr>
              <w:t>Vocabulary for basic body parts and physical features: Nouns: A neck, a finger, an arm, a body, an eye, a face, a foot, hair, a hand, a head, a nose, a tooth, teeth, height, a leg. Adjectives: Thin, average, curly, straight, round, square, tall, short, wavy, oval.</w:t>
            </w:r>
          </w:p>
          <w:p>
            <w:pPr>
              <w:spacing w:after="0"/>
            </w:pPr>
            <w:r>
              <w:rPr>
                <w:b w:val="0"/>
                <w:sz w:val="19"/>
              </w:rPr>
              <w:t>Vocabulary for clothes: Nouns: A belt, trousers (pants-AmE), a ring, a bag, boots, a cap, a coat, a (fancy</w:t>
            </w:r>
          </w:p>
          <w:p>
            <w:pPr>
              <w:spacing w:after="0"/>
            </w:pPr>
            <w:r>
              <w:rPr>
                <w:b w:val="0"/>
                <w:sz w:val="19"/>
              </w:rPr>
              <w:t>dress) costume, a dress, earrings, fashion, glasses, gloves, a handbag, a hat, a jacket, jeans, a jumper</w:t>
            </w:r>
          </w:p>
          <w:p>
            <w:pPr>
              <w:spacing w:after="0"/>
            </w:pPr>
            <w:r>
              <w:rPr>
                <w:b w:val="0"/>
                <w:sz w:val="19"/>
              </w:rPr>
              <w:t>(a sweater-AmE), a necklace, a raincoat, a scarf, a headscarf, a shirt, shoes, shorts, a skirt, a sock, sunglasses, a T-shirt, an umbrella, a watch, silver, clothing, a bow, an outfit. Verbs: To own, to try on, to</w:t>
            </w:r>
          </w:p>
          <w:p>
            <w:pPr>
              <w:spacing w:after="0"/>
            </w:pPr>
            <w:r>
              <w:rPr>
                <w:b w:val="0"/>
                <w:sz w:val="19"/>
              </w:rPr>
              <w:t>wear, to create. Adjectives: Thick, thin, trendy, comfortable, ordinary, fancy, different, cool.</w:t>
            </w:r>
          </w:p>
          <w:p>
            <w:pPr>
              <w:spacing w:after="0"/>
            </w:pPr>
            <w:r>
              <w:rPr>
                <w:b w:val="0"/>
                <w:sz w:val="19"/>
              </w:rPr>
              <w:t>Vocabulary for daily routines and activities: Nouns: A computer, a book, a magazine, music, a video</w:t>
            </w:r>
          </w:p>
          <w:p>
            <w:pPr>
              <w:spacing w:after="0"/>
            </w:pPr>
            <w:r>
              <w:rPr>
                <w:b w:val="0"/>
                <w:sz w:val="19"/>
              </w:rPr>
              <w:t>game, a map, a path, an adventure, an adventurer, a fashion show. Verbs: To watch, to draw, to read, to go</w:t>
            </w:r>
          </w:p>
          <w:p>
            <w:pPr>
              <w:spacing w:after="0"/>
            </w:pPr>
            <w:r>
              <w:rPr>
                <w:b w:val="0"/>
                <w:sz w:val="19"/>
              </w:rPr>
              <w:t>shopping, to go out, to travel, to smile, to find. Adjectives: Daily, general.</w:t>
            </w:r>
          </w:p>
          <w:p>
            <w:pPr>
              <w:spacing w:after="0"/>
            </w:pPr>
            <w:r>
              <w:rPr>
                <w:b w:val="0"/>
                <w:sz w:val="19"/>
              </w:rPr>
              <w:t>Adverbs of frequency: rarely, sometimes, always, never</w:t>
            </w:r>
          </w:p>
          <w:p>
            <w:pPr>
              <w:spacing w:after="0"/>
            </w:pPr>
            <w:r>
              <w:rPr>
                <w:b w:val="0"/>
                <w:sz w:val="19"/>
              </w:rPr>
              <w:t>Target Grammatical Structures in Use:</w:t>
            </w:r>
          </w:p>
          <w:p>
            <w:pPr>
              <w:spacing w:after="0"/>
            </w:pPr>
            <w:r>
              <w:rPr>
                <w:b w:val="0"/>
                <w:sz w:val="19"/>
              </w:rPr>
              <w:t>-The Simple Present Tense: (She wears her blue coat every winter.)</w:t>
            </w:r>
          </w:p>
          <w:p>
            <w:pPr>
              <w:spacing w:after="0"/>
            </w:pPr>
            <w:r>
              <w:rPr>
                <w:b w:val="0"/>
                <w:sz w:val="19"/>
              </w:rPr>
              <w:t>-Question Tags for the Simple Present Tense: (She reads a book every evening, doesn’t she?)</w:t>
            </w:r>
          </w:p>
          <w:p>
            <w:pPr>
              <w:spacing w:after="0"/>
            </w:pPr>
            <w:r>
              <w:rPr>
                <w:b w:val="0"/>
                <w:sz w:val="19"/>
              </w:rPr>
              <w:t>-Adverbs of Frequency (How often): (He usually wears sunglasses in summer.)</w:t>
            </w:r>
          </w:p>
          <w:p>
            <w:pPr>
              <w:spacing w:after="0"/>
            </w:pPr>
            <w:r>
              <w:rPr>
                <w:b w:val="0"/>
                <w:sz w:val="19"/>
              </w:rPr>
              <w:t>-Possessive adjectives: My, your, his, her, our, your, their (I love my bag.)</w:t>
            </w:r>
          </w:p>
          <w:p>
            <w:pPr>
              <w:spacing w:after="0"/>
            </w:pPr>
            <w:r>
              <w:rPr>
                <w:b w:val="0"/>
                <w:sz w:val="19"/>
              </w:rPr>
              <w:t>Functions of the Target Grammatical Structures in Use:</w:t>
            </w:r>
          </w:p>
          <w:p>
            <w:pPr>
              <w:spacing w:after="0"/>
            </w:pPr>
            <w:r>
              <w:rPr>
                <w:b w:val="0"/>
                <w:sz w:val="19"/>
              </w:rPr>
              <w:t>-Use of The Simple Present Tense: Describing daily routines or habits.</w:t>
            </w:r>
          </w:p>
          <w:p>
            <w:pPr>
              <w:spacing w:after="0"/>
            </w:pPr>
            <w:r>
              <w:rPr>
                <w:b w:val="0"/>
                <w:sz w:val="19"/>
              </w:rPr>
              <w:t>-Use of Question Tags for the Simple Present Tense: Checking or confirming general truths, actions or</w:t>
            </w:r>
          </w:p>
          <w:p>
            <w:pPr>
              <w:spacing w:after="0"/>
            </w:pPr>
            <w:r>
              <w:rPr>
                <w:b w:val="0"/>
                <w:sz w:val="19"/>
              </w:rPr>
              <w:t>habits.</w:t>
            </w:r>
          </w:p>
          <w:p>
            <w:pPr>
              <w:spacing w:after="0"/>
            </w:pPr>
            <w:r>
              <w:rPr>
                <w:b w:val="0"/>
                <w:sz w:val="19"/>
              </w:rPr>
              <w:t>-Use of Adverbs of Frequency (How often): Expressing the frequency of actions or events.</w:t>
            </w:r>
          </w:p>
          <w:p>
            <w:pPr>
              <w:spacing w:after="0"/>
            </w:pPr>
            <w:r>
              <w:rPr>
                <w:b w:val="0"/>
                <w:sz w:val="19"/>
              </w:rPr>
              <w:t>-Use of Possessive Adjectives: Showing ownership in relation to nouns.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 :</w:t>
            </w:r>
          </w:p>
          <w:p>
            <w:pPr>
              <w:spacing w:after="0"/>
            </w:pPr>
            <w:r>
              <w:rPr>
                <w:b w:val="0"/>
                <w:sz w:val="19"/>
              </w:rPr>
              <w:t>I’ll pop round to see you later!</w:t>
            </w:r>
          </w:p>
          <w:p>
            <w:pPr>
              <w:spacing w:after="0"/>
            </w:pPr>
            <w:r>
              <w:rPr>
                <w:b w:val="0"/>
                <w:sz w:val="19"/>
              </w:rPr>
              <w:t>Don’t make fun of people!</w:t>
            </w:r>
          </w:p>
          <w:p>
            <w:pPr>
              <w:spacing w:after="0"/>
            </w:pPr>
            <w:r>
              <w:rPr>
                <w:b w:val="0"/>
                <w:sz w:val="19"/>
              </w:rPr>
              <w:t>Let’s sort out the problem! Target Phonological Sounds in Use:</w:t>
            </w:r>
          </w:p>
          <w:p>
            <w:pPr>
              <w:spacing w:after="0"/>
            </w:pPr>
            <w:r>
              <w:rPr>
                <w:b w:val="0"/>
                <w:sz w:val="19"/>
              </w:rPr>
              <w:t>Intonation of questions and question tags.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ENG.5.3.L1. Students can get ready for the listening/watching-comprehension process for the current</w:t>
            </w:r>
          </w:p>
          <w:p>
            <w:pPr>
              <w:spacing w:after="0"/>
            </w:pPr>
            <w:r>
              <w:rPr>
                <w:b w:val="0"/>
                <w:sz w:val="19"/>
              </w:rPr>
              <w:t>content on “personal life with basic body parts and physical features; clothes; daily routines</w:t>
            </w:r>
          </w:p>
          <w:p>
            <w:pPr>
              <w:spacing w:after="0"/>
            </w:pPr>
            <w:r>
              <w:rPr>
                <w:b w:val="0"/>
                <w:sz w:val="19"/>
              </w:rPr>
              <w:t>and activities” carefully. ENG.5.3.L2. Students can bring information about the current content on “personal life with basic body</w:t>
            </w:r>
          </w:p>
          <w:p>
            <w:pPr>
              <w:spacing w:after="0"/>
            </w:pPr>
            <w:r>
              <w:rPr>
                <w:b w:val="0"/>
                <w:sz w:val="19"/>
              </w:rPr>
              <w:t>parts and physical features; clothes; daily routines and activities” together through significant</w:t>
            </w:r>
          </w:p>
          <w:p>
            <w:pPr>
              <w:spacing w:after="0"/>
            </w:pPr>
            <w:r>
              <w:rPr>
                <w:b w:val="0"/>
                <w:sz w:val="19"/>
              </w:rPr>
              <w:t>details and main components while listening/watching it. ENG.5.3.L3. Students can make meaning of/derive meaning from the current content on “personal life</w:t>
            </w:r>
          </w:p>
          <w:p>
            <w:pPr>
              <w:spacing w:after="0"/>
            </w:pPr>
            <w:r>
              <w:rPr>
                <w:b w:val="0"/>
                <w:sz w:val="19"/>
              </w:rPr>
              <w:t>with basic body parts and physical features; clothes; daily routines and activities” through</w:t>
            </w:r>
          </w:p>
          <w:p>
            <w:pPr>
              <w:spacing w:after="0"/>
            </w:pPr>
            <w:r>
              <w:rPr>
                <w:b w:val="0"/>
                <w:sz w:val="19"/>
              </w:rPr>
              <w:t>significant details by listening/watching it carefully. ENG.5.3.L4. Students can convey their knowledge, experience, thoughts, and feelings examined carefully</w:t>
            </w:r>
          </w:p>
          <w:p>
            <w:pPr>
              <w:spacing w:after="0"/>
            </w:pPr>
            <w:r>
              <w:rPr>
                <w:b w:val="0"/>
                <w:sz w:val="19"/>
              </w:rPr>
              <w:t>about the whole listening/watching-comprehension process in relation to the current</w:t>
            </w:r>
          </w:p>
          <w:p>
            <w:pPr>
              <w:spacing w:after="0"/>
            </w:pPr>
            <w:r>
              <w:rPr>
                <w:b w:val="0"/>
                <w:sz w:val="19"/>
              </w:rPr>
              <w:t>content on “personal life with basic body parts and physical features; clothes; daily routines</w:t>
            </w:r>
          </w:p>
          <w:p>
            <w:pPr>
              <w:spacing w:after="0"/>
            </w:pPr>
            <w:r>
              <w:rPr>
                <w:b w:val="0"/>
                <w:sz w:val="19"/>
              </w:rPr>
              <w:t>and activities”. ENG.5.3.P1. Students can select and use the target phonological elements of the current content about</w:t>
            </w:r>
          </w:p>
          <w:p>
            <w:pPr>
              <w:spacing w:after="0"/>
            </w:pPr>
            <w:r>
              <w:rPr>
                <w:b w:val="0"/>
                <w:sz w:val="19"/>
              </w:rPr>
              <w:t>“personal life with basic body parts and physical features; clothes; daily routines and activities”</w:t>
            </w:r>
          </w:p>
          <w:p>
            <w:pPr>
              <w:spacing w:after="0"/>
            </w:pPr>
            <w:r>
              <w:rPr>
                <w:b w:val="0"/>
                <w:sz w:val="19"/>
              </w:rPr>
              <w:t>accurately, authentically, and naturally through spontaneous decision-making processes and</w:t>
            </w:r>
          </w:p>
          <w:p>
            <w:pPr>
              <w:spacing w:after="0"/>
            </w:pPr>
            <w:r>
              <w:rPr>
                <w:b w:val="0"/>
                <w:sz w:val="19"/>
              </w:rPr>
              <w:t>use it in an appropriate and effective way when communicating with others. ENG.5.3.R1. Students can get ready for the reading-comprehension process about the current content</w:t>
            </w:r>
          </w:p>
          <w:p>
            <w:pPr>
              <w:spacing w:after="0"/>
            </w:pPr>
            <w:r>
              <w:rPr>
                <w:b w:val="0"/>
                <w:sz w:val="19"/>
              </w:rPr>
              <w:t>on “personal life with basic body parts and physical features; clothes; daily routines and</w:t>
            </w:r>
          </w:p>
          <w:p>
            <w:pPr>
              <w:spacing w:after="0"/>
            </w:pPr>
            <w:r>
              <w:rPr>
                <w:b w:val="0"/>
                <w:sz w:val="19"/>
              </w:rPr>
              <w:t>activities”. ENG.5.3.R2. Students can bring information about the current content on “personal life with basic body</w:t>
            </w:r>
          </w:p>
          <w:p>
            <w:pPr>
              <w:spacing w:after="0"/>
            </w:pPr>
            <w:r>
              <w:rPr>
                <w:b w:val="0"/>
                <w:sz w:val="19"/>
              </w:rPr>
              <w:t>parts and physical features; clothes; daily routines and activities” through skimming (looking</w:t>
            </w:r>
          </w:p>
          <w:p>
            <w:pPr>
              <w:spacing w:after="0"/>
            </w:pPr>
            <w:r>
              <w:rPr>
                <w:b w:val="0"/>
                <w:sz w:val="19"/>
              </w:rPr>
              <w:t>quickly at) the audio-visual elements and reading the content very quickly. ENG.5.3.R3. Students can make meaning of / derive meaning from the current content about “personal life</w:t>
            </w:r>
          </w:p>
          <w:p>
            <w:pPr>
              <w:spacing w:after="0"/>
            </w:pPr>
            <w:r>
              <w:rPr>
                <w:b w:val="0"/>
                <w:sz w:val="19"/>
              </w:rPr>
              <w:t>with basic body parts and physical features; clothes; daily routines and activities” by reading</w:t>
            </w:r>
          </w:p>
          <w:p>
            <w:pPr>
              <w:spacing w:after="0"/>
            </w:pPr>
            <w:r>
              <w:rPr>
                <w:b w:val="0"/>
                <w:sz w:val="19"/>
              </w:rPr>
              <w:t>it carefully. ENG.5.3.R4. Students can convey their knowledge, experiences, thoughts, and feelings related to the</w:t>
            </w:r>
          </w:p>
          <w:p>
            <w:pPr>
              <w:spacing w:after="0"/>
            </w:pPr>
            <w:r>
              <w:rPr>
                <w:b w:val="0"/>
                <w:sz w:val="19"/>
              </w:rPr>
              <w:t>reading-comprehension process about the current content, “personal life with basic body</w:t>
            </w:r>
          </w:p>
          <w:p>
            <w:pPr>
              <w:spacing w:after="0"/>
            </w:pPr>
            <w:r>
              <w:rPr>
                <w:b w:val="0"/>
                <w:sz w:val="19"/>
              </w:rPr>
              <w:t>parts and physical features; clothes; daily routines and activities” in relation to themselves or</w:t>
            </w:r>
          </w:p>
          <w:p>
            <w:pPr>
              <w:spacing w:after="0"/>
            </w:pPr>
            <w:r>
              <w:rPr>
                <w:b w:val="0"/>
                <w:sz w:val="19"/>
              </w:rPr>
              <w:t>others, both individually and/or with others. ENG.5.3.V1. Students can select and use the target vocabulary of the current content about “personal life</w:t>
            </w:r>
          </w:p>
          <w:p>
            <w:pPr>
              <w:spacing w:after="0"/>
            </w:pPr>
            <w:r>
              <w:rPr>
                <w:b w:val="0"/>
                <w:sz w:val="19"/>
              </w:rPr>
              <w:t>with basic body parts and physical features; clothes; daily routines and activities” accurately, authentically, spontaneously, and naturally and use it appropriately and effectively when</w:t>
            </w:r>
          </w:p>
          <w:p>
            <w:pPr>
              <w:spacing w:after="0"/>
            </w:pPr>
            <w:r>
              <w:rPr>
                <w:b w:val="0"/>
                <w:sz w:val="19"/>
              </w:rPr>
              <w:t>communicating with others. ENG.5.3.G1. Students can select and use the target grammatical elements of the current content about</w:t>
            </w:r>
          </w:p>
          <w:p>
            <w:pPr>
              <w:spacing w:after="0"/>
            </w:pPr>
            <w:r>
              <w:rPr>
                <w:b w:val="0"/>
                <w:sz w:val="19"/>
              </w:rPr>
              <w:t>“personal life with basic body parts and physical features; clothes; daily routines and activities”</w:t>
            </w:r>
          </w:p>
          <w:p>
            <w:pPr>
              <w:spacing w:after="0"/>
            </w:pPr>
            <w:r>
              <w:rPr>
                <w:b w:val="0"/>
                <w:sz w:val="19"/>
              </w:rPr>
              <w:t>accurately, authentically, spontaneously, and naturally and use it appropriately and effectively</w:t>
            </w:r>
          </w:p>
          <w:p>
            <w:pPr>
              <w:spacing w:after="0"/>
            </w:pPr>
            <w:r>
              <w:rPr>
                <w:b w:val="0"/>
                <w:sz w:val="19"/>
              </w:rPr>
              <w:t>when communicating with others. ENG.5.3.W1. Students can get ready for the writing-expression process about the current content</w:t>
            </w:r>
          </w:p>
          <w:p>
            <w:pPr>
              <w:spacing w:after="0"/>
            </w:pPr>
            <w:r>
              <w:rPr>
                <w:b w:val="0"/>
                <w:sz w:val="19"/>
              </w:rPr>
              <w:t>on “personal life with basic body parts and physical features; clothes; daily routines and</w:t>
            </w:r>
          </w:p>
          <w:p>
            <w:pPr>
              <w:spacing w:after="0"/>
            </w:pPr>
            <w:r>
              <w:rPr>
                <w:b w:val="0"/>
                <w:sz w:val="19"/>
              </w:rPr>
              <w:t>activities”. ENG.5.3.W2. Students can understand the model/example for the writing task about the current content</w:t>
            </w:r>
          </w:p>
          <w:p>
            <w:pPr>
              <w:spacing w:after="0"/>
            </w:pPr>
            <w:r>
              <w:rPr>
                <w:b w:val="0"/>
                <w:sz w:val="19"/>
              </w:rPr>
              <w:t>on “personal life with basic body parts and physical features; clothes; daily routines and</w:t>
            </w:r>
          </w:p>
          <w:p>
            <w:pPr>
              <w:spacing w:after="0"/>
            </w:pPr>
            <w:r>
              <w:rPr>
                <w:b w:val="0"/>
                <w:sz w:val="19"/>
              </w:rPr>
              <w:t>activities”. ENG.5.3.W3. Students can organise a content for the assigned writing task on the current content “personal</w:t>
            </w:r>
          </w:p>
          <w:p>
            <w:pPr>
              <w:spacing w:after="0"/>
            </w:pPr>
            <w:r>
              <w:rPr>
                <w:b w:val="0"/>
                <w:sz w:val="19"/>
              </w:rPr>
              <w:t>life with basic body parts and physical features; clothes; daily routines and activities” based</w:t>
            </w:r>
          </w:p>
          <w:p>
            <w:pPr>
              <w:spacing w:after="0"/>
            </w:pPr>
            <w:r>
              <w:rPr>
                <w:b w:val="0"/>
                <w:sz w:val="19"/>
              </w:rPr>
              <w:t>on the model/example provided. ENG.5.3.W4. Students can individually construct/form content for the assigned writing task on the current</w:t>
            </w:r>
          </w:p>
          <w:p>
            <w:pPr>
              <w:spacing w:after="0"/>
            </w:pPr>
            <w:r>
              <w:rPr>
                <w:b w:val="0"/>
                <w:sz w:val="19"/>
              </w:rPr>
              <w:t>content “personal life with basic body parts and physical features; clothes; daily routines and</w:t>
            </w:r>
          </w:p>
          <w:p>
            <w:pPr>
              <w:spacing w:after="0"/>
            </w:pPr>
            <w:r>
              <w:rPr>
                <w:b w:val="0"/>
                <w:sz w:val="19"/>
              </w:rPr>
              <w:t>activities”. ENG.5.3.W5. Students can reorganise (reconstruct) and use information in the new written tasks about</w:t>
            </w:r>
          </w:p>
          <w:p>
            <w:pPr>
              <w:spacing w:after="0"/>
            </w:pPr>
            <w:r>
              <w:rPr>
                <w:b w:val="0"/>
                <w:sz w:val="19"/>
              </w:rPr>
              <w:t>the “personal life with basic body parts and physical features; clothes; daily routines and</w:t>
            </w:r>
          </w:p>
          <w:p>
            <w:pPr>
              <w:spacing w:after="0"/>
            </w:pPr>
            <w:r>
              <w:rPr>
                <w:b w:val="0"/>
                <w:sz w:val="19"/>
              </w:rPr>
              <w:t>activities” to communicate with other people. ENG.5.3.W6. Students can reflect on their knowledge, experiences, thoughts, and feelings related to the</w:t>
            </w:r>
          </w:p>
          <w:p>
            <w:pPr>
              <w:spacing w:after="0"/>
            </w:pPr>
            <w:r>
              <w:rPr>
                <w:b w:val="0"/>
                <w:sz w:val="19"/>
              </w:rPr>
              <w:t>writing-expression process about the current content, “personal life with basic body parts</w:t>
            </w:r>
          </w:p>
          <w:p>
            <w:pPr>
              <w:spacing w:after="0"/>
            </w:pPr>
            <w:r>
              <w:rPr>
                <w:b w:val="0"/>
                <w:sz w:val="19"/>
              </w:rPr>
              <w:t>and physical features; clothes; daily routines and activities” in relation to themselves or</w:t>
            </w:r>
          </w:p>
          <w:p>
            <w:pPr>
              <w:spacing w:after="0"/>
            </w:pPr>
            <w:r>
              <w:rPr>
                <w:b w:val="0"/>
                <w:sz w:val="19"/>
              </w:rPr>
              <w:t>others, both individually and/or with others. ENG.5.3.S1. Students can get ready for speaking-expression process about the current content on</w:t>
            </w:r>
          </w:p>
          <w:p>
            <w:pPr>
              <w:spacing w:after="0"/>
            </w:pPr>
            <w:r>
              <w:rPr>
                <w:b w:val="0"/>
                <w:sz w:val="19"/>
              </w:rPr>
              <w:t>“personal life with basic body parts and physical features; clothes; daily routines and activities”. ENG.5.3.S2. Students can use the model/example for producing verbal content about the current content</w:t>
            </w:r>
          </w:p>
          <w:p>
            <w:pPr>
              <w:spacing w:after="0"/>
            </w:pPr>
            <w:r>
              <w:rPr>
                <w:b w:val="0"/>
                <w:sz w:val="19"/>
              </w:rPr>
              <w:t>on “personal life with basic body parts and physical features; clothes; daily routines and</w:t>
            </w:r>
          </w:p>
          <w:p>
            <w:pPr>
              <w:spacing w:after="0"/>
            </w:pPr>
            <w:r>
              <w:rPr>
                <w:b w:val="0"/>
                <w:sz w:val="19"/>
              </w:rPr>
              <w:t>activities”. ENG.5.3.S3. Students can organise a new verbal content on “personal life with basic body parts and</w:t>
            </w:r>
          </w:p>
          <w:p>
            <w:pPr>
              <w:spacing w:after="0"/>
            </w:pPr>
            <w:r>
              <w:rPr>
                <w:b w:val="0"/>
                <w:sz w:val="19"/>
              </w:rPr>
              <w:t>physical features; clothes; daily routines and activities” by speaking accurately, efficiently, and authentically. ENG.5.3.S4. Students can construct a new verbal content on “personal life with basic body parts and</w:t>
            </w:r>
          </w:p>
          <w:p>
            <w:pPr>
              <w:spacing w:after="0"/>
            </w:pPr>
            <w:r>
              <w:rPr>
                <w:b w:val="0"/>
                <w:sz w:val="19"/>
              </w:rPr>
              <w:t>physical features; clothes; daily routines and activities” by speaking accurately, efficiently, and authentically. ENG.5.3.S5. Students can reorganise (reconstruct) and use information about the “personal life with basic</w:t>
            </w:r>
          </w:p>
          <w:p>
            <w:pPr>
              <w:spacing w:after="0"/>
            </w:pPr>
            <w:r>
              <w:rPr>
                <w:b w:val="0"/>
                <w:sz w:val="19"/>
              </w:rPr>
              <w:t>body parts and physical features; clothes; daily routines and activities” to communicate with</w:t>
            </w:r>
          </w:p>
          <w:p>
            <w:pPr>
              <w:spacing w:after="0"/>
            </w:pPr>
            <w:r>
              <w:rPr>
                <w:b w:val="0"/>
                <w:sz w:val="19"/>
              </w:rPr>
              <w:t>other people. ENG.5.3.S6. Students can convey their knowledge, experiences, thoughts, and feelings related to the</w:t>
            </w:r>
          </w:p>
          <w:p>
            <w:pPr>
              <w:spacing w:after="0"/>
            </w:pPr>
            <w:r>
              <w:rPr>
                <w:b w:val="0"/>
                <w:sz w:val="19"/>
              </w:rPr>
              <w:t>speaking-expression process about the current content, “personal life with basic body parts</w:t>
            </w:r>
          </w:p>
          <w:p>
            <w:pPr>
              <w:spacing w:after="0"/>
            </w:pPr>
            <w:r>
              <w:rPr>
                <w:b w:val="0"/>
                <w:sz w:val="19"/>
              </w:rPr>
              <w:t>and physical features; clothes; daily routines and activities” to communicate with other people</w:t>
            </w:r>
          </w:p>
          <w:p>
            <w:pPr>
              <w:spacing w:after="0"/>
            </w:pPr>
            <w:r>
              <w:rPr>
                <w:b w:val="0"/>
                <w:sz w:val="19"/>
              </w:rPr>
              <w:t>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V10. Modesty, V11.</w:t>
            </w:r>
          </w:p>
          <w:p>
            <w:pPr>
              <w:spacing w:after="0"/>
            </w:pPr>
            <w:r>
              <w:rPr>
                <w:b w:val="0"/>
                <w:sz w:val="19"/>
              </w:rPr>
              <w:t>Independence, V12. Patience, V13. Healthy Living, V16. Responsibility, V18.</w:t>
            </w:r>
          </w:p>
          <w:p>
            <w:pPr>
              <w:spacing w:after="0"/>
            </w:pPr>
            <w:r>
              <w:rPr>
                <w:b w:val="0"/>
                <w:sz w:val="19"/>
              </w:rPr>
              <w:t>Cleanliness,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(ENG.5.3.L1.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describe basic body parts, physical features, and clothes in English.</w:t>
            </w:r>
          </w:p>
          <w:p>
            <w:pPr>
              <w:spacing w:after="0"/>
            </w:pPr>
            <w:r>
              <w:rPr>
                <w:b w:val="0"/>
                <w:sz w:val="19"/>
              </w:rPr>
              <w:t>Activity 1: A Missing Person Poster</w:t>
            </w:r>
          </w:p>
          <w:p>
            <w:pPr>
              <w:spacing w:after="0"/>
            </w:pPr>
            <w:r>
              <w:rPr>
                <w:b w:val="0"/>
                <w:sz w:val="19"/>
              </w:rPr>
              <w:t>The teacher brings picture cards or cutouts with different people (diverse ages, physical features, and clothing). She/He tells students to work in pairs to create a missing person poster. Each pair gets a</w:t>
            </w:r>
          </w:p>
          <w:p>
            <w:pPr>
              <w:spacing w:after="0"/>
            </w:pPr>
            <w:r>
              <w:rPr>
                <w:b w:val="0"/>
                <w:sz w:val="19"/>
              </w:rPr>
              <w:t>picture card of a person. Pairs write a short description of the person in the picture, including body parts, physical features, and clothing. The teacher shows the picture cards to the whole class or sticks them on</w:t>
            </w:r>
          </w:p>
          <w:p>
            <w:pPr>
              <w:spacing w:after="0"/>
            </w:pPr>
            <w:r>
              <w:rPr>
                <w:b w:val="0"/>
                <w:sz w:val="19"/>
              </w:rPr>
              <w:t>the board. Pairs read their descriptive paragraphs aloud and students in the class match the descriptions</w:t>
            </w:r>
          </w:p>
          <w:p>
            <w:pPr>
              <w:spacing w:after="0"/>
            </w:pPr>
            <w:r>
              <w:rPr>
                <w:b w:val="0"/>
                <w:sz w:val="19"/>
              </w:rPr>
              <w:t>with the pictures. Students give positive feedback to their friends for their clear descriptions. The teacher</w:t>
            </w:r>
          </w:p>
          <w:p>
            <w:pPr>
              <w:spacing w:after="0"/>
            </w:pPr>
            <w:r>
              <w:rPr>
                <w:b w:val="0"/>
                <w:sz w:val="19"/>
              </w:rPr>
              <w:t>encourages students to reflect on their strengths and areas for improvement. Each student reflects on their</w:t>
            </w:r>
          </w:p>
          <w:p>
            <w:pPr>
              <w:spacing w:after="0"/>
            </w:pPr>
            <w:r>
              <w:rPr>
                <w:b w:val="0"/>
                <w:sz w:val="19"/>
              </w:rPr>
              <w:t>performance during the activity and identifies: Three Stars (three things they did well) and One Wish (one</w:t>
            </w:r>
          </w:p>
          <w:p>
            <w:pPr>
              <w:spacing w:after="0"/>
            </w:pPr>
            <w:r>
              <w:rPr>
                <w:b w:val="0"/>
                <w:sz w:val="19"/>
              </w:rPr>
              <w:t>thing they want to improve next time). Students reflect on their thoughts and feelings about the activity.</w:t>
            </w:r>
          </w:p>
          <w:p>
            <w:pPr>
              <w:spacing w:after="0"/>
            </w:pPr>
            <w:r>
              <w:rPr>
                <w:b w:val="0"/>
                <w:sz w:val="19"/>
              </w:rPr>
              <w:t>Supporting</w:t>
            </w:r>
          </w:p>
          <w:p>
            <w:pPr>
              <w:spacing w:after="0"/>
            </w:pPr>
            <w:r>
              <w:rPr>
                <w:b w:val="0"/>
                <w:sz w:val="19"/>
              </w:rPr>
              <w:t>Objective: To describe basic body parts, physical features, and clothes in English.</w:t>
            </w:r>
          </w:p>
          <w:p>
            <w:pPr>
              <w:spacing w:after="0"/>
            </w:pPr>
            <w:r>
              <w:rPr>
                <w:b w:val="0"/>
                <w:sz w:val="19"/>
              </w:rPr>
              <w:t>Activity: A Missing Person Poster</w:t>
            </w:r>
          </w:p>
          <w:p>
            <w:pPr>
              <w:spacing w:after="0"/>
            </w:pPr>
            <w:r>
              <w:rPr>
                <w:b w:val="0"/>
                <w:sz w:val="19"/>
              </w:rPr>
              <w:t>The teacher brings description cards that describe physical features, and clothing of a person. She/He tells</w:t>
            </w:r>
          </w:p>
          <w:p>
            <w:pPr>
              <w:spacing w:after="0"/>
            </w:pPr>
            <w:r>
              <w:rPr>
                <w:b w:val="0"/>
                <w:sz w:val="19"/>
              </w:rPr>
              <w:t>students to work in pairs to create a missing person poster. Each pair gets a description card. Students read</w:t>
            </w:r>
          </w:p>
          <w:p>
            <w:pPr>
              <w:spacing w:after="0"/>
            </w:pPr>
            <w:r>
              <w:rPr>
                <w:b w:val="0"/>
                <w:sz w:val="19"/>
              </w:rPr>
              <w:t>the given description paragraph and in pairs draw a picture of the missing person based on the paragraph.</w:t>
            </w:r>
          </w:p>
          <w:p>
            <w:pPr>
              <w:spacing w:after="0"/>
            </w:pPr>
            <w:r>
              <w:rPr>
                <w:b w:val="0"/>
                <w:sz w:val="19"/>
              </w:rPr>
              <w:t>Students show their posters to their friends and give positive feedback to each other on their creativity and</w:t>
            </w:r>
          </w:p>
          <w:p>
            <w:pPr>
              <w:spacing w:after="0"/>
            </w:pPr>
            <w:r>
              <w:rPr>
                <w:b w:val="0"/>
                <w:sz w:val="19"/>
              </w:rPr>
              <w:t>effort. The teacher encourages students to reflect on their strengths and areas for improvement. Each</w:t>
            </w:r>
          </w:p>
          <w:p>
            <w:pPr>
              <w:spacing w:after="0"/>
            </w:pPr>
            <w:r>
              <w:rPr>
                <w:b w:val="0"/>
                <w:sz w:val="19"/>
              </w:rPr>
              <w:t>student reflects on their performance during the activity and identifies: Three Stars (three things they did</w:t>
            </w:r>
          </w:p>
          <w:p>
            <w:pPr>
              <w:spacing w:after="0"/>
            </w:pPr>
            <w:r>
              <w:rPr>
                <w:b w:val="0"/>
                <w:sz w:val="19"/>
              </w:rPr>
              <w:t>well) and One Wish (one thing they want to improve next time). Students reflect on their thoughts and feelings</w:t>
            </w:r>
          </w:p>
          <w:p>
            <w:pPr>
              <w:spacing w:after="0"/>
            </w:pPr>
            <w:r>
              <w:rPr>
                <w:b w:val="0"/>
                <w:sz w:val="19"/>
              </w:rPr>
              <w:t>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digital diary/journal describing their “daily routines, activities, and their timing in their personal lives” during a school term. They will present it with digital</w:t>
            </w:r>
          </w:p>
          <w:p>
            <w:pPr>
              <w:spacing w:after="0"/>
            </w:pPr>
            <w:r>
              <w:rPr>
                <w:b w:val="0"/>
                <w:sz w:val="19"/>
              </w:rPr>
              <w:t>resources and/or realia by acting out the routines recorded in it. The assignment will be evaluated by using a</w:t>
            </w:r>
          </w:p>
          <w:p>
            <w:pPr>
              <w:spacing w:after="0"/>
            </w:pPr>
            <w:r>
              <w:rPr>
                <w:b w:val="0"/>
                <w:sz w:val="19"/>
              </w:rPr>
              <w:t>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14: 21-25 December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December · Week 14: 21-25 December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3: PERSONAL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Basic body parts and physical features; clothes; daily routines and activities</w:t>
            </w:r>
          </w:p>
          <w:p>
            <w:pPr>
              <w:spacing w:after="0"/>
            </w:pPr>
            <w:r>
              <w:rPr>
                <w:b w:val="0"/>
                <w:sz w:val="19"/>
              </w:rPr>
              <w:t>Target Vocabulary in Use (with revisional vocabulary):</w:t>
            </w:r>
          </w:p>
          <w:p>
            <w:pPr>
              <w:spacing w:after="0"/>
            </w:pPr>
            <w:r>
              <w:rPr>
                <w:b w:val="0"/>
                <w:sz w:val="19"/>
              </w:rPr>
              <w:t>Vocabulary for basic body parts and physical features: Nouns: A neck, a finger, an arm, a body, an eye, a face, a foot, hair, a hand, a head, a nose, a tooth, teeth, height, a leg. Adjectives: Thin, average, curly, straight, round, square, tall, short, wavy, oval.</w:t>
            </w:r>
          </w:p>
          <w:p>
            <w:pPr>
              <w:spacing w:after="0"/>
            </w:pPr>
            <w:r>
              <w:rPr>
                <w:b w:val="0"/>
                <w:sz w:val="19"/>
              </w:rPr>
              <w:t>Vocabulary for clothes: Nouns: A belt, trousers (pants-AmE), a ring, a bag, boots, a cap, a coat, a (fancy</w:t>
            </w:r>
          </w:p>
          <w:p>
            <w:pPr>
              <w:spacing w:after="0"/>
            </w:pPr>
            <w:r>
              <w:rPr>
                <w:b w:val="0"/>
                <w:sz w:val="19"/>
              </w:rPr>
              <w:t>dress) costume, a dress, earrings, fashion, glasses, gloves, a handbag, a hat, a jacket, jeans, a jumper</w:t>
            </w:r>
          </w:p>
          <w:p>
            <w:pPr>
              <w:spacing w:after="0"/>
            </w:pPr>
            <w:r>
              <w:rPr>
                <w:b w:val="0"/>
                <w:sz w:val="19"/>
              </w:rPr>
              <w:t>(a sweater-AmE), a necklace, a raincoat, a scarf, a headscarf, a shirt, shoes, shorts, a skirt, a sock, sunglasses, a T-shirt, an umbrella, a watch, silver, clothing, a bow, an outfit. Verbs: To own, to try on, to</w:t>
            </w:r>
          </w:p>
          <w:p>
            <w:pPr>
              <w:spacing w:after="0"/>
            </w:pPr>
            <w:r>
              <w:rPr>
                <w:b w:val="0"/>
                <w:sz w:val="19"/>
              </w:rPr>
              <w:t>wear, to create. Adjectives: Thick, thin, trendy, comfortable, ordinary, fancy, different, cool.</w:t>
            </w:r>
          </w:p>
          <w:p>
            <w:pPr>
              <w:spacing w:after="0"/>
            </w:pPr>
            <w:r>
              <w:rPr>
                <w:b w:val="0"/>
                <w:sz w:val="19"/>
              </w:rPr>
              <w:t>Vocabulary for daily routines and activities: Nouns: A computer, a book, a magazine, music, a video</w:t>
            </w:r>
          </w:p>
          <w:p>
            <w:pPr>
              <w:spacing w:after="0"/>
            </w:pPr>
            <w:r>
              <w:rPr>
                <w:b w:val="0"/>
                <w:sz w:val="19"/>
              </w:rPr>
              <w:t>game, a map, a path, an adventure, an adventurer, a fashion show. Verbs: To watch, to draw, to read, to go</w:t>
            </w:r>
          </w:p>
          <w:p>
            <w:pPr>
              <w:spacing w:after="0"/>
            </w:pPr>
            <w:r>
              <w:rPr>
                <w:b w:val="0"/>
                <w:sz w:val="19"/>
              </w:rPr>
              <w:t>shopping, to go out, to travel, to smile, to find. Adjectives: Daily, general.</w:t>
            </w:r>
          </w:p>
          <w:p>
            <w:pPr>
              <w:spacing w:after="0"/>
            </w:pPr>
            <w:r>
              <w:rPr>
                <w:b w:val="0"/>
                <w:sz w:val="19"/>
              </w:rPr>
              <w:t>Adverbs of frequency: rarely, sometimes, always, never</w:t>
            </w:r>
          </w:p>
          <w:p>
            <w:pPr>
              <w:spacing w:after="0"/>
            </w:pPr>
            <w:r>
              <w:rPr>
                <w:b w:val="0"/>
                <w:sz w:val="19"/>
              </w:rPr>
              <w:t>Target Grammatical Structures in Use:</w:t>
            </w:r>
          </w:p>
          <w:p>
            <w:pPr>
              <w:spacing w:after="0"/>
            </w:pPr>
            <w:r>
              <w:rPr>
                <w:b w:val="0"/>
                <w:sz w:val="19"/>
              </w:rPr>
              <w:t>-The Simple Present Tense: (She wears her blue coat every winter.)</w:t>
            </w:r>
          </w:p>
          <w:p>
            <w:pPr>
              <w:spacing w:after="0"/>
            </w:pPr>
            <w:r>
              <w:rPr>
                <w:b w:val="0"/>
                <w:sz w:val="19"/>
              </w:rPr>
              <w:t>-Question Tags for the Simple Present Tense: (She reads a book every evening, doesn’t she?)</w:t>
            </w:r>
          </w:p>
          <w:p>
            <w:pPr>
              <w:spacing w:after="0"/>
            </w:pPr>
            <w:r>
              <w:rPr>
                <w:b w:val="0"/>
                <w:sz w:val="19"/>
              </w:rPr>
              <w:t>-Adverbs of Frequency (How often): (He usually wears sunglasses in summer.)</w:t>
            </w:r>
          </w:p>
          <w:p>
            <w:pPr>
              <w:spacing w:after="0"/>
            </w:pPr>
            <w:r>
              <w:rPr>
                <w:b w:val="0"/>
                <w:sz w:val="19"/>
              </w:rPr>
              <w:t>-Possessive adjectives: My, your, his, her, our, your, their (I love my bag.)</w:t>
            </w:r>
          </w:p>
          <w:p>
            <w:pPr>
              <w:spacing w:after="0"/>
            </w:pPr>
            <w:r>
              <w:rPr>
                <w:b w:val="0"/>
                <w:sz w:val="19"/>
              </w:rPr>
              <w:t>Functions of the Target Grammatical Structures in Use:</w:t>
            </w:r>
          </w:p>
          <w:p>
            <w:pPr>
              <w:spacing w:after="0"/>
            </w:pPr>
            <w:r>
              <w:rPr>
                <w:b w:val="0"/>
                <w:sz w:val="19"/>
              </w:rPr>
              <w:t>-Use of The Simple Present Tense: Describing daily routines or habits.</w:t>
            </w:r>
          </w:p>
          <w:p>
            <w:pPr>
              <w:spacing w:after="0"/>
            </w:pPr>
            <w:r>
              <w:rPr>
                <w:b w:val="0"/>
                <w:sz w:val="19"/>
              </w:rPr>
              <w:t>-Use of Question Tags for the Simple Present Tense: Checking or confirming general truths, actions or</w:t>
            </w:r>
          </w:p>
          <w:p>
            <w:pPr>
              <w:spacing w:after="0"/>
            </w:pPr>
            <w:r>
              <w:rPr>
                <w:b w:val="0"/>
                <w:sz w:val="19"/>
              </w:rPr>
              <w:t>habits.</w:t>
            </w:r>
          </w:p>
          <w:p>
            <w:pPr>
              <w:spacing w:after="0"/>
            </w:pPr>
            <w:r>
              <w:rPr>
                <w:b w:val="0"/>
                <w:sz w:val="19"/>
              </w:rPr>
              <w:t>-Use of Adverbs of Frequency (How often): Expressing the frequency of actions or events.</w:t>
            </w:r>
          </w:p>
          <w:p>
            <w:pPr>
              <w:spacing w:after="0"/>
            </w:pPr>
            <w:r>
              <w:rPr>
                <w:b w:val="0"/>
                <w:sz w:val="19"/>
              </w:rPr>
              <w:t>-Use of Possessive Adjectives: Showing ownership in relation to nouns.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 :</w:t>
            </w:r>
          </w:p>
          <w:p>
            <w:pPr>
              <w:spacing w:after="0"/>
            </w:pPr>
            <w:r>
              <w:rPr>
                <w:b w:val="0"/>
                <w:sz w:val="19"/>
              </w:rPr>
              <w:t>I’ll pop round to see you later!</w:t>
            </w:r>
          </w:p>
          <w:p>
            <w:pPr>
              <w:spacing w:after="0"/>
            </w:pPr>
            <w:r>
              <w:rPr>
                <w:b w:val="0"/>
                <w:sz w:val="19"/>
              </w:rPr>
              <w:t>Don’t make fun of people!</w:t>
            </w:r>
          </w:p>
          <w:p>
            <w:pPr>
              <w:spacing w:after="0"/>
            </w:pPr>
            <w:r>
              <w:rPr>
                <w:b w:val="0"/>
                <w:sz w:val="19"/>
              </w:rPr>
              <w:t>Let’s sort out the problem! Target Phonological Sounds in Use:</w:t>
            </w:r>
          </w:p>
          <w:p>
            <w:pPr>
              <w:spacing w:after="0"/>
            </w:pPr>
            <w:r>
              <w:rPr>
                <w:b w:val="0"/>
                <w:sz w:val="19"/>
              </w:rPr>
              <w:t>Intonation of questions and question tags.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ENG.5.3.L1. Students can get ready for the listening/watching-comprehension process for the current</w:t>
            </w:r>
          </w:p>
          <w:p>
            <w:pPr>
              <w:spacing w:after="0"/>
            </w:pPr>
            <w:r>
              <w:rPr>
                <w:b w:val="0"/>
                <w:sz w:val="19"/>
              </w:rPr>
              <w:t>content on “personal life with basic body parts and physical features; clothes; daily routines</w:t>
            </w:r>
          </w:p>
          <w:p>
            <w:pPr>
              <w:spacing w:after="0"/>
            </w:pPr>
            <w:r>
              <w:rPr>
                <w:b w:val="0"/>
                <w:sz w:val="19"/>
              </w:rPr>
              <w:t>and activities” carefully. ENG.5.3.L2. Students can bring information about the current content on “personal life with basic body</w:t>
            </w:r>
          </w:p>
          <w:p>
            <w:pPr>
              <w:spacing w:after="0"/>
            </w:pPr>
            <w:r>
              <w:rPr>
                <w:b w:val="0"/>
                <w:sz w:val="19"/>
              </w:rPr>
              <w:t>parts and physical features; clothes; daily routines and activities” together through significant</w:t>
            </w:r>
          </w:p>
          <w:p>
            <w:pPr>
              <w:spacing w:after="0"/>
            </w:pPr>
            <w:r>
              <w:rPr>
                <w:b w:val="0"/>
                <w:sz w:val="19"/>
              </w:rPr>
              <w:t>details and main components while listening/watching it. ENG.5.3.L3. Students can make meaning of/derive meaning from the current content on “personal life</w:t>
            </w:r>
          </w:p>
          <w:p>
            <w:pPr>
              <w:spacing w:after="0"/>
            </w:pPr>
            <w:r>
              <w:rPr>
                <w:b w:val="0"/>
                <w:sz w:val="19"/>
              </w:rPr>
              <w:t>with basic body parts and physical features; clothes; daily routines and activities” through</w:t>
            </w:r>
          </w:p>
          <w:p>
            <w:pPr>
              <w:spacing w:after="0"/>
            </w:pPr>
            <w:r>
              <w:rPr>
                <w:b w:val="0"/>
                <w:sz w:val="19"/>
              </w:rPr>
              <w:t>significant details by listening/watching it carefully. ENG.5.3.L4. Students can convey their knowledge, experience, thoughts, and feelings examined carefully</w:t>
            </w:r>
          </w:p>
          <w:p>
            <w:pPr>
              <w:spacing w:after="0"/>
            </w:pPr>
            <w:r>
              <w:rPr>
                <w:b w:val="0"/>
                <w:sz w:val="19"/>
              </w:rPr>
              <w:t>about the whole listening/watching-comprehension process in relation to the current</w:t>
            </w:r>
          </w:p>
          <w:p>
            <w:pPr>
              <w:spacing w:after="0"/>
            </w:pPr>
            <w:r>
              <w:rPr>
                <w:b w:val="0"/>
                <w:sz w:val="19"/>
              </w:rPr>
              <w:t>content on “personal life with basic body parts and physical features; clothes; daily routines</w:t>
            </w:r>
          </w:p>
          <w:p>
            <w:pPr>
              <w:spacing w:after="0"/>
            </w:pPr>
            <w:r>
              <w:rPr>
                <w:b w:val="0"/>
                <w:sz w:val="19"/>
              </w:rPr>
              <w:t>and activities”. ENG.5.3.P1. Students can select and use the target phonological elements of the current content about</w:t>
            </w:r>
          </w:p>
          <w:p>
            <w:pPr>
              <w:spacing w:after="0"/>
            </w:pPr>
            <w:r>
              <w:rPr>
                <w:b w:val="0"/>
                <w:sz w:val="19"/>
              </w:rPr>
              <w:t>“personal life with basic body parts and physical features; clothes; daily routines and activities”</w:t>
            </w:r>
          </w:p>
          <w:p>
            <w:pPr>
              <w:spacing w:after="0"/>
            </w:pPr>
            <w:r>
              <w:rPr>
                <w:b w:val="0"/>
                <w:sz w:val="19"/>
              </w:rPr>
              <w:t>accurately, authentically, and naturally through spontaneous decision-making processes and</w:t>
            </w:r>
          </w:p>
          <w:p>
            <w:pPr>
              <w:spacing w:after="0"/>
            </w:pPr>
            <w:r>
              <w:rPr>
                <w:b w:val="0"/>
                <w:sz w:val="19"/>
              </w:rPr>
              <w:t>use it in an appropriate and effective way when communicating with others. ENG.5.3.R1. Students can get ready for the reading-comprehension process about the current content</w:t>
            </w:r>
          </w:p>
          <w:p>
            <w:pPr>
              <w:spacing w:after="0"/>
            </w:pPr>
            <w:r>
              <w:rPr>
                <w:b w:val="0"/>
                <w:sz w:val="19"/>
              </w:rPr>
              <w:t>on “personal life with basic body parts and physical features; clothes; daily routines and</w:t>
            </w:r>
          </w:p>
          <w:p>
            <w:pPr>
              <w:spacing w:after="0"/>
            </w:pPr>
            <w:r>
              <w:rPr>
                <w:b w:val="0"/>
                <w:sz w:val="19"/>
              </w:rPr>
              <w:t>activities”. ENG.5.3.R2. Students can bring information about the current content on “personal life with basic body</w:t>
            </w:r>
          </w:p>
          <w:p>
            <w:pPr>
              <w:spacing w:after="0"/>
            </w:pPr>
            <w:r>
              <w:rPr>
                <w:b w:val="0"/>
                <w:sz w:val="19"/>
              </w:rPr>
              <w:t>parts and physical features; clothes; daily routines and activities” through skimming (looking</w:t>
            </w:r>
          </w:p>
          <w:p>
            <w:pPr>
              <w:spacing w:after="0"/>
            </w:pPr>
            <w:r>
              <w:rPr>
                <w:b w:val="0"/>
                <w:sz w:val="19"/>
              </w:rPr>
              <w:t>quickly at) the audio-visual elements and reading the content very quickly. ENG.5.3.R3. Students can make meaning of / derive meaning from the current content about “personal life</w:t>
            </w:r>
          </w:p>
          <w:p>
            <w:pPr>
              <w:spacing w:after="0"/>
            </w:pPr>
            <w:r>
              <w:rPr>
                <w:b w:val="0"/>
                <w:sz w:val="19"/>
              </w:rPr>
              <w:t>with basic body parts and physical features; clothes; daily routines and activities” by reading</w:t>
            </w:r>
          </w:p>
          <w:p>
            <w:pPr>
              <w:spacing w:after="0"/>
            </w:pPr>
            <w:r>
              <w:rPr>
                <w:b w:val="0"/>
                <w:sz w:val="19"/>
              </w:rPr>
              <w:t>it carefully. ENG.5.3.R4. Students can convey their knowledge, experiences, thoughts, and feelings related to the</w:t>
            </w:r>
          </w:p>
          <w:p>
            <w:pPr>
              <w:spacing w:after="0"/>
            </w:pPr>
            <w:r>
              <w:rPr>
                <w:b w:val="0"/>
                <w:sz w:val="19"/>
              </w:rPr>
              <w:t>reading-comprehension process about the current content, “personal life with basic body</w:t>
            </w:r>
          </w:p>
          <w:p>
            <w:pPr>
              <w:spacing w:after="0"/>
            </w:pPr>
            <w:r>
              <w:rPr>
                <w:b w:val="0"/>
                <w:sz w:val="19"/>
              </w:rPr>
              <w:t>parts and physical features; clothes; daily routines and activities” in relation to themselves or</w:t>
            </w:r>
          </w:p>
          <w:p>
            <w:pPr>
              <w:spacing w:after="0"/>
            </w:pPr>
            <w:r>
              <w:rPr>
                <w:b w:val="0"/>
                <w:sz w:val="19"/>
              </w:rPr>
              <w:t>others, both individually and/or with others. ENG.5.3.V1. Students can select and use the target vocabulary of the current content about “personal life</w:t>
            </w:r>
          </w:p>
          <w:p>
            <w:pPr>
              <w:spacing w:after="0"/>
            </w:pPr>
            <w:r>
              <w:rPr>
                <w:b w:val="0"/>
                <w:sz w:val="19"/>
              </w:rPr>
              <w:t>with basic body parts and physical features; clothes; daily routines and activities” accurately, authentically, spontaneously, and naturally and use it appropriately and effectively when</w:t>
            </w:r>
          </w:p>
          <w:p>
            <w:pPr>
              <w:spacing w:after="0"/>
            </w:pPr>
            <w:r>
              <w:rPr>
                <w:b w:val="0"/>
                <w:sz w:val="19"/>
              </w:rPr>
              <w:t>communicating with others. ENG.5.3.G1. Students can select and use the target grammatical elements of the current content about</w:t>
            </w:r>
          </w:p>
          <w:p>
            <w:pPr>
              <w:spacing w:after="0"/>
            </w:pPr>
            <w:r>
              <w:rPr>
                <w:b w:val="0"/>
                <w:sz w:val="19"/>
              </w:rPr>
              <w:t>“personal life with basic body parts and physical features; clothes; daily routines and activities”</w:t>
            </w:r>
          </w:p>
          <w:p>
            <w:pPr>
              <w:spacing w:after="0"/>
            </w:pPr>
            <w:r>
              <w:rPr>
                <w:b w:val="0"/>
                <w:sz w:val="19"/>
              </w:rPr>
              <w:t>accurately, authentically, spontaneously, and naturally and use it appropriately and effectively</w:t>
            </w:r>
          </w:p>
          <w:p>
            <w:pPr>
              <w:spacing w:after="0"/>
            </w:pPr>
            <w:r>
              <w:rPr>
                <w:b w:val="0"/>
                <w:sz w:val="19"/>
              </w:rPr>
              <w:t>when communicating with others. ENG.5.3.W1. Students can get ready for the writing-expression process about the current content</w:t>
            </w:r>
          </w:p>
          <w:p>
            <w:pPr>
              <w:spacing w:after="0"/>
            </w:pPr>
            <w:r>
              <w:rPr>
                <w:b w:val="0"/>
                <w:sz w:val="19"/>
              </w:rPr>
              <w:t>on “personal life with basic body parts and physical features; clothes; daily routines and</w:t>
            </w:r>
          </w:p>
          <w:p>
            <w:pPr>
              <w:spacing w:after="0"/>
            </w:pPr>
            <w:r>
              <w:rPr>
                <w:b w:val="0"/>
                <w:sz w:val="19"/>
              </w:rPr>
              <w:t>activities”. ENG.5.3.W2. Students can understand the model/example for the writing task about the current content</w:t>
            </w:r>
          </w:p>
          <w:p>
            <w:pPr>
              <w:spacing w:after="0"/>
            </w:pPr>
            <w:r>
              <w:rPr>
                <w:b w:val="0"/>
                <w:sz w:val="19"/>
              </w:rPr>
              <w:t>on “personal life with basic body parts and physical features; clothes; daily routines and</w:t>
            </w:r>
          </w:p>
          <w:p>
            <w:pPr>
              <w:spacing w:after="0"/>
            </w:pPr>
            <w:r>
              <w:rPr>
                <w:b w:val="0"/>
                <w:sz w:val="19"/>
              </w:rPr>
              <w:t>activities”. ENG.5.3.W3. Students can organise a content for the assigned writing task on the current content “personal</w:t>
            </w:r>
          </w:p>
          <w:p>
            <w:pPr>
              <w:spacing w:after="0"/>
            </w:pPr>
            <w:r>
              <w:rPr>
                <w:b w:val="0"/>
                <w:sz w:val="19"/>
              </w:rPr>
              <w:t>life with basic body parts and physical features; clothes; daily routines and activities” based</w:t>
            </w:r>
          </w:p>
          <w:p>
            <w:pPr>
              <w:spacing w:after="0"/>
            </w:pPr>
            <w:r>
              <w:rPr>
                <w:b w:val="0"/>
                <w:sz w:val="19"/>
              </w:rPr>
              <w:t>on the model/example provided. ENG.5.3.W4. Students can individually construct/form content for the assigned writing task on the current</w:t>
            </w:r>
          </w:p>
          <w:p>
            <w:pPr>
              <w:spacing w:after="0"/>
            </w:pPr>
            <w:r>
              <w:rPr>
                <w:b w:val="0"/>
                <w:sz w:val="19"/>
              </w:rPr>
              <w:t>content “personal life with basic body parts and physical features; clothes; daily routines and</w:t>
            </w:r>
          </w:p>
          <w:p>
            <w:pPr>
              <w:spacing w:after="0"/>
            </w:pPr>
            <w:r>
              <w:rPr>
                <w:b w:val="0"/>
                <w:sz w:val="19"/>
              </w:rPr>
              <w:t>activities”. ENG.5.3.W5. Students can reorganise (reconstruct) and use information in the new written tasks about</w:t>
            </w:r>
          </w:p>
          <w:p>
            <w:pPr>
              <w:spacing w:after="0"/>
            </w:pPr>
            <w:r>
              <w:rPr>
                <w:b w:val="0"/>
                <w:sz w:val="19"/>
              </w:rPr>
              <w:t>the “personal life with basic body parts and physical features; clothes; daily routines and</w:t>
            </w:r>
          </w:p>
          <w:p>
            <w:pPr>
              <w:spacing w:after="0"/>
            </w:pPr>
            <w:r>
              <w:rPr>
                <w:b w:val="0"/>
                <w:sz w:val="19"/>
              </w:rPr>
              <w:t>activities” to communicate with other people. ENG.5.3.W6. Students can reflect on their knowledge, experiences, thoughts, and feelings related to the</w:t>
            </w:r>
          </w:p>
          <w:p>
            <w:pPr>
              <w:spacing w:after="0"/>
            </w:pPr>
            <w:r>
              <w:rPr>
                <w:b w:val="0"/>
                <w:sz w:val="19"/>
              </w:rPr>
              <w:t>writing-expression process about the current content, “personal life with basic body parts</w:t>
            </w:r>
          </w:p>
          <w:p>
            <w:pPr>
              <w:spacing w:after="0"/>
            </w:pPr>
            <w:r>
              <w:rPr>
                <w:b w:val="0"/>
                <w:sz w:val="19"/>
              </w:rPr>
              <w:t>and physical features; clothes; daily routines and activities” in relation to themselves or</w:t>
            </w:r>
          </w:p>
          <w:p>
            <w:pPr>
              <w:spacing w:after="0"/>
            </w:pPr>
            <w:r>
              <w:rPr>
                <w:b w:val="0"/>
                <w:sz w:val="19"/>
              </w:rPr>
              <w:t>others, both individually and/or with others. ENG.5.3.S1. Students can get ready for speaking-expression process about the current content on</w:t>
            </w:r>
          </w:p>
          <w:p>
            <w:pPr>
              <w:spacing w:after="0"/>
            </w:pPr>
            <w:r>
              <w:rPr>
                <w:b w:val="0"/>
                <w:sz w:val="19"/>
              </w:rPr>
              <w:t>“personal life with basic body parts and physical features; clothes; daily routines and activities”. ENG.5.3.S2. Students can use the model/example for producing verbal content about the current content</w:t>
            </w:r>
          </w:p>
          <w:p>
            <w:pPr>
              <w:spacing w:after="0"/>
            </w:pPr>
            <w:r>
              <w:rPr>
                <w:b w:val="0"/>
                <w:sz w:val="19"/>
              </w:rPr>
              <w:t>on “personal life with basic body parts and physical features; clothes; daily routines and</w:t>
            </w:r>
          </w:p>
          <w:p>
            <w:pPr>
              <w:spacing w:after="0"/>
            </w:pPr>
            <w:r>
              <w:rPr>
                <w:b w:val="0"/>
                <w:sz w:val="19"/>
              </w:rPr>
              <w:t>activities”. ENG.5.3.S3. Students can organise a new verbal content on “personal life with basic body parts and</w:t>
            </w:r>
          </w:p>
          <w:p>
            <w:pPr>
              <w:spacing w:after="0"/>
            </w:pPr>
            <w:r>
              <w:rPr>
                <w:b w:val="0"/>
                <w:sz w:val="19"/>
              </w:rPr>
              <w:t>physical features; clothes; daily routines and activities” by speaking accurately, efficiently, and authentically. ENG.5.3.S4. Students can construct a new verbal content on “personal life with basic body parts and</w:t>
            </w:r>
          </w:p>
          <w:p>
            <w:pPr>
              <w:spacing w:after="0"/>
            </w:pPr>
            <w:r>
              <w:rPr>
                <w:b w:val="0"/>
                <w:sz w:val="19"/>
              </w:rPr>
              <w:t>physical features; clothes; daily routines and activities” by speaking accurately, efficiently, and authentically. ENG.5.3.S5. Students can reorganise (reconstruct) and use information about the “personal life with basic</w:t>
            </w:r>
          </w:p>
          <w:p>
            <w:pPr>
              <w:spacing w:after="0"/>
            </w:pPr>
            <w:r>
              <w:rPr>
                <w:b w:val="0"/>
                <w:sz w:val="19"/>
              </w:rPr>
              <w:t>body parts and physical features; clothes; daily routines and activities” to communicate with</w:t>
            </w:r>
          </w:p>
          <w:p>
            <w:pPr>
              <w:spacing w:after="0"/>
            </w:pPr>
            <w:r>
              <w:rPr>
                <w:b w:val="0"/>
                <w:sz w:val="19"/>
              </w:rPr>
              <w:t>other people. ENG.5.3.S6. Students can convey their knowledge, experiences, thoughts, and feelings related to the</w:t>
            </w:r>
          </w:p>
          <w:p>
            <w:pPr>
              <w:spacing w:after="0"/>
            </w:pPr>
            <w:r>
              <w:rPr>
                <w:b w:val="0"/>
                <w:sz w:val="19"/>
              </w:rPr>
              <w:t>speaking-expression process about the current content, “personal life with basic body parts</w:t>
            </w:r>
          </w:p>
          <w:p>
            <w:pPr>
              <w:spacing w:after="0"/>
            </w:pPr>
            <w:r>
              <w:rPr>
                <w:b w:val="0"/>
                <w:sz w:val="19"/>
              </w:rPr>
              <w:t>and physical features; clothes; daily routines and activities” to communicate with other people</w:t>
            </w:r>
          </w:p>
          <w:p>
            <w:pPr>
              <w:spacing w:after="0"/>
            </w:pPr>
            <w:r>
              <w:rPr>
                <w:b w:val="0"/>
                <w:sz w:val="19"/>
              </w:rPr>
              <w:t>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V10. Modesty, V11.</w:t>
            </w:r>
          </w:p>
          <w:p>
            <w:pPr>
              <w:spacing w:after="0"/>
            </w:pPr>
            <w:r>
              <w:rPr>
                <w:b w:val="0"/>
                <w:sz w:val="19"/>
              </w:rPr>
              <w:t>Independence, V12. Patience, V13. Healthy Living, V16. Responsibility, V18.</w:t>
            </w:r>
          </w:p>
          <w:p>
            <w:pPr>
              <w:spacing w:after="0"/>
            </w:pPr>
            <w:r>
              <w:rPr>
                <w:b w:val="0"/>
                <w:sz w:val="19"/>
              </w:rPr>
              <w:t>Cleanliness,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(ENG.5.3.L1.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describe basic body parts, physical features, and clothes in English.</w:t>
            </w:r>
          </w:p>
          <w:p>
            <w:pPr>
              <w:spacing w:after="0"/>
            </w:pPr>
            <w:r>
              <w:rPr>
                <w:b w:val="0"/>
                <w:sz w:val="19"/>
              </w:rPr>
              <w:t>Activity 1: A Missing Person Poster</w:t>
            </w:r>
          </w:p>
          <w:p>
            <w:pPr>
              <w:spacing w:after="0"/>
            </w:pPr>
            <w:r>
              <w:rPr>
                <w:b w:val="0"/>
                <w:sz w:val="19"/>
              </w:rPr>
              <w:t>The teacher brings picture cards or cutouts with different people (diverse ages, physical features, and clothing). She/He tells students to work in pairs to create a missing person poster. Each pair gets a</w:t>
            </w:r>
          </w:p>
          <w:p>
            <w:pPr>
              <w:spacing w:after="0"/>
            </w:pPr>
            <w:r>
              <w:rPr>
                <w:b w:val="0"/>
                <w:sz w:val="19"/>
              </w:rPr>
              <w:t>picture card of a person. Pairs write a short description of the person in the picture, including body parts, physical features, and clothing. The teacher shows the picture cards to the whole class or sticks them on</w:t>
            </w:r>
          </w:p>
          <w:p>
            <w:pPr>
              <w:spacing w:after="0"/>
            </w:pPr>
            <w:r>
              <w:rPr>
                <w:b w:val="0"/>
                <w:sz w:val="19"/>
              </w:rPr>
              <w:t>the board. Pairs read their descriptive paragraphs aloud and students in the class match the descriptions</w:t>
            </w:r>
          </w:p>
          <w:p>
            <w:pPr>
              <w:spacing w:after="0"/>
            </w:pPr>
            <w:r>
              <w:rPr>
                <w:b w:val="0"/>
                <w:sz w:val="19"/>
              </w:rPr>
              <w:t>with the pictures. Students give positive feedback to their friends for their clear descriptions. The teacher</w:t>
            </w:r>
          </w:p>
          <w:p>
            <w:pPr>
              <w:spacing w:after="0"/>
            </w:pPr>
            <w:r>
              <w:rPr>
                <w:b w:val="0"/>
                <w:sz w:val="19"/>
              </w:rPr>
              <w:t>encourages students to reflect on their strengths and areas for improvement. Each student reflects on their</w:t>
            </w:r>
          </w:p>
          <w:p>
            <w:pPr>
              <w:spacing w:after="0"/>
            </w:pPr>
            <w:r>
              <w:rPr>
                <w:b w:val="0"/>
                <w:sz w:val="19"/>
              </w:rPr>
              <w:t>performance during the activity and identifies: Three Stars (three things they did well) and One Wish (one</w:t>
            </w:r>
          </w:p>
          <w:p>
            <w:pPr>
              <w:spacing w:after="0"/>
            </w:pPr>
            <w:r>
              <w:rPr>
                <w:b w:val="0"/>
                <w:sz w:val="19"/>
              </w:rPr>
              <w:t>thing they want to improve next time). Students reflect on their thoughts and feelings about the activity.</w:t>
            </w:r>
          </w:p>
          <w:p>
            <w:pPr>
              <w:spacing w:after="0"/>
            </w:pPr>
            <w:r>
              <w:rPr>
                <w:b w:val="0"/>
                <w:sz w:val="19"/>
              </w:rPr>
              <w:t>Supporting</w:t>
            </w:r>
          </w:p>
          <w:p>
            <w:pPr>
              <w:spacing w:after="0"/>
            </w:pPr>
            <w:r>
              <w:rPr>
                <w:b w:val="0"/>
                <w:sz w:val="19"/>
              </w:rPr>
              <w:t>Objective: To describe basic body parts, physical features, and clothes in English.</w:t>
            </w:r>
          </w:p>
          <w:p>
            <w:pPr>
              <w:spacing w:after="0"/>
            </w:pPr>
            <w:r>
              <w:rPr>
                <w:b w:val="0"/>
                <w:sz w:val="19"/>
              </w:rPr>
              <w:t>Activity: A Missing Person Poster</w:t>
            </w:r>
          </w:p>
          <w:p>
            <w:pPr>
              <w:spacing w:after="0"/>
            </w:pPr>
            <w:r>
              <w:rPr>
                <w:b w:val="0"/>
                <w:sz w:val="19"/>
              </w:rPr>
              <w:t>The teacher brings description cards that describe physical features, and clothing of a person. She/He tells</w:t>
            </w:r>
          </w:p>
          <w:p>
            <w:pPr>
              <w:spacing w:after="0"/>
            </w:pPr>
            <w:r>
              <w:rPr>
                <w:b w:val="0"/>
                <w:sz w:val="19"/>
              </w:rPr>
              <w:t>students to work in pairs to create a missing person poster. Each pair gets a description card. Students read</w:t>
            </w:r>
          </w:p>
          <w:p>
            <w:pPr>
              <w:spacing w:after="0"/>
            </w:pPr>
            <w:r>
              <w:rPr>
                <w:b w:val="0"/>
                <w:sz w:val="19"/>
              </w:rPr>
              <w:t>the given description paragraph and in pairs draw a picture of the missing person based on the paragraph.</w:t>
            </w:r>
          </w:p>
          <w:p>
            <w:pPr>
              <w:spacing w:after="0"/>
            </w:pPr>
            <w:r>
              <w:rPr>
                <w:b w:val="0"/>
                <w:sz w:val="19"/>
              </w:rPr>
              <w:t>Students show their posters to their friends and give positive feedback to each other on their creativity and</w:t>
            </w:r>
          </w:p>
          <w:p>
            <w:pPr>
              <w:spacing w:after="0"/>
            </w:pPr>
            <w:r>
              <w:rPr>
                <w:b w:val="0"/>
                <w:sz w:val="19"/>
              </w:rPr>
              <w:t>effort. The teacher encourages students to reflect on their strengths and areas for improvement. Each</w:t>
            </w:r>
          </w:p>
          <w:p>
            <w:pPr>
              <w:spacing w:after="0"/>
            </w:pPr>
            <w:r>
              <w:rPr>
                <w:b w:val="0"/>
                <w:sz w:val="19"/>
              </w:rPr>
              <w:t>student reflects on their performance during the activity and identifies: Three Stars (three things they did</w:t>
            </w:r>
          </w:p>
          <w:p>
            <w:pPr>
              <w:spacing w:after="0"/>
            </w:pPr>
            <w:r>
              <w:rPr>
                <w:b w:val="0"/>
                <w:sz w:val="19"/>
              </w:rPr>
              <w:t>well) and One Wish (one thing they want to improve next time). Students reflect on their thoughts and feelings</w:t>
            </w:r>
          </w:p>
          <w:p>
            <w:pPr>
              <w:spacing w:after="0"/>
            </w:pPr>
            <w:r>
              <w:rPr>
                <w:b w:val="0"/>
                <w:sz w:val="19"/>
              </w:rPr>
              <w:t>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digital diary/journal describing their “daily routines, activities, and their timing in their personal lives” during a school term. They will present it with digital</w:t>
            </w:r>
          </w:p>
          <w:p>
            <w:pPr>
              <w:spacing w:after="0"/>
            </w:pPr>
            <w:r>
              <w:rPr>
                <w:b w:val="0"/>
                <w:sz w:val="19"/>
              </w:rPr>
              <w:t>resources and/or realia by acting out the routines recorded in it. The assignment will be evaluated by using a</w:t>
            </w:r>
          </w:p>
          <w:p>
            <w:pPr>
              <w:spacing w:after="0"/>
            </w:pPr>
            <w:r>
              <w:rPr>
                <w:b w:val="0"/>
                <w:sz w:val="19"/>
              </w:rPr>
              <w:t>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15: 28 December - 1 January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December · Week 15: 28 December - 1 January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3: PERSONAL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Basic body parts and physical features; clothes; daily routines and activities</w:t>
            </w:r>
          </w:p>
          <w:p>
            <w:pPr>
              <w:spacing w:after="0"/>
            </w:pPr>
            <w:r>
              <w:rPr>
                <w:b w:val="0"/>
                <w:sz w:val="19"/>
              </w:rPr>
              <w:t>Target Vocabulary in Use (with revisional vocabulary):</w:t>
            </w:r>
          </w:p>
          <w:p>
            <w:pPr>
              <w:spacing w:after="0"/>
            </w:pPr>
            <w:r>
              <w:rPr>
                <w:b w:val="0"/>
                <w:sz w:val="19"/>
              </w:rPr>
              <w:t>Vocabulary for basic body parts and physical features: Nouns: A neck, a finger, an arm, a body, an eye, a face, a foot, hair, a hand, a head, a nose, a tooth, teeth, height, a leg. Adjectives: Thin, average, curly, straight, round, square, tall, short, wavy, oval.</w:t>
            </w:r>
          </w:p>
          <w:p>
            <w:pPr>
              <w:spacing w:after="0"/>
            </w:pPr>
            <w:r>
              <w:rPr>
                <w:b w:val="0"/>
                <w:sz w:val="19"/>
              </w:rPr>
              <w:t>Vocabulary for clothes: Nouns: A belt, trousers (pants-AmE), a ring, a bag, boots, a cap, a coat, a (fancy</w:t>
            </w:r>
          </w:p>
          <w:p>
            <w:pPr>
              <w:spacing w:after="0"/>
            </w:pPr>
            <w:r>
              <w:rPr>
                <w:b w:val="0"/>
                <w:sz w:val="19"/>
              </w:rPr>
              <w:t>dress) costume, a dress, earrings, fashion, glasses, gloves, a handbag, a hat, a jacket, jeans, a jumper</w:t>
            </w:r>
          </w:p>
          <w:p>
            <w:pPr>
              <w:spacing w:after="0"/>
            </w:pPr>
            <w:r>
              <w:rPr>
                <w:b w:val="0"/>
                <w:sz w:val="19"/>
              </w:rPr>
              <w:t>(a sweater-AmE), a necklace, a raincoat, a scarf, a headscarf, a shirt, shoes, shorts, a skirt, a sock, sunglasses, a T-shirt, an umbrella, a watch, silver, clothing, a bow, an outfit. Verbs: To own, to try on, to</w:t>
            </w:r>
          </w:p>
          <w:p>
            <w:pPr>
              <w:spacing w:after="0"/>
            </w:pPr>
            <w:r>
              <w:rPr>
                <w:b w:val="0"/>
                <w:sz w:val="19"/>
              </w:rPr>
              <w:t>wear, to create. Adjectives: Thick, thin, trendy, comfortable, ordinary, fancy, different, cool.</w:t>
            </w:r>
          </w:p>
          <w:p>
            <w:pPr>
              <w:spacing w:after="0"/>
            </w:pPr>
            <w:r>
              <w:rPr>
                <w:b w:val="0"/>
                <w:sz w:val="19"/>
              </w:rPr>
              <w:t>Vocabulary for daily routines and activities: Nouns: A computer, a book, a magazine, music, a video</w:t>
            </w:r>
          </w:p>
          <w:p>
            <w:pPr>
              <w:spacing w:after="0"/>
            </w:pPr>
            <w:r>
              <w:rPr>
                <w:b w:val="0"/>
                <w:sz w:val="19"/>
              </w:rPr>
              <w:t>game, a map, a path, an adventure, an adventurer, a fashion show. Verbs: To watch, to draw, to read, to go</w:t>
            </w:r>
          </w:p>
          <w:p>
            <w:pPr>
              <w:spacing w:after="0"/>
            </w:pPr>
            <w:r>
              <w:rPr>
                <w:b w:val="0"/>
                <w:sz w:val="19"/>
              </w:rPr>
              <w:t>shopping, to go out, to travel, to smile, to find. Adjectives: Daily, general.</w:t>
            </w:r>
          </w:p>
          <w:p>
            <w:pPr>
              <w:spacing w:after="0"/>
            </w:pPr>
            <w:r>
              <w:rPr>
                <w:b w:val="0"/>
                <w:sz w:val="19"/>
              </w:rPr>
              <w:t>Adverbs of frequency: rarely, sometimes, always, never</w:t>
            </w:r>
          </w:p>
          <w:p>
            <w:pPr>
              <w:spacing w:after="0"/>
            </w:pPr>
            <w:r>
              <w:rPr>
                <w:b w:val="0"/>
                <w:sz w:val="19"/>
              </w:rPr>
              <w:t>Target Grammatical Structures in Use:</w:t>
            </w:r>
          </w:p>
          <w:p>
            <w:pPr>
              <w:spacing w:after="0"/>
            </w:pPr>
            <w:r>
              <w:rPr>
                <w:b w:val="0"/>
                <w:sz w:val="19"/>
              </w:rPr>
              <w:t>-The Simple Present Tense: (She wears her blue coat every winter.)</w:t>
            </w:r>
          </w:p>
          <w:p>
            <w:pPr>
              <w:spacing w:after="0"/>
            </w:pPr>
            <w:r>
              <w:rPr>
                <w:b w:val="0"/>
                <w:sz w:val="19"/>
              </w:rPr>
              <w:t>-Question Tags for the Simple Present Tense: (She reads a book every evening, doesn’t she?)</w:t>
            </w:r>
          </w:p>
          <w:p>
            <w:pPr>
              <w:spacing w:after="0"/>
            </w:pPr>
            <w:r>
              <w:rPr>
                <w:b w:val="0"/>
                <w:sz w:val="19"/>
              </w:rPr>
              <w:t>-Adverbs of Frequency (How often): (He usually wears sunglasses in summer.)</w:t>
            </w:r>
          </w:p>
          <w:p>
            <w:pPr>
              <w:spacing w:after="0"/>
            </w:pPr>
            <w:r>
              <w:rPr>
                <w:b w:val="0"/>
                <w:sz w:val="19"/>
              </w:rPr>
              <w:t>-Possessive adjectives: My, your, his, her, our, your, their (I love my bag.)</w:t>
            </w:r>
          </w:p>
          <w:p>
            <w:pPr>
              <w:spacing w:after="0"/>
            </w:pPr>
            <w:r>
              <w:rPr>
                <w:b w:val="0"/>
                <w:sz w:val="19"/>
              </w:rPr>
              <w:t>Functions of the Target Grammatical Structures in Use:</w:t>
            </w:r>
          </w:p>
          <w:p>
            <w:pPr>
              <w:spacing w:after="0"/>
            </w:pPr>
            <w:r>
              <w:rPr>
                <w:b w:val="0"/>
                <w:sz w:val="19"/>
              </w:rPr>
              <w:t>-Use of The Simple Present Tense: Describing daily routines or habits.</w:t>
            </w:r>
          </w:p>
          <w:p>
            <w:pPr>
              <w:spacing w:after="0"/>
            </w:pPr>
            <w:r>
              <w:rPr>
                <w:b w:val="0"/>
                <w:sz w:val="19"/>
              </w:rPr>
              <w:t>-Use of Question Tags for the Simple Present Tense: Checking or confirming general truths, actions or</w:t>
            </w:r>
          </w:p>
          <w:p>
            <w:pPr>
              <w:spacing w:after="0"/>
            </w:pPr>
            <w:r>
              <w:rPr>
                <w:b w:val="0"/>
                <w:sz w:val="19"/>
              </w:rPr>
              <w:t>habits.</w:t>
            </w:r>
          </w:p>
          <w:p>
            <w:pPr>
              <w:spacing w:after="0"/>
            </w:pPr>
            <w:r>
              <w:rPr>
                <w:b w:val="0"/>
                <w:sz w:val="19"/>
              </w:rPr>
              <w:t>-Use of Adverbs of Frequency (How often): Expressing the frequency of actions or events.</w:t>
            </w:r>
          </w:p>
          <w:p>
            <w:pPr>
              <w:spacing w:after="0"/>
            </w:pPr>
            <w:r>
              <w:rPr>
                <w:b w:val="0"/>
                <w:sz w:val="19"/>
              </w:rPr>
              <w:t>-Use of Possessive Adjectives: Showing ownership in relation to nouns.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 :</w:t>
            </w:r>
          </w:p>
          <w:p>
            <w:pPr>
              <w:spacing w:after="0"/>
            </w:pPr>
            <w:r>
              <w:rPr>
                <w:b w:val="0"/>
                <w:sz w:val="19"/>
              </w:rPr>
              <w:t>I’ll pop round to see you later!</w:t>
            </w:r>
          </w:p>
          <w:p>
            <w:pPr>
              <w:spacing w:after="0"/>
            </w:pPr>
            <w:r>
              <w:rPr>
                <w:b w:val="0"/>
                <w:sz w:val="19"/>
              </w:rPr>
              <w:t>Don’t make fun of people!</w:t>
            </w:r>
          </w:p>
          <w:p>
            <w:pPr>
              <w:spacing w:after="0"/>
            </w:pPr>
            <w:r>
              <w:rPr>
                <w:b w:val="0"/>
                <w:sz w:val="19"/>
              </w:rPr>
              <w:t>Let’s sort out the problem! Target Phonological Sounds in Use:</w:t>
            </w:r>
          </w:p>
          <w:p>
            <w:pPr>
              <w:spacing w:after="0"/>
            </w:pPr>
            <w:r>
              <w:rPr>
                <w:b w:val="0"/>
                <w:sz w:val="19"/>
              </w:rPr>
              <w:t>Intonation of questions and question tags.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ENG.5.3.L1. Students can get ready for the listening/watching-comprehension process for the current</w:t>
            </w:r>
          </w:p>
          <w:p>
            <w:pPr>
              <w:spacing w:after="0"/>
            </w:pPr>
            <w:r>
              <w:rPr>
                <w:b w:val="0"/>
                <w:sz w:val="19"/>
              </w:rPr>
              <w:t>content on “personal life with basic body parts and physical features; clothes; daily routines</w:t>
            </w:r>
          </w:p>
          <w:p>
            <w:pPr>
              <w:spacing w:after="0"/>
            </w:pPr>
            <w:r>
              <w:rPr>
                <w:b w:val="0"/>
                <w:sz w:val="19"/>
              </w:rPr>
              <w:t>and activities” carefully. ENG.5.3.L2. Students can bring information about the current content on “personal life with basic body</w:t>
            </w:r>
          </w:p>
          <w:p>
            <w:pPr>
              <w:spacing w:after="0"/>
            </w:pPr>
            <w:r>
              <w:rPr>
                <w:b w:val="0"/>
                <w:sz w:val="19"/>
              </w:rPr>
              <w:t>parts and physical features; clothes; daily routines and activities” together through significant</w:t>
            </w:r>
          </w:p>
          <w:p>
            <w:pPr>
              <w:spacing w:after="0"/>
            </w:pPr>
            <w:r>
              <w:rPr>
                <w:b w:val="0"/>
                <w:sz w:val="19"/>
              </w:rPr>
              <w:t>details and main components while listening/watching it. ENG.5.3.L3. Students can make meaning of/derive meaning from the current content on “personal life</w:t>
            </w:r>
          </w:p>
          <w:p>
            <w:pPr>
              <w:spacing w:after="0"/>
            </w:pPr>
            <w:r>
              <w:rPr>
                <w:b w:val="0"/>
                <w:sz w:val="19"/>
              </w:rPr>
              <w:t>with basic body parts and physical features; clothes; daily routines and activities” through</w:t>
            </w:r>
          </w:p>
          <w:p>
            <w:pPr>
              <w:spacing w:after="0"/>
            </w:pPr>
            <w:r>
              <w:rPr>
                <w:b w:val="0"/>
                <w:sz w:val="19"/>
              </w:rPr>
              <w:t>significant details by listening/watching it carefully. ENG.5.3.L4. Students can convey their knowledge, experience, thoughts, and feelings examined carefully</w:t>
            </w:r>
          </w:p>
          <w:p>
            <w:pPr>
              <w:spacing w:after="0"/>
            </w:pPr>
            <w:r>
              <w:rPr>
                <w:b w:val="0"/>
                <w:sz w:val="19"/>
              </w:rPr>
              <w:t>about the whole listening/watching-comprehension process in relation to the current</w:t>
            </w:r>
          </w:p>
          <w:p>
            <w:pPr>
              <w:spacing w:after="0"/>
            </w:pPr>
            <w:r>
              <w:rPr>
                <w:b w:val="0"/>
                <w:sz w:val="19"/>
              </w:rPr>
              <w:t>content on “personal life with basic body parts and physical features; clothes; daily routines</w:t>
            </w:r>
          </w:p>
          <w:p>
            <w:pPr>
              <w:spacing w:after="0"/>
            </w:pPr>
            <w:r>
              <w:rPr>
                <w:b w:val="0"/>
                <w:sz w:val="19"/>
              </w:rPr>
              <w:t>and activities”. ENG.5.3.P1. Students can select and use the target phonological elements of the current content about</w:t>
            </w:r>
          </w:p>
          <w:p>
            <w:pPr>
              <w:spacing w:after="0"/>
            </w:pPr>
            <w:r>
              <w:rPr>
                <w:b w:val="0"/>
                <w:sz w:val="19"/>
              </w:rPr>
              <w:t>“personal life with basic body parts and physical features; clothes; daily routines and activities”</w:t>
            </w:r>
          </w:p>
          <w:p>
            <w:pPr>
              <w:spacing w:after="0"/>
            </w:pPr>
            <w:r>
              <w:rPr>
                <w:b w:val="0"/>
                <w:sz w:val="19"/>
              </w:rPr>
              <w:t>accurately, authentically, and naturally through spontaneous decision-making processes and</w:t>
            </w:r>
          </w:p>
          <w:p>
            <w:pPr>
              <w:spacing w:after="0"/>
            </w:pPr>
            <w:r>
              <w:rPr>
                <w:b w:val="0"/>
                <w:sz w:val="19"/>
              </w:rPr>
              <w:t>use it in an appropriate and effective way when communicating with others. ENG.5.3.R1. Students can get ready for the reading-comprehension process about the current content</w:t>
            </w:r>
          </w:p>
          <w:p>
            <w:pPr>
              <w:spacing w:after="0"/>
            </w:pPr>
            <w:r>
              <w:rPr>
                <w:b w:val="0"/>
                <w:sz w:val="19"/>
              </w:rPr>
              <w:t>on “personal life with basic body parts and physical features; clothes; daily routines and</w:t>
            </w:r>
          </w:p>
          <w:p>
            <w:pPr>
              <w:spacing w:after="0"/>
            </w:pPr>
            <w:r>
              <w:rPr>
                <w:b w:val="0"/>
                <w:sz w:val="19"/>
              </w:rPr>
              <w:t>activities”. ENG.5.3.R2. Students can bring information about the current content on “personal life with basic body</w:t>
            </w:r>
          </w:p>
          <w:p>
            <w:pPr>
              <w:spacing w:after="0"/>
            </w:pPr>
            <w:r>
              <w:rPr>
                <w:b w:val="0"/>
                <w:sz w:val="19"/>
              </w:rPr>
              <w:t>parts and physical features; clothes; daily routines and activities” through skimming (looking</w:t>
            </w:r>
          </w:p>
          <w:p>
            <w:pPr>
              <w:spacing w:after="0"/>
            </w:pPr>
            <w:r>
              <w:rPr>
                <w:b w:val="0"/>
                <w:sz w:val="19"/>
              </w:rPr>
              <w:t>quickly at) the audio-visual elements and reading the content very quickly. ENG.5.3.R3. Students can make meaning of / derive meaning from the current content about “personal life</w:t>
            </w:r>
          </w:p>
          <w:p>
            <w:pPr>
              <w:spacing w:after="0"/>
            </w:pPr>
            <w:r>
              <w:rPr>
                <w:b w:val="0"/>
                <w:sz w:val="19"/>
              </w:rPr>
              <w:t>with basic body parts and physical features; clothes; daily routines and activities” by reading</w:t>
            </w:r>
          </w:p>
          <w:p>
            <w:pPr>
              <w:spacing w:after="0"/>
            </w:pPr>
            <w:r>
              <w:rPr>
                <w:b w:val="0"/>
                <w:sz w:val="19"/>
              </w:rPr>
              <w:t>it carefully. ENG.5.3.R4. Students can convey their knowledge, experiences, thoughts, and feelings related to the</w:t>
            </w:r>
          </w:p>
          <w:p>
            <w:pPr>
              <w:spacing w:after="0"/>
            </w:pPr>
            <w:r>
              <w:rPr>
                <w:b w:val="0"/>
                <w:sz w:val="19"/>
              </w:rPr>
              <w:t>reading-comprehension process about the current content, “personal life with basic body</w:t>
            </w:r>
          </w:p>
          <w:p>
            <w:pPr>
              <w:spacing w:after="0"/>
            </w:pPr>
            <w:r>
              <w:rPr>
                <w:b w:val="0"/>
                <w:sz w:val="19"/>
              </w:rPr>
              <w:t>parts and physical features; clothes; daily routines and activities” in relation to themselves or</w:t>
            </w:r>
          </w:p>
          <w:p>
            <w:pPr>
              <w:spacing w:after="0"/>
            </w:pPr>
            <w:r>
              <w:rPr>
                <w:b w:val="0"/>
                <w:sz w:val="19"/>
              </w:rPr>
              <w:t>others, both individually and/or with others. ENG.5.3.V1. Students can select and use the target vocabulary of the current content about “personal life</w:t>
            </w:r>
          </w:p>
          <w:p>
            <w:pPr>
              <w:spacing w:after="0"/>
            </w:pPr>
            <w:r>
              <w:rPr>
                <w:b w:val="0"/>
                <w:sz w:val="19"/>
              </w:rPr>
              <w:t>with basic body parts and physical features; clothes; daily routines and activities” accurately, authentically, spontaneously, and naturally and use it appropriately and effectively when</w:t>
            </w:r>
          </w:p>
          <w:p>
            <w:pPr>
              <w:spacing w:after="0"/>
            </w:pPr>
            <w:r>
              <w:rPr>
                <w:b w:val="0"/>
                <w:sz w:val="19"/>
              </w:rPr>
              <w:t>communicating with others. ENG.5.3.G1. Students can select and use the target grammatical elements of the current content about</w:t>
            </w:r>
          </w:p>
          <w:p>
            <w:pPr>
              <w:spacing w:after="0"/>
            </w:pPr>
            <w:r>
              <w:rPr>
                <w:b w:val="0"/>
                <w:sz w:val="19"/>
              </w:rPr>
              <w:t>“personal life with basic body parts and physical features; clothes; daily routines and activities”</w:t>
            </w:r>
          </w:p>
          <w:p>
            <w:pPr>
              <w:spacing w:after="0"/>
            </w:pPr>
            <w:r>
              <w:rPr>
                <w:b w:val="0"/>
                <w:sz w:val="19"/>
              </w:rPr>
              <w:t>accurately, authentically, spontaneously, and naturally and use it appropriately and effectively</w:t>
            </w:r>
          </w:p>
          <w:p>
            <w:pPr>
              <w:spacing w:after="0"/>
            </w:pPr>
            <w:r>
              <w:rPr>
                <w:b w:val="0"/>
                <w:sz w:val="19"/>
              </w:rPr>
              <w:t>when communicating with others. ENG.5.3.W1. Students can get ready for the writing-expression process about the current content</w:t>
            </w:r>
          </w:p>
          <w:p>
            <w:pPr>
              <w:spacing w:after="0"/>
            </w:pPr>
            <w:r>
              <w:rPr>
                <w:b w:val="0"/>
                <w:sz w:val="19"/>
              </w:rPr>
              <w:t>on “personal life with basic body parts and physical features; clothes; daily routines and</w:t>
            </w:r>
          </w:p>
          <w:p>
            <w:pPr>
              <w:spacing w:after="0"/>
            </w:pPr>
            <w:r>
              <w:rPr>
                <w:b w:val="0"/>
                <w:sz w:val="19"/>
              </w:rPr>
              <w:t>activities”. ENG.5.3.W2. Students can understand the model/example for the writing task about the current content</w:t>
            </w:r>
          </w:p>
          <w:p>
            <w:pPr>
              <w:spacing w:after="0"/>
            </w:pPr>
            <w:r>
              <w:rPr>
                <w:b w:val="0"/>
                <w:sz w:val="19"/>
              </w:rPr>
              <w:t>on “personal life with basic body parts and physical features; clothes; daily routines and</w:t>
            </w:r>
          </w:p>
          <w:p>
            <w:pPr>
              <w:spacing w:after="0"/>
            </w:pPr>
            <w:r>
              <w:rPr>
                <w:b w:val="0"/>
                <w:sz w:val="19"/>
              </w:rPr>
              <w:t>activities”. ENG.5.3.W3. Students can organise a content for the assigned writing task on the current content “personal</w:t>
            </w:r>
          </w:p>
          <w:p>
            <w:pPr>
              <w:spacing w:after="0"/>
            </w:pPr>
            <w:r>
              <w:rPr>
                <w:b w:val="0"/>
                <w:sz w:val="19"/>
              </w:rPr>
              <w:t>life with basic body parts and physical features; clothes; daily routines and activities” based</w:t>
            </w:r>
          </w:p>
          <w:p>
            <w:pPr>
              <w:spacing w:after="0"/>
            </w:pPr>
            <w:r>
              <w:rPr>
                <w:b w:val="0"/>
                <w:sz w:val="19"/>
              </w:rPr>
              <w:t>on the model/example provided. ENG.5.3.W4. Students can individually construct/form content for the assigned writing task on the current</w:t>
            </w:r>
          </w:p>
          <w:p>
            <w:pPr>
              <w:spacing w:after="0"/>
            </w:pPr>
            <w:r>
              <w:rPr>
                <w:b w:val="0"/>
                <w:sz w:val="19"/>
              </w:rPr>
              <w:t>content “personal life with basic body parts and physical features; clothes; daily routines and</w:t>
            </w:r>
          </w:p>
          <w:p>
            <w:pPr>
              <w:spacing w:after="0"/>
            </w:pPr>
            <w:r>
              <w:rPr>
                <w:b w:val="0"/>
                <w:sz w:val="19"/>
              </w:rPr>
              <w:t>activities”. ENG.5.3.W5. Students can reorganise (reconstruct) and use information in the new written tasks about</w:t>
            </w:r>
          </w:p>
          <w:p>
            <w:pPr>
              <w:spacing w:after="0"/>
            </w:pPr>
            <w:r>
              <w:rPr>
                <w:b w:val="0"/>
                <w:sz w:val="19"/>
              </w:rPr>
              <w:t>the “personal life with basic body parts and physical features; clothes; daily routines and</w:t>
            </w:r>
          </w:p>
          <w:p>
            <w:pPr>
              <w:spacing w:after="0"/>
            </w:pPr>
            <w:r>
              <w:rPr>
                <w:b w:val="0"/>
                <w:sz w:val="19"/>
              </w:rPr>
              <w:t>activities” to communicate with other people. ENG.5.3.W6. Students can reflect on their knowledge, experiences, thoughts, and feelings related to the</w:t>
            </w:r>
          </w:p>
          <w:p>
            <w:pPr>
              <w:spacing w:after="0"/>
            </w:pPr>
            <w:r>
              <w:rPr>
                <w:b w:val="0"/>
                <w:sz w:val="19"/>
              </w:rPr>
              <w:t>writing-expression process about the current content, “personal life with basic body parts</w:t>
            </w:r>
          </w:p>
          <w:p>
            <w:pPr>
              <w:spacing w:after="0"/>
            </w:pPr>
            <w:r>
              <w:rPr>
                <w:b w:val="0"/>
                <w:sz w:val="19"/>
              </w:rPr>
              <w:t>and physical features; clothes; daily routines and activities” in relation to themselves or</w:t>
            </w:r>
          </w:p>
          <w:p>
            <w:pPr>
              <w:spacing w:after="0"/>
            </w:pPr>
            <w:r>
              <w:rPr>
                <w:b w:val="0"/>
                <w:sz w:val="19"/>
              </w:rPr>
              <w:t>others, both individually and/or with others. ENG.5.3.S1. Students can get ready for speaking-expression process about the current content on</w:t>
            </w:r>
          </w:p>
          <w:p>
            <w:pPr>
              <w:spacing w:after="0"/>
            </w:pPr>
            <w:r>
              <w:rPr>
                <w:b w:val="0"/>
                <w:sz w:val="19"/>
              </w:rPr>
              <w:t>“personal life with basic body parts and physical features; clothes; daily routines and activities”. ENG.5.3.S2. Students can use the model/example for producing verbal content about the current content</w:t>
            </w:r>
          </w:p>
          <w:p>
            <w:pPr>
              <w:spacing w:after="0"/>
            </w:pPr>
            <w:r>
              <w:rPr>
                <w:b w:val="0"/>
                <w:sz w:val="19"/>
              </w:rPr>
              <w:t>on “personal life with basic body parts and physical features; clothes; daily routines and</w:t>
            </w:r>
          </w:p>
          <w:p>
            <w:pPr>
              <w:spacing w:after="0"/>
            </w:pPr>
            <w:r>
              <w:rPr>
                <w:b w:val="0"/>
                <w:sz w:val="19"/>
              </w:rPr>
              <w:t>activities”. ENG.5.3.S3. Students can organise a new verbal content on “personal life with basic body parts and</w:t>
            </w:r>
          </w:p>
          <w:p>
            <w:pPr>
              <w:spacing w:after="0"/>
            </w:pPr>
            <w:r>
              <w:rPr>
                <w:b w:val="0"/>
                <w:sz w:val="19"/>
              </w:rPr>
              <w:t>physical features; clothes; daily routines and activities” by speaking accurately, efficiently, and authentically. ENG.5.3.S4. Students can construct a new verbal content on “personal life with basic body parts and</w:t>
            </w:r>
          </w:p>
          <w:p>
            <w:pPr>
              <w:spacing w:after="0"/>
            </w:pPr>
            <w:r>
              <w:rPr>
                <w:b w:val="0"/>
                <w:sz w:val="19"/>
              </w:rPr>
              <w:t>physical features; clothes; daily routines and activities” by speaking accurately, efficiently, and authentically. ENG.5.3.S5. Students can reorganise (reconstruct) and use information about the “personal life with basic</w:t>
            </w:r>
          </w:p>
          <w:p>
            <w:pPr>
              <w:spacing w:after="0"/>
            </w:pPr>
            <w:r>
              <w:rPr>
                <w:b w:val="0"/>
                <w:sz w:val="19"/>
              </w:rPr>
              <w:t>body parts and physical features; clothes; daily routines and activities” to communicate with</w:t>
            </w:r>
          </w:p>
          <w:p>
            <w:pPr>
              <w:spacing w:after="0"/>
            </w:pPr>
            <w:r>
              <w:rPr>
                <w:b w:val="0"/>
                <w:sz w:val="19"/>
              </w:rPr>
              <w:t>other people. ENG.5.3.S6. Students can convey their knowledge, experiences, thoughts, and feelings related to the</w:t>
            </w:r>
          </w:p>
          <w:p>
            <w:pPr>
              <w:spacing w:after="0"/>
            </w:pPr>
            <w:r>
              <w:rPr>
                <w:b w:val="0"/>
                <w:sz w:val="19"/>
              </w:rPr>
              <w:t>speaking-expression process about the current content, “personal life with basic body parts</w:t>
            </w:r>
          </w:p>
          <w:p>
            <w:pPr>
              <w:spacing w:after="0"/>
            </w:pPr>
            <w:r>
              <w:rPr>
                <w:b w:val="0"/>
                <w:sz w:val="19"/>
              </w:rPr>
              <w:t>and physical features; clothes; daily routines and activities” to communicate with other people</w:t>
            </w:r>
          </w:p>
          <w:p>
            <w:pPr>
              <w:spacing w:after="0"/>
            </w:pPr>
            <w:r>
              <w:rPr>
                <w:b w:val="0"/>
                <w:sz w:val="19"/>
              </w:rPr>
              <w:t>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V10. Modesty, V11.</w:t>
            </w:r>
          </w:p>
          <w:p>
            <w:pPr>
              <w:spacing w:after="0"/>
            </w:pPr>
            <w:r>
              <w:rPr>
                <w:b w:val="0"/>
                <w:sz w:val="19"/>
              </w:rPr>
              <w:t>Independence, V12. Patience, V13. Healthy Living, V16. Responsibility, V18.</w:t>
            </w:r>
          </w:p>
          <w:p>
            <w:pPr>
              <w:spacing w:after="0"/>
            </w:pPr>
            <w:r>
              <w:rPr>
                <w:b w:val="0"/>
                <w:sz w:val="19"/>
              </w:rPr>
              <w:t>Cleanliness,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(ENG.5.3.L1.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describe basic body parts, physical features, and clothes in English.</w:t>
            </w:r>
          </w:p>
          <w:p>
            <w:pPr>
              <w:spacing w:after="0"/>
            </w:pPr>
            <w:r>
              <w:rPr>
                <w:b w:val="0"/>
                <w:sz w:val="19"/>
              </w:rPr>
              <w:t>Activity 1: A Missing Person Poster</w:t>
            </w:r>
          </w:p>
          <w:p>
            <w:pPr>
              <w:spacing w:after="0"/>
            </w:pPr>
            <w:r>
              <w:rPr>
                <w:b w:val="0"/>
                <w:sz w:val="19"/>
              </w:rPr>
              <w:t>The teacher brings picture cards or cutouts with different people (diverse ages, physical features, and clothing). She/He tells students to work in pairs to create a missing person poster. Each pair gets a</w:t>
            </w:r>
          </w:p>
          <w:p>
            <w:pPr>
              <w:spacing w:after="0"/>
            </w:pPr>
            <w:r>
              <w:rPr>
                <w:b w:val="0"/>
                <w:sz w:val="19"/>
              </w:rPr>
              <w:t>picture card of a person. Pairs write a short description of the person in the picture, including body parts, physical features, and clothing. The teacher shows the picture cards to the whole class or sticks them on</w:t>
            </w:r>
          </w:p>
          <w:p>
            <w:pPr>
              <w:spacing w:after="0"/>
            </w:pPr>
            <w:r>
              <w:rPr>
                <w:b w:val="0"/>
                <w:sz w:val="19"/>
              </w:rPr>
              <w:t>the board. Pairs read their descriptive paragraphs aloud and students in the class match the descriptions</w:t>
            </w:r>
          </w:p>
          <w:p>
            <w:pPr>
              <w:spacing w:after="0"/>
            </w:pPr>
            <w:r>
              <w:rPr>
                <w:b w:val="0"/>
                <w:sz w:val="19"/>
              </w:rPr>
              <w:t>with the pictures. Students give positive feedback to their friends for their clear descriptions. The teacher</w:t>
            </w:r>
          </w:p>
          <w:p>
            <w:pPr>
              <w:spacing w:after="0"/>
            </w:pPr>
            <w:r>
              <w:rPr>
                <w:b w:val="0"/>
                <w:sz w:val="19"/>
              </w:rPr>
              <w:t>encourages students to reflect on their strengths and areas for improvement. Each student reflects on their</w:t>
            </w:r>
          </w:p>
          <w:p>
            <w:pPr>
              <w:spacing w:after="0"/>
            </w:pPr>
            <w:r>
              <w:rPr>
                <w:b w:val="0"/>
                <w:sz w:val="19"/>
              </w:rPr>
              <w:t>performance during the activity and identifies: Three Stars (three things they did well) and One Wish (one</w:t>
            </w:r>
          </w:p>
          <w:p>
            <w:pPr>
              <w:spacing w:after="0"/>
            </w:pPr>
            <w:r>
              <w:rPr>
                <w:b w:val="0"/>
                <w:sz w:val="19"/>
              </w:rPr>
              <w:t>thing they want to improve next time). Students reflect on their thoughts and feelings about the activity.</w:t>
            </w:r>
          </w:p>
          <w:p>
            <w:pPr>
              <w:spacing w:after="0"/>
            </w:pPr>
            <w:r>
              <w:rPr>
                <w:b w:val="0"/>
                <w:sz w:val="19"/>
              </w:rPr>
              <w:t>Supporting</w:t>
            </w:r>
          </w:p>
          <w:p>
            <w:pPr>
              <w:spacing w:after="0"/>
            </w:pPr>
            <w:r>
              <w:rPr>
                <w:b w:val="0"/>
                <w:sz w:val="19"/>
              </w:rPr>
              <w:t>Objective: To describe basic body parts, physical features, and clothes in English.</w:t>
            </w:r>
          </w:p>
          <w:p>
            <w:pPr>
              <w:spacing w:after="0"/>
            </w:pPr>
            <w:r>
              <w:rPr>
                <w:b w:val="0"/>
                <w:sz w:val="19"/>
              </w:rPr>
              <w:t>Activity: A Missing Person Poster</w:t>
            </w:r>
          </w:p>
          <w:p>
            <w:pPr>
              <w:spacing w:after="0"/>
            </w:pPr>
            <w:r>
              <w:rPr>
                <w:b w:val="0"/>
                <w:sz w:val="19"/>
              </w:rPr>
              <w:t>The teacher brings description cards that describe physical features, and clothing of a person. She/He tells</w:t>
            </w:r>
          </w:p>
          <w:p>
            <w:pPr>
              <w:spacing w:after="0"/>
            </w:pPr>
            <w:r>
              <w:rPr>
                <w:b w:val="0"/>
                <w:sz w:val="19"/>
              </w:rPr>
              <w:t>students to work in pairs to create a missing person poster. Each pair gets a description card. Students read</w:t>
            </w:r>
          </w:p>
          <w:p>
            <w:pPr>
              <w:spacing w:after="0"/>
            </w:pPr>
            <w:r>
              <w:rPr>
                <w:b w:val="0"/>
                <w:sz w:val="19"/>
              </w:rPr>
              <w:t>the given description paragraph and in pairs draw a picture of the missing person based on the paragraph.</w:t>
            </w:r>
          </w:p>
          <w:p>
            <w:pPr>
              <w:spacing w:after="0"/>
            </w:pPr>
            <w:r>
              <w:rPr>
                <w:b w:val="0"/>
                <w:sz w:val="19"/>
              </w:rPr>
              <w:t>Students show their posters to their friends and give positive feedback to each other on their creativity and</w:t>
            </w:r>
          </w:p>
          <w:p>
            <w:pPr>
              <w:spacing w:after="0"/>
            </w:pPr>
            <w:r>
              <w:rPr>
                <w:b w:val="0"/>
                <w:sz w:val="19"/>
              </w:rPr>
              <w:t>effort. The teacher encourages students to reflect on their strengths and areas for improvement. Each</w:t>
            </w:r>
          </w:p>
          <w:p>
            <w:pPr>
              <w:spacing w:after="0"/>
            </w:pPr>
            <w:r>
              <w:rPr>
                <w:b w:val="0"/>
                <w:sz w:val="19"/>
              </w:rPr>
              <w:t>student reflects on their performance during the activity and identifies: Three Stars (three things they did</w:t>
            </w:r>
          </w:p>
          <w:p>
            <w:pPr>
              <w:spacing w:after="0"/>
            </w:pPr>
            <w:r>
              <w:rPr>
                <w:b w:val="0"/>
                <w:sz w:val="19"/>
              </w:rPr>
              <w:t>well) and One Wish (one thing they want to improve next time). Students reflect on their thoughts and feelings</w:t>
            </w:r>
          </w:p>
          <w:p>
            <w:pPr>
              <w:spacing w:after="0"/>
            </w:pPr>
            <w:r>
              <w:rPr>
                <w:b w:val="0"/>
                <w:sz w:val="19"/>
              </w:rPr>
              <w:t>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digital diary/journal describing their “daily routines, activities, and their timing in their personal lives” during a school term. They will present it with digital</w:t>
            </w:r>
          </w:p>
          <w:p>
            <w:pPr>
              <w:spacing w:after="0"/>
            </w:pPr>
            <w:r>
              <w:rPr>
                <w:b w:val="0"/>
                <w:sz w:val="19"/>
              </w:rPr>
              <w:t>resources and/or realia by acting out the routines recorded in it. The assignment will be evaluated by using a</w:t>
            </w:r>
          </w:p>
          <w:p>
            <w:pPr>
              <w:spacing w:after="0"/>
            </w:pPr>
            <w:r>
              <w:rPr>
                <w:b w:val="0"/>
                <w:sz w:val="19"/>
              </w:rPr>
              <w:t>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 January, New Year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16: 4-8 January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January · Week 16: 4-8 January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3: PERSONAL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Basic body parts and physical features; clothes; daily routines and activities</w:t>
            </w:r>
          </w:p>
          <w:p>
            <w:pPr>
              <w:spacing w:after="0"/>
            </w:pPr>
            <w:r>
              <w:rPr>
                <w:b w:val="0"/>
                <w:sz w:val="19"/>
              </w:rPr>
              <w:t>Target Vocabulary in Use (with revisional vocabulary):</w:t>
            </w:r>
          </w:p>
          <w:p>
            <w:pPr>
              <w:spacing w:after="0"/>
            </w:pPr>
            <w:r>
              <w:rPr>
                <w:b w:val="0"/>
                <w:sz w:val="19"/>
              </w:rPr>
              <w:t>Vocabulary for basic body parts and physical features: Nouns: A neck, a finger, an arm, a body, an eye, a face, a foot, hair, a hand, a head, a nose, a tooth, teeth, height, a leg. Adjectives: Thin, average, curly, straight, round, square, tall, short, wavy, oval.</w:t>
            </w:r>
          </w:p>
          <w:p>
            <w:pPr>
              <w:spacing w:after="0"/>
            </w:pPr>
            <w:r>
              <w:rPr>
                <w:b w:val="0"/>
                <w:sz w:val="19"/>
              </w:rPr>
              <w:t>Vocabulary for clothes: Nouns: A belt, trousers (pants-AmE), a ring, a bag, boots, a cap, a coat, a (fancy</w:t>
            </w:r>
          </w:p>
          <w:p>
            <w:pPr>
              <w:spacing w:after="0"/>
            </w:pPr>
            <w:r>
              <w:rPr>
                <w:b w:val="0"/>
                <w:sz w:val="19"/>
              </w:rPr>
              <w:t>dress) costume, a dress, earrings, fashion, glasses, gloves, a handbag, a hat, a jacket, jeans, a jumper</w:t>
            </w:r>
          </w:p>
          <w:p>
            <w:pPr>
              <w:spacing w:after="0"/>
            </w:pPr>
            <w:r>
              <w:rPr>
                <w:b w:val="0"/>
                <w:sz w:val="19"/>
              </w:rPr>
              <w:t>(a sweater-AmE), a necklace, a raincoat, a scarf, a headscarf, a shirt, shoes, shorts, a skirt, a sock, sunglasses, a T-shirt, an umbrella, a watch, silver, clothing, a bow, an outfit. Verbs: To own, to try on, to</w:t>
            </w:r>
          </w:p>
          <w:p>
            <w:pPr>
              <w:spacing w:after="0"/>
            </w:pPr>
            <w:r>
              <w:rPr>
                <w:b w:val="0"/>
                <w:sz w:val="19"/>
              </w:rPr>
              <w:t>wear, to create. Adjectives: Thick, thin, trendy, comfortable, ordinary, fancy, different, cool.</w:t>
            </w:r>
          </w:p>
          <w:p>
            <w:pPr>
              <w:spacing w:after="0"/>
            </w:pPr>
            <w:r>
              <w:rPr>
                <w:b w:val="0"/>
                <w:sz w:val="19"/>
              </w:rPr>
              <w:t>Vocabulary for daily routines and activities: Nouns: A computer, a book, a magazine, music, a video</w:t>
            </w:r>
          </w:p>
          <w:p>
            <w:pPr>
              <w:spacing w:after="0"/>
            </w:pPr>
            <w:r>
              <w:rPr>
                <w:b w:val="0"/>
                <w:sz w:val="19"/>
              </w:rPr>
              <w:t>game, a map, a path, an adventure, an adventurer, a fashion show. Verbs: To watch, to draw, to read, to go</w:t>
            </w:r>
          </w:p>
          <w:p>
            <w:pPr>
              <w:spacing w:after="0"/>
            </w:pPr>
            <w:r>
              <w:rPr>
                <w:b w:val="0"/>
                <w:sz w:val="19"/>
              </w:rPr>
              <w:t>shopping, to go out, to travel, to smile, to find. Adjectives: Daily, general.</w:t>
            </w:r>
          </w:p>
          <w:p>
            <w:pPr>
              <w:spacing w:after="0"/>
            </w:pPr>
            <w:r>
              <w:rPr>
                <w:b w:val="0"/>
                <w:sz w:val="19"/>
              </w:rPr>
              <w:t>Adverbs of frequency: rarely, sometimes, always, never</w:t>
            </w:r>
          </w:p>
          <w:p>
            <w:pPr>
              <w:spacing w:after="0"/>
            </w:pPr>
            <w:r>
              <w:rPr>
                <w:b w:val="0"/>
                <w:sz w:val="19"/>
              </w:rPr>
              <w:t>Target Grammatical Structures in Use:</w:t>
            </w:r>
          </w:p>
          <w:p>
            <w:pPr>
              <w:spacing w:after="0"/>
            </w:pPr>
            <w:r>
              <w:rPr>
                <w:b w:val="0"/>
                <w:sz w:val="19"/>
              </w:rPr>
              <w:t>-The Simple Present Tense: (She wears her blue coat every winter.)</w:t>
            </w:r>
          </w:p>
          <w:p>
            <w:pPr>
              <w:spacing w:after="0"/>
            </w:pPr>
            <w:r>
              <w:rPr>
                <w:b w:val="0"/>
                <w:sz w:val="19"/>
              </w:rPr>
              <w:t>-Question Tags for the Simple Present Tense: (She reads a book every evening, doesn’t she?)</w:t>
            </w:r>
          </w:p>
          <w:p>
            <w:pPr>
              <w:spacing w:after="0"/>
            </w:pPr>
            <w:r>
              <w:rPr>
                <w:b w:val="0"/>
                <w:sz w:val="19"/>
              </w:rPr>
              <w:t>-Adverbs of Frequency (How often): (He usually wears sunglasses in summer.)</w:t>
            </w:r>
          </w:p>
          <w:p>
            <w:pPr>
              <w:spacing w:after="0"/>
            </w:pPr>
            <w:r>
              <w:rPr>
                <w:b w:val="0"/>
                <w:sz w:val="19"/>
              </w:rPr>
              <w:t>-Possessive adjectives: My, your, his, her, our, your, their (I love my bag.)</w:t>
            </w:r>
          </w:p>
          <w:p>
            <w:pPr>
              <w:spacing w:after="0"/>
            </w:pPr>
            <w:r>
              <w:rPr>
                <w:b w:val="0"/>
                <w:sz w:val="19"/>
              </w:rPr>
              <w:t>Functions of the Target Grammatical Structures in Use:</w:t>
            </w:r>
          </w:p>
          <w:p>
            <w:pPr>
              <w:spacing w:after="0"/>
            </w:pPr>
            <w:r>
              <w:rPr>
                <w:b w:val="0"/>
                <w:sz w:val="19"/>
              </w:rPr>
              <w:t>-Use of The Simple Present Tense: Describing daily routines or habits.</w:t>
            </w:r>
          </w:p>
          <w:p>
            <w:pPr>
              <w:spacing w:after="0"/>
            </w:pPr>
            <w:r>
              <w:rPr>
                <w:b w:val="0"/>
                <w:sz w:val="19"/>
              </w:rPr>
              <w:t>-Use of Question Tags for the Simple Present Tense: Checking or confirming general truths, actions or</w:t>
            </w:r>
          </w:p>
          <w:p>
            <w:pPr>
              <w:spacing w:after="0"/>
            </w:pPr>
            <w:r>
              <w:rPr>
                <w:b w:val="0"/>
                <w:sz w:val="19"/>
              </w:rPr>
              <w:t>habits.</w:t>
            </w:r>
          </w:p>
          <w:p>
            <w:pPr>
              <w:spacing w:after="0"/>
            </w:pPr>
            <w:r>
              <w:rPr>
                <w:b w:val="0"/>
                <w:sz w:val="19"/>
              </w:rPr>
              <w:t>-Use of Adverbs of Frequency (How often): Expressing the frequency of actions or events.</w:t>
            </w:r>
          </w:p>
          <w:p>
            <w:pPr>
              <w:spacing w:after="0"/>
            </w:pPr>
            <w:r>
              <w:rPr>
                <w:b w:val="0"/>
                <w:sz w:val="19"/>
              </w:rPr>
              <w:t>-Use of Possessive Adjectives: Showing ownership in relation to nouns.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 :</w:t>
            </w:r>
          </w:p>
          <w:p>
            <w:pPr>
              <w:spacing w:after="0"/>
            </w:pPr>
            <w:r>
              <w:rPr>
                <w:b w:val="0"/>
                <w:sz w:val="19"/>
              </w:rPr>
              <w:t>I’ll pop round to see you later!</w:t>
            </w:r>
          </w:p>
          <w:p>
            <w:pPr>
              <w:spacing w:after="0"/>
            </w:pPr>
            <w:r>
              <w:rPr>
                <w:b w:val="0"/>
                <w:sz w:val="19"/>
              </w:rPr>
              <w:t>Don’t make fun of people!</w:t>
            </w:r>
          </w:p>
          <w:p>
            <w:pPr>
              <w:spacing w:after="0"/>
            </w:pPr>
            <w:r>
              <w:rPr>
                <w:b w:val="0"/>
                <w:sz w:val="19"/>
              </w:rPr>
              <w:t>Let’s sort out the problem! Target Phonological Sounds in Use:</w:t>
            </w:r>
          </w:p>
          <w:p>
            <w:pPr>
              <w:spacing w:after="0"/>
            </w:pPr>
            <w:r>
              <w:rPr>
                <w:b w:val="0"/>
                <w:sz w:val="19"/>
              </w:rPr>
              <w:t>Intonation of questions and question tags.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ENG.5.3.L1. Students can get ready for the listening/watching-comprehension process for the current</w:t>
            </w:r>
          </w:p>
          <w:p>
            <w:pPr>
              <w:spacing w:after="0"/>
            </w:pPr>
            <w:r>
              <w:rPr>
                <w:b w:val="0"/>
                <w:sz w:val="19"/>
              </w:rPr>
              <w:t>content on “personal life with basic body parts and physical features; clothes; daily routines</w:t>
            </w:r>
          </w:p>
          <w:p>
            <w:pPr>
              <w:spacing w:after="0"/>
            </w:pPr>
            <w:r>
              <w:rPr>
                <w:b w:val="0"/>
                <w:sz w:val="19"/>
              </w:rPr>
              <w:t>and activities” carefully. ENG.5.3.L2. Students can bring information about the current content on “personal life with basic body</w:t>
            </w:r>
          </w:p>
          <w:p>
            <w:pPr>
              <w:spacing w:after="0"/>
            </w:pPr>
            <w:r>
              <w:rPr>
                <w:b w:val="0"/>
                <w:sz w:val="19"/>
              </w:rPr>
              <w:t>parts and physical features; clothes; daily routines and activities” together through significant</w:t>
            </w:r>
          </w:p>
          <w:p>
            <w:pPr>
              <w:spacing w:after="0"/>
            </w:pPr>
            <w:r>
              <w:rPr>
                <w:b w:val="0"/>
                <w:sz w:val="19"/>
              </w:rPr>
              <w:t>details and main components while listening/watching it. ENG.5.3.L3. Students can make meaning of/derive meaning from the current content on “personal life</w:t>
            </w:r>
          </w:p>
          <w:p>
            <w:pPr>
              <w:spacing w:after="0"/>
            </w:pPr>
            <w:r>
              <w:rPr>
                <w:b w:val="0"/>
                <w:sz w:val="19"/>
              </w:rPr>
              <w:t>with basic body parts and physical features; clothes; daily routines and activities” through</w:t>
            </w:r>
          </w:p>
          <w:p>
            <w:pPr>
              <w:spacing w:after="0"/>
            </w:pPr>
            <w:r>
              <w:rPr>
                <w:b w:val="0"/>
                <w:sz w:val="19"/>
              </w:rPr>
              <w:t>significant details by listening/watching it carefully. ENG.5.3.L4. Students can convey their knowledge, experience, thoughts, and feelings examined carefully</w:t>
            </w:r>
          </w:p>
          <w:p>
            <w:pPr>
              <w:spacing w:after="0"/>
            </w:pPr>
            <w:r>
              <w:rPr>
                <w:b w:val="0"/>
                <w:sz w:val="19"/>
              </w:rPr>
              <w:t>about the whole listening/watching-comprehension process in relation to the current</w:t>
            </w:r>
          </w:p>
          <w:p>
            <w:pPr>
              <w:spacing w:after="0"/>
            </w:pPr>
            <w:r>
              <w:rPr>
                <w:b w:val="0"/>
                <w:sz w:val="19"/>
              </w:rPr>
              <w:t>content on “personal life with basic body parts and physical features; clothes; daily routines</w:t>
            </w:r>
          </w:p>
          <w:p>
            <w:pPr>
              <w:spacing w:after="0"/>
            </w:pPr>
            <w:r>
              <w:rPr>
                <w:b w:val="0"/>
                <w:sz w:val="19"/>
              </w:rPr>
              <w:t>and activities”. ENG.5.3.P1. Students can select and use the target phonological elements of the current content about</w:t>
            </w:r>
          </w:p>
          <w:p>
            <w:pPr>
              <w:spacing w:after="0"/>
            </w:pPr>
            <w:r>
              <w:rPr>
                <w:b w:val="0"/>
                <w:sz w:val="19"/>
              </w:rPr>
              <w:t>“personal life with basic body parts and physical features; clothes; daily routines and activities”</w:t>
            </w:r>
          </w:p>
          <w:p>
            <w:pPr>
              <w:spacing w:after="0"/>
            </w:pPr>
            <w:r>
              <w:rPr>
                <w:b w:val="0"/>
                <w:sz w:val="19"/>
              </w:rPr>
              <w:t>accurately, authentically, and naturally through spontaneous decision-making processes and</w:t>
            </w:r>
          </w:p>
          <w:p>
            <w:pPr>
              <w:spacing w:after="0"/>
            </w:pPr>
            <w:r>
              <w:rPr>
                <w:b w:val="0"/>
                <w:sz w:val="19"/>
              </w:rPr>
              <w:t>use it in an appropriate and effective way when communicating with others. ENG.5.3.R1. Students can get ready for the reading-comprehension process about the current content</w:t>
            </w:r>
          </w:p>
          <w:p>
            <w:pPr>
              <w:spacing w:after="0"/>
            </w:pPr>
            <w:r>
              <w:rPr>
                <w:b w:val="0"/>
                <w:sz w:val="19"/>
              </w:rPr>
              <w:t>on “personal life with basic body parts and physical features; clothes; daily routines and</w:t>
            </w:r>
          </w:p>
          <w:p>
            <w:pPr>
              <w:spacing w:after="0"/>
            </w:pPr>
            <w:r>
              <w:rPr>
                <w:b w:val="0"/>
                <w:sz w:val="19"/>
              </w:rPr>
              <w:t>activities”. ENG.5.3.R2. Students can bring information about the current content on “personal life with basic body</w:t>
            </w:r>
          </w:p>
          <w:p>
            <w:pPr>
              <w:spacing w:after="0"/>
            </w:pPr>
            <w:r>
              <w:rPr>
                <w:b w:val="0"/>
                <w:sz w:val="19"/>
              </w:rPr>
              <w:t>parts and physical features; clothes; daily routines and activities” through skimming (looking</w:t>
            </w:r>
          </w:p>
          <w:p>
            <w:pPr>
              <w:spacing w:after="0"/>
            </w:pPr>
            <w:r>
              <w:rPr>
                <w:b w:val="0"/>
                <w:sz w:val="19"/>
              </w:rPr>
              <w:t>quickly at) the audio-visual elements and reading the content very quickly. ENG.5.3.R3. Students can make meaning of / derive meaning from the current content about “personal life</w:t>
            </w:r>
          </w:p>
          <w:p>
            <w:pPr>
              <w:spacing w:after="0"/>
            </w:pPr>
            <w:r>
              <w:rPr>
                <w:b w:val="0"/>
                <w:sz w:val="19"/>
              </w:rPr>
              <w:t>with basic body parts and physical features; clothes; daily routines and activities” by reading</w:t>
            </w:r>
          </w:p>
          <w:p>
            <w:pPr>
              <w:spacing w:after="0"/>
            </w:pPr>
            <w:r>
              <w:rPr>
                <w:b w:val="0"/>
                <w:sz w:val="19"/>
              </w:rPr>
              <w:t>it carefully. ENG.5.3.R4. Students can convey their knowledge, experiences, thoughts, and feelings related to the</w:t>
            </w:r>
          </w:p>
          <w:p>
            <w:pPr>
              <w:spacing w:after="0"/>
            </w:pPr>
            <w:r>
              <w:rPr>
                <w:b w:val="0"/>
                <w:sz w:val="19"/>
              </w:rPr>
              <w:t>reading-comprehension process about the current content, “personal life with basic body</w:t>
            </w:r>
          </w:p>
          <w:p>
            <w:pPr>
              <w:spacing w:after="0"/>
            </w:pPr>
            <w:r>
              <w:rPr>
                <w:b w:val="0"/>
                <w:sz w:val="19"/>
              </w:rPr>
              <w:t>parts and physical features; clothes; daily routines and activities” in relation to themselves or</w:t>
            </w:r>
          </w:p>
          <w:p>
            <w:pPr>
              <w:spacing w:after="0"/>
            </w:pPr>
            <w:r>
              <w:rPr>
                <w:b w:val="0"/>
                <w:sz w:val="19"/>
              </w:rPr>
              <w:t>others, both individually and/or with others. ENG.5.3.V1. Students can select and use the target vocabulary of the current content about “personal life</w:t>
            </w:r>
          </w:p>
          <w:p>
            <w:pPr>
              <w:spacing w:after="0"/>
            </w:pPr>
            <w:r>
              <w:rPr>
                <w:b w:val="0"/>
                <w:sz w:val="19"/>
              </w:rPr>
              <w:t>with basic body parts and physical features; clothes; daily routines and activities” accurately, authentically, spontaneously, and naturally and use it appropriately and effectively when</w:t>
            </w:r>
          </w:p>
          <w:p>
            <w:pPr>
              <w:spacing w:after="0"/>
            </w:pPr>
            <w:r>
              <w:rPr>
                <w:b w:val="0"/>
                <w:sz w:val="19"/>
              </w:rPr>
              <w:t>communicating with others. ENG.5.3.G1. Students can select and use the target grammatical elements of the current content about</w:t>
            </w:r>
          </w:p>
          <w:p>
            <w:pPr>
              <w:spacing w:after="0"/>
            </w:pPr>
            <w:r>
              <w:rPr>
                <w:b w:val="0"/>
                <w:sz w:val="19"/>
              </w:rPr>
              <w:t>“personal life with basic body parts and physical features; clothes; daily routines and activities”</w:t>
            </w:r>
          </w:p>
          <w:p>
            <w:pPr>
              <w:spacing w:after="0"/>
            </w:pPr>
            <w:r>
              <w:rPr>
                <w:b w:val="0"/>
                <w:sz w:val="19"/>
              </w:rPr>
              <w:t>accurately, authentically, spontaneously, and naturally and use it appropriately and effectively</w:t>
            </w:r>
          </w:p>
          <w:p>
            <w:pPr>
              <w:spacing w:after="0"/>
            </w:pPr>
            <w:r>
              <w:rPr>
                <w:b w:val="0"/>
                <w:sz w:val="19"/>
              </w:rPr>
              <w:t>when communicating with others. ENG.5.3.W1. Students can get ready for the writing-expression process about the current content</w:t>
            </w:r>
          </w:p>
          <w:p>
            <w:pPr>
              <w:spacing w:after="0"/>
            </w:pPr>
            <w:r>
              <w:rPr>
                <w:b w:val="0"/>
                <w:sz w:val="19"/>
              </w:rPr>
              <w:t>on “personal life with basic body parts and physical features; clothes; daily routines and</w:t>
            </w:r>
          </w:p>
          <w:p>
            <w:pPr>
              <w:spacing w:after="0"/>
            </w:pPr>
            <w:r>
              <w:rPr>
                <w:b w:val="0"/>
                <w:sz w:val="19"/>
              </w:rPr>
              <w:t>activities”. ENG.5.3.W2. Students can understand the model/example for the writing task about the current content</w:t>
            </w:r>
          </w:p>
          <w:p>
            <w:pPr>
              <w:spacing w:after="0"/>
            </w:pPr>
            <w:r>
              <w:rPr>
                <w:b w:val="0"/>
                <w:sz w:val="19"/>
              </w:rPr>
              <w:t>on “personal life with basic body parts and physical features; clothes; daily routines and</w:t>
            </w:r>
          </w:p>
          <w:p>
            <w:pPr>
              <w:spacing w:after="0"/>
            </w:pPr>
            <w:r>
              <w:rPr>
                <w:b w:val="0"/>
                <w:sz w:val="19"/>
              </w:rPr>
              <w:t>activities”. ENG.5.3.W3. Students can organise a content for the assigned writing task on the current content “personal</w:t>
            </w:r>
          </w:p>
          <w:p>
            <w:pPr>
              <w:spacing w:after="0"/>
            </w:pPr>
            <w:r>
              <w:rPr>
                <w:b w:val="0"/>
                <w:sz w:val="19"/>
              </w:rPr>
              <w:t>life with basic body parts and physical features; clothes; daily routines and activities” based</w:t>
            </w:r>
          </w:p>
          <w:p>
            <w:pPr>
              <w:spacing w:after="0"/>
            </w:pPr>
            <w:r>
              <w:rPr>
                <w:b w:val="0"/>
                <w:sz w:val="19"/>
              </w:rPr>
              <w:t>on the model/example provided. ENG.5.3.W4. Students can individually construct/form content for the assigned writing task on the current</w:t>
            </w:r>
          </w:p>
          <w:p>
            <w:pPr>
              <w:spacing w:after="0"/>
            </w:pPr>
            <w:r>
              <w:rPr>
                <w:b w:val="0"/>
                <w:sz w:val="19"/>
              </w:rPr>
              <w:t>content “personal life with basic body parts and physical features; clothes; daily routines and</w:t>
            </w:r>
          </w:p>
          <w:p>
            <w:pPr>
              <w:spacing w:after="0"/>
            </w:pPr>
            <w:r>
              <w:rPr>
                <w:b w:val="0"/>
                <w:sz w:val="19"/>
              </w:rPr>
              <w:t>activities”. ENG.5.3.W5. Students can reorganise (reconstruct) and use information in the new written tasks about</w:t>
            </w:r>
          </w:p>
          <w:p>
            <w:pPr>
              <w:spacing w:after="0"/>
            </w:pPr>
            <w:r>
              <w:rPr>
                <w:b w:val="0"/>
                <w:sz w:val="19"/>
              </w:rPr>
              <w:t>the “personal life with basic body parts and physical features; clothes; daily routines and</w:t>
            </w:r>
          </w:p>
          <w:p>
            <w:pPr>
              <w:spacing w:after="0"/>
            </w:pPr>
            <w:r>
              <w:rPr>
                <w:b w:val="0"/>
                <w:sz w:val="19"/>
              </w:rPr>
              <w:t>activities” to communicate with other people. ENG.5.3.W6. Students can reflect on their knowledge, experiences, thoughts, and feelings related to the</w:t>
            </w:r>
          </w:p>
          <w:p>
            <w:pPr>
              <w:spacing w:after="0"/>
            </w:pPr>
            <w:r>
              <w:rPr>
                <w:b w:val="0"/>
                <w:sz w:val="19"/>
              </w:rPr>
              <w:t>writing-expression process about the current content, “personal life with basic body parts</w:t>
            </w:r>
          </w:p>
          <w:p>
            <w:pPr>
              <w:spacing w:after="0"/>
            </w:pPr>
            <w:r>
              <w:rPr>
                <w:b w:val="0"/>
                <w:sz w:val="19"/>
              </w:rPr>
              <w:t>and physical features; clothes; daily routines and activities” in relation to themselves or</w:t>
            </w:r>
          </w:p>
          <w:p>
            <w:pPr>
              <w:spacing w:after="0"/>
            </w:pPr>
            <w:r>
              <w:rPr>
                <w:b w:val="0"/>
                <w:sz w:val="19"/>
              </w:rPr>
              <w:t>others, both individually and/or with others. ENG.5.3.S1. Students can get ready for speaking-expression process about the current content on</w:t>
            </w:r>
          </w:p>
          <w:p>
            <w:pPr>
              <w:spacing w:after="0"/>
            </w:pPr>
            <w:r>
              <w:rPr>
                <w:b w:val="0"/>
                <w:sz w:val="19"/>
              </w:rPr>
              <w:t>“personal life with basic body parts and physical features; clothes; daily routines and activities”. ENG.5.3.S2. Students can use the model/example for producing verbal content about the current content</w:t>
            </w:r>
          </w:p>
          <w:p>
            <w:pPr>
              <w:spacing w:after="0"/>
            </w:pPr>
            <w:r>
              <w:rPr>
                <w:b w:val="0"/>
                <w:sz w:val="19"/>
              </w:rPr>
              <w:t>on “personal life with basic body parts and physical features; clothes; daily routines and</w:t>
            </w:r>
          </w:p>
          <w:p>
            <w:pPr>
              <w:spacing w:after="0"/>
            </w:pPr>
            <w:r>
              <w:rPr>
                <w:b w:val="0"/>
                <w:sz w:val="19"/>
              </w:rPr>
              <w:t>activities”. ENG.5.3.S3. Students can organise a new verbal content on “personal life with basic body parts and</w:t>
            </w:r>
          </w:p>
          <w:p>
            <w:pPr>
              <w:spacing w:after="0"/>
            </w:pPr>
            <w:r>
              <w:rPr>
                <w:b w:val="0"/>
                <w:sz w:val="19"/>
              </w:rPr>
              <w:t>physical features; clothes; daily routines and activities” by speaking accurately, efficiently, and authentically. ENG.5.3.S4. Students can construct a new verbal content on “personal life with basic body parts and</w:t>
            </w:r>
          </w:p>
          <w:p>
            <w:pPr>
              <w:spacing w:after="0"/>
            </w:pPr>
            <w:r>
              <w:rPr>
                <w:b w:val="0"/>
                <w:sz w:val="19"/>
              </w:rPr>
              <w:t>physical features; clothes; daily routines and activities” by speaking accurately, efficiently, and authentically. ENG.5.3.S5. Students can reorganise (reconstruct) and use information about the “personal life with basic</w:t>
            </w:r>
          </w:p>
          <w:p>
            <w:pPr>
              <w:spacing w:after="0"/>
            </w:pPr>
            <w:r>
              <w:rPr>
                <w:b w:val="0"/>
                <w:sz w:val="19"/>
              </w:rPr>
              <w:t>body parts and physical features; clothes; daily routines and activities” to communicate with</w:t>
            </w:r>
          </w:p>
          <w:p>
            <w:pPr>
              <w:spacing w:after="0"/>
            </w:pPr>
            <w:r>
              <w:rPr>
                <w:b w:val="0"/>
                <w:sz w:val="19"/>
              </w:rPr>
              <w:t>other people. ENG.5.3.S6. Students can convey their knowledge, experiences, thoughts, and feelings related to the</w:t>
            </w:r>
          </w:p>
          <w:p>
            <w:pPr>
              <w:spacing w:after="0"/>
            </w:pPr>
            <w:r>
              <w:rPr>
                <w:b w:val="0"/>
                <w:sz w:val="19"/>
              </w:rPr>
              <w:t>speaking-expression process about the current content, “personal life with basic body parts</w:t>
            </w:r>
          </w:p>
          <w:p>
            <w:pPr>
              <w:spacing w:after="0"/>
            </w:pPr>
            <w:r>
              <w:rPr>
                <w:b w:val="0"/>
                <w:sz w:val="19"/>
              </w:rPr>
              <w:t>and physical features; clothes; daily routines and activities” to communicate with other people</w:t>
            </w:r>
          </w:p>
          <w:p>
            <w:pPr>
              <w:spacing w:after="0"/>
            </w:pPr>
            <w:r>
              <w:rPr>
                <w:b w:val="0"/>
                <w:sz w:val="19"/>
              </w:rPr>
              <w:t>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V10. Modesty, V11.</w:t>
            </w:r>
          </w:p>
          <w:p>
            <w:pPr>
              <w:spacing w:after="0"/>
            </w:pPr>
            <w:r>
              <w:rPr>
                <w:b w:val="0"/>
                <w:sz w:val="19"/>
              </w:rPr>
              <w:t>Independence, V12. Patience, V13. Healthy Living, V16. Responsibility, V18.</w:t>
            </w:r>
          </w:p>
          <w:p>
            <w:pPr>
              <w:spacing w:after="0"/>
            </w:pPr>
            <w:r>
              <w:rPr>
                <w:b w:val="0"/>
                <w:sz w:val="19"/>
              </w:rPr>
              <w:t>Cleanliness,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(ENG.5.3.L1.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describe basic body parts, physical features, and clothes in English.</w:t>
            </w:r>
          </w:p>
          <w:p>
            <w:pPr>
              <w:spacing w:after="0"/>
            </w:pPr>
            <w:r>
              <w:rPr>
                <w:b w:val="0"/>
                <w:sz w:val="19"/>
              </w:rPr>
              <w:t>Activity 1: A Missing Person Poster</w:t>
            </w:r>
          </w:p>
          <w:p>
            <w:pPr>
              <w:spacing w:after="0"/>
            </w:pPr>
            <w:r>
              <w:rPr>
                <w:b w:val="0"/>
                <w:sz w:val="19"/>
              </w:rPr>
              <w:t>The teacher brings picture cards or cutouts with different people (diverse ages, physical features, and clothing). She/He tells students to work in pairs to create a missing person poster. Each pair gets a</w:t>
            </w:r>
          </w:p>
          <w:p>
            <w:pPr>
              <w:spacing w:after="0"/>
            </w:pPr>
            <w:r>
              <w:rPr>
                <w:b w:val="0"/>
                <w:sz w:val="19"/>
              </w:rPr>
              <w:t>picture card of a person. Pairs write a short description of the person in the picture, including body parts, physical features, and clothing. The teacher shows the picture cards to the whole class or sticks them on</w:t>
            </w:r>
          </w:p>
          <w:p>
            <w:pPr>
              <w:spacing w:after="0"/>
            </w:pPr>
            <w:r>
              <w:rPr>
                <w:b w:val="0"/>
                <w:sz w:val="19"/>
              </w:rPr>
              <w:t>the board. Pairs read their descriptive paragraphs aloud and students in the class match the descriptions</w:t>
            </w:r>
          </w:p>
          <w:p>
            <w:pPr>
              <w:spacing w:after="0"/>
            </w:pPr>
            <w:r>
              <w:rPr>
                <w:b w:val="0"/>
                <w:sz w:val="19"/>
              </w:rPr>
              <w:t>with the pictures. Students give positive feedback to their friends for their clear descriptions. The teacher</w:t>
            </w:r>
          </w:p>
          <w:p>
            <w:pPr>
              <w:spacing w:after="0"/>
            </w:pPr>
            <w:r>
              <w:rPr>
                <w:b w:val="0"/>
                <w:sz w:val="19"/>
              </w:rPr>
              <w:t>encourages students to reflect on their strengths and areas for improvement. Each student reflects on their</w:t>
            </w:r>
          </w:p>
          <w:p>
            <w:pPr>
              <w:spacing w:after="0"/>
            </w:pPr>
            <w:r>
              <w:rPr>
                <w:b w:val="0"/>
                <w:sz w:val="19"/>
              </w:rPr>
              <w:t>performance during the activity and identifies: Three Stars (three things they did well) and One Wish (one</w:t>
            </w:r>
          </w:p>
          <w:p>
            <w:pPr>
              <w:spacing w:after="0"/>
            </w:pPr>
            <w:r>
              <w:rPr>
                <w:b w:val="0"/>
                <w:sz w:val="19"/>
              </w:rPr>
              <w:t>thing they want to improve next time). Students reflect on their thoughts and feelings about the activity.</w:t>
            </w:r>
          </w:p>
          <w:p>
            <w:pPr>
              <w:spacing w:after="0"/>
            </w:pPr>
            <w:r>
              <w:rPr>
                <w:b w:val="0"/>
                <w:sz w:val="19"/>
              </w:rPr>
              <w:t>Supporting</w:t>
            </w:r>
          </w:p>
          <w:p>
            <w:pPr>
              <w:spacing w:after="0"/>
            </w:pPr>
            <w:r>
              <w:rPr>
                <w:b w:val="0"/>
                <w:sz w:val="19"/>
              </w:rPr>
              <w:t>Objective: To describe basic body parts, physical features, and clothes in English.</w:t>
            </w:r>
          </w:p>
          <w:p>
            <w:pPr>
              <w:spacing w:after="0"/>
            </w:pPr>
            <w:r>
              <w:rPr>
                <w:b w:val="0"/>
                <w:sz w:val="19"/>
              </w:rPr>
              <w:t>Activity: A Missing Person Poster</w:t>
            </w:r>
          </w:p>
          <w:p>
            <w:pPr>
              <w:spacing w:after="0"/>
            </w:pPr>
            <w:r>
              <w:rPr>
                <w:b w:val="0"/>
                <w:sz w:val="19"/>
              </w:rPr>
              <w:t>The teacher brings description cards that describe physical features, and clothing of a person. She/He tells</w:t>
            </w:r>
          </w:p>
          <w:p>
            <w:pPr>
              <w:spacing w:after="0"/>
            </w:pPr>
            <w:r>
              <w:rPr>
                <w:b w:val="0"/>
                <w:sz w:val="19"/>
              </w:rPr>
              <w:t>students to work in pairs to create a missing person poster. Each pair gets a description card. Students read</w:t>
            </w:r>
          </w:p>
          <w:p>
            <w:pPr>
              <w:spacing w:after="0"/>
            </w:pPr>
            <w:r>
              <w:rPr>
                <w:b w:val="0"/>
                <w:sz w:val="19"/>
              </w:rPr>
              <w:t>the given description paragraph and in pairs draw a picture of the missing person based on the paragraph.</w:t>
            </w:r>
          </w:p>
          <w:p>
            <w:pPr>
              <w:spacing w:after="0"/>
            </w:pPr>
            <w:r>
              <w:rPr>
                <w:b w:val="0"/>
                <w:sz w:val="19"/>
              </w:rPr>
              <w:t>Students show their posters to their friends and give positive feedback to each other on their creativity and</w:t>
            </w:r>
          </w:p>
          <w:p>
            <w:pPr>
              <w:spacing w:after="0"/>
            </w:pPr>
            <w:r>
              <w:rPr>
                <w:b w:val="0"/>
                <w:sz w:val="19"/>
              </w:rPr>
              <w:t>effort. The teacher encourages students to reflect on their strengths and areas for improvement. Each</w:t>
            </w:r>
          </w:p>
          <w:p>
            <w:pPr>
              <w:spacing w:after="0"/>
            </w:pPr>
            <w:r>
              <w:rPr>
                <w:b w:val="0"/>
                <w:sz w:val="19"/>
              </w:rPr>
              <w:t>student reflects on their performance during the activity and identifies: Three Stars (three things they did</w:t>
            </w:r>
          </w:p>
          <w:p>
            <w:pPr>
              <w:spacing w:after="0"/>
            </w:pPr>
            <w:r>
              <w:rPr>
                <w:b w:val="0"/>
                <w:sz w:val="19"/>
              </w:rPr>
              <w:t>well) and One Wish (one thing they want to improve next time). Students reflect on their thoughts and feelings</w:t>
            </w:r>
          </w:p>
          <w:p>
            <w:pPr>
              <w:spacing w:after="0"/>
            </w:pPr>
            <w:r>
              <w:rPr>
                <w:b w:val="0"/>
                <w:sz w:val="19"/>
              </w:rPr>
              <w:t>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digital diary/journal describing their “daily routines, activities, and their timing in their personal lives” during a school term. They will present it with digital</w:t>
            </w:r>
          </w:p>
          <w:p>
            <w:pPr>
              <w:spacing w:after="0"/>
            </w:pPr>
            <w:r>
              <w:rPr>
                <w:b w:val="0"/>
                <w:sz w:val="19"/>
              </w:rPr>
              <w:t>resources and/or realia by acting out the routines recorded in it. The assignment will be evaluated by using a</w:t>
            </w:r>
          </w:p>
          <w:p>
            <w:pPr>
              <w:spacing w:after="0"/>
            </w:pPr>
            <w:r>
              <w:rPr>
                <w:b w:val="0"/>
                <w:sz w:val="19"/>
              </w:rPr>
              <w:t>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17: 11-15 January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January · Week 17: 11-15 January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4: FAMILY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Family members’ routines; family members’ hobbies and activities</w:t>
            </w:r>
          </w:p>
          <w:p>
            <w:pPr>
              <w:spacing w:after="0"/>
            </w:pPr>
            <w:r>
              <w:rPr>
                <w:b w:val="0"/>
                <w:sz w:val="19"/>
              </w:rPr>
              <w:t>Target Vocabulary in Use:</w:t>
            </w:r>
          </w:p>
          <w:p>
            <w:pPr>
              <w:spacing w:after="0"/>
            </w:pPr>
            <w:r>
              <w:rPr>
                <w:b w:val="0"/>
                <w:sz w:val="19"/>
              </w:rPr>
              <w:t>Vocabulary for Family members’ Routines: Nouns: A couple, a role, a task, focus, resting, tidying, pet care, organisation. Verbs: To brush, to take care (of), to organise. Adjectives: Everyday, specific.</w:t>
            </w:r>
          </w:p>
          <w:p>
            <w:pPr>
              <w:spacing w:after="0"/>
            </w:pPr>
            <w:r>
              <w:rPr>
                <w:b w:val="0"/>
                <w:sz w:val="19"/>
              </w:rPr>
              <w:t>Pronouns: Hers, his, mine (belongs to me), yours.</w:t>
            </w:r>
          </w:p>
          <w:p>
            <w:pPr>
              <w:spacing w:after="0"/>
            </w:pPr>
            <w:r>
              <w:rPr>
                <w:b w:val="0"/>
                <w:sz w:val="19"/>
              </w:rPr>
              <w:t>Vocabulary for family members’ hobbies and activities: Nouns: A board game, a beach, a barbecue, a</w:t>
            </w:r>
          </w:p>
          <w:p>
            <w:pPr>
              <w:spacing w:after="0"/>
            </w:pPr>
            <w:r>
              <w:rPr>
                <w:b w:val="0"/>
                <w:sz w:val="19"/>
              </w:rPr>
              <w:t>bicycle, a camera, a festival, a guitar, a hobby, a holiday, a member, a museum, a photograph, a photo, a tent, a party, a computer game, a forest, a scooter, a piano, cooking, camping, cycling, dancing, fishing, playing</w:t>
            </w:r>
          </w:p>
          <w:p>
            <w:pPr>
              <w:spacing w:after="0"/>
            </w:pPr>
            <w:r>
              <w:rPr>
                <w:b w:val="0"/>
                <w:sz w:val="19"/>
              </w:rPr>
              <w:t>golf, swimming, playing football. Verbs: To have a picnic, to relax, to join, Adjectives: Active, usual.</w:t>
            </w:r>
          </w:p>
          <w:p>
            <w:pPr>
              <w:spacing w:after="0"/>
            </w:pPr>
            <w:r>
              <w:rPr>
                <w:b w:val="0"/>
                <w:sz w:val="19"/>
              </w:rPr>
              <w:t>Target Grammatical Structures in Use:</w:t>
            </w:r>
          </w:p>
          <w:p>
            <w:pPr>
              <w:spacing w:after="0"/>
            </w:pPr>
            <w:r>
              <w:rPr>
                <w:b w:val="0"/>
                <w:sz w:val="19"/>
              </w:rPr>
              <w:t>-Present Progressive Tense: (She is brushing her teeth.)</w:t>
            </w:r>
          </w:p>
          <w:p>
            <w:pPr>
              <w:spacing w:after="0"/>
            </w:pPr>
            <w:r>
              <w:rPr>
                <w:b w:val="0"/>
                <w:sz w:val="19"/>
              </w:rPr>
              <w:t>-Present Progressive Tense vs Present Simple Tense: (We are camping in the forest this weekend, but we</w:t>
            </w:r>
          </w:p>
          <w:p>
            <w:pPr>
              <w:spacing w:after="0"/>
            </w:pPr>
            <w:r>
              <w:rPr>
                <w:b w:val="0"/>
                <w:sz w:val="19"/>
              </w:rPr>
              <w:t>normally stay at home during holidays.)</w:t>
            </w:r>
          </w:p>
          <w:p>
            <w:pPr>
              <w:spacing w:after="0"/>
            </w:pPr>
            <w:r>
              <w:rPr>
                <w:b w:val="0"/>
                <w:sz w:val="19"/>
              </w:rPr>
              <w:t>-Question tags for the Present Progressive Tense: (She is brushing her teeth, isn’t she?)</w:t>
            </w:r>
          </w:p>
          <w:p>
            <w:pPr>
              <w:spacing w:after="0"/>
            </w:pPr>
            <w:r>
              <w:rPr>
                <w:b w:val="0"/>
                <w:sz w:val="19"/>
              </w:rPr>
              <w:t>Functions of the Target Grammatical Structures in use:</w:t>
            </w:r>
          </w:p>
          <w:p>
            <w:pPr>
              <w:spacing w:after="0"/>
            </w:pPr>
            <w:r>
              <w:rPr>
                <w:b w:val="0"/>
                <w:sz w:val="19"/>
              </w:rPr>
              <w:t>-Use of the Present Progressive Tense: Expressing actions or events that are happening at the moment of</w:t>
            </w:r>
          </w:p>
          <w:p>
            <w:pPr>
              <w:spacing w:after="0"/>
            </w:pPr>
            <w:r>
              <w:rPr>
                <w:b w:val="0"/>
                <w:sz w:val="19"/>
              </w:rPr>
              <w:t>speaking, temporary actions, or planned future actions.</w:t>
            </w:r>
          </w:p>
          <w:p>
            <w:pPr>
              <w:spacing w:after="0"/>
            </w:pPr>
            <w:r>
              <w:rPr>
                <w:b w:val="0"/>
                <w:sz w:val="19"/>
              </w:rPr>
              <w:t>-Use of the Present Progressive Tense vs Present Simple Tense: Contrasting ongoing or temporary actions</w:t>
            </w:r>
          </w:p>
          <w:p>
            <w:pPr>
              <w:spacing w:after="0"/>
            </w:pPr>
            <w:r>
              <w:rPr>
                <w:b w:val="0"/>
                <w:sz w:val="19"/>
              </w:rPr>
              <w:t>(Present Progressive) with habitual actions, general truths, or permanent states (Present Simple).</w:t>
            </w:r>
          </w:p>
          <w:p>
            <w:pPr>
              <w:spacing w:after="0"/>
            </w:pPr>
            <w:r>
              <w:rPr>
                <w:b w:val="0"/>
                <w:sz w:val="19"/>
              </w:rPr>
              <w:t>-Use of question tags for Present Progressive Tense: Confirming or checking ongoing actions that match</w:t>
            </w:r>
          </w:p>
          <w:p>
            <w:pPr>
              <w:spacing w:after="0"/>
            </w:pPr>
            <w:r>
              <w:rPr>
                <w:b w:val="0"/>
                <w:sz w:val="19"/>
              </w:rPr>
              <w:t>the tense, tone, or polarity of the statement.</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We always get on well as a family!</w:t>
            </w:r>
          </w:p>
          <w:p>
            <w:pPr>
              <w:spacing w:after="0"/>
            </w:pPr>
            <w:r>
              <w:rPr>
                <w:b w:val="0"/>
                <w:sz w:val="19"/>
              </w:rPr>
              <w:t>Can you lend your father a hand washing the car?</w:t>
            </w:r>
          </w:p>
          <w:p>
            <w:pPr>
              <w:spacing w:after="0"/>
            </w:pPr>
            <w:r>
              <w:rPr>
                <w:b w:val="0"/>
                <w:sz w:val="19"/>
              </w:rPr>
              <w:t>Let’s tidy up the house together.</w:t>
            </w:r>
          </w:p>
          <w:p>
            <w:pPr>
              <w:spacing w:after="0"/>
            </w:pPr>
            <w:r>
              <w:rPr>
                <w:b w:val="0"/>
                <w:sz w:val="19"/>
              </w:rPr>
              <w:t>Target Phonological Sounds in Use:</w:t>
            </w:r>
          </w:p>
          <w:p>
            <w:pPr>
              <w:spacing w:after="0"/>
            </w:pPr>
            <w:r>
              <w:rPr>
                <w:b w:val="0"/>
                <w:sz w:val="19"/>
              </w:rPr>
              <w:t>a, b, c, d, e</w:t>
            </w:r>
          </w:p>
          <w:p>
            <w:pPr>
              <w:spacing w:after="0"/>
            </w:pPr>
            <w:r>
              <w:rPr>
                <w:b w:val="0"/>
                <w:sz w:val="19"/>
              </w:rPr>
              <w:t>Vowels: a: (/ae/, /aeı/, /ə/, /a:/, /eɪ/, /a:/, /a/, /ɔː/, /eə/); e: (/e/; /i:/, /ə/)</w:t>
            </w:r>
          </w:p>
          <w:p>
            <w:pPr>
              <w:spacing w:after="0"/>
            </w:pPr>
            <w:r>
              <w:rPr>
                <w:b w:val="0"/>
                <w:sz w:val="19"/>
              </w:rPr>
              <w:t>Consonants: b: (/b/), silent /b/); c: (/si/, /k/); d: (/d/)</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ENG.5.4.L1. Students can get ready for the listening/watching-comprehension process for the current</w:t>
            </w:r>
          </w:p>
          <w:p>
            <w:pPr>
              <w:spacing w:after="0"/>
            </w:pPr>
            <w:r>
              <w:rPr>
                <w:b w:val="0"/>
                <w:sz w:val="19"/>
              </w:rPr>
              <w:t>content on “family life with family members’ routines; family members’ hobbies and activities”</w:t>
            </w:r>
          </w:p>
          <w:p>
            <w:pPr>
              <w:spacing w:after="0"/>
            </w:pPr>
            <w:r>
              <w:rPr>
                <w:b w:val="0"/>
                <w:sz w:val="19"/>
              </w:rPr>
              <w:t>carefully. ENG.5.4.L2. Students can bring information about the current content on “family life with family members’</w:t>
            </w:r>
          </w:p>
          <w:p>
            <w:pPr>
              <w:spacing w:after="0"/>
            </w:pPr>
            <w:r>
              <w:rPr>
                <w:b w:val="0"/>
                <w:sz w:val="19"/>
              </w:rPr>
              <w:t>routines; family members’ hobbies and activities” together through significant details and</w:t>
            </w:r>
          </w:p>
          <w:p>
            <w:pPr>
              <w:spacing w:after="0"/>
            </w:pPr>
            <w:r>
              <w:rPr>
                <w:b w:val="0"/>
                <w:sz w:val="19"/>
              </w:rPr>
              <w:t>main components while listening/watching it. ENG.5.4.L3. Students can make meaning of/derive meaning from the current content on “family life with</w:t>
            </w:r>
          </w:p>
          <w:p>
            <w:pPr>
              <w:spacing w:after="0"/>
            </w:pPr>
            <w:r>
              <w:rPr>
                <w:b w:val="0"/>
                <w:sz w:val="19"/>
              </w:rPr>
              <w:t>family members’ routines; family members’ hobbies and activities” through significant details</w:t>
            </w:r>
          </w:p>
          <w:p>
            <w:pPr>
              <w:spacing w:after="0"/>
            </w:pPr>
            <w:r>
              <w:rPr>
                <w:b w:val="0"/>
                <w:sz w:val="19"/>
              </w:rPr>
              <w:t>by listening/watching it carefully. ENG.5.4.L4.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“family life with family members’ routines; family members’ hobbies and activities”. ENG.5.4.P1. Students can select and use the target phonological elements of the current content about</w:t>
            </w:r>
          </w:p>
          <w:p>
            <w:pPr>
              <w:spacing w:after="0"/>
            </w:pPr>
            <w:r>
              <w:rPr>
                <w:b w:val="0"/>
                <w:sz w:val="19"/>
              </w:rPr>
              <w:t>“family life with family members’ routines; family members’ hobbies and activities” accurately, authentically, and naturally through spontaneous decision-making processes and use it in an</w:t>
            </w:r>
          </w:p>
          <w:p>
            <w:pPr>
              <w:spacing w:after="0"/>
            </w:pPr>
            <w:r>
              <w:rPr>
                <w:b w:val="0"/>
                <w:sz w:val="19"/>
              </w:rPr>
              <w:t>appropriate and effective way when communicating with others. ENG.5.4.R1. Students can get ready for the writing-comprehension process about the current content on</w:t>
            </w:r>
          </w:p>
          <w:p>
            <w:pPr>
              <w:spacing w:after="0"/>
            </w:pPr>
            <w:r>
              <w:rPr>
                <w:b w:val="0"/>
                <w:sz w:val="19"/>
              </w:rPr>
              <w:t>“family life with family members’ routines; family members’ hobbies and activities”. ENG.5.4.R2. Students can bring information about the current content on “family life with family members’</w:t>
            </w:r>
          </w:p>
          <w:p>
            <w:pPr>
              <w:spacing w:after="0"/>
            </w:pPr>
            <w:r>
              <w:rPr>
                <w:b w:val="0"/>
                <w:sz w:val="19"/>
              </w:rPr>
              <w:t>routines; family members’ hobbies and activities” through skimming (looking quickly at) the</w:t>
            </w:r>
          </w:p>
          <w:p>
            <w:pPr>
              <w:spacing w:after="0"/>
            </w:pPr>
            <w:r>
              <w:rPr>
                <w:b w:val="0"/>
                <w:sz w:val="19"/>
              </w:rPr>
              <w:t>audio-visual elements and reading the content very quickly. ENG.5.4.R3. Students can make meaning of / derive meaning from the current content about “family life</w:t>
            </w:r>
          </w:p>
          <w:p>
            <w:pPr>
              <w:spacing w:after="0"/>
            </w:pPr>
            <w:r>
              <w:rPr>
                <w:b w:val="0"/>
                <w:sz w:val="19"/>
              </w:rPr>
              <w:t>with family members’ routines; family members’ hobbies and activities” by reading it carefully. ENG.5.4.R4. Students can convey their knowledge, experiences, thoughts, and feelings related to the</w:t>
            </w:r>
          </w:p>
          <w:p>
            <w:pPr>
              <w:spacing w:after="0"/>
            </w:pPr>
            <w:r>
              <w:rPr>
                <w:b w:val="0"/>
                <w:sz w:val="19"/>
              </w:rPr>
              <w:t>reading-comprehension process about the current content, “family life with family members’</w:t>
            </w:r>
          </w:p>
          <w:p>
            <w:pPr>
              <w:spacing w:after="0"/>
            </w:pPr>
            <w:r>
              <w:rPr>
                <w:b w:val="0"/>
                <w:sz w:val="19"/>
              </w:rPr>
              <w:t>routines; family members’ hobbies and activities” in relation to themselves or others, both</w:t>
            </w:r>
          </w:p>
          <w:p>
            <w:pPr>
              <w:spacing w:after="0"/>
            </w:pPr>
            <w:r>
              <w:rPr>
                <w:b w:val="0"/>
                <w:sz w:val="19"/>
              </w:rPr>
              <w:t>individually and/or with others. ENG.5.4.V1. Students can select and use the target vocabulary of the current content about “family life with</w:t>
            </w:r>
          </w:p>
          <w:p>
            <w:pPr>
              <w:spacing w:after="0"/>
            </w:pPr>
            <w:r>
              <w:rPr>
                <w:b w:val="0"/>
                <w:sz w:val="19"/>
              </w:rPr>
              <w:t>family members’ routines; family members’ hobbies and activities” accurately, authentically, spontaneously, and naturally and use it appropriately and effectively when communicating</w:t>
            </w:r>
          </w:p>
          <w:p>
            <w:pPr>
              <w:spacing w:after="0"/>
            </w:pPr>
            <w:r>
              <w:rPr>
                <w:b w:val="0"/>
                <w:sz w:val="19"/>
              </w:rPr>
              <w:t>with others. ENG.5.4.G1. Students can select and use the target grammatical elements of the current content about</w:t>
            </w:r>
          </w:p>
          <w:p>
            <w:pPr>
              <w:spacing w:after="0"/>
            </w:pPr>
            <w:r>
              <w:rPr>
                <w:b w:val="0"/>
                <w:sz w:val="19"/>
              </w:rPr>
              <w:t>“family life with family members’ routines; family members’ hobbies and activities” accurately, authentically, spontaneously, and naturally and use it appropriately and effectively when</w:t>
            </w:r>
          </w:p>
          <w:p>
            <w:pPr>
              <w:spacing w:after="0"/>
            </w:pPr>
            <w:r>
              <w:rPr>
                <w:b w:val="0"/>
                <w:sz w:val="19"/>
              </w:rPr>
              <w:t>communicating with others. ENG.5.4.W1. Students can get ready for the writing-expression process about the current content on</w:t>
            </w:r>
          </w:p>
          <w:p>
            <w:pPr>
              <w:spacing w:after="0"/>
            </w:pPr>
            <w:r>
              <w:rPr>
                <w:b w:val="0"/>
                <w:sz w:val="19"/>
              </w:rPr>
              <w:t>“family life with family members’ routines; family members’ hobbies and activities”. ENG.5.4.W2. Students can understand the model/example for the writing task about the current content</w:t>
            </w:r>
          </w:p>
          <w:p>
            <w:pPr>
              <w:spacing w:after="0"/>
            </w:pPr>
            <w:r>
              <w:rPr>
                <w:b w:val="0"/>
                <w:sz w:val="19"/>
              </w:rPr>
              <w:t>on “family life with family members’ routines; family members’ hobbies and activities”. ENG.5.4.W3. Students can organise a content for the assigned writing task on the current content “family</w:t>
            </w:r>
          </w:p>
          <w:p>
            <w:pPr>
              <w:spacing w:after="0"/>
            </w:pPr>
            <w:r>
              <w:rPr>
                <w:b w:val="0"/>
                <w:sz w:val="19"/>
              </w:rPr>
              <w:t>life with family members’ routines; family members’ hobbies and activities” based on the</w:t>
            </w:r>
          </w:p>
          <w:p>
            <w:pPr>
              <w:spacing w:after="0"/>
            </w:pPr>
            <w:r>
              <w:rPr>
                <w:b w:val="0"/>
                <w:sz w:val="19"/>
              </w:rPr>
              <w:t>model/example provided. ENG.5.4.W4. Students can individually construct/form content for the assigned writing task on the current</w:t>
            </w:r>
          </w:p>
          <w:p>
            <w:pPr>
              <w:spacing w:after="0"/>
            </w:pPr>
            <w:r>
              <w:rPr>
                <w:b w:val="0"/>
                <w:sz w:val="19"/>
              </w:rPr>
              <w:t>content “family life with family members’ routines; family members’ hobbies and activities”. ENG.5.4.W5. Students can reorganise (reconstruct) and use information in the new written tasks about</w:t>
            </w:r>
          </w:p>
          <w:p>
            <w:pPr>
              <w:spacing w:after="0"/>
            </w:pPr>
            <w:r>
              <w:rPr>
                <w:b w:val="0"/>
                <w:sz w:val="19"/>
              </w:rPr>
              <w:t>the “family life with family members’ routines; family members’ hobbies and activities” to</w:t>
            </w:r>
          </w:p>
          <w:p>
            <w:pPr>
              <w:spacing w:after="0"/>
            </w:pPr>
            <w:r>
              <w:rPr>
                <w:b w:val="0"/>
                <w:sz w:val="19"/>
              </w:rPr>
              <w:t>communicate with other people. ENG.5.4.W6. Students can reflect on their knowledge, experiences, thoughts, and feelings related to</w:t>
            </w:r>
          </w:p>
          <w:p>
            <w:pPr>
              <w:spacing w:after="0"/>
            </w:pPr>
            <w:r>
              <w:rPr>
                <w:b w:val="0"/>
                <w:sz w:val="19"/>
              </w:rPr>
              <w:t>the writing-expression process about the current content, “family life with family members’</w:t>
            </w:r>
          </w:p>
          <w:p>
            <w:pPr>
              <w:spacing w:after="0"/>
            </w:pPr>
            <w:r>
              <w:rPr>
                <w:b w:val="0"/>
                <w:sz w:val="19"/>
              </w:rPr>
              <w:t>routines; family members’ hobbies and activities” in relation to themselves or others, both</w:t>
            </w:r>
          </w:p>
          <w:p>
            <w:pPr>
              <w:spacing w:after="0"/>
            </w:pPr>
            <w:r>
              <w:rPr>
                <w:b w:val="0"/>
                <w:sz w:val="19"/>
              </w:rPr>
              <w:t>individually and/or with others. ENG.5.4.S1. Students can get ready for speaking-expression process about the current content on “family</w:t>
            </w:r>
          </w:p>
          <w:p>
            <w:pPr>
              <w:spacing w:after="0"/>
            </w:pPr>
            <w:r>
              <w:rPr>
                <w:b w:val="0"/>
                <w:sz w:val="19"/>
              </w:rPr>
              <w:t>life with family members’ routines; family members’ hobbies and activities”. ENG.5.4.S2. Students can use the model/example for producing verbal content about the current content</w:t>
            </w:r>
          </w:p>
          <w:p>
            <w:pPr>
              <w:spacing w:after="0"/>
            </w:pPr>
            <w:r>
              <w:rPr>
                <w:b w:val="0"/>
                <w:sz w:val="19"/>
              </w:rPr>
              <w:t>on “family life with family members’ routines; family members’ hobbies and activities”. ENG.5.4.S3. Students can organise a new verbal content on “family life with family members’ routines;</w:t>
            </w:r>
          </w:p>
          <w:p>
            <w:pPr>
              <w:spacing w:after="0"/>
            </w:pPr>
            <w:r>
              <w:rPr>
                <w:b w:val="0"/>
                <w:sz w:val="19"/>
              </w:rPr>
              <w:t>family members’ hobbies and activities” by speaking accurately, efficiently, and authentically. ENG.5.4.S4. Students can construct a new verbal content on “family life with family members’ routines;</w:t>
            </w:r>
          </w:p>
          <w:p>
            <w:pPr>
              <w:spacing w:after="0"/>
            </w:pPr>
            <w:r>
              <w:rPr>
                <w:b w:val="0"/>
                <w:sz w:val="19"/>
              </w:rPr>
              <w:t>family members’ hobbies and activities” by speaking accurately, efficiently, and authentically. ENG.5.4.S5. Students can reorganise (reconstruct) and use information about the “family life with family</w:t>
            </w:r>
          </w:p>
          <w:p>
            <w:pPr>
              <w:spacing w:after="0"/>
            </w:pPr>
            <w:r>
              <w:rPr>
                <w:b w:val="0"/>
                <w:sz w:val="19"/>
              </w:rPr>
              <w:t>members’ routines; family members’ hobbies and activities” to communicate with other</w:t>
            </w:r>
          </w:p>
          <w:p>
            <w:pPr>
              <w:spacing w:after="0"/>
            </w:pPr>
            <w:r>
              <w:rPr>
                <w:b w:val="0"/>
                <w:sz w:val="19"/>
              </w:rPr>
              <w:t>people. ENG.5.4.S6. Students can convey their knowledge, experiences, thoughts, and feelings related to the</w:t>
            </w:r>
          </w:p>
          <w:p>
            <w:pPr>
              <w:spacing w:after="0"/>
            </w:pPr>
            <w:r>
              <w:rPr>
                <w:b w:val="0"/>
                <w:sz w:val="19"/>
              </w:rPr>
              <w:t>speaking-expression process about the current content, “family life with family members’</w:t>
            </w:r>
          </w:p>
          <w:p>
            <w:pPr>
              <w:spacing w:after="0"/>
            </w:pPr>
            <w:r>
              <w:rPr>
                <w:b w:val="0"/>
                <w:sz w:val="19"/>
              </w:rPr>
              <w:t>routines; family members’ hobbies and activities” to communicate with other people in</w:t>
            </w:r>
          </w:p>
          <w:p>
            <w:pPr>
              <w:spacing w:after="0"/>
            </w:pPr>
            <w:r>
              <w:rPr>
                <w:b w:val="0"/>
                <w:sz w:val="19"/>
              </w:rPr>
              <w:t>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V2. Family Integrity, V3. Diligence, V4. Friendship, V6. Honesty, V7. Aesthetics, V10. Modesty, V11. Independence, V12. Patience, V13. Healthy Living, V16.</w:t>
            </w:r>
          </w:p>
          <w:p>
            <w:pPr>
              <w:spacing w:after="0"/>
            </w:pPr>
            <w:r>
              <w:rPr>
                <w:b w:val="0"/>
                <w:sz w:val="19"/>
              </w:rPr>
              <w:t>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LS3. Financial Literacy, LS4.</w:t>
            </w:r>
          </w:p>
          <w:p>
            <w:pPr>
              <w:spacing w:after="0"/>
            </w:pPr>
            <w:r>
              <w:rPr>
                <w:b w:val="0"/>
                <w:sz w:val="19"/>
              </w:rPr>
              <w:t>Visual Literacy, LS5. 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(ENG.5.4.L1.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describe family members’ hobbies and routines in English by using visuals and sentences in</w:t>
            </w:r>
          </w:p>
          <w:p>
            <w:pPr>
              <w:spacing w:after="0"/>
            </w:pPr>
            <w:r>
              <w:rPr>
                <w:b w:val="0"/>
                <w:sz w:val="19"/>
              </w:rPr>
              <w:t>the target language.</w:t>
            </w:r>
          </w:p>
          <w:p>
            <w:pPr>
              <w:spacing w:after="0"/>
            </w:pPr>
            <w:r>
              <w:rPr>
                <w:b w:val="0"/>
                <w:sz w:val="19"/>
              </w:rPr>
              <w:t>Activity 1: “A Family Poster”</w:t>
            </w:r>
          </w:p>
          <w:p>
            <w:pPr>
              <w:spacing w:after="0"/>
            </w:pPr>
            <w:r>
              <w:rPr>
                <w:b w:val="0"/>
                <w:sz w:val="19"/>
              </w:rPr>
              <w:t>Before the lesson, the teacher tells students to bring hobby-themed magazine cut-outs to use in the activity.</w:t>
            </w:r>
          </w:p>
          <w:p>
            <w:pPr>
              <w:spacing w:after="0"/>
            </w:pPr>
            <w:r>
              <w:rPr>
                <w:b w:val="0"/>
                <w:sz w:val="19"/>
              </w:rPr>
              <w:t>The teacher asks students to work in small groups to create a family poster. Posters should include short</w:t>
            </w:r>
          </w:p>
          <w:p>
            <w:pPr>
              <w:spacing w:after="0"/>
            </w:pPr>
            <w:r>
              <w:rPr>
                <w:b w:val="0"/>
                <w:sz w:val="19"/>
              </w:rPr>
              <w:t>descriptions of the family members. Students also draw pictures or paste magazine cut-outs that represent</w:t>
            </w:r>
          </w:p>
          <w:p>
            <w:pPr>
              <w:spacing w:after="0"/>
            </w:pPr>
            <w:r>
              <w:rPr>
                <w:b w:val="0"/>
                <w:sz w:val="19"/>
              </w:rPr>
              <w:t>the hobbies and write sentences describing the hobbies on the poster. The teacher encourages students to</w:t>
            </w:r>
          </w:p>
          <w:p>
            <w:pPr>
              <w:spacing w:after="0"/>
            </w:pPr>
            <w:r>
              <w:rPr>
                <w:b w:val="0"/>
                <w:sz w:val="19"/>
              </w:rPr>
              <w:t>elaborate on why their family member enjoys the hobby and when/how often they do it. The teacher allows</w:t>
            </w:r>
          </w:p>
          <w:p>
            <w:pPr>
              <w:spacing w:after="0"/>
            </w:pPr>
            <w:r>
              <w:rPr>
                <w:b w:val="0"/>
                <w:sz w:val="19"/>
              </w:rPr>
              <w:t>students to organise their posters freely. She/He encourages creativity and asks students to write multiple</w:t>
            </w:r>
          </w:p>
          <w:p>
            <w:pPr>
              <w:spacing w:after="0"/>
            </w:pPr>
            <w:r>
              <w:rPr>
                <w:b w:val="0"/>
                <w:sz w:val="19"/>
              </w:rPr>
              <w:t>sentences with connecting words. Students display the completed projects around the classroom on walls, desks, or boards. Students walk around the room in small groups, observing their classmates’ work and</w:t>
            </w:r>
          </w:p>
          <w:p>
            <w:pPr>
              <w:spacing w:after="0"/>
            </w:pPr>
            <w:r>
              <w:rPr>
                <w:b w:val="0"/>
                <w:sz w:val="19"/>
              </w:rPr>
              <w:t>asking questions. The teacher provides sticky notes for students to leave positive feedback or comments.</w:t>
            </w:r>
          </w:p>
          <w:p>
            <w:pPr>
              <w:spacing w:after="0"/>
            </w:pPr>
            <w:r>
              <w:rPr>
                <w:b w:val="0"/>
                <w:sz w:val="19"/>
              </w:rPr>
              <w:t>Students reflect on their thoughts and feelings about the activity.</w:t>
            </w:r>
          </w:p>
          <w:p>
            <w:pPr>
              <w:spacing w:after="0"/>
            </w:pPr>
            <w:r>
              <w:rPr>
                <w:b w:val="0"/>
                <w:sz w:val="19"/>
              </w:rPr>
              <w:t>Supporting</w:t>
            </w:r>
          </w:p>
          <w:p>
            <w:pPr>
              <w:spacing w:after="0"/>
            </w:pPr>
            <w:r>
              <w:rPr>
                <w:b w:val="0"/>
                <w:sz w:val="19"/>
              </w:rPr>
              <w:t>Objective: To describe family members’ hobbies and routines in English by using visuals and sentences in</w:t>
            </w:r>
          </w:p>
          <w:p>
            <w:pPr>
              <w:spacing w:after="0"/>
            </w:pPr>
            <w:r>
              <w:rPr>
                <w:b w:val="0"/>
                <w:sz w:val="19"/>
              </w:rPr>
              <w:t>the target language.</w:t>
            </w:r>
          </w:p>
          <w:p>
            <w:pPr>
              <w:spacing w:after="0"/>
            </w:pPr>
            <w:r>
              <w:rPr>
                <w:b w:val="0"/>
                <w:sz w:val="19"/>
              </w:rPr>
              <w:t>Activity 1: “A Family Poster”</w:t>
            </w:r>
          </w:p>
          <w:p>
            <w:pPr>
              <w:spacing w:after="0"/>
            </w:pPr>
            <w:r>
              <w:rPr>
                <w:b w:val="0"/>
                <w:sz w:val="19"/>
              </w:rPr>
              <w:t>Before the lesson the teacher tells students to bring hobby-themed magazine cut-outs to use in the activity.</w:t>
            </w:r>
          </w:p>
          <w:p>
            <w:pPr>
              <w:spacing w:after="0"/>
            </w:pPr>
            <w:r>
              <w:rPr>
                <w:b w:val="0"/>
                <w:sz w:val="19"/>
              </w:rPr>
              <w:t>The teacher asks students to work in small groups to create a family poster. Posters should include short</w:t>
            </w:r>
          </w:p>
          <w:p>
            <w:pPr>
              <w:spacing w:after="0"/>
            </w:pPr>
            <w:r>
              <w:rPr>
                <w:b w:val="0"/>
                <w:sz w:val="19"/>
              </w:rPr>
              <w:t>descriptions of the family members. The teacher provides a template with guided sections to fill in: (“This</w:t>
            </w:r>
          </w:p>
          <w:p>
            <w:pPr>
              <w:spacing w:after="0"/>
            </w:pPr>
            <w:r>
              <w:rPr>
                <w:b w:val="0"/>
                <w:sz w:val="19"/>
              </w:rPr>
              <w:t>is my __ mom, dad, sister”, “They like to __ cook/ play …”). Students also draw pictures or paste magazine</w:t>
            </w:r>
          </w:p>
          <w:p>
            <w:pPr>
              <w:spacing w:after="0"/>
            </w:pPr>
            <w:r>
              <w:rPr>
                <w:b w:val="0"/>
                <w:sz w:val="19"/>
              </w:rPr>
              <w:t>cutouts that represent the hobbies and write sentences describing the hobbies on the poster. The teacher</w:t>
            </w:r>
          </w:p>
          <w:p>
            <w:pPr>
              <w:spacing w:after="0"/>
            </w:pPr>
            <w:r>
              <w:rPr>
                <w:b w:val="0"/>
                <w:sz w:val="19"/>
              </w:rPr>
              <w:t>provides a word bank with key vocabulary and sentence starters (e.g., “My __ likes to __ because __”). The</w:t>
            </w:r>
          </w:p>
          <w:p>
            <w:pPr>
              <w:spacing w:after="0"/>
            </w:pPr>
            <w:r>
              <w:rPr>
                <w:b w:val="0"/>
                <w:sz w:val="19"/>
              </w:rPr>
              <w:t>teacher allows students to organise their posters freely. She/He encourages creativity. Students display</w:t>
            </w:r>
          </w:p>
          <w:p>
            <w:pPr>
              <w:spacing w:after="0"/>
            </w:pPr>
            <w:r>
              <w:rPr>
                <w:b w:val="0"/>
                <w:sz w:val="19"/>
              </w:rPr>
              <w:t>the completed projects around the classroom on walls, desks, or boards. Students walk around the room in</w:t>
            </w:r>
          </w:p>
          <w:p>
            <w:pPr>
              <w:spacing w:after="0"/>
            </w:pPr>
            <w:r>
              <w:rPr>
                <w:b w:val="0"/>
                <w:sz w:val="19"/>
              </w:rPr>
              <w:t>small groups, observing and reading their classmates’ work. The teacher provides sticky notes for students</w:t>
            </w:r>
          </w:p>
          <w:p>
            <w:pPr>
              <w:spacing w:after="0"/>
            </w:pPr>
            <w:r>
              <w:rPr>
                <w:b w:val="0"/>
                <w:sz w:val="19"/>
              </w:rPr>
              <w:t>to leave positive feedback or comments .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conduct a questionnaire on the daily routines, free-time</w:t>
            </w:r>
          </w:p>
          <w:p>
            <w:pPr>
              <w:spacing w:after="0"/>
            </w:pPr>
            <w:r>
              <w:rPr>
                <w:b w:val="0"/>
                <w:sz w:val="19"/>
              </w:rPr>
              <w:t>activities, and hobbies of their family members through interviews and present the written results with</w:t>
            </w:r>
          </w:p>
          <w:p>
            <w:pPr>
              <w:spacing w:after="0"/>
            </w:pPr>
            <w:r>
              <w:rPr>
                <w:b w:val="0"/>
                <w:sz w:val="19"/>
              </w:rPr>
              <w:t>digital resources and/or realia by acting out some of the routines, free-time activities, and hobbies reported</w:t>
            </w:r>
          </w:p>
          <w:p>
            <w:pPr>
              <w:spacing w:after="0"/>
            </w:pPr>
            <w:r>
              <w:rPr>
                <w:b w:val="0"/>
                <w:sz w:val="19"/>
              </w:rPr>
              <w:t>in the questionnaire. The assignment will be evaluated by using a rubric scheme, a rating scale, and/or a</w:t>
            </w:r>
          </w:p>
          <w:p>
            <w:pPr>
              <w:spacing w:after="0"/>
            </w:pPr>
            <w:r>
              <w:rPr>
                <w:b w:val="0"/>
                <w:sz w:val="19"/>
              </w:rPr>
              <w:t>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18: 18-22 January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January · Week 18: 18-22 January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4: FAMILY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Family members’ routines; family members’ hobbies and activities</w:t>
            </w:r>
          </w:p>
          <w:p>
            <w:pPr>
              <w:spacing w:after="0"/>
            </w:pPr>
            <w:r>
              <w:rPr>
                <w:b w:val="0"/>
                <w:sz w:val="19"/>
              </w:rPr>
              <w:t>Target Vocabulary in Use:</w:t>
            </w:r>
          </w:p>
          <w:p>
            <w:pPr>
              <w:spacing w:after="0"/>
            </w:pPr>
            <w:r>
              <w:rPr>
                <w:b w:val="0"/>
                <w:sz w:val="19"/>
              </w:rPr>
              <w:t>Vocabulary for Family members’ Routines: Nouns: A couple, a role, a task, focus, resting, tidying, pet care, organisation. Verbs: To brush, to take care (of), to organise. Adjectives: Everyday, specific.</w:t>
            </w:r>
          </w:p>
          <w:p>
            <w:pPr>
              <w:spacing w:after="0"/>
            </w:pPr>
            <w:r>
              <w:rPr>
                <w:b w:val="0"/>
                <w:sz w:val="19"/>
              </w:rPr>
              <w:t>Pronouns: Hers, his, mine (belongs to me), yours.</w:t>
            </w:r>
          </w:p>
          <w:p>
            <w:pPr>
              <w:spacing w:after="0"/>
            </w:pPr>
            <w:r>
              <w:rPr>
                <w:b w:val="0"/>
                <w:sz w:val="19"/>
              </w:rPr>
              <w:t>Vocabulary for family members’ hobbies and activities: Nouns: A board game, a beach, a barbecue, a</w:t>
            </w:r>
          </w:p>
          <w:p>
            <w:pPr>
              <w:spacing w:after="0"/>
            </w:pPr>
            <w:r>
              <w:rPr>
                <w:b w:val="0"/>
                <w:sz w:val="19"/>
              </w:rPr>
              <w:t>bicycle, a camera, a festival, a guitar, a hobby, a holiday, a member, a museum, a photograph, a photo, a tent, a party, a computer game, a forest, a scooter, a piano, cooking, camping, cycling, dancing, fishing, playing</w:t>
            </w:r>
          </w:p>
          <w:p>
            <w:pPr>
              <w:spacing w:after="0"/>
            </w:pPr>
            <w:r>
              <w:rPr>
                <w:b w:val="0"/>
                <w:sz w:val="19"/>
              </w:rPr>
              <w:t>golf, swimming, playing football. Verbs: To have a picnic, to relax, to join, Adjectives: Active, usual.</w:t>
            </w:r>
          </w:p>
          <w:p>
            <w:pPr>
              <w:spacing w:after="0"/>
            </w:pPr>
            <w:r>
              <w:rPr>
                <w:b w:val="0"/>
                <w:sz w:val="19"/>
              </w:rPr>
              <w:t>Target Grammatical Structures in Use:</w:t>
            </w:r>
          </w:p>
          <w:p>
            <w:pPr>
              <w:spacing w:after="0"/>
            </w:pPr>
            <w:r>
              <w:rPr>
                <w:b w:val="0"/>
                <w:sz w:val="19"/>
              </w:rPr>
              <w:t>-Present Progressive Tense: (She is brushing her teeth.)</w:t>
            </w:r>
          </w:p>
          <w:p>
            <w:pPr>
              <w:spacing w:after="0"/>
            </w:pPr>
            <w:r>
              <w:rPr>
                <w:b w:val="0"/>
                <w:sz w:val="19"/>
              </w:rPr>
              <w:t>-Present Progressive Tense vs Present Simple Tense: (We are camping in the forest this weekend, but we</w:t>
            </w:r>
          </w:p>
          <w:p>
            <w:pPr>
              <w:spacing w:after="0"/>
            </w:pPr>
            <w:r>
              <w:rPr>
                <w:b w:val="0"/>
                <w:sz w:val="19"/>
              </w:rPr>
              <w:t>normally stay at home during holidays.)</w:t>
            </w:r>
          </w:p>
          <w:p>
            <w:pPr>
              <w:spacing w:after="0"/>
            </w:pPr>
            <w:r>
              <w:rPr>
                <w:b w:val="0"/>
                <w:sz w:val="19"/>
              </w:rPr>
              <w:t>-Question tags for the Present Progressive Tense: (She is brushing her teeth, isn’t she?)</w:t>
            </w:r>
          </w:p>
          <w:p>
            <w:pPr>
              <w:spacing w:after="0"/>
            </w:pPr>
            <w:r>
              <w:rPr>
                <w:b w:val="0"/>
                <w:sz w:val="19"/>
              </w:rPr>
              <w:t>Functions of the Target Grammatical Structures in use:</w:t>
            </w:r>
          </w:p>
          <w:p>
            <w:pPr>
              <w:spacing w:after="0"/>
            </w:pPr>
            <w:r>
              <w:rPr>
                <w:b w:val="0"/>
                <w:sz w:val="19"/>
              </w:rPr>
              <w:t>-Use of the Present Progressive Tense: Expressing actions or events that are happening at the moment of</w:t>
            </w:r>
          </w:p>
          <w:p>
            <w:pPr>
              <w:spacing w:after="0"/>
            </w:pPr>
            <w:r>
              <w:rPr>
                <w:b w:val="0"/>
                <w:sz w:val="19"/>
              </w:rPr>
              <w:t>speaking, temporary actions, or planned future actions.</w:t>
            </w:r>
          </w:p>
          <w:p>
            <w:pPr>
              <w:spacing w:after="0"/>
            </w:pPr>
            <w:r>
              <w:rPr>
                <w:b w:val="0"/>
                <w:sz w:val="19"/>
              </w:rPr>
              <w:t>-Use of the Present Progressive Tense vs Present Simple Tense: Contrasting ongoing or temporary actions</w:t>
            </w:r>
          </w:p>
          <w:p>
            <w:pPr>
              <w:spacing w:after="0"/>
            </w:pPr>
            <w:r>
              <w:rPr>
                <w:b w:val="0"/>
                <w:sz w:val="19"/>
              </w:rPr>
              <w:t>(Present Progressive) with habitual actions, general truths, or permanent states (Present Simple).</w:t>
            </w:r>
          </w:p>
          <w:p>
            <w:pPr>
              <w:spacing w:after="0"/>
            </w:pPr>
            <w:r>
              <w:rPr>
                <w:b w:val="0"/>
                <w:sz w:val="19"/>
              </w:rPr>
              <w:t>-Use of question tags for Present Progressive Tense: Confirming or checking ongoing actions that match</w:t>
            </w:r>
          </w:p>
          <w:p>
            <w:pPr>
              <w:spacing w:after="0"/>
            </w:pPr>
            <w:r>
              <w:rPr>
                <w:b w:val="0"/>
                <w:sz w:val="19"/>
              </w:rPr>
              <w:t>the tense, tone, or polarity of the statement.</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We always get on well as a family!</w:t>
            </w:r>
          </w:p>
          <w:p>
            <w:pPr>
              <w:spacing w:after="0"/>
            </w:pPr>
            <w:r>
              <w:rPr>
                <w:b w:val="0"/>
                <w:sz w:val="19"/>
              </w:rPr>
              <w:t>Can you lend your father a hand washing the car?</w:t>
            </w:r>
          </w:p>
          <w:p>
            <w:pPr>
              <w:spacing w:after="0"/>
            </w:pPr>
            <w:r>
              <w:rPr>
                <w:b w:val="0"/>
                <w:sz w:val="19"/>
              </w:rPr>
              <w:t>Let’s tidy up the house together.</w:t>
            </w:r>
          </w:p>
          <w:p>
            <w:pPr>
              <w:spacing w:after="0"/>
            </w:pPr>
            <w:r>
              <w:rPr>
                <w:b w:val="0"/>
                <w:sz w:val="19"/>
              </w:rPr>
              <w:t>Target Phonological Sounds in Use:</w:t>
            </w:r>
          </w:p>
          <w:p>
            <w:pPr>
              <w:spacing w:after="0"/>
            </w:pPr>
            <w:r>
              <w:rPr>
                <w:b w:val="0"/>
                <w:sz w:val="19"/>
              </w:rPr>
              <w:t>a, b, c, d, e</w:t>
            </w:r>
          </w:p>
          <w:p>
            <w:pPr>
              <w:spacing w:after="0"/>
            </w:pPr>
            <w:r>
              <w:rPr>
                <w:b w:val="0"/>
                <w:sz w:val="19"/>
              </w:rPr>
              <w:t>Vowels: a: (/ae/, /aeı/, /ə/, /a:/, /eɪ/, /a:/, /a/, /ɔː/, /eə/); e: (/e/; /i:/, /ə/)</w:t>
            </w:r>
          </w:p>
          <w:p>
            <w:pPr>
              <w:spacing w:after="0"/>
            </w:pPr>
            <w:r>
              <w:rPr>
                <w:b w:val="0"/>
                <w:sz w:val="19"/>
              </w:rPr>
              <w:t>Consonants: b: (/b/), silent /b/); c: (/si/, /k/); d: (/d/)</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ENG.5.4.L1. Students can get ready for the listening/watching-comprehension process for the current</w:t>
            </w:r>
          </w:p>
          <w:p>
            <w:pPr>
              <w:spacing w:after="0"/>
            </w:pPr>
            <w:r>
              <w:rPr>
                <w:b w:val="0"/>
                <w:sz w:val="19"/>
              </w:rPr>
              <w:t>content on “family life with family members’ routines; family members’ hobbies and activities”</w:t>
            </w:r>
          </w:p>
          <w:p>
            <w:pPr>
              <w:spacing w:after="0"/>
            </w:pPr>
            <w:r>
              <w:rPr>
                <w:b w:val="0"/>
                <w:sz w:val="19"/>
              </w:rPr>
              <w:t>carefully. ENG.5.4.L2. Students can bring information about the current content on “family life with family members’</w:t>
            </w:r>
          </w:p>
          <w:p>
            <w:pPr>
              <w:spacing w:after="0"/>
            </w:pPr>
            <w:r>
              <w:rPr>
                <w:b w:val="0"/>
                <w:sz w:val="19"/>
              </w:rPr>
              <w:t>routines; family members’ hobbies and activities” together through significant details and</w:t>
            </w:r>
          </w:p>
          <w:p>
            <w:pPr>
              <w:spacing w:after="0"/>
            </w:pPr>
            <w:r>
              <w:rPr>
                <w:b w:val="0"/>
                <w:sz w:val="19"/>
              </w:rPr>
              <w:t>main components while listening/watching it. ENG.5.4.L3. Students can make meaning of/derive meaning from the current content on “family life with</w:t>
            </w:r>
          </w:p>
          <w:p>
            <w:pPr>
              <w:spacing w:after="0"/>
            </w:pPr>
            <w:r>
              <w:rPr>
                <w:b w:val="0"/>
                <w:sz w:val="19"/>
              </w:rPr>
              <w:t>family members’ routines; family members’ hobbies and activities” through significant details</w:t>
            </w:r>
          </w:p>
          <w:p>
            <w:pPr>
              <w:spacing w:after="0"/>
            </w:pPr>
            <w:r>
              <w:rPr>
                <w:b w:val="0"/>
                <w:sz w:val="19"/>
              </w:rPr>
              <w:t>by listening/watching it carefully. ENG.5.4.L4.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“family life with family members’ routines; family members’ hobbies and activities”. ENG.5.4.P1. Students can select and use the target phonological elements of the current content about</w:t>
            </w:r>
          </w:p>
          <w:p>
            <w:pPr>
              <w:spacing w:after="0"/>
            </w:pPr>
            <w:r>
              <w:rPr>
                <w:b w:val="0"/>
                <w:sz w:val="19"/>
              </w:rPr>
              <w:t>“family life with family members’ routines; family members’ hobbies and activities” accurately, authentically, and naturally through spontaneous decision-making processes and use it in an</w:t>
            </w:r>
          </w:p>
          <w:p>
            <w:pPr>
              <w:spacing w:after="0"/>
            </w:pPr>
            <w:r>
              <w:rPr>
                <w:b w:val="0"/>
                <w:sz w:val="19"/>
              </w:rPr>
              <w:t>appropriate and effective way when communicating with others. ENG.5.4.R1. Students can get ready for the writing-comprehension process about the current content on</w:t>
            </w:r>
          </w:p>
          <w:p>
            <w:pPr>
              <w:spacing w:after="0"/>
            </w:pPr>
            <w:r>
              <w:rPr>
                <w:b w:val="0"/>
                <w:sz w:val="19"/>
              </w:rPr>
              <w:t>“family life with family members’ routines; family members’ hobbies and activities”. ENG.5.4.R2. Students can bring information about the current content on “family life with family members’</w:t>
            </w:r>
          </w:p>
          <w:p>
            <w:pPr>
              <w:spacing w:after="0"/>
            </w:pPr>
            <w:r>
              <w:rPr>
                <w:b w:val="0"/>
                <w:sz w:val="19"/>
              </w:rPr>
              <w:t>routines; family members’ hobbies and activities” through skimming (looking quickly at) the</w:t>
            </w:r>
          </w:p>
          <w:p>
            <w:pPr>
              <w:spacing w:after="0"/>
            </w:pPr>
            <w:r>
              <w:rPr>
                <w:b w:val="0"/>
                <w:sz w:val="19"/>
              </w:rPr>
              <w:t>audio-visual elements and reading the content very quickly. ENG.5.4.R3. Students can make meaning of / derive meaning from the current content about “family life</w:t>
            </w:r>
          </w:p>
          <w:p>
            <w:pPr>
              <w:spacing w:after="0"/>
            </w:pPr>
            <w:r>
              <w:rPr>
                <w:b w:val="0"/>
                <w:sz w:val="19"/>
              </w:rPr>
              <w:t>with family members’ routines; family members’ hobbies and activities” by reading it carefully. ENG.5.4.R4. Students can convey their knowledge, experiences, thoughts, and feelings related to the</w:t>
            </w:r>
          </w:p>
          <w:p>
            <w:pPr>
              <w:spacing w:after="0"/>
            </w:pPr>
            <w:r>
              <w:rPr>
                <w:b w:val="0"/>
                <w:sz w:val="19"/>
              </w:rPr>
              <w:t>reading-comprehension process about the current content, “family life with family members’</w:t>
            </w:r>
          </w:p>
          <w:p>
            <w:pPr>
              <w:spacing w:after="0"/>
            </w:pPr>
            <w:r>
              <w:rPr>
                <w:b w:val="0"/>
                <w:sz w:val="19"/>
              </w:rPr>
              <w:t>routines; family members’ hobbies and activities” in relation to themselves or others, both</w:t>
            </w:r>
          </w:p>
          <w:p>
            <w:pPr>
              <w:spacing w:after="0"/>
            </w:pPr>
            <w:r>
              <w:rPr>
                <w:b w:val="0"/>
                <w:sz w:val="19"/>
              </w:rPr>
              <w:t>individually and/or with others. ENG.5.4.V1. Students can select and use the target vocabulary of the current content about “family life with</w:t>
            </w:r>
          </w:p>
          <w:p>
            <w:pPr>
              <w:spacing w:after="0"/>
            </w:pPr>
            <w:r>
              <w:rPr>
                <w:b w:val="0"/>
                <w:sz w:val="19"/>
              </w:rPr>
              <w:t>family members’ routines; family members’ hobbies and activities” accurately, authentically, spontaneously, and naturally and use it appropriately and effectively when communicating</w:t>
            </w:r>
          </w:p>
          <w:p>
            <w:pPr>
              <w:spacing w:after="0"/>
            </w:pPr>
            <w:r>
              <w:rPr>
                <w:b w:val="0"/>
                <w:sz w:val="19"/>
              </w:rPr>
              <w:t>with others. ENG.5.4.G1. Students can select and use the target grammatical elements of the current content about</w:t>
            </w:r>
          </w:p>
          <w:p>
            <w:pPr>
              <w:spacing w:after="0"/>
            </w:pPr>
            <w:r>
              <w:rPr>
                <w:b w:val="0"/>
                <w:sz w:val="19"/>
              </w:rPr>
              <w:t>“family life with family members’ routines; family members’ hobbies and activities” accurately, authentically, spontaneously, and naturally and use it appropriately and effectively when</w:t>
            </w:r>
          </w:p>
          <w:p>
            <w:pPr>
              <w:spacing w:after="0"/>
            </w:pPr>
            <w:r>
              <w:rPr>
                <w:b w:val="0"/>
                <w:sz w:val="19"/>
              </w:rPr>
              <w:t>communicating with others. ENG.5.4.W1. Students can get ready for the writing-expression process about the current content on</w:t>
            </w:r>
          </w:p>
          <w:p>
            <w:pPr>
              <w:spacing w:after="0"/>
            </w:pPr>
            <w:r>
              <w:rPr>
                <w:b w:val="0"/>
                <w:sz w:val="19"/>
              </w:rPr>
              <w:t>“family life with family members’ routines; family members’ hobbies and activities”. ENG.5.4.W2. Students can understand the model/example for the writing task about the current content</w:t>
            </w:r>
          </w:p>
          <w:p>
            <w:pPr>
              <w:spacing w:after="0"/>
            </w:pPr>
            <w:r>
              <w:rPr>
                <w:b w:val="0"/>
                <w:sz w:val="19"/>
              </w:rPr>
              <w:t>on “family life with family members’ routines; family members’ hobbies and activities”. ENG.5.4.W3. Students can organise a content for the assigned writing task on the current content “family</w:t>
            </w:r>
          </w:p>
          <w:p>
            <w:pPr>
              <w:spacing w:after="0"/>
            </w:pPr>
            <w:r>
              <w:rPr>
                <w:b w:val="0"/>
                <w:sz w:val="19"/>
              </w:rPr>
              <w:t>life with family members’ routines; family members’ hobbies and activities” based on the</w:t>
            </w:r>
          </w:p>
          <w:p>
            <w:pPr>
              <w:spacing w:after="0"/>
            </w:pPr>
            <w:r>
              <w:rPr>
                <w:b w:val="0"/>
                <w:sz w:val="19"/>
              </w:rPr>
              <w:t>model/example provided. ENG.5.4.W4. Students can individually construct/form content for the assigned writing task on the current</w:t>
            </w:r>
          </w:p>
          <w:p>
            <w:pPr>
              <w:spacing w:after="0"/>
            </w:pPr>
            <w:r>
              <w:rPr>
                <w:b w:val="0"/>
                <w:sz w:val="19"/>
              </w:rPr>
              <w:t>content “family life with family members’ routines; family members’ hobbies and activities”. ENG.5.4.W5. Students can reorganise (reconstruct) and use information in the new written tasks about</w:t>
            </w:r>
          </w:p>
          <w:p>
            <w:pPr>
              <w:spacing w:after="0"/>
            </w:pPr>
            <w:r>
              <w:rPr>
                <w:b w:val="0"/>
                <w:sz w:val="19"/>
              </w:rPr>
              <w:t>the “family life with family members’ routines; family members’ hobbies and activities” to</w:t>
            </w:r>
          </w:p>
          <w:p>
            <w:pPr>
              <w:spacing w:after="0"/>
            </w:pPr>
            <w:r>
              <w:rPr>
                <w:b w:val="0"/>
                <w:sz w:val="19"/>
              </w:rPr>
              <w:t>communicate with other people. ENG.5.4.W6. Students can reflect on their knowledge, experiences, thoughts, and feelings related to</w:t>
            </w:r>
          </w:p>
          <w:p>
            <w:pPr>
              <w:spacing w:after="0"/>
            </w:pPr>
            <w:r>
              <w:rPr>
                <w:b w:val="0"/>
                <w:sz w:val="19"/>
              </w:rPr>
              <w:t>the writing-expression process about the current content, “family life with family members’</w:t>
            </w:r>
          </w:p>
          <w:p>
            <w:pPr>
              <w:spacing w:after="0"/>
            </w:pPr>
            <w:r>
              <w:rPr>
                <w:b w:val="0"/>
                <w:sz w:val="19"/>
              </w:rPr>
              <w:t>routines; family members’ hobbies and activities” in relation to themselves or others, both</w:t>
            </w:r>
          </w:p>
          <w:p>
            <w:pPr>
              <w:spacing w:after="0"/>
            </w:pPr>
            <w:r>
              <w:rPr>
                <w:b w:val="0"/>
                <w:sz w:val="19"/>
              </w:rPr>
              <w:t>individually and/or with others. ENG.5.4.S1. Students can get ready for speaking-expression process about the current content on “family</w:t>
            </w:r>
          </w:p>
          <w:p>
            <w:pPr>
              <w:spacing w:after="0"/>
            </w:pPr>
            <w:r>
              <w:rPr>
                <w:b w:val="0"/>
                <w:sz w:val="19"/>
              </w:rPr>
              <w:t>life with family members’ routines; family members’ hobbies and activities”. ENG.5.4.S2. Students can use the model/example for producing verbal content about the current content</w:t>
            </w:r>
          </w:p>
          <w:p>
            <w:pPr>
              <w:spacing w:after="0"/>
            </w:pPr>
            <w:r>
              <w:rPr>
                <w:b w:val="0"/>
                <w:sz w:val="19"/>
              </w:rPr>
              <w:t>on “family life with family members’ routines; family members’ hobbies and activities”. ENG.5.4.S3. Students can organise a new verbal content on “family life with family members’ routines;</w:t>
            </w:r>
          </w:p>
          <w:p>
            <w:pPr>
              <w:spacing w:after="0"/>
            </w:pPr>
            <w:r>
              <w:rPr>
                <w:b w:val="0"/>
                <w:sz w:val="19"/>
              </w:rPr>
              <w:t>family members’ hobbies and activities” by speaking accurately, efficiently, and authentically. ENG.5.4.S4. Students can construct a new verbal content on “family life with family members’ routines;</w:t>
            </w:r>
          </w:p>
          <w:p>
            <w:pPr>
              <w:spacing w:after="0"/>
            </w:pPr>
            <w:r>
              <w:rPr>
                <w:b w:val="0"/>
                <w:sz w:val="19"/>
              </w:rPr>
              <w:t>family members’ hobbies and activities” by speaking accurately, efficiently, and authentically. ENG.5.4.S5. Students can reorganise (reconstruct) and use information about the “family life with family</w:t>
            </w:r>
          </w:p>
          <w:p>
            <w:pPr>
              <w:spacing w:after="0"/>
            </w:pPr>
            <w:r>
              <w:rPr>
                <w:b w:val="0"/>
                <w:sz w:val="19"/>
              </w:rPr>
              <w:t>members’ routines; family members’ hobbies and activities” to communicate with other</w:t>
            </w:r>
          </w:p>
          <w:p>
            <w:pPr>
              <w:spacing w:after="0"/>
            </w:pPr>
            <w:r>
              <w:rPr>
                <w:b w:val="0"/>
                <w:sz w:val="19"/>
              </w:rPr>
              <w:t>people. ENG.5.4.S6. Students can convey their knowledge, experiences, thoughts, and feelings related to the</w:t>
            </w:r>
          </w:p>
          <w:p>
            <w:pPr>
              <w:spacing w:after="0"/>
            </w:pPr>
            <w:r>
              <w:rPr>
                <w:b w:val="0"/>
                <w:sz w:val="19"/>
              </w:rPr>
              <w:t>speaking-expression process about the current content, “family life with family members’</w:t>
            </w:r>
          </w:p>
          <w:p>
            <w:pPr>
              <w:spacing w:after="0"/>
            </w:pPr>
            <w:r>
              <w:rPr>
                <w:b w:val="0"/>
                <w:sz w:val="19"/>
              </w:rPr>
              <w:t>routines; family members’ hobbies and activities” to communicate with other people in</w:t>
            </w:r>
          </w:p>
          <w:p>
            <w:pPr>
              <w:spacing w:after="0"/>
            </w:pPr>
            <w:r>
              <w:rPr>
                <w:b w:val="0"/>
                <w:sz w:val="19"/>
              </w:rPr>
              <w:t>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V2. Family Integrity, V3. Diligence, V4. Friendship, V6. Honesty, V7. Aesthetics, V10. Modesty, V11. Independence, V12. Patience, V13. Healthy Living, V16.</w:t>
            </w:r>
          </w:p>
          <w:p>
            <w:pPr>
              <w:spacing w:after="0"/>
            </w:pPr>
            <w:r>
              <w:rPr>
                <w:b w:val="0"/>
                <w:sz w:val="19"/>
              </w:rPr>
              <w:t>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LS3. Financial Literacy, LS4.</w:t>
            </w:r>
          </w:p>
          <w:p>
            <w:pPr>
              <w:spacing w:after="0"/>
            </w:pPr>
            <w:r>
              <w:rPr>
                <w:b w:val="0"/>
                <w:sz w:val="19"/>
              </w:rPr>
              <w:t>Visual Literacy, LS5. 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(ENG.5.4.L1.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describe family members’ hobbies and routines in English by using visuals and sentences in</w:t>
            </w:r>
          </w:p>
          <w:p>
            <w:pPr>
              <w:spacing w:after="0"/>
            </w:pPr>
            <w:r>
              <w:rPr>
                <w:b w:val="0"/>
                <w:sz w:val="19"/>
              </w:rPr>
              <w:t>the target language.</w:t>
            </w:r>
          </w:p>
          <w:p>
            <w:pPr>
              <w:spacing w:after="0"/>
            </w:pPr>
            <w:r>
              <w:rPr>
                <w:b w:val="0"/>
                <w:sz w:val="19"/>
              </w:rPr>
              <w:t>Activity 1: “A Family Poster”</w:t>
            </w:r>
          </w:p>
          <w:p>
            <w:pPr>
              <w:spacing w:after="0"/>
            </w:pPr>
            <w:r>
              <w:rPr>
                <w:b w:val="0"/>
                <w:sz w:val="19"/>
              </w:rPr>
              <w:t>Before the lesson, the teacher tells students to bring hobby-themed magazine cut-outs to use in the activity.</w:t>
            </w:r>
          </w:p>
          <w:p>
            <w:pPr>
              <w:spacing w:after="0"/>
            </w:pPr>
            <w:r>
              <w:rPr>
                <w:b w:val="0"/>
                <w:sz w:val="19"/>
              </w:rPr>
              <w:t>The teacher asks students to work in small groups to create a family poster. Posters should include short</w:t>
            </w:r>
          </w:p>
          <w:p>
            <w:pPr>
              <w:spacing w:after="0"/>
            </w:pPr>
            <w:r>
              <w:rPr>
                <w:b w:val="0"/>
                <w:sz w:val="19"/>
              </w:rPr>
              <w:t>descriptions of the family members. Students also draw pictures or paste magazine cut-outs that represent</w:t>
            </w:r>
          </w:p>
          <w:p>
            <w:pPr>
              <w:spacing w:after="0"/>
            </w:pPr>
            <w:r>
              <w:rPr>
                <w:b w:val="0"/>
                <w:sz w:val="19"/>
              </w:rPr>
              <w:t>the hobbies and write sentences describing the hobbies on the poster. The teacher encourages students to</w:t>
            </w:r>
          </w:p>
          <w:p>
            <w:pPr>
              <w:spacing w:after="0"/>
            </w:pPr>
            <w:r>
              <w:rPr>
                <w:b w:val="0"/>
                <w:sz w:val="19"/>
              </w:rPr>
              <w:t>elaborate on why their family member enjoys the hobby and when/how often they do it. The teacher allows</w:t>
            </w:r>
          </w:p>
          <w:p>
            <w:pPr>
              <w:spacing w:after="0"/>
            </w:pPr>
            <w:r>
              <w:rPr>
                <w:b w:val="0"/>
                <w:sz w:val="19"/>
              </w:rPr>
              <w:t>students to organise their posters freely. She/He encourages creativity and asks students to write multiple</w:t>
            </w:r>
          </w:p>
          <w:p>
            <w:pPr>
              <w:spacing w:after="0"/>
            </w:pPr>
            <w:r>
              <w:rPr>
                <w:b w:val="0"/>
                <w:sz w:val="19"/>
              </w:rPr>
              <w:t>sentences with connecting words. Students display the completed projects around the classroom on walls, desks, or boards. Students walk around the room in small groups, observing their classmates’ work and</w:t>
            </w:r>
          </w:p>
          <w:p>
            <w:pPr>
              <w:spacing w:after="0"/>
            </w:pPr>
            <w:r>
              <w:rPr>
                <w:b w:val="0"/>
                <w:sz w:val="19"/>
              </w:rPr>
              <w:t>asking questions. The teacher provides sticky notes for students to leave positive feedback or comments.</w:t>
            </w:r>
          </w:p>
          <w:p>
            <w:pPr>
              <w:spacing w:after="0"/>
            </w:pPr>
            <w:r>
              <w:rPr>
                <w:b w:val="0"/>
                <w:sz w:val="19"/>
              </w:rPr>
              <w:t>Students reflect on their thoughts and feelings about the activity.</w:t>
            </w:r>
          </w:p>
          <w:p>
            <w:pPr>
              <w:spacing w:after="0"/>
            </w:pPr>
            <w:r>
              <w:rPr>
                <w:b w:val="0"/>
                <w:sz w:val="19"/>
              </w:rPr>
              <w:t>Supporting</w:t>
            </w:r>
          </w:p>
          <w:p>
            <w:pPr>
              <w:spacing w:after="0"/>
            </w:pPr>
            <w:r>
              <w:rPr>
                <w:b w:val="0"/>
                <w:sz w:val="19"/>
              </w:rPr>
              <w:t>Objective: To describe family members’ hobbies and routines in English by using visuals and sentences in</w:t>
            </w:r>
          </w:p>
          <w:p>
            <w:pPr>
              <w:spacing w:after="0"/>
            </w:pPr>
            <w:r>
              <w:rPr>
                <w:b w:val="0"/>
                <w:sz w:val="19"/>
              </w:rPr>
              <w:t>the target language.</w:t>
            </w:r>
          </w:p>
          <w:p>
            <w:pPr>
              <w:spacing w:after="0"/>
            </w:pPr>
            <w:r>
              <w:rPr>
                <w:b w:val="0"/>
                <w:sz w:val="19"/>
              </w:rPr>
              <w:t>Activity 1: “A Family Poster”</w:t>
            </w:r>
          </w:p>
          <w:p>
            <w:pPr>
              <w:spacing w:after="0"/>
            </w:pPr>
            <w:r>
              <w:rPr>
                <w:b w:val="0"/>
                <w:sz w:val="19"/>
              </w:rPr>
              <w:t>Before the lesson the teacher tells students to bring hobby-themed magazine cut-outs to use in the activity.</w:t>
            </w:r>
          </w:p>
          <w:p>
            <w:pPr>
              <w:spacing w:after="0"/>
            </w:pPr>
            <w:r>
              <w:rPr>
                <w:b w:val="0"/>
                <w:sz w:val="19"/>
              </w:rPr>
              <w:t>The teacher asks students to work in small groups to create a family poster. Posters should include short</w:t>
            </w:r>
          </w:p>
          <w:p>
            <w:pPr>
              <w:spacing w:after="0"/>
            </w:pPr>
            <w:r>
              <w:rPr>
                <w:b w:val="0"/>
                <w:sz w:val="19"/>
              </w:rPr>
              <w:t>descriptions of the family members. The teacher provides a template with guided sections to fill in: (“This</w:t>
            </w:r>
          </w:p>
          <w:p>
            <w:pPr>
              <w:spacing w:after="0"/>
            </w:pPr>
            <w:r>
              <w:rPr>
                <w:b w:val="0"/>
                <w:sz w:val="19"/>
              </w:rPr>
              <w:t>is my __ mom, dad, sister”, “They like to __ cook/ play …”). Students also draw pictures or paste magazine</w:t>
            </w:r>
          </w:p>
          <w:p>
            <w:pPr>
              <w:spacing w:after="0"/>
            </w:pPr>
            <w:r>
              <w:rPr>
                <w:b w:val="0"/>
                <w:sz w:val="19"/>
              </w:rPr>
              <w:t>cutouts that represent the hobbies and write sentences describing the hobbies on the poster. The teacher</w:t>
            </w:r>
          </w:p>
          <w:p>
            <w:pPr>
              <w:spacing w:after="0"/>
            </w:pPr>
            <w:r>
              <w:rPr>
                <w:b w:val="0"/>
                <w:sz w:val="19"/>
              </w:rPr>
              <w:t>provides a word bank with key vocabulary and sentence starters (e.g., “My __ likes to __ because __”). The</w:t>
            </w:r>
          </w:p>
          <w:p>
            <w:pPr>
              <w:spacing w:after="0"/>
            </w:pPr>
            <w:r>
              <w:rPr>
                <w:b w:val="0"/>
                <w:sz w:val="19"/>
              </w:rPr>
              <w:t>teacher allows students to organise their posters freely. She/He encourages creativity. Students display</w:t>
            </w:r>
          </w:p>
          <w:p>
            <w:pPr>
              <w:spacing w:after="0"/>
            </w:pPr>
            <w:r>
              <w:rPr>
                <w:b w:val="0"/>
                <w:sz w:val="19"/>
              </w:rPr>
              <w:t>the completed projects around the classroom on walls, desks, or boards. Students walk around the room in</w:t>
            </w:r>
          </w:p>
          <w:p>
            <w:pPr>
              <w:spacing w:after="0"/>
            </w:pPr>
            <w:r>
              <w:rPr>
                <w:b w:val="0"/>
                <w:sz w:val="19"/>
              </w:rPr>
              <w:t>small groups, observing and reading their classmates’ work. The teacher provides sticky notes for students</w:t>
            </w:r>
          </w:p>
          <w:p>
            <w:pPr>
              <w:spacing w:after="0"/>
            </w:pPr>
            <w:r>
              <w:rPr>
                <w:b w:val="0"/>
                <w:sz w:val="19"/>
              </w:rPr>
              <w:t>to leave positive feedback or comments .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conduct a questionnaire on the daily routines, free-time</w:t>
            </w:r>
          </w:p>
          <w:p>
            <w:pPr>
              <w:spacing w:after="0"/>
            </w:pPr>
            <w:r>
              <w:rPr>
                <w:b w:val="0"/>
                <w:sz w:val="19"/>
              </w:rPr>
              <w:t>activities, and hobbies of their family members through interviews and present the written results with</w:t>
            </w:r>
          </w:p>
          <w:p>
            <w:pPr>
              <w:spacing w:after="0"/>
            </w:pPr>
            <w:r>
              <w:rPr>
                <w:b w:val="0"/>
                <w:sz w:val="19"/>
              </w:rPr>
              <w:t>digital resources and/or realia by acting out some of the routines, free-time activities, and hobbies reported</w:t>
            </w:r>
          </w:p>
          <w:p>
            <w:pPr>
              <w:spacing w:after="0"/>
            </w:pPr>
            <w:r>
              <w:rPr>
                <w:b w:val="0"/>
                <w:sz w:val="19"/>
              </w:rPr>
              <w:t>in the questionnaire. The assignment will be evaluated by using a rubric scheme, a rating scale, and/or a</w:t>
            </w:r>
          </w:p>
          <w:p>
            <w:pPr>
              <w:spacing w:after="0"/>
            </w:pPr>
            <w:r>
              <w:rPr>
                <w:b w:val="0"/>
                <w:sz w:val="19"/>
              </w:rPr>
              <w:t>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19: 8-12 February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February · Week 19: 8-12 February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4: FAMILY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Family members’ routines; family members’ hobbies and activities</w:t>
            </w:r>
          </w:p>
          <w:p>
            <w:pPr>
              <w:spacing w:after="0"/>
            </w:pPr>
            <w:r>
              <w:rPr>
                <w:b w:val="0"/>
                <w:sz w:val="19"/>
              </w:rPr>
              <w:t>Target Vocabulary in Use:</w:t>
            </w:r>
          </w:p>
          <w:p>
            <w:pPr>
              <w:spacing w:after="0"/>
            </w:pPr>
            <w:r>
              <w:rPr>
                <w:b w:val="0"/>
                <w:sz w:val="19"/>
              </w:rPr>
              <w:t>Vocabulary for Family members’ Routines: Nouns: A couple, a role, a task, focus, resting, tidying, pet care, organisation. Verbs: To brush, to take care (of), to organise. Adjectives: Everyday, specific.</w:t>
            </w:r>
          </w:p>
          <w:p>
            <w:pPr>
              <w:spacing w:after="0"/>
            </w:pPr>
            <w:r>
              <w:rPr>
                <w:b w:val="0"/>
                <w:sz w:val="19"/>
              </w:rPr>
              <w:t>Pronouns: Hers, his, mine (belongs to me), yours.</w:t>
            </w:r>
          </w:p>
          <w:p>
            <w:pPr>
              <w:spacing w:after="0"/>
            </w:pPr>
            <w:r>
              <w:rPr>
                <w:b w:val="0"/>
                <w:sz w:val="19"/>
              </w:rPr>
              <w:t>Vocabulary for family members’ hobbies and activities: Nouns: A board game, a beach, a barbecue, a</w:t>
            </w:r>
          </w:p>
          <w:p>
            <w:pPr>
              <w:spacing w:after="0"/>
            </w:pPr>
            <w:r>
              <w:rPr>
                <w:b w:val="0"/>
                <w:sz w:val="19"/>
              </w:rPr>
              <w:t>bicycle, a camera, a festival, a guitar, a hobby, a holiday, a member, a museum, a photograph, a photo, a tent, a party, a computer game, a forest, a scooter, a piano, cooking, camping, cycling, dancing, fishing, playing</w:t>
            </w:r>
          </w:p>
          <w:p>
            <w:pPr>
              <w:spacing w:after="0"/>
            </w:pPr>
            <w:r>
              <w:rPr>
                <w:b w:val="0"/>
                <w:sz w:val="19"/>
              </w:rPr>
              <w:t>golf, swimming, playing football. Verbs: To have a picnic, to relax, to join, Adjectives: Active, usual.</w:t>
            </w:r>
          </w:p>
          <w:p>
            <w:pPr>
              <w:spacing w:after="0"/>
            </w:pPr>
            <w:r>
              <w:rPr>
                <w:b w:val="0"/>
                <w:sz w:val="19"/>
              </w:rPr>
              <w:t>Target Grammatical Structures in Use:</w:t>
            </w:r>
          </w:p>
          <w:p>
            <w:pPr>
              <w:spacing w:after="0"/>
            </w:pPr>
            <w:r>
              <w:rPr>
                <w:b w:val="0"/>
                <w:sz w:val="19"/>
              </w:rPr>
              <w:t>-Present Progressive Tense: (She is brushing her teeth.)</w:t>
            </w:r>
          </w:p>
          <w:p>
            <w:pPr>
              <w:spacing w:after="0"/>
            </w:pPr>
            <w:r>
              <w:rPr>
                <w:b w:val="0"/>
                <w:sz w:val="19"/>
              </w:rPr>
              <w:t>-Present Progressive Tense vs Present Simple Tense: (We are camping in the forest this weekend, but we</w:t>
            </w:r>
          </w:p>
          <w:p>
            <w:pPr>
              <w:spacing w:after="0"/>
            </w:pPr>
            <w:r>
              <w:rPr>
                <w:b w:val="0"/>
                <w:sz w:val="19"/>
              </w:rPr>
              <w:t>normally stay at home during holidays.)</w:t>
            </w:r>
          </w:p>
          <w:p>
            <w:pPr>
              <w:spacing w:after="0"/>
            </w:pPr>
            <w:r>
              <w:rPr>
                <w:b w:val="0"/>
                <w:sz w:val="19"/>
              </w:rPr>
              <w:t>-Question tags for the Present Progressive Tense: (She is brushing her teeth, isn’t she?)</w:t>
            </w:r>
          </w:p>
          <w:p>
            <w:pPr>
              <w:spacing w:after="0"/>
            </w:pPr>
            <w:r>
              <w:rPr>
                <w:b w:val="0"/>
                <w:sz w:val="19"/>
              </w:rPr>
              <w:t>Functions of the Target Grammatical Structures in use:</w:t>
            </w:r>
          </w:p>
          <w:p>
            <w:pPr>
              <w:spacing w:after="0"/>
            </w:pPr>
            <w:r>
              <w:rPr>
                <w:b w:val="0"/>
                <w:sz w:val="19"/>
              </w:rPr>
              <w:t>-Use of the Present Progressive Tense: Expressing actions or events that are happening at the moment of</w:t>
            </w:r>
          </w:p>
          <w:p>
            <w:pPr>
              <w:spacing w:after="0"/>
            </w:pPr>
            <w:r>
              <w:rPr>
                <w:b w:val="0"/>
                <w:sz w:val="19"/>
              </w:rPr>
              <w:t>speaking, temporary actions, or planned future actions.</w:t>
            </w:r>
          </w:p>
          <w:p>
            <w:pPr>
              <w:spacing w:after="0"/>
            </w:pPr>
            <w:r>
              <w:rPr>
                <w:b w:val="0"/>
                <w:sz w:val="19"/>
              </w:rPr>
              <w:t>-Use of the Present Progressive Tense vs Present Simple Tense: Contrasting ongoing or temporary actions</w:t>
            </w:r>
          </w:p>
          <w:p>
            <w:pPr>
              <w:spacing w:after="0"/>
            </w:pPr>
            <w:r>
              <w:rPr>
                <w:b w:val="0"/>
                <w:sz w:val="19"/>
              </w:rPr>
              <w:t>(Present Progressive) with habitual actions, general truths, or permanent states (Present Simple).</w:t>
            </w:r>
          </w:p>
          <w:p>
            <w:pPr>
              <w:spacing w:after="0"/>
            </w:pPr>
            <w:r>
              <w:rPr>
                <w:b w:val="0"/>
                <w:sz w:val="19"/>
              </w:rPr>
              <w:t>-Use of question tags for Present Progressive Tense: Confirming or checking ongoing actions that match</w:t>
            </w:r>
          </w:p>
          <w:p>
            <w:pPr>
              <w:spacing w:after="0"/>
            </w:pPr>
            <w:r>
              <w:rPr>
                <w:b w:val="0"/>
                <w:sz w:val="19"/>
              </w:rPr>
              <w:t>the tense, tone, or polarity of the statement.</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We always get on well as a family!</w:t>
            </w:r>
          </w:p>
          <w:p>
            <w:pPr>
              <w:spacing w:after="0"/>
            </w:pPr>
            <w:r>
              <w:rPr>
                <w:b w:val="0"/>
                <w:sz w:val="19"/>
              </w:rPr>
              <w:t>Can you lend your father a hand washing the car?</w:t>
            </w:r>
          </w:p>
          <w:p>
            <w:pPr>
              <w:spacing w:after="0"/>
            </w:pPr>
            <w:r>
              <w:rPr>
                <w:b w:val="0"/>
                <w:sz w:val="19"/>
              </w:rPr>
              <w:t>Let’s tidy up the house together.</w:t>
            </w:r>
          </w:p>
          <w:p>
            <w:pPr>
              <w:spacing w:after="0"/>
            </w:pPr>
            <w:r>
              <w:rPr>
                <w:b w:val="0"/>
                <w:sz w:val="19"/>
              </w:rPr>
              <w:t>Target Phonological Sounds in Use:</w:t>
            </w:r>
          </w:p>
          <w:p>
            <w:pPr>
              <w:spacing w:after="0"/>
            </w:pPr>
            <w:r>
              <w:rPr>
                <w:b w:val="0"/>
                <w:sz w:val="19"/>
              </w:rPr>
              <w:t>a, b, c, d, e</w:t>
            </w:r>
          </w:p>
          <w:p>
            <w:pPr>
              <w:spacing w:after="0"/>
            </w:pPr>
            <w:r>
              <w:rPr>
                <w:b w:val="0"/>
                <w:sz w:val="19"/>
              </w:rPr>
              <w:t>Vowels: a: (/ae/, /aeı/, /ə/, /a:/, /eɪ/, /a:/, /a/, /ɔː/, /eə/); e: (/e/; /i:/, /ə/)</w:t>
            </w:r>
          </w:p>
          <w:p>
            <w:pPr>
              <w:spacing w:after="0"/>
            </w:pPr>
            <w:r>
              <w:rPr>
                <w:b w:val="0"/>
                <w:sz w:val="19"/>
              </w:rPr>
              <w:t>Consonants: b: (/b/), silent /b/); c: (/si/, /k/); d: (/d/)</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ENG.5.4.L1. Students can get ready for the listening/watching-comprehension process for the current</w:t>
            </w:r>
          </w:p>
          <w:p>
            <w:pPr>
              <w:spacing w:after="0"/>
            </w:pPr>
            <w:r>
              <w:rPr>
                <w:b w:val="0"/>
                <w:sz w:val="19"/>
              </w:rPr>
              <w:t>content on “family life with family members’ routines; family members’ hobbies and activities”</w:t>
            </w:r>
          </w:p>
          <w:p>
            <w:pPr>
              <w:spacing w:after="0"/>
            </w:pPr>
            <w:r>
              <w:rPr>
                <w:b w:val="0"/>
                <w:sz w:val="19"/>
              </w:rPr>
              <w:t>carefully. ENG.5.4.L2. Students can bring information about the current content on “family life with family members’</w:t>
            </w:r>
          </w:p>
          <w:p>
            <w:pPr>
              <w:spacing w:after="0"/>
            </w:pPr>
            <w:r>
              <w:rPr>
                <w:b w:val="0"/>
                <w:sz w:val="19"/>
              </w:rPr>
              <w:t>routines; family members’ hobbies and activities” together through significant details and</w:t>
            </w:r>
          </w:p>
          <w:p>
            <w:pPr>
              <w:spacing w:after="0"/>
            </w:pPr>
            <w:r>
              <w:rPr>
                <w:b w:val="0"/>
                <w:sz w:val="19"/>
              </w:rPr>
              <w:t>main components while listening/watching it. ENG.5.4.L3. Students can make meaning of/derive meaning from the current content on “family life with</w:t>
            </w:r>
          </w:p>
          <w:p>
            <w:pPr>
              <w:spacing w:after="0"/>
            </w:pPr>
            <w:r>
              <w:rPr>
                <w:b w:val="0"/>
                <w:sz w:val="19"/>
              </w:rPr>
              <w:t>family members’ routines; family members’ hobbies and activities” through significant details</w:t>
            </w:r>
          </w:p>
          <w:p>
            <w:pPr>
              <w:spacing w:after="0"/>
            </w:pPr>
            <w:r>
              <w:rPr>
                <w:b w:val="0"/>
                <w:sz w:val="19"/>
              </w:rPr>
              <w:t>by listening/watching it carefully. ENG.5.4.L4.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“family life with family members’ routines; family members’ hobbies and activities”. ENG.5.4.P1. Students can select and use the target phonological elements of the current content about</w:t>
            </w:r>
          </w:p>
          <w:p>
            <w:pPr>
              <w:spacing w:after="0"/>
            </w:pPr>
            <w:r>
              <w:rPr>
                <w:b w:val="0"/>
                <w:sz w:val="19"/>
              </w:rPr>
              <w:t>“family life with family members’ routines; family members’ hobbies and activities” accurately, authentically, and naturally through spontaneous decision-making processes and use it in an</w:t>
            </w:r>
          </w:p>
          <w:p>
            <w:pPr>
              <w:spacing w:after="0"/>
            </w:pPr>
            <w:r>
              <w:rPr>
                <w:b w:val="0"/>
                <w:sz w:val="19"/>
              </w:rPr>
              <w:t>appropriate and effective way when communicating with others. ENG.5.4.R1. Students can get ready for the writing-comprehension process about the current content on</w:t>
            </w:r>
          </w:p>
          <w:p>
            <w:pPr>
              <w:spacing w:after="0"/>
            </w:pPr>
            <w:r>
              <w:rPr>
                <w:b w:val="0"/>
                <w:sz w:val="19"/>
              </w:rPr>
              <w:t>“family life with family members’ routines; family members’ hobbies and activities”. ENG.5.4.R2. Students can bring information about the current content on “family life with family members’</w:t>
            </w:r>
          </w:p>
          <w:p>
            <w:pPr>
              <w:spacing w:after="0"/>
            </w:pPr>
            <w:r>
              <w:rPr>
                <w:b w:val="0"/>
                <w:sz w:val="19"/>
              </w:rPr>
              <w:t>routines; family members’ hobbies and activities” through skimming (looking quickly at) the</w:t>
            </w:r>
          </w:p>
          <w:p>
            <w:pPr>
              <w:spacing w:after="0"/>
            </w:pPr>
            <w:r>
              <w:rPr>
                <w:b w:val="0"/>
                <w:sz w:val="19"/>
              </w:rPr>
              <w:t>audio-visual elements and reading the content very quickly. ENG.5.4.R3. Students can make meaning of / derive meaning from the current content about “family life</w:t>
            </w:r>
          </w:p>
          <w:p>
            <w:pPr>
              <w:spacing w:after="0"/>
            </w:pPr>
            <w:r>
              <w:rPr>
                <w:b w:val="0"/>
                <w:sz w:val="19"/>
              </w:rPr>
              <w:t>with family members’ routines; family members’ hobbies and activities” by reading it carefully. ENG.5.4.R4. Students can convey their knowledge, experiences, thoughts, and feelings related to the</w:t>
            </w:r>
          </w:p>
          <w:p>
            <w:pPr>
              <w:spacing w:after="0"/>
            </w:pPr>
            <w:r>
              <w:rPr>
                <w:b w:val="0"/>
                <w:sz w:val="19"/>
              </w:rPr>
              <w:t>reading-comprehension process about the current content, “family life with family members’</w:t>
            </w:r>
          </w:p>
          <w:p>
            <w:pPr>
              <w:spacing w:after="0"/>
            </w:pPr>
            <w:r>
              <w:rPr>
                <w:b w:val="0"/>
                <w:sz w:val="19"/>
              </w:rPr>
              <w:t>routines; family members’ hobbies and activities” in relation to themselves or others, both</w:t>
            </w:r>
          </w:p>
          <w:p>
            <w:pPr>
              <w:spacing w:after="0"/>
            </w:pPr>
            <w:r>
              <w:rPr>
                <w:b w:val="0"/>
                <w:sz w:val="19"/>
              </w:rPr>
              <w:t>individually and/or with others. ENG.5.4.V1. Students can select and use the target vocabulary of the current content about “family life with</w:t>
            </w:r>
          </w:p>
          <w:p>
            <w:pPr>
              <w:spacing w:after="0"/>
            </w:pPr>
            <w:r>
              <w:rPr>
                <w:b w:val="0"/>
                <w:sz w:val="19"/>
              </w:rPr>
              <w:t>family members’ routines; family members’ hobbies and activities” accurately, authentically, spontaneously, and naturally and use it appropriately and effectively when communicating</w:t>
            </w:r>
          </w:p>
          <w:p>
            <w:pPr>
              <w:spacing w:after="0"/>
            </w:pPr>
            <w:r>
              <w:rPr>
                <w:b w:val="0"/>
                <w:sz w:val="19"/>
              </w:rPr>
              <w:t>with others. ENG.5.4.G1. Students can select and use the target grammatical elements of the current content about</w:t>
            </w:r>
          </w:p>
          <w:p>
            <w:pPr>
              <w:spacing w:after="0"/>
            </w:pPr>
            <w:r>
              <w:rPr>
                <w:b w:val="0"/>
                <w:sz w:val="19"/>
              </w:rPr>
              <w:t>“family life with family members’ routines; family members’ hobbies and activities” accurately, authentically, spontaneously, and naturally and use it appropriately and effectively when</w:t>
            </w:r>
          </w:p>
          <w:p>
            <w:pPr>
              <w:spacing w:after="0"/>
            </w:pPr>
            <w:r>
              <w:rPr>
                <w:b w:val="0"/>
                <w:sz w:val="19"/>
              </w:rPr>
              <w:t>communicating with others. ENG.5.4.W1. Students can get ready for the writing-expression process about the current content on</w:t>
            </w:r>
          </w:p>
          <w:p>
            <w:pPr>
              <w:spacing w:after="0"/>
            </w:pPr>
            <w:r>
              <w:rPr>
                <w:b w:val="0"/>
                <w:sz w:val="19"/>
              </w:rPr>
              <w:t>“family life with family members’ routines; family members’ hobbies and activities”. ENG.5.4.W2. Students can understand the model/example for the writing task about the current content</w:t>
            </w:r>
          </w:p>
          <w:p>
            <w:pPr>
              <w:spacing w:after="0"/>
            </w:pPr>
            <w:r>
              <w:rPr>
                <w:b w:val="0"/>
                <w:sz w:val="19"/>
              </w:rPr>
              <w:t>on “family life with family members’ routines; family members’ hobbies and activities”. ENG.5.4.W3. Students can organise a content for the assigned writing task on the current content “family</w:t>
            </w:r>
          </w:p>
          <w:p>
            <w:pPr>
              <w:spacing w:after="0"/>
            </w:pPr>
            <w:r>
              <w:rPr>
                <w:b w:val="0"/>
                <w:sz w:val="19"/>
              </w:rPr>
              <w:t>life with family members’ routines; family members’ hobbies and activities” based on the</w:t>
            </w:r>
          </w:p>
          <w:p>
            <w:pPr>
              <w:spacing w:after="0"/>
            </w:pPr>
            <w:r>
              <w:rPr>
                <w:b w:val="0"/>
                <w:sz w:val="19"/>
              </w:rPr>
              <w:t>model/example provided. ENG.5.4.W4. Students can individually construct/form content for the assigned writing task on the current</w:t>
            </w:r>
          </w:p>
          <w:p>
            <w:pPr>
              <w:spacing w:after="0"/>
            </w:pPr>
            <w:r>
              <w:rPr>
                <w:b w:val="0"/>
                <w:sz w:val="19"/>
              </w:rPr>
              <w:t>content “family life with family members’ routines; family members’ hobbies and activities”. ENG.5.4.W5. Students can reorganise (reconstruct) and use information in the new written tasks about</w:t>
            </w:r>
          </w:p>
          <w:p>
            <w:pPr>
              <w:spacing w:after="0"/>
            </w:pPr>
            <w:r>
              <w:rPr>
                <w:b w:val="0"/>
                <w:sz w:val="19"/>
              </w:rPr>
              <w:t>the “family life with family members’ routines; family members’ hobbies and activities” to</w:t>
            </w:r>
          </w:p>
          <w:p>
            <w:pPr>
              <w:spacing w:after="0"/>
            </w:pPr>
            <w:r>
              <w:rPr>
                <w:b w:val="0"/>
                <w:sz w:val="19"/>
              </w:rPr>
              <w:t>communicate with other people. ENG.5.4.W6. Students can reflect on their knowledge, experiences, thoughts, and feelings related to</w:t>
            </w:r>
          </w:p>
          <w:p>
            <w:pPr>
              <w:spacing w:after="0"/>
            </w:pPr>
            <w:r>
              <w:rPr>
                <w:b w:val="0"/>
                <w:sz w:val="19"/>
              </w:rPr>
              <w:t>the writing-expression process about the current content, “family life with family members’</w:t>
            </w:r>
          </w:p>
          <w:p>
            <w:pPr>
              <w:spacing w:after="0"/>
            </w:pPr>
            <w:r>
              <w:rPr>
                <w:b w:val="0"/>
                <w:sz w:val="19"/>
              </w:rPr>
              <w:t>routines; family members’ hobbies and activities” in relation to themselves or others, both</w:t>
            </w:r>
          </w:p>
          <w:p>
            <w:pPr>
              <w:spacing w:after="0"/>
            </w:pPr>
            <w:r>
              <w:rPr>
                <w:b w:val="0"/>
                <w:sz w:val="19"/>
              </w:rPr>
              <w:t>individually and/or with others. ENG.5.4.S1. Students can get ready for speaking-expression process about the current content on “family</w:t>
            </w:r>
          </w:p>
          <w:p>
            <w:pPr>
              <w:spacing w:after="0"/>
            </w:pPr>
            <w:r>
              <w:rPr>
                <w:b w:val="0"/>
                <w:sz w:val="19"/>
              </w:rPr>
              <w:t>life with family members’ routines; family members’ hobbies and activities”. ENG.5.4.S2. Students can use the model/example for producing verbal content about the current content</w:t>
            </w:r>
          </w:p>
          <w:p>
            <w:pPr>
              <w:spacing w:after="0"/>
            </w:pPr>
            <w:r>
              <w:rPr>
                <w:b w:val="0"/>
                <w:sz w:val="19"/>
              </w:rPr>
              <w:t>on “family life with family members’ routines; family members’ hobbies and activities”. ENG.5.4.S3. Students can organise a new verbal content on “family life with family members’ routines;</w:t>
            </w:r>
          </w:p>
          <w:p>
            <w:pPr>
              <w:spacing w:after="0"/>
            </w:pPr>
            <w:r>
              <w:rPr>
                <w:b w:val="0"/>
                <w:sz w:val="19"/>
              </w:rPr>
              <w:t>family members’ hobbies and activities” by speaking accurately, efficiently, and authentically. ENG.5.4.S4. Students can construct a new verbal content on “family life with family members’ routines;</w:t>
            </w:r>
          </w:p>
          <w:p>
            <w:pPr>
              <w:spacing w:after="0"/>
            </w:pPr>
            <w:r>
              <w:rPr>
                <w:b w:val="0"/>
                <w:sz w:val="19"/>
              </w:rPr>
              <w:t>family members’ hobbies and activities” by speaking accurately, efficiently, and authentically. ENG.5.4.S5. Students can reorganise (reconstruct) and use information about the “family life with family</w:t>
            </w:r>
          </w:p>
          <w:p>
            <w:pPr>
              <w:spacing w:after="0"/>
            </w:pPr>
            <w:r>
              <w:rPr>
                <w:b w:val="0"/>
                <w:sz w:val="19"/>
              </w:rPr>
              <w:t>members’ routines; family members’ hobbies and activities” to communicate with other</w:t>
            </w:r>
          </w:p>
          <w:p>
            <w:pPr>
              <w:spacing w:after="0"/>
            </w:pPr>
            <w:r>
              <w:rPr>
                <w:b w:val="0"/>
                <w:sz w:val="19"/>
              </w:rPr>
              <w:t>people. ENG.5.4.S6. Students can convey their knowledge, experiences, thoughts, and feelings related to the</w:t>
            </w:r>
          </w:p>
          <w:p>
            <w:pPr>
              <w:spacing w:after="0"/>
            </w:pPr>
            <w:r>
              <w:rPr>
                <w:b w:val="0"/>
                <w:sz w:val="19"/>
              </w:rPr>
              <w:t>speaking-expression process about the current content, “family life with family members’</w:t>
            </w:r>
          </w:p>
          <w:p>
            <w:pPr>
              <w:spacing w:after="0"/>
            </w:pPr>
            <w:r>
              <w:rPr>
                <w:b w:val="0"/>
                <w:sz w:val="19"/>
              </w:rPr>
              <w:t>routines; family members’ hobbies and activities” to communicate with other people in</w:t>
            </w:r>
          </w:p>
          <w:p>
            <w:pPr>
              <w:spacing w:after="0"/>
            </w:pPr>
            <w:r>
              <w:rPr>
                <w:b w:val="0"/>
                <w:sz w:val="19"/>
              </w:rPr>
              <w:t>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V2. Family Integrity, V3. Diligence, V4. Friendship, V6. Honesty, V7. Aesthetics, V10. Modesty, V11. Independence, V12. Patience, V13. Healthy Living, V16.</w:t>
            </w:r>
          </w:p>
          <w:p>
            <w:pPr>
              <w:spacing w:after="0"/>
            </w:pPr>
            <w:r>
              <w:rPr>
                <w:b w:val="0"/>
                <w:sz w:val="19"/>
              </w:rPr>
              <w:t>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LS3. Financial Literacy, LS4.</w:t>
            </w:r>
          </w:p>
          <w:p>
            <w:pPr>
              <w:spacing w:after="0"/>
            </w:pPr>
            <w:r>
              <w:rPr>
                <w:b w:val="0"/>
                <w:sz w:val="19"/>
              </w:rPr>
              <w:t>Visual Literacy, LS5. 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(ENG.5.4.L1.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describe family members’ hobbies and routines in English by using visuals and sentences in</w:t>
            </w:r>
          </w:p>
          <w:p>
            <w:pPr>
              <w:spacing w:after="0"/>
            </w:pPr>
            <w:r>
              <w:rPr>
                <w:b w:val="0"/>
                <w:sz w:val="19"/>
              </w:rPr>
              <w:t>the target language.</w:t>
            </w:r>
          </w:p>
          <w:p>
            <w:pPr>
              <w:spacing w:after="0"/>
            </w:pPr>
            <w:r>
              <w:rPr>
                <w:b w:val="0"/>
                <w:sz w:val="19"/>
              </w:rPr>
              <w:t>Activity 1: “A Family Poster”</w:t>
            </w:r>
          </w:p>
          <w:p>
            <w:pPr>
              <w:spacing w:after="0"/>
            </w:pPr>
            <w:r>
              <w:rPr>
                <w:b w:val="0"/>
                <w:sz w:val="19"/>
              </w:rPr>
              <w:t>Before the lesson, the teacher tells students to bring hobby-themed magazine cut-outs to use in the activity.</w:t>
            </w:r>
          </w:p>
          <w:p>
            <w:pPr>
              <w:spacing w:after="0"/>
            </w:pPr>
            <w:r>
              <w:rPr>
                <w:b w:val="0"/>
                <w:sz w:val="19"/>
              </w:rPr>
              <w:t>The teacher asks students to work in small groups to create a family poster. Posters should include short</w:t>
            </w:r>
          </w:p>
          <w:p>
            <w:pPr>
              <w:spacing w:after="0"/>
            </w:pPr>
            <w:r>
              <w:rPr>
                <w:b w:val="0"/>
                <w:sz w:val="19"/>
              </w:rPr>
              <w:t>descriptions of the family members. Students also draw pictures or paste magazine cut-outs that represent</w:t>
            </w:r>
          </w:p>
          <w:p>
            <w:pPr>
              <w:spacing w:after="0"/>
            </w:pPr>
            <w:r>
              <w:rPr>
                <w:b w:val="0"/>
                <w:sz w:val="19"/>
              </w:rPr>
              <w:t>the hobbies and write sentences describing the hobbies on the poster. The teacher encourages students to</w:t>
            </w:r>
          </w:p>
          <w:p>
            <w:pPr>
              <w:spacing w:after="0"/>
            </w:pPr>
            <w:r>
              <w:rPr>
                <w:b w:val="0"/>
                <w:sz w:val="19"/>
              </w:rPr>
              <w:t>elaborate on why their family member enjoys the hobby and when/how often they do it. The teacher allows</w:t>
            </w:r>
          </w:p>
          <w:p>
            <w:pPr>
              <w:spacing w:after="0"/>
            </w:pPr>
            <w:r>
              <w:rPr>
                <w:b w:val="0"/>
                <w:sz w:val="19"/>
              </w:rPr>
              <w:t>students to organise their posters freely. She/He encourages creativity and asks students to write multiple</w:t>
            </w:r>
          </w:p>
          <w:p>
            <w:pPr>
              <w:spacing w:after="0"/>
            </w:pPr>
            <w:r>
              <w:rPr>
                <w:b w:val="0"/>
                <w:sz w:val="19"/>
              </w:rPr>
              <w:t>sentences with connecting words. Students display the completed projects around the classroom on walls, desks, or boards. Students walk around the room in small groups, observing their classmates’ work and</w:t>
            </w:r>
          </w:p>
          <w:p>
            <w:pPr>
              <w:spacing w:after="0"/>
            </w:pPr>
            <w:r>
              <w:rPr>
                <w:b w:val="0"/>
                <w:sz w:val="19"/>
              </w:rPr>
              <w:t>asking questions. The teacher provides sticky notes for students to leave positive feedback or comments.</w:t>
            </w:r>
          </w:p>
          <w:p>
            <w:pPr>
              <w:spacing w:after="0"/>
            </w:pPr>
            <w:r>
              <w:rPr>
                <w:b w:val="0"/>
                <w:sz w:val="19"/>
              </w:rPr>
              <w:t>Students reflect on their thoughts and feelings about the activity.</w:t>
            </w:r>
          </w:p>
          <w:p>
            <w:pPr>
              <w:spacing w:after="0"/>
            </w:pPr>
            <w:r>
              <w:rPr>
                <w:b w:val="0"/>
                <w:sz w:val="19"/>
              </w:rPr>
              <w:t>Supporting</w:t>
            </w:r>
          </w:p>
          <w:p>
            <w:pPr>
              <w:spacing w:after="0"/>
            </w:pPr>
            <w:r>
              <w:rPr>
                <w:b w:val="0"/>
                <w:sz w:val="19"/>
              </w:rPr>
              <w:t>Objective: To describe family members’ hobbies and routines in English by using visuals and sentences in</w:t>
            </w:r>
          </w:p>
          <w:p>
            <w:pPr>
              <w:spacing w:after="0"/>
            </w:pPr>
            <w:r>
              <w:rPr>
                <w:b w:val="0"/>
                <w:sz w:val="19"/>
              </w:rPr>
              <w:t>the target language.</w:t>
            </w:r>
          </w:p>
          <w:p>
            <w:pPr>
              <w:spacing w:after="0"/>
            </w:pPr>
            <w:r>
              <w:rPr>
                <w:b w:val="0"/>
                <w:sz w:val="19"/>
              </w:rPr>
              <w:t>Activity 1: “A Family Poster”</w:t>
            </w:r>
          </w:p>
          <w:p>
            <w:pPr>
              <w:spacing w:after="0"/>
            </w:pPr>
            <w:r>
              <w:rPr>
                <w:b w:val="0"/>
                <w:sz w:val="19"/>
              </w:rPr>
              <w:t>Before the lesson the teacher tells students to bring hobby-themed magazine cut-outs to use in the activity.</w:t>
            </w:r>
          </w:p>
          <w:p>
            <w:pPr>
              <w:spacing w:after="0"/>
            </w:pPr>
            <w:r>
              <w:rPr>
                <w:b w:val="0"/>
                <w:sz w:val="19"/>
              </w:rPr>
              <w:t>The teacher asks students to work in small groups to create a family poster. Posters should include short</w:t>
            </w:r>
          </w:p>
          <w:p>
            <w:pPr>
              <w:spacing w:after="0"/>
            </w:pPr>
            <w:r>
              <w:rPr>
                <w:b w:val="0"/>
                <w:sz w:val="19"/>
              </w:rPr>
              <w:t>descriptions of the family members. The teacher provides a template with guided sections to fill in: (“This</w:t>
            </w:r>
          </w:p>
          <w:p>
            <w:pPr>
              <w:spacing w:after="0"/>
            </w:pPr>
            <w:r>
              <w:rPr>
                <w:b w:val="0"/>
                <w:sz w:val="19"/>
              </w:rPr>
              <w:t>is my __ mom, dad, sister”, “They like to __ cook/ play …”). Students also draw pictures or paste magazine</w:t>
            </w:r>
          </w:p>
          <w:p>
            <w:pPr>
              <w:spacing w:after="0"/>
            </w:pPr>
            <w:r>
              <w:rPr>
                <w:b w:val="0"/>
                <w:sz w:val="19"/>
              </w:rPr>
              <w:t>cutouts that represent the hobbies and write sentences describing the hobbies on the poster. The teacher</w:t>
            </w:r>
          </w:p>
          <w:p>
            <w:pPr>
              <w:spacing w:after="0"/>
            </w:pPr>
            <w:r>
              <w:rPr>
                <w:b w:val="0"/>
                <w:sz w:val="19"/>
              </w:rPr>
              <w:t>provides a word bank with key vocabulary and sentence starters (e.g., “My __ likes to __ because __”). The</w:t>
            </w:r>
          </w:p>
          <w:p>
            <w:pPr>
              <w:spacing w:after="0"/>
            </w:pPr>
            <w:r>
              <w:rPr>
                <w:b w:val="0"/>
                <w:sz w:val="19"/>
              </w:rPr>
              <w:t>teacher allows students to organise their posters freely. She/He encourages creativity. Students display</w:t>
            </w:r>
          </w:p>
          <w:p>
            <w:pPr>
              <w:spacing w:after="0"/>
            </w:pPr>
            <w:r>
              <w:rPr>
                <w:b w:val="0"/>
                <w:sz w:val="19"/>
              </w:rPr>
              <w:t>the completed projects around the classroom on walls, desks, or boards. Students walk around the room in</w:t>
            </w:r>
          </w:p>
          <w:p>
            <w:pPr>
              <w:spacing w:after="0"/>
            </w:pPr>
            <w:r>
              <w:rPr>
                <w:b w:val="0"/>
                <w:sz w:val="19"/>
              </w:rPr>
              <w:t>small groups, observing and reading their classmates’ work. The teacher provides sticky notes for students</w:t>
            </w:r>
          </w:p>
          <w:p>
            <w:pPr>
              <w:spacing w:after="0"/>
            </w:pPr>
            <w:r>
              <w:rPr>
                <w:b w:val="0"/>
                <w:sz w:val="19"/>
              </w:rPr>
              <w:t>to leave positive feedback or comments .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conduct a questionnaire on the daily routines, free-time</w:t>
            </w:r>
          </w:p>
          <w:p>
            <w:pPr>
              <w:spacing w:after="0"/>
            </w:pPr>
            <w:r>
              <w:rPr>
                <w:b w:val="0"/>
                <w:sz w:val="19"/>
              </w:rPr>
              <w:t>activities, and hobbies of their family members through interviews and present the written results with</w:t>
            </w:r>
          </w:p>
          <w:p>
            <w:pPr>
              <w:spacing w:after="0"/>
            </w:pPr>
            <w:r>
              <w:rPr>
                <w:b w:val="0"/>
                <w:sz w:val="19"/>
              </w:rPr>
              <w:t>digital resources and/or realia by acting out some of the routines, free-time activities, and hobbies reported</w:t>
            </w:r>
          </w:p>
          <w:p>
            <w:pPr>
              <w:spacing w:after="0"/>
            </w:pPr>
            <w:r>
              <w:rPr>
                <w:b w:val="0"/>
                <w:sz w:val="19"/>
              </w:rPr>
              <w:t>in the questionnaire. The assignment will be evaluated by using a rubric scheme, a rating scale, and/or a</w:t>
            </w:r>
          </w:p>
          <w:p>
            <w:pPr>
              <w:spacing w:after="0"/>
            </w:pPr>
            <w:r>
              <w:rPr>
                <w:b w:val="0"/>
                <w:sz w:val="19"/>
              </w:rPr>
              <w:t>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20: 15-19 February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February · Week 20: 15-19 February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4: FAMILY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Family members’ routines; family members’ hobbies and activities</w:t>
            </w:r>
          </w:p>
          <w:p>
            <w:pPr>
              <w:spacing w:after="0"/>
            </w:pPr>
            <w:r>
              <w:rPr>
                <w:b w:val="0"/>
                <w:sz w:val="19"/>
              </w:rPr>
              <w:t>Target Vocabulary in Use:</w:t>
            </w:r>
          </w:p>
          <w:p>
            <w:pPr>
              <w:spacing w:after="0"/>
            </w:pPr>
            <w:r>
              <w:rPr>
                <w:b w:val="0"/>
                <w:sz w:val="19"/>
              </w:rPr>
              <w:t>Vocabulary for Family members’ Routines: Nouns: A couple, a role, a task, focus, resting, tidying, pet care, organisation. Verbs: To brush, to take care (of), to organise. Adjectives: Everyday, specific.</w:t>
            </w:r>
          </w:p>
          <w:p>
            <w:pPr>
              <w:spacing w:after="0"/>
            </w:pPr>
            <w:r>
              <w:rPr>
                <w:b w:val="0"/>
                <w:sz w:val="19"/>
              </w:rPr>
              <w:t>Pronouns: Hers, his, mine (belongs to me), yours.</w:t>
            </w:r>
          </w:p>
          <w:p>
            <w:pPr>
              <w:spacing w:after="0"/>
            </w:pPr>
            <w:r>
              <w:rPr>
                <w:b w:val="0"/>
                <w:sz w:val="19"/>
              </w:rPr>
              <w:t>Vocabulary for family members’ hobbies and activities: Nouns: A board game, a beach, a barbecue, a</w:t>
            </w:r>
          </w:p>
          <w:p>
            <w:pPr>
              <w:spacing w:after="0"/>
            </w:pPr>
            <w:r>
              <w:rPr>
                <w:b w:val="0"/>
                <w:sz w:val="19"/>
              </w:rPr>
              <w:t>bicycle, a camera, a festival, a guitar, a hobby, a holiday, a member, a museum, a photograph, a photo, a tent, a party, a computer game, a forest, a scooter, a piano, cooking, camping, cycling, dancing, fishing, playing</w:t>
            </w:r>
          </w:p>
          <w:p>
            <w:pPr>
              <w:spacing w:after="0"/>
            </w:pPr>
            <w:r>
              <w:rPr>
                <w:b w:val="0"/>
                <w:sz w:val="19"/>
              </w:rPr>
              <w:t>golf, swimming, playing football. Verbs: To have a picnic, to relax, to join, Adjectives: Active, usual.</w:t>
            </w:r>
          </w:p>
          <w:p>
            <w:pPr>
              <w:spacing w:after="0"/>
            </w:pPr>
            <w:r>
              <w:rPr>
                <w:b w:val="0"/>
                <w:sz w:val="19"/>
              </w:rPr>
              <w:t>Target Grammatical Structures in Use:</w:t>
            </w:r>
          </w:p>
          <w:p>
            <w:pPr>
              <w:spacing w:after="0"/>
            </w:pPr>
            <w:r>
              <w:rPr>
                <w:b w:val="0"/>
                <w:sz w:val="19"/>
              </w:rPr>
              <w:t>-Present Progressive Tense: (She is brushing her teeth.)</w:t>
            </w:r>
          </w:p>
          <w:p>
            <w:pPr>
              <w:spacing w:after="0"/>
            </w:pPr>
            <w:r>
              <w:rPr>
                <w:b w:val="0"/>
                <w:sz w:val="19"/>
              </w:rPr>
              <w:t>-Present Progressive Tense vs Present Simple Tense: (We are camping in the forest this weekend, but we</w:t>
            </w:r>
          </w:p>
          <w:p>
            <w:pPr>
              <w:spacing w:after="0"/>
            </w:pPr>
            <w:r>
              <w:rPr>
                <w:b w:val="0"/>
                <w:sz w:val="19"/>
              </w:rPr>
              <w:t>normally stay at home during holidays.)</w:t>
            </w:r>
          </w:p>
          <w:p>
            <w:pPr>
              <w:spacing w:after="0"/>
            </w:pPr>
            <w:r>
              <w:rPr>
                <w:b w:val="0"/>
                <w:sz w:val="19"/>
              </w:rPr>
              <w:t>-Question tags for the Present Progressive Tense: (She is brushing her teeth, isn’t she?)</w:t>
            </w:r>
          </w:p>
          <w:p>
            <w:pPr>
              <w:spacing w:after="0"/>
            </w:pPr>
            <w:r>
              <w:rPr>
                <w:b w:val="0"/>
                <w:sz w:val="19"/>
              </w:rPr>
              <w:t>Functions of the Target Grammatical Structures in use:</w:t>
            </w:r>
          </w:p>
          <w:p>
            <w:pPr>
              <w:spacing w:after="0"/>
            </w:pPr>
            <w:r>
              <w:rPr>
                <w:b w:val="0"/>
                <w:sz w:val="19"/>
              </w:rPr>
              <w:t>-Use of the Present Progressive Tense: Expressing actions or events that are happening at the moment of</w:t>
            </w:r>
          </w:p>
          <w:p>
            <w:pPr>
              <w:spacing w:after="0"/>
            </w:pPr>
            <w:r>
              <w:rPr>
                <w:b w:val="0"/>
                <w:sz w:val="19"/>
              </w:rPr>
              <w:t>speaking, temporary actions, or planned future actions.</w:t>
            </w:r>
          </w:p>
          <w:p>
            <w:pPr>
              <w:spacing w:after="0"/>
            </w:pPr>
            <w:r>
              <w:rPr>
                <w:b w:val="0"/>
                <w:sz w:val="19"/>
              </w:rPr>
              <w:t>-Use of the Present Progressive Tense vs Present Simple Tense: Contrasting ongoing or temporary actions</w:t>
            </w:r>
          </w:p>
          <w:p>
            <w:pPr>
              <w:spacing w:after="0"/>
            </w:pPr>
            <w:r>
              <w:rPr>
                <w:b w:val="0"/>
                <w:sz w:val="19"/>
              </w:rPr>
              <w:t>(Present Progressive) with habitual actions, general truths, or permanent states (Present Simple).</w:t>
            </w:r>
          </w:p>
          <w:p>
            <w:pPr>
              <w:spacing w:after="0"/>
            </w:pPr>
            <w:r>
              <w:rPr>
                <w:b w:val="0"/>
                <w:sz w:val="19"/>
              </w:rPr>
              <w:t>-Use of question tags for Present Progressive Tense: Confirming or checking ongoing actions that match</w:t>
            </w:r>
          </w:p>
          <w:p>
            <w:pPr>
              <w:spacing w:after="0"/>
            </w:pPr>
            <w:r>
              <w:rPr>
                <w:b w:val="0"/>
                <w:sz w:val="19"/>
              </w:rPr>
              <w:t>the tense, tone, or polarity of the statement.</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We always get on well as a family!</w:t>
            </w:r>
          </w:p>
          <w:p>
            <w:pPr>
              <w:spacing w:after="0"/>
            </w:pPr>
            <w:r>
              <w:rPr>
                <w:b w:val="0"/>
                <w:sz w:val="19"/>
              </w:rPr>
              <w:t>Can you lend your father a hand washing the car?</w:t>
            </w:r>
          </w:p>
          <w:p>
            <w:pPr>
              <w:spacing w:after="0"/>
            </w:pPr>
            <w:r>
              <w:rPr>
                <w:b w:val="0"/>
                <w:sz w:val="19"/>
              </w:rPr>
              <w:t>Let’s tidy up the house together.</w:t>
            </w:r>
          </w:p>
          <w:p>
            <w:pPr>
              <w:spacing w:after="0"/>
            </w:pPr>
            <w:r>
              <w:rPr>
                <w:b w:val="0"/>
                <w:sz w:val="19"/>
              </w:rPr>
              <w:t>Target Phonological Sounds in Use:</w:t>
            </w:r>
          </w:p>
          <w:p>
            <w:pPr>
              <w:spacing w:after="0"/>
            </w:pPr>
            <w:r>
              <w:rPr>
                <w:b w:val="0"/>
                <w:sz w:val="19"/>
              </w:rPr>
              <w:t>a, b, c, d, e</w:t>
            </w:r>
          </w:p>
          <w:p>
            <w:pPr>
              <w:spacing w:after="0"/>
            </w:pPr>
            <w:r>
              <w:rPr>
                <w:b w:val="0"/>
                <w:sz w:val="19"/>
              </w:rPr>
              <w:t>Vowels: a: (/ae/, /aeı/, /ə/, /a:/, /eɪ/, /a:/, /a/, /ɔː/, /eə/); e: (/e/; /i:/, /ə/)</w:t>
            </w:r>
          </w:p>
          <w:p>
            <w:pPr>
              <w:spacing w:after="0"/>
            </w:pPr>
            <w:r>
              <w:rPr>
                <w:b w:val="0"/>
                <w:sz w:val="19"/>
              </w:rPr>
              <w:t>Consonants: b: (/b/), silent /b/); c: (/si/, /k/); d: (/d/)</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ENG.5.4.L1. Students can get ready for the listening/watching-comprehension process for the current</w:t>
            </w:r>
          </w:p>
          <w:p>
            <w:pPr>
              <w:spacing w:after="0"/>
            </w:pPr>
            <w:r>
              <w:rPr>
                <w:b w:val="0"/>
                <w:sz w:val="19"/>
              </w:rPr>
              <w:t>content on “family life with family members’ routines; family members’ hobbies and activities”</w:t>
            </w:r>
          </w:p>
          <w:p>
            <w:pPr>
              <w:spacing w:after="0"/>
            </w:pPr>
            <w:r>
              <w:rPr>
                <w:b w:val="0"/>
                <w:sz w:val="19"/>
              </w:rPr>
              <w:t>carefully. ENG.5.4.L2. Students can bring information about the current content on “family life with family members’</w:t>
            </w:r>
          </w:p>
          <w:p>
            <w:pPr>
              <w:spacing w:after="0"/>
            </w:pPr>
            <w:r>
              <w:rPr>
                <w:b w:val="0"/>
                <w:sz w:val="19"/>
              </w:rPr>
              <w:t>routines; family members’ hobbies and activities” together through significant details and</w:t>
            </w:r>
          </w:p>
          <w:p>
            <w:pPr>
              <w:spacing w:after="0"/>
            </w:pPr>
            <w:r>
              <w:rPr>
                <w:b w:val="0"/>
                <w:sz w:val="19"/>
              </w:rPr>
              <w:t>main components while listening/watching it. ENG.5.4.L3. Students can make meaning of/derive meaning from the current content on “family life with</w:t>
            </w:r>
          </w:p>
          <w:p>
            <w:pPr>
              <w:spacing w:after="0"/>
            </w:pPr>
            <w:r>
              <w:rPr>
                <w:b w:val="0"/>
                <w:sz w:val="19"/>
              </w:rPr>
              <w:t>family members’ routines; family members’ hobbies and activities” through significant details</w:t>
            </w:r>
          </w:p>
          <w:p>
            <w:pPr>
              <w:spacing w:after="0"/>
            </w:pPr>
            <w:r>
              <w:rPr>
                <w:b w:val="0"/>
                <w:sz w:val="19"/>
              </w:rPr>
              <w:t>by listening/watching it carefully. ENG.5.4.L4.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“family life with family members’ routines; family members’ hobbies and activities”. ENG.5.4.P1. Students can select and use the target phonological elements of the current content about</w:t>
            </w:r>
          </w:p>
          <w:p>
            <w:pPr>
              <w:spacing w:after="0"/>
            </w:pPr>
            <w:r>
              <w:rPr>
                <w:b w:val="0"/>
                <w:sz w:val="19"/>
              </w:rPr>
              <w:t>“family life with family members’ routines; family members’ hobbies and activities” accurately, authentically, and naturally through spontaneous decision-making processes and use it in an</w:t>
            </w:r>
          </w:p>
          <w:p>
            <w:pPr>
              <w:spacing w:after="0"/>
            </w:pPr>
            <w:r>
              <w:rPr>
                <w:b w:val="0"/>
                <w:sz w:val="19"/>
              </w:rPr>
              <w:t>appropriate and effective way when communicating with others. ENG.5.4.R1. Students can get ready for the writing-comprehension process about the current content on</w:t>
            </w:r>
          </w:p>
          <w:p>
            <w:pPr>
              <w:spacing w:after="0"/>
            </w:pPr>
            <w:r>
              <w:rPr>
                <w:b w:val="0"/>
                <w:sz w:val="19"/>
              </w:rPr>
              <w:t>“family life with family members’ routines; family members’ hobbies and activities”. ENG.5.4.R2. Students can bring information about the current content on “family life with family members’</w:t>
            </w:r>
          </w:p>
          <w:p>
            <w:pPr>
              <w:spacing w:after="0"/>
            </w:pPr>
            <w:r>
              <w:rPr>
                <w:b w:val="0"/>
                <w:sz w:val="19"/>
              </w:rPr>
              <w:t>routines; family members’ hobbies and activities” through skimming (looking quickly at) the</w:t>
            </w:r>
          </w:p>
          <w:p>
            <w:pPr>
              <w:spacing w:after="0"/>
            </w:pPr>
            <w:r>
              <w:rPr>
                <w:b w:val="0"/>
                <w:sz w:val="19"/>
              </w:rPr>
              <w:t>audio-visual elements and reading the content very quickly. ENG.5.4.R3. Students can make meaning of / derive meaning from the current content about “family life</w:t>
            </w:r>
          </w:p>
          <w:p>
            <w:pPr>
              <w:spacing w:after="0"/>
            </w:pPr>
            <w:r>
              <w:rPr>
                <w:b w:val="0"/>
                <w:sz w:val="19"/>
              </w:rPr>
              <w:t>with family members’ routines; family members’ hobbies and activities” by reading it carefully. ENG.5.4.R4. Students can convey their knowledge, experiences, thoughts, and feelings related to the</w:t>
            </w:r>
          </w:p>
          <w:p>
            <w:pPr>
              <w:spacing w:after="0"/>
            </w:pPr>
            <w:r>
              <w:rPr>
                <w:b w:val="0"/>
                <w:sz w:val="19"/>
              </w:rPr>
              <w:t>reading-comprehension process about the current content, “family life with family members’</w:t>
            </w:r>
          </w:p>
          <w:p>
            <w:pPr>
              <w:spacing w:after="0"/>
            </w:pPr>
            <w:r>
              <w:rPr>
                <w:b w:val="0"/>
                <w:sz w:val="19"/>
              </w:rPr>
              <w:t>routines; family members’ hobbies and activities” in relation to themselves or others, both</w:t>
            </w:r>
          </w:p>
          <w:p>
            <w:pPr>
              <w:spacing w:after="0"/>
            </w:pPr>
            <w:r>
              <w:rPr>
                <w:b w:val="0"/>
                <w:sz w:val="19"/>
              </w:rPr>
              <w:t>individually and/or with others. ENG.5.4.V1. Students can select and use the target vocabulary of the current content about “family life with</w:t>
            </w:r>
          </w:p>
          <w:p>
            <w:pPr>
              <w:spacing w:after="0"/>
            </w:pPr>
            <w:r>
              <w:rPr>
                <w:b w:val="0"/>
                <w:sz w:val="19"/>
              </w:rPr>
              <w:t>family members’ routines; family members’ hobbies and activities” accurately, authentically, spontaneously, and naturally and use it appropriately and effectively when communicating</w:t>
            </w:r>
          </w:p>
          <w:p>
            <w:pPr>
              <w:spacing w:after="0"/>
            </w:pPr>
            <w:r>
              <w:rPr>
                <w:b w:val="0"/>
                <w:sz w:val="19"/>
              </w:rPr>
              <w:t>with others. ENG.5.4.G1. Students can select and use the target grammatical elements of the current content about</w:t>
            </w:r>
          </w:p>
          <w:p>
            <w:pPr>
              <w:spacing w:after="0"/>
            </w:pPr>
            <w:r>
              <w:rPr>
                <w:b w:val="0"/>
                <w:sz w:val="19"/>
              </w:rPr>
              <w:t>“family life with family members’ routines; family members’ hobbies and activities” accurately, authentically, spontaneously, and naturally and use it appropriately and effectively when</w:t>
            </w:r>
          </w:p>
          <w:p>
            <w:pPr>
              <w:spacing w:after="0"/>
            </w:pPr>
            <w:r>
              <w:rPr>
                <w:b w:val="0"/>
                <w:sz w:val="19"/>
              </w:rPr>
              <w:t>communicating with others. ENG.5.4.W1. Students can get ready for the writing-expression process about the current content on</w:t>
            </w:r>
          </w:p>
          <w:p>
            <w:pPr>
              <w:spacing w:after="0"/>
            </w:pPr>
            <w:r>
              <w:rPr>
                <w:b w:val="0"/>
                <w:sz w:val="19"/>
              </w:rPr>
              <w:t>“family life with family members’ routines; family members’ hobbies and activities”. ENG.5.4.W2. Students can understand the model/example for the writing task about the current content</w:t>
            </w:r>
          </w:p>
          <w:p>
            <w:pPr>
              <w:spacing w:after="0"/>
            </w:pPr>
            <w:r>
              <w:rPr>
                <w:b w:val="0"/>
                <w:sz w:val="19"/>
              </w:rPr>
              <w:t>on “family life with family members’ routines; family members’ hobbies and activities”. ENG.5.4.W3. Students can organise a content for the assigned writing task on the current content “family</w:t>
            </w:r>
          </w:p>
          <w:p>
            <w:pPr>
              <w:spacing w:after="0"/>
            </w:pPr>
            <w:r>
              <w:rPr>
                <w:b w:val="0"/>
                <w:sz w:val="19"/>
              </w:rPr>
              <w:t>life with family members’ routines; family members’ hobbies and activities” based on the</w:t>
            </w:r>
          </w:p>
          <w:p>
            <w:pPr>
              <w:spacing w:after="0"/>
            </w:pPr>
            <w:r>
              <w:rPr>
                <w:b w:val="0"/>
                <w:sz w:val="19"/>
              </w:rPr>
              <w:t>model/example provided. ENG.5.4.W4. Students can individually construct/form content for the assigned writing task on the current</w:t>
            </w:r>
          </w:p>
          <w:p>
            <w:pPr>
              <w:spacing w:after="0"/>
            </w:pPr>
            <w:r>
              <w:rPr>
                <w:b w:val="0"/>
                <w:sz w:val="19"/>
              </w:rPr>
              <w:t>content “family life with family members’ routines; family members’ hobbies and activities”. ENG.5.4.W5. Students can reorganise (reconstruct) and use information in the new written tasks about</w:t>
            </w:r>
          </w:p>
          <w:p>
            <w:pPr>
              <w:spacing w:after="0"/>
            </w:pPr>
            <w:r>
              <w:rPr>
                <w:b w:val="0"/>
                <w:sz w:val="19"/>
              </w:rPr>
              <w:t>the “family life with family members’ routines; family members’ hobbies and activities” to</w:t>
            </w:r>
          </w:p>
          <w:p>
            <w:pPr>
              <w:spacing w:after="0"/>
            </w:pPr>
            <w:r>
              <w:rPr>
                <w:b w:val="0"/>
                <w:sz w:val="19"/>
              </w:rPr>
              <w:t>communicate with other people. ENG.5.4.W6. Students can reflect on their knowledge, experiences, thoughts, and feelings related to</w:t>
            </w:r>
          </w:p>
          <w:p>
            <w:pPr>
              <w:spacing w:after="0"/>
            </w:pPr>
            <w:r>
              <w:rPr>
                <w:b w:val="0"/>
                <w:sz w:val="19"/>
              </w:rPr>
              <w:t>the writing-expression process about the current content, “family life with family members’</w:t>
            </w:r>
          </w:p>
          <w:p>
            <w:pPr>
              <w:spacing w:after="0"/>
            </w:pPr>
            <w:r>
              <w:rPr>
                <w:b w:val="0"/>
                <w:sz w:val="19"/>
              </w:rPr>
              <w:t>routines; family members’ hobbies and activities” in relation to themselves or others, both</w:t>
            </w:r>
          </w:p>
          <w:p>
            <w:pPr>
              <w:spacing w:after="0"/>
            </w:pPr>
            <w:r>
              <w:rPr>
                <w:b w:val="0"/>
                <w:sz w:val="19"/>
              </w:rPr>
              <w:t>individually and/or with others. ENG.5.4.S1. Students can get ready for speaking-expression process about the current content on “family</w:t>
            </w:r>
          </w:p>
          <w:p>
            <w:pPr>
              <w:spacing w:after="0"/>
            </w:pPr>
            <w:r>
              <w:rPr>
                <w:b w:val="0"/>
                <w:sz w:val="19"/>
              </w:rPr>
              <w:t>life with family members’ routines; family members’ hobbies and activities”. ENG.5.4.S2. Students can use the model/example for producing verbal content about the current content</w:t>
            </w:r>
          </w:p>
          <w:p>
            <w:pPr>
              <w:spacing w:after="0"/>
            </w:pPr>
            <w:r>
              <w:rPr>
                <w:b w:val="0"/>
                <w:sz w:val="19"/>
              </w:rPr>
              <w:t>on “family life with family members’ routines; family members’ hobbies and activities”. ENG.5.4.S3. Students can organise a new verbal content on “family life with family members’ routines;</w:t>
            </w:r>
          </w:p>
          <w:p>
            <w:pPr>
              <w:spacing w:after="0"/>
            </w:pPr>
            <w:r>
              <w:rPr>
                <w:b w:val="0"/>
                <w:sz w:val="19"/>
              </w:rPr>
              <w:t>family members’ hobbies and activities” by speaking accurately, efficiently, and authentically. ENG.5.4.S4. Students can construct a new verbal content on “family life with family members’ routines;</w:t>
            </w:r>
          </w:p>
          <w:p>
            <w:pPr>
              <w:spacing w:after="0"/>
            </w:pPr>
            <w:r>
              <w:rPr>
                <w:b w:val="0"/>
                <w:sz w:val="19"/>
              </w:rPr>
              <w:t>family members’ hobbies and activities” by speaking accurately, efficiently, and authentically. ENG.5.4.S5. Students can reorganise (reconstruct) and use information about the “family life with family</w:t>
            </w:r>
          </w:p>
          <w:p>
            <w:pPr>
              <w:spacing w:after="0"/>
            </w:pPr>
            <w:r>
              <w:rPr>
                <w:b w:val="0"/>
                <w:sz w:val="19"/>
              </w:rPr>
              <w:t>members’ routines; family members’ hobbies and activities” to communicate with other</w:t>
            </w:r>
          </w:p>
          <w:p>
            <w:pPr>
              <w:spacing w:after="0"/>
            </w:pPr>
            <w:r>
              <w:rPr>
                <w:b w:val="0"/>
                <w:sz w:val="19"/>
              </w:rPr>
              <w:t>people. ENG.5.4.S6. Students can convey their knowledge, experiences, thoughts, and feelings related to the</w:t>
            </w:r>
          </w:p>
          <w:p>
            <w:pPr>
              <w:spacing w:after="0"/>
            </w:pPr>
            <w:r>
              <w:rPr>
                <w:b w:val="0"/>
                <w:sz w:val="19"/>
              </w:rPr>
              <w:t>speaking-expression process about the current content, “family life with family members’</w:t>
            </w:r>
          </w:p>
          <w:p>
            <w:pPr>
              <w:spacing w:after="0"/>
            </w:pPr>
            <w:r>
              <w:rPr>
                <w:b w:val="0"/>
                <w:sz w:val="19"/>
              </w:rPr>
              <w:t>routines; family members’ hobbies and activities” to communicate with other people in</w:t>
            </w:r>
          </w:p>
          <w:p>
            <w:pPr>
              <w:spacing w:after="0"/>
            </w:pPr>
            <w:r>
              <w:rPr>
                <w:b w:val="0"/>
                <w:sz w:val="19"/>
              </w:rPr>
              <w:t>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V2. Family Integrity, V3. Diligence, V4. Friendship, V6. Honesty, V7. Aesthetics, V10. Modesty, V11. Independence, V12. Patience, V13. Healthy Living, V16.</w:t>
            </w:r>
          </w:p>
          <w:p>
            <w:pPr>
              <w:spacing w:after="0"/>
            </w:pPr>
            <w:r>
              <w:rPr>
                <w:b w:val="0"/>
                <w:sz w:val="19"/>
              </w:rPr>
              <w:t>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LS3. Financial Literacy, LS4.</w:t>
            </w:r>
          </w:p>
          <w:p>
            <w:pPr>
              <w:spacing w:after="0"/>
            </w:pPr>
            <w:r>
              <w:rPr>
                <w:b w:val="0"/>
                <w:sz w:val="19"/>
              </w:rPr>
              <w:t>Visual Literacy, LS5. 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(ENG.5.4.L1.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describe family members’ hobbies and routines in English by using visuals and sentences in</w:t>
            </w:r>
          </w:p>
          <w:p>
            <w:pPr>
              <w:spacing w:after="0"/>
            </w:pPr>
            <w:r>
              <w:rPr>
                <w:b w:val="0"/>
                <w:sz w:val="19"/>
              </w:rPr>
              <w:t>the target language.</w:t>
            </w:r>
          </w:p>
          <w:p>
            <w:pPr>
              <w:spacing w:after="0"/>
            </w:pPr>
            <w:r>
              <w:rPr>
                <w:b w:val="0"/>
                <w:sz w:val="19"/>
              </w:rPr>
              <w:t>Activity 1: “A Family Poster”</w:t>
            </w:r>
          </w:p>
          <w:p>
            <w:pPr>
              <w:spacing w:after="0"/>
            </w:pPr>
            <w:r>
              <w:rPr>
                <w:b w:val="0"/>
                <w:sz w:val="19"/>
              </w:rPr>
              <w:t>Before the lesson, the teacher tells students to bring hobby-themed magazine cut-outs to use in the activity.</w:t>
            </w:r>
          </w:p>
          <w:p>
            <w:pPr>
              <w:spacing w:after="0"/>
            </w:pPr>
            <w:r>
              <w:rPr>
                <w:b w:val="0"/>
                <w:sz w:val="19"/>
              </w:rPr>
              <w:t>The teacher asks students to work in small groups to create a family poster. Posters should include short</w:t>
            </w:r>
          </w:p>
          <w:p>
            <w:pPr>
              <w:spacing w:after="0"/>
            </w:pPr>
            <w:r>
              <w:rPr>
                <w:b w:val="0"/>
                <w:sz w:val="19"/>
              </w:rPr>
              <w:t>descriptions of the family members. Students also draw pictures or paste magazine cut-outs that represent</w:t>
            </w:r>
          </w:p>
          <w:p>
            <w:pPr>
              <w:spacing w:after="0"/>
            </w:pPr>
            <w:r>
              <w:rPr>
                <w:b w:val="0"/>
                <w:sz w:val="19"/>
              </w:rPr>
              <w:t>the hobbies and write sentences describing the hobbies on the poster. The teacher encourages students to</w:t>
            </w:r>
          </w:p>
          <w:p>
            <w:pPr>
              <w:spacing w:after="0"/>
            </w:pPr>
            <w:r>
              <w:rPr>
                <w:b w:val="0"/>
                <w:sz w:val="19"/>
              </w:rPr>
              <w:t>elaborate on why their family member enjoys the hobby and when/how often they do it. The teacher allows</w:t>
            </w:r>
          </w:p>
          <w:p>
            <w:pPr>
              <w:spacing w:after="0"/>
            </w:pPr>
            <w:r>
              <w:rPr>
                <w:b w:val="0"/>
                <w:sz w:val="19"/>
              </w:rPr>
              <w:t>students to organise their posters freely. She/He encourages creativity and asks students to write multiple</w:t>
            </w:r>
          </w:p>
          <w:p>
            <w:pPr>
              <w:spacing w:after="0"/>
            </w:pPr>
            <w:r>
              <w:rPr>
                <w:b w:val="0"/>
                <w:sz w:val="19"/>
              </w:rPr>
              <w:t>sentences with connecting words. Students display the completed projects around the classroom on walls, desks, or boards. Students walk around the room in small groups, observing their classmates’ work and</w:t>
            </w:r>
          </w:p>
          <w:p>
            <w:pPr>
              <w:spacing w:after="0"/>
            </w:pPr>
            <w:r>
              <w:rPr>
                <w:b w:val="0"/>
                <w:sz w:val="19"/>
              </w:rPr>
              <w:t>asking questions. The teacher provides sticky notes for students to leave positive feedback or comments.</w:t>
            </w:r>
          </w:p>
          <w:p>
            <w:pPr>
              <w:spacing w:after="0"/>
            </w:pPr>
            <w:r>
              <w:rPr>
                <w:b w:val="0"/>
                <w:sz w:val="19"/>
              </w:rPr>
              <w:t>Students reflect on their thoughts and feelings about the activity.</w:t>
            </w:r>
          </w:p>
          <w:p>
            <w:pPr>
              <w:spacing w:after="0"/>
            </w:pPr>
            <w:r>
              <w:rPr>
                <w:b w:val="0"/>
                <w:sz w:val="19"/>
              </w:rPr>
              <w:t>Supporting</w:t>
            </w:r>
          </w:p>
          <w:p>
            <w:pPr>
              <w:spacing w:after="0"/>
            </w:pPr>
            <w:r>
              <w:rPr>
                <w:b w:val="0"/>
                <w:sz w:val="19"/>
              </w:rPr>
              <w:t>Objective: To describe family members’ hobbies and routines in English by using visuals and sentences in</w:t>
            </w:r>
          </w:p>
          <w:p>
            <w:pPr>
              <w:spacing w:after="0"/>
            </w:pPr>
            <w:r>
              <w:rPr>
                <w:b w:val="0"/>
                <w:sz w:val="19"/>
              </w:rPr>
              <w:t>the target language.</w:t>
            </w:r>
          </w:p>
          <w:p>
            <w:pPr>
              <w:spacing w:after="0"/>
            </w:pPr>
            <w:r>
              <w:rPr>
                <w:b w:val="0"/>
                <w:sz w:val="19"/>
              </w:rPr>
              <w:t>Activity 1: “A Family Poster”</w:t>
            </w:r>
          </w:p>
          <w:p>
            <w:pPr>
              <w:spacing w:after="0"/>
            </w:pPr>
            <w:r>
              <w:rPr>
                <w:b w:val="0"/>
                <w:sz w:val="19"/>
              </w:rPr>
              <w:t>Before the lesson the teacher tells students to bring hobby-themed magazine cut-outs to use in the activity.</w:t>
            </w:r>
          </w:p>
          <w:p>
            <w:pPr>
              <w:spacing w:after="0"/>
            </w:pPr>
            <w:r>
              <w:rPr>
                <w:b w:val="0"/>
                <w:sz w:val="19"/>
              </w:rPr>
              <w:t>The teacher asks students to work in small groups to create a family poster. Posters should include short</w:t>
            </w:r>
          </w:p>
          <w:p>
            <w:pPr>
              <w:spacing w:after="0"/>
            </w:pPr>
            <w:r>
              <w:rPr>
                <w:b w:val="0"/>
                <w:sz w:val="19"/>
              </w:rPr>
              <w:t>descriptions of the family members. The teacher provides a template with guided sections to fill in: (“This</w:t>
            </w:r>
          </w:p>
          <w:p>
            <w:pPr>
              <w:spacing w:after="0"/>
            </w:pPr>
            <w:r>
              <w:rPr>
                <w:b w:val="0"/>
                <w:sz w:val="19"/>
              </w:rPr>
              <w:t>is my __ mom, dad, sister”, “They like to __ cook/ play …”). Students also draw pictures or paste magazine</w:t>
            </w:r>
          </w:p>
          <w:p>
            <w:pPr>
              <w:spacing w:after="0"/>
            </w:pPr>
            <w:r>
              <w:rPr>
                <w:b w:val="0"/>
                <w:sz w:val="19"/>
              </w:rPr>
              <w:t>cutouts that represent the hobbies and write sentences describing the hobbies on the poster. The teacher</w:t>
            </w:r>
          </w:p>
          <w:p>
            <w:pPr>
              <w:spacing w:after="0"/>
            </w:pPr>
            <w:r>
              <w:rPr>
                <w:b w:val="0"/>
                <w:sz w:val="19"/>
              </w:rPr>
              <w:t>provides a word bank with key vocabulary and sentence starters (e.g., “My __ likes to __ because __”). The</w:t>
            </w:r>
          </w:p>
          <w:p>
            <w:pPr>
              <w:spacing w:after="0"/>
            </w:pPr>
            <w:r>
              <w:rPr>
                <w:b w:val="0"/>
                <w:sz w:val="19"/>
              </w:rPr>
              <w:t>teacher allows students to organise their posters freely. She/He encourages creativity. Students display</w:t>
            </w:r>
          </w:p>
          <w:p>
            <w:pPr>
              <w:spacing w:after="0"/>
            </w:pPr>
            <w:r>
              <w:rPr>
                <w:b w:val="0"/>
                <w:sz w:val="19"/>
              </w:rPr>
              <w:t>the completed projects around the classroom on walls, desks, or boards. Students walk around the room in</w:t>
            </w:r>
          </w:p>
          <w:p>
            <w:pPr>
              <w:spacing w:after="0"/>
            </w:pPr>
            <w:r>
              <w:rPr>
                <w:b w:val="0"/>
                <w:sz w:val="19"/>
              </w:rPr>
              <w:t>small groups, observing and reading their classmates’ work. The teacher provides sticky notes for students</w:t>
            </w:r>
          </w:p>
          <w:p>
            <w:pPr>
              <w:spacing w:after="0"/>
            </w:pPr>
            <w:r>
              <w:rPr>
                <w:b w:val="0"/>
                <w:sz w:val="19"/>
              </w:rPr>
              <w:t>to leave positive feedback or comments .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conduct a questionnaire on the daily routines, free-time</w:t>
            </w:r>
          </w:p>
          <w:p>
            <w:pPr>
              <w:spacing w:after="0"/>
            </w:pPr>
            <w:r>
              <w:rPr>
                <w:b w:val="0"/>
                <w:sz w:val="19"/>
              </w:rPr>
              <w:t>activities, and hobbies of their family members through interviews and present the written results with</w:t>
            </w:r>
          </w:p>
          <w:p>
            <w:pPr>
              <w:spacing w:after="0"/>
            </w:pPr>
            <w:r>
              <w:rPr>
                <w:b w:val="0"/>
                <w:sz w:val="19"/>
              </w:rPr>
              <w:t>digital resources and/or realia by acting out some of the routines, free-time activities, and hobbies reported</w:t>
            </w:r>
          </w:p>
          <w:p>
            <w:pPr>
              <w:spacing w:after="0"/>
            </w:pPr>
            <w:r>
              <w:rPr>
                <w:b w:val="0"/>
                <w:sz w:val="19"/>
              </w:rPr>
              <w:t>in the questionnaire. The assignment will be evaluated by using a rubric scheme, a rating scale, and/or a</w:t>
            </w:r>
          </w:p>
          <w:p>
            <w:pPr>
              <w:spacing w:after="0"/>
            </w:pPr>
            <w:r>
              <w:rPr>
                <w:b w:val="0"/>
                <w:sz w:val="19"/>
              </w:rPr>
              <w:t>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21: 22-26 February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February · Week 21: 22-26 February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5: LIFE IN THE NEIGHBOURHOOD AND CITY</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Places for recreation and attractions in the neighbourhood and city different types of houses.</w:t>
            </w:r>
          </w:p>
          <w:p>
            <w:pPr>
              <w:spacing w:after="0"/>
            </w:pPr>
            <w:r>
              <w:rPr>
                <w:b w:val="0"/>
                <w:sz w:val="19"/>
              </w:rPr>
              <w:t>Target Vocabulary in Use (with revisional vocabulary)</w:t>
            </w:r>
          </w:p>
          <w:p>
            <w:pPr>
              <w:spacing w:after="0"/>
            </w:pPr>
            <w:r>
              <w:rPr>
                <w:b w:val="0"/>
                <w:sz w:val="19"/>
              </w:rPr>
              <w:t>Vocabulary for places for recreation and attractions in the neighbourhood and city: Nouns: A corner, a</w:t>
            </w:r>
          </w:p>
          <w:p>
            <w:pPr>
              <w:spacing w:after="0"/>
            </w:pPr>
            <w:r>
              <w:rPr>
                <w:b w:val="0"/>
                <w:sz w:val="19"/>
              </w:rPr>
              <w:t>square, a gym, a coast, a street fair, a hall, a sports centre, an art gallery, a shop (store-AmE), a castle, a</w:t>
            </w:r>
          </w:p>
          <w:p>
            <w:pPr>
              <w:spacing w:after="0"/>
            </w:pPr>
            <w:r>
              <w:rPr>
                <w:b w:val="0"/>
                <w:sz w:val="19"/>
              </w:rPr>
              <w:t>tower, a site, a museum, a mosque, a town. Verbs: To cycle, to fish, to jump, to guide, to joke, to experience, to attend. Adjectives: Social, ancient, close, famous, crowded, quiet, modern, traditional, peaceful, brandnew, local. Adverbs: Best, easily. Phrases: To take a tour, to attend an event, to take a photograph, to hire (a</w:t>
            </w:r>
          </w:p>
          <w:p>
            <w:pPr>
              <w:spacing w:after="0"/>
            </w:pPr>
            <w:r>
              <w:rPr>
                <w:b w:val="0"/>
                <w:sz w:val="19"/>
              </w:rPr>
              <w:t>bike) (rent-AmE).</w:t>
            </w:r>
          </w:p>
          <w:p>
            <w:pPr>
              <w:spacing w:after="0"/>
            </w:pPr>
            <w:r>
              <w:rPr>
                <w:b w:val="0"/>
                <w:sz w:val="19"/>
              </w:rPr>
              <w:t>Vocabulary for different types of houses and furniture and kitchen utensils: Nouns: A flat (apartment AmE), a kitchen, a bathroom, a bedroom, a sitting room (a living room-AmE), a dining room, a toilet, a garden, a</w:t>
            </w:r>
          </w:p>
          <w:p>
            <w:pPr>
              <w:spacing w:after="0"/>
            </w:pPr>
            <w:r>
              <w:rPr>
                <w:b w:val="0"/>
                <w:sz w:val="19"/>
              </w:rPr>
              <w:t>garage), a balcony, a terrace, a corridor (hallway-AmE), a floor, a lift ( elevator-AmE), a roof, a bookcase, a</w:t>
            </w:r>
          </w:p>
          <w:p>
            <w:pPr>
              <w:spacing w:after="0"/>
            </w:pPr>
            <w:r>
              <w:rPr>
                <w:b w:val="0"/>
                <w:sz w:val="19"/>
              </w:rPr>
              <w:t>sofa, an armchair, a bed, a cupboard, a fridge, an oven (a stove-AmE), a lamp, a knife, a spoon, a fork, a plate, a wardrobe, a dishwasher, a shelf, ground. Verbs: To repair. Adjectives: Wide, wooden, metal, plastic, bright, light, comfortable, bottom, top, glass, steel, handmade. Adverbs: Inside, outside.</w:t>
            </w:r>
          </w:p>
          <w:p>
            <w:pPr>
              <w:spacing w:after="0"/>
            </w:pPr>
            <w:r>
              <w:rPr>
                <w:b w:val="0"/>
                <w:sz w:val="19"/>
              </w:rPr>
              <w:t>Target Grammatical Structures in Use:</w:t>
            </w:r>
          </w:p>
          <w:p>
            <w:pPr>
              <w:spacing w:after="0"/>
            </w:pPr>
            <w:r>
              <w:rPr>
                <w:b w:val="0"/>
                <w:sz w:val="19"/>
              </w:rPr>
              <w:t>-Comparatives of adjectives (regular-irregular): (The sofa is more comfortable than the armchair).</w:t>
            </w:r>
          </w:p>
          <w:p>
            <w:pPr>
              <w:spacing w:after="0"/>
            </w:pPr>
            <w:r>
              <w:rPr>
                <w:b w:val="0"/>
                <w:sz w:val="19"/>
              </w:rPr>
              <w:t>-Possessive ’s: (This is Anna’s bicycle; she uses it every day.)</w:t>
            </w:r>
          </w:p>
          <w:p>
            <w:pPr>
              <w:spacing w:after="0"/>
            </w:pPr>
            <w:r>
              <w:rPr>
                <w:b w:val="0"/>
                <w:sz w:val="19"/>
              </w:rPr>
              <w:t>-Present Simple Tense: (We cycle to the park every Saturday.)</w:t>
            </w:r>
          </w:p>
          <w:p>
            <w:pPr>
              <w:spacing w:after="0"/>
            </w:pPr>
            <w:r>
              <w:rPr>
                <w:b w:val="0"/>
                <w:sz w:val="19"/>
              </w:rPr>
              <w:t>-There is/are: (There are many paintings in the art gallery. There is a wide sofa in the living room.)</w:t>
            </w:r>
          </w:p>
          <w:p>
            <w:pPr>
              <w:spacing w:after="0"/>
            </w:pPr>
            <w:r>
              <w:rPr>
                <w:b w:val="0"/>
                <w:sz w:val="19"/>
              </w:rPr>
              <w:t>Functions of the Target Grammatical Structures in Use:</w:t>
            </w:r>
          </w:p>
          <w:p>
            <w:pPr>
              <w:spacing w:after="0"/>
            </w:pPr>
            <w:r>
              <w:rPr>
                <w:b w:val="0"/>
                <w:sz w:val="19"/>
              </w:rPr>
              <w:t>-Use of “Comparatives of Adjectives (regular-irregular)”: Expressing comparisons between two people, objects, or ideas.</w:t>
            </w:r>
          </w:p>
          <w:p>
            <w:pPr>
              <w:spacing w:after="0"/>
            </w:pPr>
            <w:r>
              <w:rPr>
                <w:b w:val="0"/>
                <w:sz w:val="19"/>
              </w:rPr>
              <w:t>-Use of “Possessive ‘s”: Indicating ownership or relationship.</w:t>
            </w:r>
          </w:p>
          <w:p>
            <w:pPr>
              <w:spacing w:after="0"/>
            </w:pPr>
            <w:r>
              <w:rPr>
                <w:b w:val="0"/>
                <w:sz w:val="19"/>
              </w:rPr>
              <w:t>-Use of the Present Simple Tense: Expressing habitual actions, general truths, and permanent states.</w:t>
            </w:r>
          </w:p>
          <w:p>
            <w:pPr>
              <w:spacing w:after="0"/>
            </w:pPr>
            <w:r>
              <w:rPr>
                <w:b w:val="0"/>
                <w:sz w:val="19"/>
              </w:rPr>
              <w:t>-Use of “There is/There are”: Indicating existence or location.</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Where is the nearest library?</w:t>
            </w:r>
          </w:p>
          <w:p>
            <w:pPr>
              <w:spacing w:after="0"/>
            </w:pPr>
            <w:r>
              <w:rPr>
                <w:b w:val="0"/>
                <w:sz w:val="19"/>
              </w:rPr>
              <w:t>Our kitchen is the heart of our house!</w:t>
            </w:r>
          </w:p>
          <w:p>
            <w:pPr>
              <w:spacing w:after="0"/>
            </w:pPr>
            <w:r>
              <w:rPr>
                <w:b w:val="0"/>
                <w:sz w:val="19"/>
              </w:rPr>
              <w:t>Our new flat was ready to move into! (Our new flat was move-in-ready! AmE.)</w:t>
            </w:r>
          </w:p>
          <w:p>
            <w:pPr>
              <w:spacing w:after="0"/>
            </w:pPr>
            <w:r>
              <w:rPr>
                <w:b w:val="0"/>
                <w:sz w:val="19"/>
              </w:rPr>
              <w:t>Target Phonological Sounds in Use:</w:t>
            </w:r>
          </w:p>
          <w:p>
            <w:pPr>
              <w:spacing w:after="0"/>
            </w:pPr>
            <w:r>
              <w:rPr>
                <w:b w:val="0"/>
                <w:sz w:val="19"/>
              </w:rPr>
              <w:t>f, g, h, i, j, k, Vowel: i: i (/aı/, /ı/, /i:/)</w:t>
            </w:r>
          </w:p>
          <w:p>
            <w:pPr>
              <w:spacing w:after="0"/>
            </w:pPr>
            <w:r>
              <w:rPr>
                <w:b w:val="0"/>
                <w:sz w:val="19"/>
              </w:rPr>
              <w:t>Consonants: f: (/f/); g: (/g/, /dʒ/); h: (/h/); j (/dʒeɪ/, /dʒ/); k: (/k/);</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ENG.5.5.L1. Students can get ready for the listening/watching-comprehension process for the current</w:t>
            </w:r>
          </w:p>
          <w:p>
            <w:pPr>
              <w:spacing w:after="0"/>
            </w:pPr>
            <w:r>
              <w:rPr>
                <w:b w:val="0"/>
                <w:sz w:val="19"/>
              </w:rPr>
              <w:t>content on “life in the neighbourhood and city with places for recreation and attractions in the</w:t>
            </w:r>
          </w:p>
          <w:p>
            <w:pPr>
              <w:spacing w:after="0"/>
            </w:pPr>
            <w:r>
              <w:rPr>
                <w:b w:val="0"/>
                <w:sz w:val="19"/>
              </w:rPr>
              <w:t>neighbourhood and city ; different types of houses” carefully. ENG.5.5.L2. Students can bring information about the current content on “life in the neighbourhood</w:t>
            </w:r>
          </w:p>
          <w:p>
            <w:pPr>
              <w:spacing w:after="0"/>
            </w:pPr>
            <w:r>
              <w:rPr>
                <w:b w:val="0"/>
                <w:sz w:val="19"/>
              </w:rPr>
              <w:t>and city with places for recreation and attractions in the neighbourhood and city ; different</w:t>
            </w:r>
          </w:p>
          <w:p>
            <w:pPr>
              <w:spacing w:after="0"/>
            </w:pPr>
            <w:r>
              <w:rPr>
                <w:b w:val="0"/>
                <w:sz w:val="19"/>
              </w:rPr>
              <w:t>types of houses” together through significant details and main components while listening/</w:t>
            </w:r>
          </w:p>
          <w:p>
            <w:pPr>
              <w:spacing w:after="0"/>
            </w:pPr>
            <w:r>
              <w:rPr>
                <w:b w:val="0"/>
                <w:sz w:val="19"/>
              </w:rPr>
              <w:t>watching it. ENG.5.5.L3. Students can make meaning of/derive meaning from the current content on “life in the</w:t>
            </w:r>
          </w:p>
          <w:p>
            <w:pPr>
              <w:spacing w:after="0"/>
            </w:pPr>
            <w:r>
              <w:rPr>
                <w:b w:val="0"/>
                <w:sz w:val="19"/>
              </w:rPr>
              <w:t>neighbourhood and city with places for recreation and attractions in the neighbourhood and</w:t>
            </w:r>
          </w:p>
          <w:p>
            <w:pPr>
              <w:spacing w:after="0"/>
            </w:pPr>
            <w:r>
              <w:rPr>
                <w:b w:val="0"/>
                <w:sz w:val="19"/>
              </w:rPr>
              <w:t>city ; different types of houses” through significant details by listening/watching it carefully. ENG.5.5.L4. Students can convey their knowledge, experience, thoughts, and feelings examined carefully</w:t>
            </w:r>
          </w:p>
          <w:p>
            <w:pPr>
              <w:spacing w:after="0"/>
            </w:pPr>
            <w:r>
              <w:rPr>
                <w:b w:val="0"/>
                <w:sz w:val="19"/>
              </w:rPr>
              <w:t>about the whole listening/watching-comprehension process in relation to the current</w:t>
            </w:r>
          </w:p>
          <w:p>
            <w:pPr>
              <w:spacing w:after="0"/>
            </w:pPr>
            <w:r>
              <w:rPr>
                <w:b w:val="0"/>
                <w:sz w:val="19"/>
              </w:rPr>
              <w:t>content on “life in the neighbourhood and city with places for recreation and attractions in the</w:t>
            </w:r>
          </w:p>
          <w:p>
            <w:pPr>
              <w:spacing w:after="0"/>
            </w:pPr>
            <w:r>
              <w:rPr>
                <w:b w:val="0"/>
                <w:sz w:val="19"/>
              </w:rPr>
              <w:t>neighbourhood and city ; different types of houses”. ENG.5.5.P1. Students can select and use the target phonological elements of the current content</w:t>
            </w:r>
          </w:p>
          <w:p>
            <w:pPr>
              <w:spacing w:after="0"/>
            </w:pPr>
            <w:r>
              <w:rPr>
                <w:b w:val="0"/>
                <w:sz w:val="19"/>
              </w:rPr>
              <w:t>about “life in the neighbourhood and city with places for recreation and attractions in the</w:t>
            </w:r>
          </w:p>
          <w:p>
            <w:pPr>
              <w:spacing w:after="0"/>
            </w:pPr>
            <w:r>
              <w:rPr>
                <w:b w:val="0"/>
                <w:sz w:val="19"/>
              </w:rPr>
              <w:t>neighbourhood and city ; different types of houses” accurately, authentically, and naturally</w:t>
            </w:r>
          </w:p>
          <w:p>
            <w:pPr>
              <w:spacing w:after="0"/>
            </w:pPr>
            <w:r>
              <w:rPr>
                <w:b w:val="0"/>
                <w:sz w:val="19"/>
              </w:rPr>
              <w:t>through spontaneous decision-making processes and use it in an appropriate and effective</w:t>
            </w:r>
          </w:p>
          <w:p>
            <w:pPr>
              <w:spacing w:after="0"/>
            </w:pPr>
            <w:r>
              <w:rPr>
                <w:b w:val="0"/>
                <w:sz w:val="19"/>
              </w:rPr>
              <w:t>way when communicating with others. ENG.5.5.R1. Students can get ready for the reading-comprehension process about the current content</w:t>
            </w:r>
          </w:p>
          <w:p>
            <w:pPr>
              <w:spacing w:after="0"/>
            </w:pPr>
            <w:r>
              <w:rPr>
                <w:b w:val="0"/>
                <w:sz w:val="19"/>
              </w:rPr>
              <w:t>on “life in the neighbourhood and city with places for recreation and attractions in the</w:t>
            </w:r>
          </w:p>
          <w:p>
            <w:pPr>
              <w:spacing w:after="0"/>
            </w:pPr>
            <w:r>
              <w:rPr>
                <w:b w:val="0"/>
                <w:sz w:val="19"/>
              </w:rPr>
              <w:t>neighbourhood and city ; different types of houses”. ENG.5.5.R2. Students can bring information about the current content on “life in the neighbourhood and</w:t>
            </w:r>
          </w:p>
          <w:p>
            <w:pPr>
              <w:spacing w:after="0"/>
            </w:pPr>
            <w:r>
              <w:rPr>
                <w:b w:val="0"/>
                <w:sz w:val="19"/>
              </w:rPr>
              <w:t>city with places for recreation and attractions in the neighbourhood and city ; different types</w:t>
            </w:r>
          </w:p>
          <w:p>
            <w:pPr>
              <w:spacing w:after="0"/>
            </w:pPr>
            <w:r>
              <w:rPr>
                <w:b w:val="0"/>
                <w:sz w:val="19"/>
              </w:rPr>
              <w:t>of houses” through skimming (looking quickly at) the audio-visual elements and reading the</w:t>
            </w:r>
          </w:p>
          <w:p>
            <w:pPr>
              <w:spacing w:after="0"/>
            </w:pPr>
            <w:r>
              <w:rPr>
                <w:b w:val="0"/>
                <w:sz w:val="19"/>
              </w:rPr>
              <w:t>content very quickly. ENG.5.5.R3. Students can make meaning of / derive meaning from the current content about “life in the</w:t>
            </w:r>
          </w:p>
          <w:p>
            <w:pPr>
              <w:spacing w:after="0"/>
            </w:pPr>
            <w:r>
              <w:rPr>
                <w:b w:val="0"/>
                <w:sz w:val="19"/>
              </w:rPr>
              <w:t>neighbourhood and city with places for recreation and attractions in the neighbourhood and</w:t>
            </w:r>
          </w:p>
          <w:p>
            <w:pPr>
              <w:spacing w:after="0"/>
            </w:pPr>
            <w:r>
              <w:rPr>
                <w:b w:val="0"/>
                <w:sz w:val="19"/>
              </w:rPr>
              <w:t>city ; different types of houses” by reading it carefully. ENG.5.5.R4. Students can convey their knowledge, experiences, thoughts, and feelings related to the</w:t>
            </w:r>
          </w:p>
          <w:p>
            <w:pPr>
              <w:spacing w:after="0"/>
            </w:pPr>
            <w:r>
              <w:rPr>
                <w:b w:val="0"/>
                <w:sz w:val="19"/>
              </w:rPr>
              <w:t>reading-comprehension process about the current content, “life in the neighbourhood and</w:t>
            </w:r>
          </w:p>
          <w:p>
            <w:pPr>
              <w:spacing w:after="0"/>
            </w:pPr>
            <w:r>
              <w:rPr>
                <w:b w:val="0"/>
                <w:sz w:val="19"/>
              </w:rPr>
              <w:t>city with places for recreation and attractions in the neighbourhood and city ; different types</w:t>
            </w:r>
          </w:p>
          <w:p>
            <w:pPr>
              <w:spacing w:after="0"/>
            </w:pPr>
            <w:r>
              <w:rPr>
                <w:b w:val="0"/>
                <w:sz w:val="19"/>
              </w:rPr>
              <w:t>of houses” in relation to themselves or others, both individually and/or with others. ENG.5.5.V1. Students can select and use the target vocabulary of the current content about “life in the</w:t>
            </w:r>
          </w:p>
          <w:p>
            <w:pPr>
              <w:spacing w:after="0"/>
            </w:pPr>
            <w:r>
              <w:rPr>
                <w:b w:val="0"/>
                <w:sz w:val="19"/>
              </w:rPr>
              <w:t>neighbourhood and city with places for recreation and attractions in the neighbourhood and</w:t>
            </w:r>
          </w:p>
          <w:p>
            <w:pPr>
              <w:spacing w:after="0"/>
            </w:pPr>
            <w:r>
              <w:rPr>
                <w:b w:val="0"/>
                <w:sz w:val="19"/>
              </w:rPr>
              <w:t>city ; different types of houses” accurately, authentically, spontaneously, and naturally and</w:t>
            </w:r>
          </w:p>
          <w:p>
            <w:pPr>
              <w:spacing w:after="0"/>
            </w:pPr>
            <w:r>
              <w:rPr>
                <w:b w:val="0"/>
                <w:sz w:val="19"/>
              </w:rPr>
              <w:t>use it appropriately and effectively when communicating with others. ENG.5.5.G1. Students can select and use the target grammatical elements of the current content about “life</w:t>
            </w:r>
          </w:p>
          <w:p>
            <w:pPr>
              <w:spacing w:after="0"/>
            </w:pPr>
            <w:r>
              <w:rPr>
                <w:b w:val="0"/>
                <w:sz w:val="19"/>
              </w:rPr>
              <w:t>in the neighbourhood and city with places for recreation and attractions in the neighbourhood</w:t>
            </w:r>
          </w:p>
          <w:p>
            <w:pPr>
              <w:spacing w:after="0"/>
            </w:pPr>
            <w:r>
              <w:rPr>
                <w:b w:val="0"/>
                <w:sz w:val="19"/>
              </w:rPr>
              <w:t>and city ; different types of houses” accurately, authentically, spontaneously, and naturally</w:t>
            </w:r>
          </w:p>
          <w:p>
            <w:pPr>
              <w:spacing w:after="0"/>
            </w:pPr>
            <w:r>
              <w:rPr>
                <w:b w:val="0"/>
                <w:sz w:val="19"/>
              </w:rPr>
              <w:t>and use it appropriately and effectively when communicating with others. ENG.5.5.W1. Students can get ready for the writing-expression process about the current content on “life</w:t>
            </w:r>
          </w:p>
          <w:p>
            <w:pPr>
              <w:spacing w:after="0"/>
            </w:pPr>
            <w:r>
              <w:rPr>
                <w:b w:val="0"/>
                <w:sz w:val="19"/>
              </w:rPr>
              <w:t>in the neighbourhood and city with places for recreation and attractions in the neighbourhood</w:t>
            </w:r>
          </w:p>
          <w:p>
            <w:pPr>
              <w:spacing w:after="0"/>
            </w:pPr>
            <w:r>
              <w:rPr>
                <w:b w:val="0"/>
                <w:sz w:val="19"/>
              </w:rPr>
              <w:t>and city ; different types of houses”. ENG.5.5.W2. Students can understand the model/example for the writing task about the current content</w:t>
            </w:r>
          </w:p>
          <w:p>
            <w:pPr>
              <w:spacing w:after="0"/>
            </w:pPr>
            <w:r>
              <w:rPr>
                <w:b w:val="0"/>
                <w:sz w:val="19"/>
              </w:rPr>
              <w:t>on “life in the neighbourhood and city with places for recreation and attractions in the</w:t>
            </w:r>
          </w:p>
          <w:p>
            <w:pPr>
              <w:spacing w:after="0"/>
            </w:pPr>
            <w:r>
              <w:rPr>
                <w:b w:val="0"/>
                <w:sz w:val="19"/>
              </w:rPr>
              <w:t>neighbourhood and city ; different types of houses”. ENG.5.5.W3. Students can organise a content for the assigned writing task on the current content “life in</w:t>
            </w:r>
          </w:p>
          <w:p>
            <w:pPr>
              <w:spacing w:after="0"/>
            </w:pPr>
            <w:r>
              <w:rPr>
                <w:b w:val="0"/>
                <w:sz w:val="19"/>
              </w:rPr>
              <w:t>the neighbourhood and city with places for recreation and attractions in the neighbourhood</w:t>
            </w:r>
          </w:p>
          <w:p>
            <w:pPr>
              <w:spacing w:after="0"/>
            </w:pPr>
            <w:r>
              <w:rPr>
                <w:b w:val="0"/>
                <w:sz w:val="19"/>
              </w:rPr>
              <w:t>and city ; different types of houses” based on the model/example provided. ENG.5.5.W4. Students can individually construct/form content for the assigned writing task on the current</w:t>
            </w:r>
          </w:p>
          <w:p>
            <w:pPr>
              <w:spacing w:after="0"/>
            </w:pPr>
            <w:r>
              <w:rPr>
                <w:b w:val="0"/>
                <w:sz w:val="19"/>
              </w:rPr>
              <w:t>content “life in the neighbourhood and city with places for recreation and attractions in the</w:t>
            </w:r>
          </w:p>
          <w:p>
            <w:pPr>
              <w:spacing w:after="0"/>
            </w:pPr>
            <w:r>
              <w:rPr>
                <w:b w:val="0"/>
                <w:sz w:val="19"/>
              </w:rPr>
              <w:t>neighbourhood and city ; different types of houses”. ENG.5.5.W5. Students can reorganise (reconstruct) and use information in the new written tasks about</w:t>
            </w:r>
          </w:p>
          <w:p>
            <w:pPr>
              <w:spacing w:after="0"/>
            </w:pPr>
            <w:r>
              <w:rPr>
                <w:b w:val="0"/>
                <w:sz w:val="19"/>
              </w:rPr>
              <w:t>the “life in the neighbourhood and city with places for recreation and attractions in the</w:t>
            </w:r>
          </w:p>
          <w:p>
            <w:pPr>
              <w:spacing w:after="0"/>
            </w:pPr>
            <w:r>
              <w:rPr>
                <w:b w:val="0"/>
                <w:sz w:val="19"/>
              </w:rPr>
              <w:t>neighbourhood and city ; different types of houses” to communicate with other people. ENG.5.5.W6. Students can reflect on their knowledge, experiences, thoughts, and feelings related to the</w:t>
            </w:r>
          </w:p>
          <w:p>
            <w:pPr>
              <w:spacing w:after="0"/>
            </w:pPr>
            <w:r>
              <w:rPr>
                <w:b w:val="0"/>
                <w:sz w:val="19"/>
              </w:rPr>
              <w:t>writing-expression process about the current content, “life in the neighbourhood and city</w:t>
            </w:r>
          </w:p>
          <w:p>
            <w:pPr>
              <w:spacing w:after="0"/>
            </w:pPr>
            <w:r>
              <w:rPr>
                <w:b w:val="0"/>
                <w:sz w:val="19"/>
              </w:rPr>
              <w:t>with places for recreation and attractions in the neighbourhood and city ; different types of</w:t>
            </w:r>
          </w:p>
          <w:p>
            <w:pPr>
              <w:spacing w:after="0"/>
            </w:pPr>
            <w:r>
              <w:rPr>
                <w:b w:val="0"/>
                <w:sz w:val="19"/>
              </w:rPr>
              <w:t>houses” in relation to themselves or others, both individually and/or with others. ENG.5.5.S1. Students can get ready for speaking-expression process about the current content on “life in</w:t>
            </w:r>
          </w:p>
          <w:p>
            <w:pPr>
              <w:spacing w:after="0"/>
            </w:pPr>
            <w:r>
              <w:rPr>
                <w:b w:val="0"/>
                <w:sz w:val="19"/>
              </w:rPr>
              <w:t>the neighbourhood and city with places for recreation and attractions in the neighbourhood</w:t>
            </w:r>
          </w:p>
          <w:p>
            <w:pPr>
              <w:spacing w:after="0"/>
            </w:pPr>
            <w:r>
              <w:rPr>
                <w:b w:val="0"/>
                <w:sz w:val="19"/>
              </w:rPr>
              <w:t>and city ; different types of houses”. ENG.5.5.S2. Students can use the model/example for producing verbal content about the current content</w:t>
            </w:r>
          </w:p>
          <w:p>
            <w:pPr>
              <w:spacing w:after="0"/>
            </w:pPr>
            <w:r>
              <w:rPr>
                <w:b w:val="0"/>
                <w:sz w:val="19"/>
              </w:rPr>
              <w:t>on “life in the neighbourhood and city with places for recreation and attractions in the</w:t>
            </w:r>
          </w:p>
          <w:p>
            <w:pPr>
              <w:spacing w:after="0"/>
            </w:pPr>
            <w:r>
              <w:rPr>
                <w:b w:val="0"/>
                <w:sz w:val="19"/>
              </w:rPr>
              <w:t>neighbourhood and city ;different types of houses”. ENG.5.5.S3. Students can organise a new verbal content on “life in the neighbourhood and city with places</w:t>
            </w:r>
          </w:p>
          <w:p>
            <w:pPr>
              <w:spacing w:after="0"/>
            </w:pPr>
            <w:r>
              <w:rPr>
                <w:b w:val="0"/>
                <w:sz w:val="19"/>
              </w:rPr>
              <w:t>for recreation and attractions in the neighbourhood and city ; different types of houses” by</w:t>
            </w:r>
          </w:p>
          <w:p>
            <w:pPr>
              <w:spacing w:after="0"/>
            </w:pPr>
            <w:r>
              <w:rPr>
                <w:b w:val="0"/>
                <w:sz w:val="19"/>
              </w:rPr>
              <w:t>speaking accurately, efficiently, and authentically. ENG.5.5.S4. Students can construct a new verbal content on “life in the neighbourhood and city with places</w:t>
            </w:r>
          </w:p>
          <w:p>
            <w:pPr>
              <w:spacing w:after="0"/>
            </w:pPr>
            <w:r>
              <w:rPr>
                <w:b w:val="0"/>
                <w:sz w:val="19"/>
              </w:rPr>
              <w:t>for recreation and attractions in the neighbourhood and city ; different types of houses” by</w:t>
            </w:r>
          </w:p>
          <w:p>
            <w:pPr>
              <w:spacing w:after="0"/>
            </w:pPr>
            <w:r>
              <w:rPr>
                <w:b w:val="0"/>
                <w:sz w:val="19"/>
              </w:rPr>
              <w:t>speaking accurately, efficiently, and authentically. ENG.5.5.S5. Students can reorganise (reconstruct) and use information about the “life in the neighbourhood</w:t>
            </w:r>
          </w:p>
          <w:p>
            <w:pPr>
              <w:spacing w:after="0"/>
            </w:pPr>
            <w:r>
              <w:rPr>
                <w:b w:val="0"/>
                <w:sz w:val="19"/>
              </w:rPr>
              <w:t>and city with places for recreation and attractions in the neighbourhood and city ; different</w:t>
            </w:r>
          </w:p>
          <w:p>
            <w:pPr>
              <w:spacing w:after="0"/>
            </w:pPr>
            <w:r>
              <w:rPr>
                <w:b w:val="0"/>
                <w:sz w:val="19"/>
              </w:rPr>
              <w:t>types of houses” to communicate with other people. ENG.5.5.S6. Students can convey their knowledge, experiences, thoughts, and feelings related to the</w:t>
            </w:r>
          </w:p>
          <w:p>
            <w:pPr>
              <w:spacing w:after="0"/>
            </w:pPr>
            <w:r>
              <w:rPr>
                <w:b w:val="0"/>
                <w:sz w:val="19"/>
              </w:rPr>
              <w:t>speaking-expression process about the current content, “life in the neighbourhood and city</w:t>
            </w:r>
          </w:p>
          <w:p>
            <w:pPr>
              <w:spacing w:after="0"/>
            </w:pPr>
            <w:r>
              <w:rPr>
                <w:b w:val="0"/>
                <w:sz w:val="19"/>
              </w:rPr>
              <w:t>with places for recreation and attractions in the neighbourhood and city ; different types</w:t>
            </w:r>
          </w:p>
          <w:p>
            <w:pPr>
              <w:spacing w:after="0"/>
            </w:pPr>
            <w:r>
              <w:rPr>
                <w:b w:val="0"/>
                <w:sz w:val="19"/>
              </w:rPr>
              <w:t>of houses” to communicate with other people in relation to themselves or others, both</w:t>
            </w:r>
          </w:p>
          <w:p>
            <w:pPr>
              <w:spacing w:after="0"/>
            </w:pPr>
            <w:r>
              <w:rPr>
                <w:b w:val="0"/>
                <w:sz w:val="19"/>
              </w:rPr>
              <w:t>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V10. Modesty, V11. Independence, V12. Patience, V14. Respect, V16.</w:t>
            </w:r>
          </w:p>
          <w:p>
            <w:pPr>
              <w:spacing w:after="0"/>
            </w:pPr>
            <w:r>
              <w:rPr>
                <w:b w:val="0"/>
                <w:sz w:val="19"/>
              </w:rPr>
              <w:t>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(ENG.5.5.L1.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talk about attractions in the city in English by using comparative forms of adjectives.</w:t>
            </w:r>
          </w:p>
          <w:p>
            <w:pPr>
              <w:spacing w:after="0"/>
            </w:pPr>
            <w:r>
              <w:rPr>
                <w:b w:val="0"/>
                <w:sz w:val="19"/>
              </w:rPr>
              <w:t>Activity 1: The Best Attraction</w:t>
            </w:r>
          </w:p>
          <w:p>
            <w:pPr>
              <w:spacing w:after="0"/>
            </w:pPr>
            <w:r>
              <w:rPr>
                <w:b w:val="0"/>
                <w:sz w:val="19"/>
              </w:rPr>
              <w:t>The teacher divides the class into small groups. Each group selects a specific real or fictional attraction</w:t>
            </w:r>
          </w:p>
          <w:p>
            <w:pPr>
              <w:spacing w:after="0"/>
            </w:pPr>
            <w:r>
              <w:rPr>
                <w:b w:val="0"/>
                <w:sz w:val="19"/>
              </w:rPr>
              <w:t>in the city (the art museum, the zoo, the amusement park…) Groups should gather information about their</w:t>
            </w:r>
          </w:p>
          <w:p>
            <w:pPr>
              <w:spacing w:after="0"/>
            </w:pPr>
            <w:r>
              <w:rPr>
                <w:b w:val="0"/>
                <w:sz w:val="19"/>
              </w:rPr>
              <w:t>attractions, focusing on characteristics that can be compared. The teacher tells them to think about factors</w:t>
            </w:r>
          </w:p>
          <w:p>
            <w:pPr>
              <w:spacing w:after="0"/>
            </w:pPr>
            <w:r>
              <w:rPr>
                <w:b w:val="0"/>
                <w:sz w:val="19"/>
              </w:rPr>
              <w:t>such as: size, popularity, activities available. Students prepare a short presentation using comparative</w:t>
            </w:r>
          </w:p>
          <w:p>
            <w:pPr>
              <w:spacing w:after="0"/>
            </w:pPr>
            <w:r>
              <w:rPr>
                <w:b w:val="0"/>
                <w:sz w:val="19"/>
              </w:rPr>
              <w:t>forms. They should focus on why their attraction is the best choice for visitors. Each group presents their</w:t>
            </w:r>
          </w:p>
          <w:p>
            <w:pPr>
              <w:spacing w:after="0"/>
            </w:pPr>
            <w:r>
              <w:rPr>
                <w:b w:val="0"/>
                <w:sz w:val="19"/>
              </w:rPr>
              <w:t>chosen attraction. After each presentation, the teacher allows time for questions from other groups and</w:t>
            </w:r>
          </w:p>
          <w:p>
            <w:pPr>
              <w:spacing w:after="0"/>
            </w:pPr>
            <w:r>
              <w:rPr>
                <w:b w:val="0"/>
                <w:sz w:val="19"/>
              </w:rPr>
              <w:t>encourages them to challenge each other’s claims using comparative language. (“Why is the park more</w:t>
            </w:r>
          </w:p>
          <w:p>
            <w:pPr>
              <w:spacing w:after="0"/>
            </w:pPr>
            <w:r>
              <w:rPr>
                <w:b w:val="0"/>
                <w:sz w:val="19"/>
              </w:rPr>
              <w:t>exciting than the historical site?”). After each presentation, the teacher gives constructive feedback and</w:t>
            </w:r>
          </w:p>
          <w:p>
            <w:pPr>
              <w:spacing w:after="0"/>
            </w:pPr>
            <w:r>
              <w:rPr>
                <w:b w:val="0"/>
                <w:sz w:val="19"/>
              </w:rPr>
              <w:t>encourages students to give feedback using specific criteria. For example, they could comment on the</w:t>
            </w:r>
          </w:p>
          <w:p>
            <w:pPr>
              <w:spacing w:after="0"/>
            </w:pPr>
            <w:r>
              <w:rPr>
                <w:b w:val="0"/>
                <w:sz w:val="19"/>
              </w:rPr>
              <w:t>clarity of the comparisons made, the use of comparative language, and the overall presentation style. After</w:t>
            </w:r>
          </w:p>
          <w:p>
            <w:pPr>
              <w:spacing w:after="0"/>
            </w:pPr>
            <w:r>
              <w:rPr>
                <w:b w:val="0"/>
                <w:sz w:val="19"/>
              </w:rPr>
              <w:t>completing the presentations, students can reflect on their experience by using emojis to express their</w:t>
            </w:r>
          </w:p>
          <w:p>
            <w:pPr>
              <w:spacing w:after="0"/>
            </w:pPr>
            <w:r>
              <w:rPr>
                <w:b w:val="0"/>
                <w:sz w:val="19"/>
              </w:rPr>
              <w:t>thoughts and feelings. They can choose emojis to represent various aspects of the activity, such as what</w:t>
            </w:r>
          </w:p>
          <w:p>
            <w:pPr>
              <w:spacing w:after="0"/>
            </w:pPr>
            <w:r>
              <w:rPr>
                <w:b w:val="0"/>
                <w:sz w:val="19"/>
              </w:rPr>
              <w:t>they learned, how they felt about their presentation, and what they found challenging. Students reflect on</w:t>
            </w:r>
          </w:p>
          <w:p>
            <w:pPr>
              <w:spacing w:after="0"/>
            </w:pPr>
            <w:r>
              <w:rPr>
                <w:b w:val="0"/>
                <w:sz w:val="19"/>
              </w:rPr>
              <w:t>their thoughts and feelings about the activity.</w:t>
            </w:r>
          </w:p>
          <w:p>
            <w:pPr>
              <w:spacing w:after="0"/>
            </w:pPr>
            <w:r>
              <w:rPr>
                <w:b w:val="0"/>
                <w:sz w:val="19"/>
              </w:rPr>
              <w:t>Supporting</w:t>
            </w:r>
          </w:p>
          <w:p>
            <w:pPr>
              <w:spacing w:after="0"/>
            </w:pPr>
            <w:r>
              <w:rPr>
                <w:b w:val="0"/>
                <w:sz w:val="19"/>
              </w:rPr>
              <w:t>Objective: To talk about attractions in the city in English by using comparative forms of adjectives.</w:t>
            </w:r>
          </w:p>
          <w:p>
            <w:pPr>
              <w:spacing w:after="0"/>
            </w:pPr>
            <w:r>
              <w:rPr>
                <w:b w:val="0"/>
                <w:sz w:val="19"/>
              </w:rPr>
              <w:t>Activity: The Best Attraction</w:t>
            </w:r>
          </w:p>
          <w:p>
            <w:pPr>
              <w:spacing w:after="0"/>
            </w:pPr>
            <w:r>
              <w:rPr>
                <w:b w:val="0"/>
                <w:sz w:val="19"/>
              </w:rPr>
              <w:t>The teacher divides the class into small groups. Each group selects a specific attraction in the city (the art</w:t>
            </w:r>
          </w:p>
          <w:p>
            <w:pPr>
              <w:spacing w:after="0"/>
            </w:pPr>
            <w:r>
              <w:rPr>
                <w:b w:val="0"/>
                <w:sz w:val="19"/>
              </w:rPr>
              <w:t>museum, the park, the amusement park…). The teacher provides a vocabulary list with simple adjectives, visuals and definitions. She/He also gives sentence starters to help them form sentences. Students</w:t>
            </w:r>
          </w:p>
          <w:p>
            <w:pPr>
              <w:spacing w:after="0"/>
            </w:pPr>
            <w:r>
              <w:rPr>
                <w:b w:val="0"/>
                <w:sz w:val="19"/>
              </w:rPr>
              <w:t>write a few sentences using comparative forms. Each group presents their chosen attraction. After each</w:t>
            </w:r>
          </w:p>
          <w:p>
            <w:pPr>
              <w:spacing w:after="0"/>
            </w:pPr>
            <w:r>
              <w:rPr>
                <w:b w:val="0"/>
                <w:sz w:val="19"/>
              </w:rPr>
              <w:t>presentation, the teacher gives constructive feedback and encourages students to give feedback using</w:t>
            </w:r>
          </w:p>
          <w:p>
            <w:pPr>
              <w:spacing w:after="0"/>
            </w:pPr>
            <w:r>
              <w:rPr>
                <w:b w:val="0"/>
                <w:sz w:val="19"/>
              </w:rPr>
              <w:t>specific criteria. For example, they could comment on the clarity of the comparisons made, the use of</w:t>
            </w:r>
          </w:p>
          <w:p>
            <w:pPr>
              <w:spacing w:after="0"/>
            </w:pPr>
            <w:r>
              <w:rPr>
                <w:b w:val="0"/>
                <w:sz w:val="19"/>
              </w:rPr>
              <w:t>comparative language, and the overall presentation style. After completing the presentations, students can</w:t>
            </w:r>
          </w:p>
          <w:p>
            <w:pPr>
              <w:spacing w:after="0"/>
            </w:pPr>
            <w:r>
              <w:rPr>
                <w:b w:val="0"/>
                <w:sz w:val="19"/>
              </w:rPr>
              <w:t>reflect on their experience by using emojis to express their thoughts and feelings. They can choose emojis to</w:t>
            </w:r>
          </w:p>
          <w:p>
            <w:pPr>
              <w:spacing w:after="0"/>
            </w:pPr>
            <w:r>
              <w:rPr>
                <w:b w:val="0"/>
                <w:sz w:val="19"/>
              </w:rPr>
              <w:t>represent various aspects of the activity, such as what they learned, how they felt about their presentation, and what they found challenging.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search the Internet for the types of the houses that they have</w:t>
            </w:r>
          </w:p>
          <w:p>
            <w:pPr>
              <w:spacing w:after="0"/>
            </w:pPr>
            <w:r>
              <w:rPr>
                <w:b w:val="0"/>
                <w:sz w:val="19"/>
              </w:rPr>
              <w:t>learnt about in the theme so as to collect more information about them. Students will create a dream house</w:t>
            </w:r>
          </w:p>
          <w:p>
            <w:pPr>
              <w:spacing w:after="0"/>
            </w:pPr>
            <w:r>
              <w:rPr>
                <w:b w:val="0"/>
                <w:sz w:val="19"/>
              </w:rPr>
              <w:t>for themselves, drawing it by hand or using pictures and/or digital sources. Then they will present it to the</w:t>
            </w:r>
          </w:p>
          <w:p>
            <w:pPr>
              <w:spacing w:after="0"/>
            </w:pPr>
            <w:r>
              <w:rPr>
                <w:b w:val="0"/>
                <w:sz w:val="19"/>
              </w:rPr>
              <w:t>class. The assignment will be evaluated 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22: 1-5 March</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March · Week 22: 1-5 March</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5: LIFE IN THE NEIGHBOURHOOD AND CITY</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Places for recreation and attractions in the neighbourhood and city different types of houses.</w:t>
            </w:r>
          </w:p>
          <w:p>
            <w:pPr>
              <w:spacing w:after="0"/>
            </w:pPr>
            <w:r>
              <w:rPr>
                <w:b w:val="0"/>
                <w:sz w:val="19"/>
              </w:rPr>
              <w:t>Target Vocabulary in Use (with revisional vocabulary)</w:t>
            </w:r>
          </w:p>
          <w:p>
            <w:pPr>
              <w:spacing w:after="0"/>
            </w:pPr>
            <w:r>
              <w:rPr>
                <w:b w:val="0"/>
                <w:sz w:val="19"/>
              </w:rPr>
              <w:t>Vocabulary for places for recreation and attractions in the neighbourhood and city: Nouns: A corner, a</w:t>
            </w:r>
          </w:p>
          <w:p>
            <w:pPr>
              <w:spacing w:after="0"/>
            </w:pPr>
            <w:r>
              <w:rPr>
                <w:b w:val="0"/>
                <w:sz w:val="19"/>
              </w:rPr>
              <w:t>square, a gym, a coast, a street fair, a hall, a sports centre, an art gallery, a shop (store-AmE), a castle, a</w:t>
            </w:r>
          </w:p>
          <w:p>
            <w:pPr>
              <w:spacing w:after="0"/>
            </w:pPr>
            <w:r>
              <w:rPr>
                <w:b w:val="0"/>
                <w:sz w:val="19"/>
              </w:rPr>
              <w:t>tower, a site, a museum, a mosque, a town. Verbs: To cycle, to fish, to jump, to guide, to joke, to experience, to attend. Adjectives: Social, ancient, close, famous, crowded, quiet, modern, traditional, peaceful, brandnew, local. Adverbs: Best, easily. Phrases: To take a tour, to attend an event, to take a photograph, to hire (a</w:t>
            </w:r>
          </w:p>
          <w:p>
            <w:pPr>
              <w:spacing w:after="0"/>
            </w:pPr>
            <w:r>
              <w:rPr>
                <w:b w:val="0"/>
                <w:sz w:val="19"/>
              </w:rPr>
              <w:t>bike) (rent-AmE).</w:t>
            </w:r>
          </w:p>
          <w:p>
            <w:pPr>
              <w:spacing w:after="0"/>
            </w:pPr>
            <w:r>
              <w:rPr>
                <w:b w:val="0"/>
                <w:sz w:val="19"/>
              </w:rPr>
              <w:t>Vocabulary for different types of houses and furniture and kitchen utensils: Nouns: A flat (apartment AmE), a kitchen, a bathroom, a bedroom, a sitting room (a living room-AmE), a dining room, a toilet, a garden, a</w:t>
            </w:r>
          </w:p>
          <w:p>
            <w:pPr>
              <w:spacing w:after="0"/>
            </w:pPr>
            <w:r>
              <w:rPr>
                <w:b w:val="0"/>
                <w:sz w:val="19"/>
              </w:rPr>
              <w:t>garage), a balcony, a terrace, a corridor (hallway-AmE), a floor, a lift ( elevator-AmE), a roof, a bookcase, a</w:t>
            </w:r>
          </w:p>
          <w:p>
            <w:pPr>
              <w:spacing w:after="0"/>
            </w:pPr>
            <w:r>
              <w:rPr>
                <w:b w:val="0"/>
                <w:sz w:val="19"/>
              </w:rPr>
              <w:t>sofa, an armchair, a bed, a cupboard, a fridge, an oven (a stove-AmE), a lamp, a knife, a spoon, a fork, a plate, a wardrobe, a dishwasher, a shelf, ground. Verbs: To repair. Adjectives: Wide, wooden, metal, plastic, bright, light, comfortable, bottom, top, glass, steel, handmade. Adverbs: Inside, outside.</w:t>
            </w:r>
          </w:p>
          <w:p>
            <w:pPr>
              <w:spacing w:after="0"/>
            </w:pPr>
            <w:r>
              <w:rPr>
                <w:b w:val="0"/>
                <w:sz w:val="19"/>
              </w:rPr>
              <w:t>Target Grammatical Structures in Use:</w:t>
            </w:r>
          </w:p>
          <w:p>
            <w:pPr>
              <w:spacing w:after="0"/>
            </w:pPr>
            <w:r>
              <w:rPr>
                <w:b w:val="0"/>
                <w:sz w:val="19"/>
              </w:rPr>
              <w:t>-Comparatives of adjectives (regular-irregular): (The sofa is more comfortable than the armchair).</w:t>
            </w:r>
          </w:p>
          <w:p>
            <w:pPr>
              <w:spacing w:after="0"/>
            </w:pPr>
            <w:r>
              <w:rPr>
                <w:b w:val="0"/>
                <w:sz w:val="19"/>
              </w:rPr>
              <w:t>-Possessive ’s: (This is Anna’s bicycle; she uses it every day.)</w:t>
            </w:r>
          </w:p>
          <w:p>
            <w:pPr>
              <w:spacing w:after="0"/>
            </w:pPr>
            <w:r>
              <w:rPr>
                <w:b w:val="0"/>
                <w:sz w:val="19"/>
              </w:rPr>
              <w:t>-Present Simple Tense: (We cycle to the park every Saturday.)</w:t>
            </w:r>
          </w:p>
          <w:p>
            <w:pPr>
              <w:spacing w:after="0"/>
            </w:pPr>
            <w:r>
              <w:rPr>
                <w:b w:val="0"/>
                <w:sz w:val="19"/>
              </w:rPr>
              <w:t>-There is/are: (There are many paintings in the art gallery. There is a wide sofa in the living room.)</w:t>
            </w:r>
          </w:p>
          <w:p>
            <w:pPr>
              <w:spacing w:after="0"/>
            </w:pPr>
            <w:r>
              <w:rPr>
                <w:b w:val="0"/>
                <w:sz w:val="19"/>
              </w:rPr>
              <w:t>Functions of the Target Grammatical Structures in Use:</w:t>
            </w:r>
          </w:p>
          <w:p>
            <w:pPr>
              <w:spacing w:after="0"/>
            </w:pPr>
            <w:r>
              <w:rPr>
                <w:b w:val="0"/>
                <w:sz w:val="19"/>
              </w:rPr>
              <w:t>-Use of “Comparatives of Adjectives (regular-irregular)”: Expressing comparisons between two people, objects, or ideas.</w:t>
            </w:r>
          </w:p>
          <w:p>
            <w:pPr>
              <w:spacing w:after="0"/>
            </w:pPr>
            <w:r>
              <w:rPr>
                <w:b w:val="0"/>
                <w:sz w:val="19"/>
              </w:rPr>
              <w:t>-Use of “Possessive ‘s”: Indicating ownership or relationship.</w:t>
            </w:r>
          </w:p>
          <w:p>
            <w:pPr>
              <w:spacing w:after="0"/>
            </w:pPr>
            <w:r>
              <w:rPr>
                <w:b w:val="0"/>
                <w:sz w:val="19"/>
              </w:rPr>
              <w:t>-Use of the Present Simple Tense: Expressing habitual actions, general truths, and permanent states.</w:t>
            </w:r>
          </w:p>
          <w:p>
            <w:pPr>
              <w:spacing w:after="0"/>
            </w:pPr>
            <w:r>
              <w:rPr>
                <w:b w:val="0"/>
                <w:sz w:val="19"/>
              </w:rPr>
              <w:t>-Use of “There is/There are”: Indicating existence or location.</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Where is the nearest library?</w:t>
            </w:r>
          </w:p>
          <w:p>
            <w:pPr>
              <w:spacing w:after="0"/>
            </w:pPr>
            <w:r>
              <w:rPr>
                <w:b w:val="0"/>
                <w:sz w:val="19"/>
              </w:rPr>
              <w:t>Our kitchen is the heart of our house!</w:t>
            </w:r>
          </w:p>
          <w:p>
            <w:pPr>
              <w:spacing w:after="0"/>
            </w:pPr>
            <w:r>
              <w:rPr>
                <w:b w:val="0"/>
                <w:sz w:val="19"/>
              </w:rPr>
              <w:t>Our new flat was ready to move into! (Our new flat was move-in-ready! AmE.)</w:t>
            </w:r>
          </w:p>
          <w:p>
            <w:pPr>
              <w:spacing w:after="0"/>
            </w:pPr>
            <w:r>
              <w:rPr>
                <w:b w:val="0"/>
                <w:sz w:val="19"/>
              </w:rPr>
              <w:t>Target Phonological Sounds in Use:</w:t>
            </w:r>
          </w:p>
          <w:p>
            <w:pPr>
              <w:spacing w:after="0"/>
            </w:pPr>
            <w:r>
              <w:rPr>
                <w:b w:val="0"/>
                <w:sz w:val="19"/>
              </w:rPr>
              <w:t>f, g, h, i, j, k, Vowel: i: i (/aı/, /ı/, /i:/)</w:t>
            </w:r>
          </w:p>
          <w:p>
            <w:pPr>
              <w:spacing w:after="0"/>
            </w:pPr>
            <w:r>
              <w:rPr>
                <w:b w:val="0"/>
                <w:sz w:val="19"/>
              </w:rPr>
              <w:t>Consonants: f: (/f/); g: (/g/, /dʒ/); h: (/h/); j (/dʒeɪ/, /dʒ/); k: (/k/);</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ENG.5.5.L1. Students can get ready for the listening/watching-comprehension process for the current</w:t>
            </w:r>
          </w:p>
          <w:p>
            <w:pPr>
              <w:spacing w:after="0"/>
            </w:pPr>
            <w:r>
              <w:rPr>
                <w:b w:val="0"/>
                <w:sz w:val="19"/>
              </w:rPr>
              <w:t>content on “life in the neighbourhood and city with places for recreation and attractions in the</w:t>
            </w:r>
          </w:p>
          <w:p>
            <w:pPr>
              <w:spacing w:after="0"/>
            </w:pPr>
            <w:r>
              <w:rPr>
                <w:b w:val="0"/>
                <w:sz w:val="19"/>
              </w:rPr>
              <w:t>neighbourhood and city ; different types of houses” carefully. ENG.5.5.L2. Students can bring information about the current content on “life in the neighbourhood</w:t>
            </w:r>
          </w:p>
          <w:p>
            <w:pPr>
              <w:spacing w:after="0"/>
            </w:pPr>
            <w:r>
              <w:rPr>
                <w:b w:val="0"/>
                <w:sz w:val="19"/>
              </w:rPr>
              <w:t>and city with places for recreation and attractions in the neighbourhood and city ; different</w:t>
            </w:r>
          </w:p>
          <w:p>
            <w:pPr>
              <w:spacing w:after="0"/>
            </w:pPr>
            <w:r>
              <w:rPr>
                <w:b w:val="0"/>
                <w:sz w:val="19"/>
              </w:rPr>
              <w:t>types of houses” together through significant details and main components while listening/</w:t>
            </w:r>
          </w:p>
          <w:p>
            <w:pPr>
              <w:spacing w:after="0"/>
            </w:pPr>
            <w:r>
              <w:rPr>
                <w:b w:val="0"/>
                <w:sz w:val="19"/>
              </w:rPr>
              <w:t>watching it. ENG.5.5.L3. Students can make meaning of/derive meaning from the current content on “life in the</w:t>
            </w:r>
          </w:p>
          <w:p>
            <w:pPr>
              <w:spacing w:after="0"/>
            </w:pPr>
            <w:r>
              <w:rPr>
                <w:b w:val="0"/>
                <w:sz w:val="19"/>
              </w:rPr>
              <w:t>neighbourhood and city with places for recreation and attractions in the neighbourhood and</w:t>
            </w:r>
          </w:p>
          <w:p>
            <w:pPr>
              <w:spacing w:after="0"/>
            </w:pPr>
            <w:r>
              <w:rPr>
                <w:b w:val="0"/>
                <w:sz w:val="19"/>
              </w:rPr>
              <w:t>city ; different types of houses” through significant details by listening/watching it carefully. ENG.5.5.L4. Students can convey their knowledge, experience, thoughts, and feelings examined carefully</w:t>
            </w:r>
          </w:p>
          <w:p>
            <w:pPr>
              <w:spacing w:after="0"/>
            </w:pPr>
            <w:r>
              <w:rPr>
                <w:b w:val="0"/>
                <w:sz w:val="19"/>
              </w:rPr>
              <w:t>about the whole listening/watching-comprehension process in relation to the current</w:t>
            </w:r>
          </w:p>
          <w:p>
            <w:pPr>
              <w:spacing w:after="0"/>
            </w:pPr>
            <w:r>
              <w:rPr>
                <w:b w:val="0"/>
                <w:sz w:val="19"/>
              </w:rPr>
              <w:t>content on “life in the neighbourhood and city with places for recreation and attractions in the</w:t>
            </w:r>
          </w:p>
          <w:p>
            <w:pPr>
              <w:spacing w:after="0"/>
            </w:pPr>
            <w:r>
              <w:rPr>
                <w:b w:val="0"/>
                <w:sz w:val="19"/>
              </w:rPr>
              <w:t>neighbourhood and city ; different types of houses”. ENG.5.5.P1. Students can select and use the target phonological elements of the current content</w:t>
            </w:r>
          </w:p>
          <w:p>
            <w:pPr>
              <w:spacing w:after="0"/>
            </w:pPr>
            <w:r>
              <w:rPr>
                <w:b w:val="0"/>
                <w:sz w:val="19"/>
              </w:rPr>
              <w:t>about “life in the neighbourhood and city with places for recreation and attractions in the</w:t>
            </w:r>
          </w:p>
          <w:p>
            <w:pPr>
              <w:spacing w:after="0"/>
            </w:pPr>
            <w:r>
              <w:rPr>
                <w:b w:val="0"/>
                <w:sz w:val="19"/>
              </w:rPr>
              <w:t>neighbourhood and city ; different types of houses” accurately, authentically, and naturally</w:t>
            </w:r>
          </w:p>
          <w:p>
            <w:pPr>
              <w:spacing w:after="0"/>
            </w:pPr>
            <w:r>
              <w:rPr>
                <w:b w:val="0"/>
                <w:sz w:val="19"/>
              </w:rPr>
              <w:t>through spontaneous decision-making processes and use it in an appropriate and effective</w:t>
            </w:r>
          </w:p>
          <w:p>
            <w:pPr>
              <w:spacing w:after="0"/>
            </w:pPr>
            <w:r>
              <w:rPr>
                <w:b w:val="0"/>
                <w:sz w:val="19"/>
              </w:rPr>
              <w:t>way when communicating with others. ENG.5.5.R1. Students can get ready for the reading-comprehension process about the current content</w:t>
            </w:r>
          </w:p>
          <w:p>
            <w:pPr>
              <w:spacing w:after="0"/>
            </w:pPr>
            <w:r>
              <w:rPr>
                <w:b w:val="0"/>
                <w:sz w:val="19"/>
              </w:rPr>
              <w:t>on “life in the neighbourhood and city with places for recreation and attractions in the</w:t>
            </w:r>
          </w:p>
          <w:p>
            <w:pPr>
              <w:spacing w:after="0"/>
            </w:pPr>
            <w:r>
              <w:rPr>
                <w:b w:val="0"/>
                <w:sz w:val="19"/>
              </w:rPr>
              <w:t>neighbourhood and city ; different types of houses”. ENG.5.5.R2. Students can bring information about the current content on “life in the neighbourhood and</w:t>
            </w:r>
          </w:p>
          <w:p>
            <w:pPr>
              <w:spacing w:after="0"/>
            </w:pPr>
            <w:r>
              <w:rPr>
                <w:b w:val="0"/>
                <w:sz w:val="19"/>
              </w:rPr>
              <w:t>city with places for recreation and attractions in the neighbourhood and city ; different types</w:t>
            </w:r>
          </w:p>
          <w:p>
            <w:pPr>
              <w:spacing w:after="0"/>
            </w:pPr>
            <w:r>
              <w:rPr>
                <w:b w:val="0"/>
                <w:sz w:val="19"/>
              </w:rPr>
              <w:t>of houses” through skimming (looking quickly at) the audio-visual elements and reading the</w:t>
            </w:r>
          </w:p>
          <w:p>
            <w:pPr>
              <w:spacing w:after="0"/>
            </w:pPr>
            <w:r>
              <w:rPr>
                <w:b w:val="0"/>
                <w:sz w:val="19"/>
              </w:rPr>
              <w:t>content very quickly. ENG.5.5.R3. Students can make meaning of / derive meaning from the current content about “life in the</w:t>
            </w:r>
          </w:p>
          <w:p>
            <w:pPr>
              <w:spacing w:after="0"/>
            </w:pPr>
            <w:r>
              <w:rPr>
                <w:b w:val="0"/>
                <w:sz w:val="19"/>
              </w:rPr>
              <w:t>neighbourhood and city with places for recreation and attractions in the neighbourhood and</w:t>
            </w:r>
          </w:p>
          <w:p>
            <w:pPr>
              <w:spacing w:after="0"/>
            </w:pPr>
            <w:r>
              <w:rPr>
                <w:b w:val="0"/>
                <w:sz w:val="19"/>
              </w:rPr>
              <w:t>city ; different types of houses” by reading it carefully. ENG.5.5.R4. Students can convey their knowledge, experiences, thoughts, and feelings related to the</w:t>
            </w:r>
          </w:p>
          <w:p>
            <w:pPr>
              <w:spacing w:after="0"/>
            </w:pPr>
            <w:r>
              <w:rPr>
                <w:b w:val="0"/>
                <w:sz w:val="19"/>
              </w:rPr>
              <w:t>reading-comprehension process about the current content, “life in the neighbourhood and</w:t>
            </w:r>
          </w:p>
          <w:p>
            <w:pPr>
              <w:spacing w:after="0"/>
            </w:pPr>
            <w:r>
              <w:rPr>
                <w:b w:val="0"/>
                <w:sz w:val="19"/>
              </w:rPr>
              <w:t>city with places for recreation and attractions in the neighbourhood and city ; different types</w:t>
            </w:r>
          </w:p>
          <w:p>
            <w:pPr>
              <w:spacing w:after="0"/>
            </w:pPr>
            <w:r>
              <w:rPr>
                <w:b w:val="0"/>
                <w:sz w:val="19"/>
              </w:rPr>
              <w:t>of houses” in relation to themselves or others, both individually and/or with others. ENG.5.5.V1. Students can select and use the target vocabulary of the current content about “life in the</w:t>
            </w:r>
          </w:p>
          <w:p>
            <w:pPr>
              <w:spacing w:after="0"/>
            </w:pPr>
            <w:r>
              <w:rPr>
                <w:b w:val="0"/>
                <w:sz w:val="19"/>
              </w:rPr>
              <w:t>neighbourhood and city with places for recreation and attractions in the neighbourhood and</w:t>
            </w:r>
          </w:p>
          <w:p>
            <w:pPr>
              <w:spacing w:after="0"/>
            </w:pPr>
            <w:r>
              <w:rPr>
                <w:b w:val="0"/>
                <w:sz w:val="19"/>
              </w:rPr>
              <w:t>city ; different types of houses” accurately, authentically, spontaneously, and naturally and</w:t>
            </w:r>
          </w:p>
          <w:p>
            <w:pPr>
              <w:spacing w:after="0"/>
            </w:pPr>
            <w:r>
              <w:rPr>
                <w:b w:val="0"/>
                <w:sz w:val="19"/>
              </w:rPr>
              <w:t>use it appropriately and effectively when communicating with others. ENG.5.5.G1. Students can select and use the target grammatical elements of the current content about “life</w:t>
            </w:r>
          </w:p>
          <w:p>
            <w:pPr>
              <w:spacing w:after="0"/>
            </w:pPr>
            <w:r>
              <w:rPr>
                <w:b w:val="0"/>
                <w:sz w:val="19"/>
              </w:rPr>
              <w:t>in the neighbourhood and city with places for recreation and attractions in the neighbourhood</w:t>
            </w:r>
          </w:p>
          <w:p>
            <w:pPr>
              <w:spacing w:after="0"/>
            </w:pPr>
            <w:r>
              <w:rPr>
                <w:b w:val="0"/>
                <w:sz w:val="19"/>
              </w:rPr>
              <w:t>and city ; different types of houses” accurately, authentically, spontaneously, and naturally</w:t>
            </w:r>
          </w:p>
          <w:p>
            <w:pPr>
              <w:spacing w:after="0"/>
            </w:pPr>
            <w:r>
              <w:rPr>
                <w:b w:val="0"/>
                <w:sz w:val="19"/>
              </w:rPr>
              <w:t>and use it appropriately and effectively when communicating with others. ENG.5.5.W1. Students can get ready for the writing-expression process about the current content on “life</w:t>
            </w:r>
          </w:p>
          <w:p>
            <w:pPr>
              <w:spacing w:after="0"/>
            </w:pPr>
            <w:r>
              <w:rPr>
                <w:b w:val="0"/>
                <w:sz w:val="19"/>
              </w:rPr>
              <w:t>in the neighbourhood and city with places for recreation and attractions in the neighbourhood</w:t>
            </w:r>
          </w:p>
          <w:p>
            <w:pPr>
              <w:spacing w:after="0"/>
            </w:pPr>
            <w:r>
              <w:rPr>
                <w:b w:val="0"/>
                <w:sz w:val="19"/>
              </w:rPr>
              <w:t>and city ; different types of houses”. ENG.5.5.W2. Students can understand the model/example for the writing task about the current content</w:t>
            </w:r>
          </w:p>
          <w:p>
            <w:pPr>
              <w:spacing w:after="0"/>
            </w:pPr>
            <w:r>
              <w:rPr>
                <w:b w:val="0"/>
                <w:sz w:val="19"/>
              </w:rPr>
              <w:t>on “life in the neighbourhood and city with places for recreation and attractions in the</w:t>
            </w:r>
          </w:p>
          <w:p>
            <w:pPr>
              <w:spacing w:after="0"/>
            </w:pPr>
            <w:r>
              <w:rPr>
                <w:b w:val="0"/>
                <w:sz w:val="19"/>
              </w:rPr>
              <w:t>neighbourhood and city ; different types of houses”. ENG.5.5.W3. Students can organise a content for the assigned writing task on the current content “life in</w:t>
            </w:r>
          </w:p>
          <w:p>
            <w:pPr>
              <w:spacing w:after="0"/>
            </w:pPr>
            <w:r>
              <w:rPr>
                <w:b w:val="0"/>
                <w:sz w:val="19"/>
              </w:rPr>
              <w:t>the neighbourhood and city with places for recreation and attractions in the neighbourhood</w:t>
            </w:r>
          </w:p>
          <w:p>
            <w:pPr>
              <w:spacing w:after="0"/>
            </w:pPr>
            <w:r>
              <w:rPr>
                <w:b w:val="0"/>
                <w:sz w:val="19"/>
              </w:rPr>
              <w:t>and city ; different types of houses” based on the model/example provided. ENG.5.5.W4. Students can individually construct/form content for the assigned writing task on the current</w:t>
            </w:r>
          </w:p>
          <w:p>
            <w:pPr>
              <w:spacing w:after="0"/>
            </w:pPr>
            <w:r>
              <w:rPr>
                <w:b w:val="0"/>
                <w:sz w:val="19"/>
              </w:rPr>
              <w:t>content “life in the neighbourhood and city with places for recreation and attractions in the</w:t>
            </w:r>
          </w:p>
          <w:p>
            <w:pPr>
              <w:spacing w:after="0"/>
            </w:pPr>
            <w:r>
              <w:rPr>
                <w:b w:val="0"/>
                <w:sz w:val="19"/>
              </w:rPr>
              <w:t>neighbourhood and city ; different types of houses”. ENG.5.5.W5. Students can reorganise (reconstruct) and use information in the new written tasks about</w:t>
            </w:r>
          </w:p>
          <w:p>
            <w:pPr>
              <w:spacing w:after="0"/>
            </w:pPr>
            <w:r>
              <w:rPr>
                <w:b w:val="0"/>
                <w:sz w:val="19"/>
              </w:rPr>
              <w:t>the “life in the neighbourhood and city with places for recreation and attractions in the</w:t>
            </w:r>
          </w:p>
          <w:p>
            <w:pPr>
              <w:spacing w:after="0"/>
            </w:pPr>
            <w:r>
              <w:rPr>
                <w:b w:val="0"/>
                <w:sz w:val="19"/>
              </w:rPr>
              <w:t>neighbourhood and city ; different types of houses” to communicate with other people. ENG.5.5.W6. Students can reflect on their knowledge, experiences, thoughts, and feelings related to the</w:t>
            </w:r>
          </w:p>
          <w:p>
            <w:pPr>
              <w:spacing w:after="0"/>
            </w:pPr>
            <w:r>
              <w:rPr>
                <w:b w:val="0"/>
                <w:sz w:val="19"/>
              </w:rPr>
              <w:t>writing-expression process about the current content, “life in the neighbourhood and city</w:t>
            </w:r>
          </w:p>
          <w:p>
            <w:pPr>
              <w:spacing w:after="0"/>
            </w:pPr>
            <w:r>
              <w:rPr>
                <w:b w:val="0"/>
                <w:sz w:val="19"/>
              </w:rPr>
              <w:t>with places for recreation and attractions in the neighbourhood and city ; different types of</w:t>
            </w:r>
          </w:p>
          <w:p>
            <w:pPr>
              <w:spacing w:after="0"/>
            </w:pPr>
            <w:r>
              <w:rPr>
                <w:b w:val="0"/>
                <w:sz w:val="19"/>
              </w:rPr>
              <w:t>houses” in relation to themselves or others, both individually and/or with others. ENG.5.5.S1. Students can get ready for speaking-expression process about the current content on “life in</w:t>
            </w:r>
          </w:p>
          <w:p>
            <w:pPr>
              <w:spacing w:after="0"/>
            </w:pPr>
            <w:r>
              <w:rPr>
                <w:b w:val="0"/>
                <w:sz w:val="19"/>
              </w:rPr>
              <w:t>the neighbourhood and city with places for recreation and attractions in the neighbourhood</w:t>
            </w:r>
          </w:p>
          <w:p>
            <w:pPr>
              <w:spacing w:after="0"/>
            </w:pPr>
            <w:r>
              <w:rPr>
                <w:b w:val="0"/>
                <w:sz w:val="19"/>
              </w:rPr>
              <w:t>and city ; different types of houses”. ENG.5.5.S2. Students can use the model/example for producing verbal content about the current content</w:t>
            </w:r>
          </w:p>
          <w:p>
            <w:pPr>
              <w:spacing w:after="0"/>
            </w:pPr>
            <w:r>
              <w:rPr>
                <w:b w:val="0"/>
                <w:sz w:val="19"/>
              </w:rPr>
              <w:t>on “life in the neighbourhood and city with places for recreation and attractions in the</w:t>
            </w:r>
          </w:p>
          <w:p>
            <w:pPr>
              <w:spacing w:after="0"/>
            </w:pPr>
            <w:r>
              <w:rPr>
                <w:b w:val="0"/>
                <w:sz w:val="19"/>
              </w:rPr>
              <w:t>neighbourhood and city ;different types of houses”. ENG.5.5.S3. Students can organise a new verbal content on “life in the neighbourhood and city with places</w:t>
            </w:r>
          </w:p>
          <w:p>
            <w:pPr>
              <w:spacing w:after="0"/>
            </w:pPr>
            <w:r>
              <w:rPr>
                <w:b w:val="0"/>
                <w:sz w:val="19"/>
              </w:rPr>
              <w:t>for recreation and attractions in the neighbourhood and city ; different types of houses” by</w:t>
            </w:r>
          </w:p>
          <w:p>
            <w:pPr>
              <w:spacing w:after="0"/>
            </w:pPr>
            <w:r>
              <w:rPr>
                <w:b w:val="0"/>
                <w:sz w:val="19"/>
              </w:rPr>
              <w:t>speaking accurately, efficiently, and authentically. ENG.5.5.S4. Students can construct a new verbal content on “life in the neighbourhood and city with places</w:t>
            </w:r>
          </w:p>
          <w:p>
            <w:pPr>
              <w:spacing w:after="0"/>
            </w:pPr>
            <w:r>
              <w:rPr>
                <w:b w:val="0"/>
                <w:sz w:val="19"/>
              </w:rPr>
              <w:t>for recreation and attractions in the neighbourhood and city ; different types of houses” by</w:t>
            </w:r>
          </w:p>
          <w:p>
            <w:pPr>
              <w:spacing w:after="0"/>
            </w:pPr>
            <w:r>
              <w:rPr>
                <w:b w:val="0"/>
                <w:sz w:val="19"/>
              </w:rPr>
              <w:t>speaking accurately, efficiently, and authentically. ENG.5.5.S5. Students can reorganise (reconstruct) and use information about the “life in the neighbourhood</w:t>
            </w:r>
          </w:p>
          <w:p>
            <w:pPr>
              <w:spacing w:after="0"/>
            </w:pPr>
            <w:r>
              <w:rPr>
                <w:b w:val="0"/>
                <w:sz w:val="19"/>
              </w:rPr>
              <w:t>and city with places for recreation and attractions in the neighbourhood and city ; different</w:t>
            </w:r>
          </w:p>
          <w:p>
            <w:pPr>
              <w:spacing w:after="0"/>
            </w:pPr>
            <w:r>
              <w:rPr>
                <w:b w:val="0"/>
                <w:sz w:val="19"/>
              </w:rPr>
              <w:t>types of houses” to communicate with other people. ENG.5.5.S6. Students can convey their knowledge, experiences, thoughts, and feelings related to the</w:t>
            </w:r>
          </w:p>
          <w:p>
            <w:pPr>
              <w:spacing w:after="0"/>
            </w:pPr>
            <w:r>
              <w:rPr>
                <w:b w:val="0"/>
                <w:sz w:val="19"/>
              </w:rPr>
              <w:t>speaking-expression process about the current content, “life in the neighbourhood and city</w:t>
            </w:r>
          </w:p>
          <w:p>
            <w:pPr>
              <w:spacing w:after="0"/>
            </w:pPr>
            <w:r>
              <w:rPr>
                <w:b w:val="0"/>
                <w:sz w:val="19"/>
              </w:rPr>
              <w:t>with places for recreation and attractions in the neighbourhood and city ; different types</w:t>
            </w:r>
          </w:p>
          <w:p>
            <w:pPr>
              <w:spacing w:after="0"/>
            </w:pPr>
            <w:r>
              <w:rPr>
                <w:b w:val="0"/>
                <w:sz w:val="19"/>
              </w:rPr>
              <w:t>of houses” to communicate with other people in relation to themselves or others, both</w:t>
            </w:r>
          </w:p>
          <w:p>
            <w:pPr>
              <w:spacing w:after="0"/>
            </w:pPr>
            <w:r>
              <w:rPr>
                <w:b w:val="0"/>
                <w:sz w:val="19"/>
              </w:rPr>
              <w:t>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V10. Modesty, V11. Independence, V12. Patience, V14. Respect, V16.</w:t>
            </w:r>
          </w:p>
          <w:p>
            <w:pPr>
              <w:spacing w:after="0"/>
            </w:pPr>
            <w:r>
              <w:rPr>
                <w:b w:val="0"/>
                <w:sz w:val="19"/>
              </w:rPr>
              <w:t>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(ENG.5.5.L1.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talk about attractions in the city in English by using comparative forms of adjectives.</w:t>
            </w:r>
          </w:p>
          <w:p>
            <w:pPr>
              <w:spacing w:after="0"/>
            </w:pPr>
            <w:r>
              <w:rPr>
                <w:b w:val="0"/>
                <w:sz w:val="19"/>
              </w:rPr>
              <w:t>Activity 1: The Best Attraction</w:t>
            </w:r>
          </w:p>
          <w:p>
            <w:pPr>
              <w:spacing w:after="0"/>
            </w:pPr>
            <w:r>
              <w:rPr>
                <w:b w:val="0"/>
                <w:sz w:val="19"/>
              </w:rPr>
              <w:t>The teacher divides the class into small groups. Each group selects a specific real or fictional attraction</w:t>
            </w:r>
          </w:p>
          <w:p>
            <w:pPr>
              <w:spacing w:after="0"/>
            </w:pPr>
            <w:r>
              <w:rPr>
                <w:b w:val="0"/>
                <w:sz w:val="19"/>
              </w:rPr>
              <w:t>in the city (the art museum, the zoo, the amusement park…) Groups should gather information about their</w:t>
            </w:r>
          </w:p>
          <w:p>
            <w:pPr>
              <w:spacing w:after="0"/>
            </w:pPr>
            <w:r>
              <w:rPr>
                <w:b w:val="0"/>
                <w:sz w:val="19"/>
              </w:rPr>
              <w:t>attractions, focusing on characteristics that can be compared. The teacher tells them to think about factors</w:t>
            </w:r>
          </w:p>
          <w:p>
            <w:pPr>
              <w:spacing w:after="0"/>
            </w:pPr>
            <w:r>
              <w:rPr>
                <w:b w:val="0"/>
                <w:sz w:val="19"/>
              </w:rPr>
              <w:t>such as: size, popularity, activities available. Students prepare a short presentation using comparative</w:t>
            </w:r>
          </w:p>
          <w:p>
            <w:pPr>
              <w:spacing w:after="0"/>
            </w:pPr>
            <w:r>
              <w:rPr>
                <w:b w:val="0"/>
                <w:sz w:val="19"/>
              </w:rPr>
              <w:t>forms. They should focus on why their attraction is the best choice for visitors. Each group presents their</w:t>
            </w:r>
          </w:p>
          <w:p>
            <w:pPr>
              <w:spacing w:after="0"/>
            </w:pPr>
            <w:r>
              <w:rPr>
                <w:b w:val="0"/>
                <w:sz w:val="19"/>
              </w:rPr>
              <w:t>chosen attraction. After each presentation, the teacher allows time for questions from other groups and</w:t>
            </w:r>
          </w:p>
          <w:p>
            <w:pPr>
              <w:spacing w:after="0"/>
            </w:pPr>
            <w:r>
              <w:rPr>
                <w:b w:val="0"/>
                <w:sz w:val="19"/>
              </w:rPr>
              <w:t>encourages them to challenge each other’s claims using comparative language. (“Why is the park more</w:t>
            </w:r>
          </w:p>
          <w:p>
            <w:pPr>
              <w:spacing w:after="0"/>
            </w:pPr>
            <w:r>
              <w:rPr>
                <w:b w:val="0"/>
                <w:sz w:val="19"/>
              </w:rPr>
              <w:t>exciting than the historical site?”). After each presentation, the teacher gives constructive feedback and</w:t>
            </w:r>
          </w:p>
          <w:p>
            <w:pPr>
              <w:spacing w:after="0"/>
            </w:pPr>
            <w:r>
              <w:rPr>
                <w:b w:val="0"/>
                <w:sz w:val="19"/>
              </w:rPr>
              <w:t>encourages students to give feedback using specific criteria. For example, they could comment on the</w:t>
            </w:r>
          </w:p>
          <w:p>
            <w:pPr>
              <w:spacing w:after="0"/>
            </w:pPr>
            <w:r>
              <w:rPr>
                <w:b w:val="0"/>
                <w:sz w:val="19"/>
              </w:rPr>
              <w:t>clarity of the comparisons made, the use of comparative language, and the overall presentation style. After</w:t>
            </w:r>
          </w:p>
          <w:p>
            <w:pPr>
              <w:spacing w:after="0"/>
            </w:pPr>
            <w:r>
              <w:rPr>
                <w:b w:val="0"/>
                <w:sz w:val="19"/>
              </w:rPr>
              <w:t>completing the presentations, students can reflect on their experience by using emojis to express their</w:t>
            </w:r>
          </w:p>
          <w:p>
            <w:pPr>
              <w:spacing w:after="0"/>
            </w:pPr>
            <w:r>
              <w:rPr>
                <w:b w:val="0"/>
                <w:sz w:val="19"/>
              </w:rPr>
              <w:t>thoughts and feelings. They can choose emojis to represent various aspects of the activity, such as what</w:t>
            </w:r>
          </w:p>
          <w:p>
            <w:pPr>
              <w:spacing w:after="0"/>
            </w:pPr>
            <w:r>
              <w:rPr>
                <w:b w:val="0"/>
                <w:sz w:val="19"/>
              </w:rPr>
              <w:t>they learned, how they felt about their presentation, and what they found challenging. Students reflect on</w:t>
            </w:r>
          </w:p>
          <w:p>
            <w:pPr>
              <w:spacing w:after="0"/>
            </w:pPr>
            <w:r>
              <w:rPr>
                <w:b w:val="0"/>
                <w:sz w:val="19"/>
              </w:rPr>
              <w:t>their thoughts and feelings about the activity.</w:t>
            </w:r>
          </w:p>
          <w:p>
            <w:pPr>
              <w:spacing w:after="0"/>
            </w:pPr>
            <w:r>
              <w:rPr>
                <w:b w:val="0"/>
                <w:sz w:val="19"/>
              </w:rPr>
              <w:t>Supporting</w:t>
            </w:r>
          </w:p>
          <w:p>
            <w:pPr>
              <w:spacing w:after="0"/>
            </w:pPr>
            <w:r>
              <w:rPr>
                <w:b w:val="0"/>
                <w:sz w:val="19"/>
              </w:rPr>
              <w:t>Objective: To talk about attractions in the city in English by using comparative forms of adjectives.</w:t>
            </w:r>
          </w:p>
          <w:p>
            <w:pPr>
              <w:spacing w:after="0"/>
            </w:pPr>
            <w:r>
              <w:rPr>
                <w:b w:val="0"/>
                <w:sz w:val="19"/>
              </w:rPr>
              <w:t>Activity: The Best Attraction</w:t>
            </w:r>
          </w:p>
          <w:p>
            <w:pPr>
              <w:spacing w:after="0"/>
            </w:pPr>
            <w:r>
              <w:rPr>
                <w:b w:val="0"/>
                <w:sz w:val="19"/>
              </w:rPr>
              <w:t>The teacher divides the class into small groups. Each group selects a specific attraction in the city (the art</w:t>
            </w:r>
          </w:p>
          <w:p>
            <w:pPr>
              <w:spacing w:after="0"/>
            </w:pPr>
            <w:r>
              <w:rPr>
                <w:b w:val="0"/>
                <w:sz w:val="19"/>
              </w:rPr>
              <w:t>museum, the park, the amusement park…). The teacher provides a vocabulary list with simple adjectives, visuals and definitions. She/He also gives sentence starters to help them form sentences. Students</w:t>
            </w:r>
          </w:p>
          <w:p>
            <w:pPr>
              <w:spacing w:after="0"/>
            </w:pPr>
            <w:r>
              <w:rPr>
                <w:b w:val="0"/>
                <w:sz w:val="19"/>
              </w:rPr>
              <w:t>write a few sentences using comparative forms. Each group presents their chosen attraction. After each</w:t>
            </w:r>
          </w:p>
          <w:p>
            <w:pPr>
              <w:spacing w:after="0"/>
            </w:pPr>
            <w:r>
              <w:rPr>
                <w:b w:val="0"/>
                <w:sz w:val="19"/>
              </w:rPr>
              <w:t>presentation, the teacher gives constructive feedback and encourages students to give feedback using</w:t>
            </w:r>
          </w:p>
          <w:p>
            <w:pPr>
              <w:spacing w:after="0"/>
            </w:pPr>
            <w:r>
              <w:rPr>
                <w:b w:val="0"/>
                <w:sz w:val="19"/>
              </w:rPr>
              <w:t>specific criteria. For example, they could comment on the clarity of the comparisons made, the use of</w:t>
            </w:r>
          </w:p>
          <w:p>
            <w:pPr>
              <w:spacing w:after="0"/>
            </w:pPr>
            <w:r>
              <w:rPr>
                <w:b w:val="0"/>
                <w:sz w:val="19"/>
              </w:rPr>
              <w:t>comparative language, and the overall presentation style. After completing the presentations, students can</w:t>
            </w:r>
          </w:p>
          <w:p>
            <w:pPr>
              <w:spacing w:after="0"/>
            </w:pPr>
            <w:r>
              <w:rPr>
                <w:b w:val="0"/>
                <w:sz w:val="19"/>
              </w:rPr>
              <w:t>reflect on their experience by using emojis to express their thoughts and feelings. They can choose emojis to</w:t>
            </w:r>
          </w:p>
          <w:p>
            <w:pPr>
              <w:spacing w:after="0"/>
            </w:pPr>
            <w:r>
              <w:rPr>
                <w:b w:val="0"/>
                <w:sz w:val="19"/>
              </w:rPr>
              <w:t>represent various aspects of the activity, such as what they learned, how they felt about their presentation, and what they found challenging.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search the Internet for the types of the houses that they have</w:t>
            </w:r>
          </w:p>
          <w:p>
            <w:pPr>
              <w:spacing w:after="0"/>
            </w:pPr>
            <w:r>
              <w:rPr>
                <w:b w:val="0"/>
                <w:sz w:val="19"/>
              </w:rPr>
              <w:t>learnt about in the theme so as to collect more information about them. Students will create a dream house</w:t>
            </w:r>
          </w:p>
          <w:p>
            <w:pPr>
              <w:spacing w:after="0"/>
            </w:pPr>
            <w:r>
              <w:rPr>
                <w:b w:val="0"/>
                <w:sz w:val="19"/>
              </w:rPr>
              <w:t>for themselves, drawing it by hand or using pictures and/or digital sources. Then they will present it to the</w:t>
            </w:r>
          </w:p>
          <w:p>
            <w:pPr>
              <w:spacing w:after="0"/>
            </w:pPr>
            <w:r>
              <w:rPr>
                <w:b w:val="0"/>
                <w:sz w:val="19"/>
              </w:rPr>
              <w:t>class. The assignment will be evaluated 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23: 15-19 March</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March · Week 23: 15-19 March</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5: LIFE IN THE NEIGHBOURHOOD AND CITY</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Places for recreation and attractions in the neighbourhood and city different types of houses.</w:t>
            </w:r>
          </w:p>
          <w:p>
            <w:pPr>
              <w:spacing w:after="0"/>
            </w:pPr>
            <w:r>
              <w:rPr>
                <w:b w:val="0"/>
                <w:sz w:val="19"/>
              </w:rPr>
              <w:t>Target Vocabulary in Use (with revisional vocabulary)</w:t>
            </w:r>
          </w:p>
          <w:p>
            <w:pPr>
              <w:spacing w:after="0"/>
            </w:pPr>
            <w:r>
              <w:rPr>
                <w:b w:val="0"/>
                <w:sz w:val="19"/>
              </w:rPr>
              <w:t>Vocabulary for places for recreation and attractions in the neighbourhood and city: Nouns: A corner, a</w:t>
            </w:r>
          </w:p>
          <w:p>
            <w:pPr>
              <w:spacing w:after="0"/>
            </w:pPr>
            <w:r>
              <w:rPr>
                <w:b w:val="0"/>
                <w:sz w:val="19"/>
              </w:rPr>
              <w:t>square, a gym, a coast, a street fair, a hall, a sports centre, an art gallery, a shop (store-AmE), a castle, a</w:t>
            </w:r>
          </w:p>
          <w:p>
            <w:pPr>
              <w:spacing w:after="0"/>
            </w:pPr>
            <w:r>
              <w:rPr>
                <w:b w:val="0"/>
                <w:sz w:val="19"/>
              </w:rPr>
              <w:t>tower, a site, a museum, a mosque, a town. Verbs: To cycle, to fish, to jump, to guide, to joke, to experience, to attend. Adjectives: Social, ancient, close, famous, crowded, quiet, modern, traditional, peaceful, brandnew, local. Adverbs: Best, easily. Phrases: To take a tour, to attend an event, to take a photograph, to hire (a</w:t>
            </w:r>
          </w:p>
          <w:p>
            <w:pPr>
              <w:spacing w:after="0"/>
            </w:pPr>
            <w:r>
              <w:rPr>
                <w:b w:val="0"/>
                <w:sz w:val="19"/>
              </w:rPr>
              <w:t>bike) (rent-AmE).</w:t>
            </w:r>
          </w:p>
          <w:p>
            <w:pPr>
              <w:spacing w:after="0"/>
            </w:pPr>
            <w:r>
              <w:rPr>
                <w:b w:val="0"/>
                <w:sz w:val="19"/>
              </w:rPr>
              <w:t>Vocabulary for different types of houses and furniture and kitchen utensils: Nouns: A flat (apartment AmE), a kitchen, a bathroom, a bedroom, a sitting room (a living room-AmE), a dining room, a toilet, a garden, a</w:t>
            </w:r>
          </w:p>
          <w:p>
            <w:pPr>
              <w:spacing w:after="0"/>
            </w:pPr>
            <w:r>
              <w:rPr>
                <w:b w:val="0"/>
                <w:sz w:val="19"/>
              </w:rPr>
              <w:t>garage), a balcony, a terrace, a corridor (hallway-AmE), a floor, a lift ( elevator-AmE), a roof, a bookcase, a</w:t>
            </w:r>
          </w:p>
          <w:p>
            <w:pPr>
              <w:spacing w:after="0"/>
            </w:pPr>
            <w:r>
              <w:rPr>
                <w:b w:val="0"/>
                <w:sz w:val="19"/>
              </w:rPr>
              <w:t>sofa, an armchair, a bed, a cupboard, a fridge, an oven (a stove-AmE), a lamp, a knife, a spoon, a fork, a plate, a wardrobe, a dishwasher, a shelf, ground. Verbs: To repair. Adjectives: Wide, wooden, metal, plastic, bright, light, comfortable, bottom, top, glass, steel, handmade. Adverbs: Inside, outside.</w:t>
            </w:r>
          </w:p>
          <w:p>
            <w:pPr>
              <w:spacing w:after="0"/>
            </w:pPr>
            <w:r>
              <w:rPr>
                <w:b w:val="0"/>
                <w:sz w:val="19"/>
              </w:rPr>
              <w:t>Target Grammatical Structures in Use:</w:t>
            </w:r>
          </w:p>
          <w:p>
            <w:pPr>
              <w:spacing w:after="0"/>
            </w:pPr>
            <w:r>
              <w:rPr>
                <w:b w:val="0"/>
                <w:sz w:val="19"/>
              </w:rPr>
              <w:t>-Comparatives of adjectives (regular-irregular): (The sofa is more comfortable than the armchair).</w:t>
            </w:r>
          </w:p>
          <w:p>
            <w:pPr>
              <w:spacing w:after="0"/>
            </w:pPr>
            <w:r>
              <w:rPr>
                <w:b w:val="0"/>
                <w:sz w:val="19"/>
              </w:rPr>
              <w:t>-Possessive ’s: (This is Anna’s bicycle; she uses it every day.)</w:t>
            </w:r>
          </w:p>
          <w:p>
            <w:pPr>
              <w:spacing w:after="0"/>
            </w:pPr>
            <w:r>
              <w:rPr>
                <w:b w:val="0"/>
                <w:sz w:val="19"/>
              </w:rPr>
              <w:t>-Present Simple Tense: (We cycle to the park every Saturday.)</w:t>
            </w:r>
          </w:p>
          <w:p>
            <w:pPr>
              <w:spacing w:after="0"/>
            </w:pPr>
            <w:r>
              <w:rPr>
                <w:b w:val="0"/>
                <w:sz w:val="19"/>
              </w:rPr>
              <w:t>-There is/are: (There are many paintings in the art gallery. There is a wide sofa in the living room.)</w:t>
            </w:r>
          </w:p>
          <w:p>
            <w:pPr>
              <w:spacing w:after="0"/>
            </w:pPr>
            <w:r>
              <w:rPr>
                <w:b w:val="0"/>
                <w:sz w:val="19"/>
              </w:rPr>
              <w:t>Functions of the Target Grammatical Structures in Use:</w:t>
            </w:r>
          </w:p>
          <w:p>
            <w:pPr>
              <w:spacing w:after="0"/>
            </w:pPr>
            <w:r>
              <w:rPr>
                <w:b w:val="0"/>
                <w:sz w:val="19"/>
              </w:rPr>
              <w:t>-Use of “Comparatives of Adjectives (regular-irregular)”: Expressing comparisons between two people, objects, or ideas.</w:t>
            </w:r>
          </w:p>
          <w:p>
            <w:pPr>
              <w:spacing w:after="0"/>
            </w:pPr>
            <w:r>
              <w:rPr>
                <w:b w:val="0"/>
                <w:sz w:val="19"/>
              </w:rPr>
              <w:t>-Use of “Possessive ‘s”: Indicating ownership or relationship.</w:t>
            </w:r>
          </w:p>
          <w:p>
            <w:pPr>
              <w:spacing w:after="0"/>
            </w:pPr>
            <w:r>
              <w:rPr>
                <w:b w:val="0"/>
                <w:sz w:val="19"/>
              </w:rPr>
              <w:t>-Use of the Present Simple Tense: Expressing habitual actions, general truths, and permanent states.</w:t>
            </w:r>
          </w:p>
          <w:p>
            <w:pPr>
              <w:spacing w:after="0"/>
            </w:pPr>
            <w:r>
              <w:rPr>
                <w:b w:val="0"/>
                <w:sz w:val="19"/>
              </w:rPr>
              <w:t>-Use of “There is/There are”: Indicating existence or location.</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Where is the nearest library?</w:t>
            </w:r>
          </w:p>
          <w:p>
            <w:pPr>
              <w:spacing w:after="0"/>
            </w:pPr>
            <w:r>
              <w:rPr>
                <w:b w:val="0"/>
                <w:sz w:val="19"/>
              </w:rPr>
              <w:t>Our kitchen is the heart of our house!</w:t>
            </w:r>
          </w:p>
          <w:p>
            <w:pPr>
              <w:spacing w:after="0"/>
            </w:pPr>
            <w:r>
              <w:rPr>
                <w:b w:val="0"/>
                <w:sz w:val="19"/>
              </w:rPr>
              <w:t>Our new flat was ready to move into! (Our new flat was move-in-ready! AmE.)</w:t>
            </w:r>
          </w:p>
          <w:p>
            <w:pPr>
              <w:spacing w:after="0"/>
            </w:pPr>
            <w:r>
              <w:rPr>
                <w:b w:val="0"/>
                <w:sz w:val="19"/>
              </w:rPr>
              <w:t>Target Phonological Sounds in Use:</w:t>
            </w:r>
          </w:p>
          <w:p>
            <w:pPr>
              <w:spacing w:after="0"/>
            </w:pPr>
            <w:r>
              <w:rPr>
                <w:b w:val="0"/>
                <w:sz w:val="19"/>
              </w:rPr>
              <w:t>f, g, h, i, j, k, Vowel: i: i (/aı/, /ı/, /i:/)</w:t>
            </w:r>
          </w:p>
          <w:p>
            <w:pPr>
              <w:spacing w:after="0"/>
            </w:pPr>
            <w:r>
              <w:rPr>
                <w:b w:val="0"/>
                <w:sz w:val="19"/>
              </w:rPr>
              <w:t>Consonants: f: (/f/); g: (/g/, /dʒ/); h: (/h/); j (/dʒeɪ/, /dʒ/); k: (/k/);</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ENG.5.5.L1. Students can get ready for the listening/watching-comprehension process for the current</w:t>
            </w:r>
          </w:p>
          <w:p>
            <w:pPr>
              <w:spacing w:after="0"/>
            </w:pPr>
            <w:r>
              <w:rPr>
                <w:b w:val="0"/>
                <w:sz w:val="19"/>
              </w:rPr>
              <w:t>content on “life in the neighbourhood and city with places for recreation and attractions in the</w:t>
            </w:r>
          </w:p>
          <w:p>
            <w:pPr>
              <w:spacing w:after="0"/>
            </w:pPr>
            <w:r>
              <w:rPr>
                <w:b w:val="0"/>
                <w:sz w:val="19"/>
              </w:rPr>
              <w:t>neighbourhood and city ; different types of houses” carefully. ENG.5.5.L2. Students can bring information about the current content on “life in the neighbourhood</w:t>
            </w:r>
          </w:p>
          <w:p>
            <w:pPr>
              <w:spacing w:after="0"/>
            </w:pPr>
            <w:r>
              <w:rPr>
                <w:b w:val="0"/>
                <w:sz w:val="19"/>
              </w:rPr>
              <w:t>and city with places for recreation and attractions in the neighbourhood and city ; different</w:t>
            </w:r>
          </w:p>
          <w:p>
            <w:pPr>
              <w:spacing w:after="0"/>
            </w:pPr>
            <w:r>
              <w:rPr>
                <w:b w:val="0"/>
                <w:sz w:val="19"/>
              </w:rPr>
              <w:t>types of houses” together through significant details and main components while listening/</w:t>
            </w:r>
          </w:p>
          <w:p>
            <w:pPr>
              <w:spacing w:after="0"/>
            </w:pPr>
            <w:r>
              <w:rPr>
                <w:b w:val="0"/>
                <w:sz w:val="19"/>
              </w:rPr>
              <w:t>watching it. ENG.5.5.L3. Students can make meaning of/derive meaning from the current content on “life in the</w:t>
            </w:r>
          </w:p>
          <w:p>
            <w:pPr>
              <w:spacing w:after="0"/>
            </w:pPr>
            <w:r>
              <w:rPr>
                <w:b w:val="0"/>
                <w:sz w:val="19"/>
              </w:rPr>
              <w:t>neighbourhood and city with places for recreation and attractions in the neighbourhood and</w:t>
            </w:r>
          </w:p>
          <w:p>
            <w:pPr>
              <w:spacing w:after="0"/>
            </w:pPr>
            <w:r>
              <w:rPr>
                <w:b w:val="0"/>
                <w:sz w:val="19"/>
              </w:rPr>
              <w:t>city ; different types of houses” through significant details by listening/watching it carefully. ENG.5.5.L4. Students can convey their knowledge, experience, thoughts, and feelings examined carefully</w:t>
            </w:r>
          </w:p>
          <w:p>
            <w:pPr>
              <w:spacing w:after="0"/>
            </w:pPr>
            <w:r>
              <w:rPr>
                <w:b w:val="0"/>
                <w:sz w:val="19"/>
              </w:rPr>
              <w:t>about the whole listening/watching-comprehension process in relation to the current</w:t>
            </w:r>
          </w:p>
          <w:p>
            <w:pPr>
              <w:spacing w:after="0"/>
            </w:pPr>
            <w:r>
              <w:rPr>
                <w:b w:val="0"/>
                <w:sz w:val="19"/>
              </w:rPr>
              <w:t>content on “life in the neighbourhood and city with places for recreation and attractions in the</w:t>
            </w:r>
          </w:p>
          <w:p>
            <w:pPr>
              <w:spacing w:after="0"/>
            </w:pPr>
            <w:r>
              <w:rPr>
                <w:b w:val="0"/>
                <w:sz w:val="19"/>
              </w:rPr>
              <w:t>neighbourhood and city ; different types of houses”. ENG.5.5.P1. Students can select and use the target phonological elements of the current content</w:t>
            </w:r>
          </w:p>
          <w:p>
            <w:pPr>
              <w:spacing w:after="0"/>
            </w:pPr>
            <w:r>
              <w:rPr>
                <w:b w:val="0"/>
                <w:sz w:val="19"/>
              </w:rPr>
              <w:t>about “life in the neighbourhood and city with places for recreation and attractions in the</w:t>
            </w:r>
          </w:p>
          <w:p>
            <w:pPr>
              <w:spacing w:after="0"/>
            </w:pPr>
            <w:r>
              <w:rPr>
                <w:b w:val="0"/>
                <w:sz w:val="19"/>
              </w:rPr>
              <w:t>neighbourhood and city ; different types of houses” accurately, authentically, and naturally</w:t>
            </w:r>
          </w:p>
          <w:p>
            <w:pPr>
              <w:spacing w:after="0"/>
            </w:pPr>
            <w:r>
              <w:rPr>
                <w:b w:val="0"/>
                <w:sz w:val="19"/>
              </w:rPr>
              <w:t>through spontaneous decision-making processes and use it in an appropriate and effective</w:t>
            </w:r>
          </w:p>
          <w:p>
            <w:pPr>
              <w:spacing w:after="0"/>
            </w:pPr>
            <w:r>
              <w:rPr>
                <w:b w:val="0"/>
                <w:sz w:val="19"/>
              </w:rPr>
              <w:t>way when communicating with others. ENG.5.5.R1. Students can get ready for the reading-comprehension process about the current content</w:t>
            </w:r>
          </w:p>
          <w:p>
            <w:pPr>
              <w:spacing w:after="0"/>
            </w:pPr>
            <w:r>
              <w:rPr>
                <w:b w:val="0"/>
                <w:sz w:val="19"/>
              </w:rPr>
              <w:t>on “life in the neighbourhood and city with places for recreation and attractions in the</w:t>
            </w:r>
          </w:p>
          <w:p>
            <w:pPr>
              <w:spacing w:after="0"/>
            </w:pPr>
            <w:r>
              <w:rPr>
                <w:b w:val="0"/>
                <w:sz w:val="19"/>
              </w:rPr>
              <w:t>neighbourhood and city ; different types of houses”. ENG.5.5.R2. Students can bring information about the current content on “life in the neighbourhood and</w:t>
            </w:r>
          </w:p>
          <w:p>
            <w:pPr>
              <w:spacing w:after="0"/>
            </w:pPr>
            <w:r>
              <w:rPr>
                <w:b w:val="0"/>
                <w:sz w:val="19"/>
              </w:rPr>
              <w:t>city with places for recreation and attractions in the neighbourhood and city ; different types</w:t>
            </w:r>
          </w:p>
          <w:p>
            <w:pPr>
              <w:spacing w:after="0"/>
            </w:pPr>
            <w:r>
              <w:rPr>
                <w:b w:val="0"/>
                <w:sz w:val="19"/>
              </w:rPr>
              <w:t>of houses” through skimming (looking quickly at) the audio-visual elements and reading the</w:t>
            </w:r>
          </w:p>
          <w:p>
            <w:pPr>
              <w:spacing w:after="0"/>
            </w:pPr>
            <w:r>
              <w:rPr>
                <w:b w:val="0"/>
                <w:sz w:val="19"/>
              </w:rPr>
              <w:t>content very quickly. ENG.5.5.R3. Students can make meaning of / derive meaning from the current content about “life in the</w:t>
            </w:r>
          </w:p>
          <w:p>
            <w:pPr>
              <w:spacing w:after="0"/>
            </w:pPr>
            <w:r>
              <w:rPr>
                <w:b w:val="0"/>
                <w:sz w:val="19"/>
              </w:rPr>
              <w:t>neighbourhood and city with places for recreation and attractions in the neighbourhood and</w:t>
            </w:r>
          </w:p>
          <w:p>
            <w:pPr>
              <w:spacing w:after="0"/>
            </w:pPr>
            <w:r>
              <w:rPr>
                <w:b w:val="0"/>
                <w:sz w:val="19"/>
              </w:rPr>
              <w:t>city ; different types of houses” by reading it carefully. ENG.5.5.R4. Students can convey their knowledge, experiences, thoughts, and feelings related to the</w:t>
            </w:r>
          </w:p>
          <w:p>
            <w:pPr>
              <w:spacing w:after="0"/>
            </w:pPr>
            <w:r>
              <w:rPr>
                <w:b w:val="0"/>
                <w:sz w:val="19"/>
              </w:rPr>
              <w:t>reading-comprehension process about the current content, “life in the neighbourhood and</w:t>
            </w:r>
          </w:p>
          <w:p>
            <w:pPr>
              <w:spacing w:after="0"/>
            </w:pPr>
            <w:r>
              <w:rPr>
                <w:b w:val="0"/>
                <w:sz w:val="19"/>
              </w:rPr>
              <w:t>city with places for recreation and attractions in the neighbourhood and city ; different types</w:t>
            </w:r>
          </w:p>
          <w:p>
            <w:pPr>
              <w:spacing w:after="0"/>
            </w:pPr>
            <w:r>
              <w:rPr>
                <w:b w:val="0"/>
                <w:sz w:val="19"/>
              </w:rPr>
              <w:t>of houses” in relation to themselves or others, both individually and/or with others. ENG.5.5.V1. Students can select and use the target vocabulary of the current content about “life in the</w:t>
            </w:r>
          </w:p>
          <w:p>
            <w:pPr>
              <w:spacing w:after="0"/>
            </w:pPr>
            <w:r>
              <w:rPr>
                <w:b w:val="0"/>
                <w:sz w:val="19"/>
              </w:rPr>
              <w:t>neighbourhood and city with places for recreation and attractions in the neighbourhood and</w:t>
            </w:r>
          </w:p>
          <w:p>
            <w:pPr>
              <w:spacing w:after="0"/>
            </w:pPr>
            <w:r>
              <w:rPr>
                <w:b w:val="0"/>
                <w:sz w:val="19"/>
              </w:rPr>
              <w:t>city ; different types of houses” accurately, authentically, spontaneously, and naturally and</w:t>
            </w:r>
          </w:p>
          <w:p>
            <w:pPr>
              <w:spacing w:after="0"/>
            </w:pPr>
            <w:r>
              <w:rPr>
                <w:b w:val="0"/>
                <w:sz w:val="19"/>
              </w:rPr>
              <w:t>use it appropriately and effectively when communicating with others. ENG.5.5.G1. Students can select and use the target grammatical elements of the current content about “life</w:t>
            </w:r>
          </w:p>
          <w:p>
            <w:pPr>
              <w:spacing w:after="0"/>
            </w:pPr>
            <w:r>
              <w:rPr>
                <w:b w:val="0"/>
                <w:sz w:val="19"/>
              </w:rPr>
              <w:t>in the neighbourhood and city with places for recreation and attractions in the neighbourhood</w:t>
            </w:r>
          </w:p>
          <w:p>
            <w:pPr>
              <w:spacing w:after="0"/>
            </w:pPr>
            <w:r>
              <w:rPr>
                <w:b w:val="0"/>
                <w:sz w:val="19"/>
              </w:rPr>
              <w:t>and city ; different types of houses” accurately, authentically, spontaneously, and naturally</w:t>
            </w:r>
          </w:p>
          <w:p>
            <w:pPr>
              <w:spacing w:after="0"/>
            </w:pPr>
            <w:r>
              <w:rPr>
                <w:b w:val="0"/>
                <w:sz w:val="19"/>
              </w:rPr>
              <w:t>and use it appropriately and effectively when communicating with others. ENG.5.5.W1. Students can get ready for the writing-expression process about the current content on “life</w:t>
            </w:r>
          </w:p>
          <w:p>
            <w:pPr>
              <w:spacing w:after="0"/>
            </w:pPr>
            <w:r>
              <w:rPr>
                <w:b w:val="0"/>
                <w:sz w:val="19"/>
              </w:rPr>
              <w:t>in the neighbourhood and city with places for recreation and attractions in the neighbourhood</w:t>
            </w:r>
          </w:p>
          <w:p>
            <w:pPr>
              <w:spacing w:after="0"/>
            </w:pPr>
            <w:r>
              <w:rPr>
                <w:b w:val="0"/>
                <w:sz w:val="19"/>
              </w:rPr>
              <w:t>and city ; different types of houses”. ENG.5.5.W2. Students can understand the model/example for the writing task about the current content</w:t>
            </w:r>
          </w:p>
          <w:p>
            <w:pPr>
              <w:spacing w:after="0"/>
            </w:pPr>
            <w:r>
              <w:rPr>
                <w:b w:val="0"/>
                <w:sz w:val="19"/>
              </w:rPr>
              <w:t>on “life in the neighbourhood and city with places for recreation and attractions in the</w:t>
            </w:r>
          </w:p>
          <w:p>
            <w:pPr>
              <w:spacing w:after="0"/>
            </w:pPr>
            <w:r>
              <w:rPr>
                <w:b w:val="0"/>
                <w:sz w:val="19"/>
              </w:rPr>
              <w:t>neighbourhood and city ; different types of houses”. ENG.5.5.W3. Students can organise a content for the assigned writing task on the current content “life in</w:t>
            </w:r>
          </w:p>
          <w:p>
            <w:pPr>
              <w:spacing w:after="0"/>
            </w:pPr>
            <w:r>
              <w:rPr>
                <w:b w:val="0"/>
                <w:sz w:val="19"/>
              </w:rPr>
              <w:t>the neighbourhood and city with places for recreation and attractions in the neighbourhood</w:t>
            </w:r>
          </w:p>
          <w:p>
            <w:pPr>
              <w:spacing w:after="0"/>
            </w:pPr>
            <w:r>
              <w:rPr>
                <w:b w:val="0"/>
                <w:sz w:val="19"/>
              </w:rPr>
              <w:t>and city ; different types of houses” based on the model/example provided. ENG.5.5.W4. Students can individually construct/form content for the assigned writing task on the current</w:t>
            </w:r>
          </w:p>
          <w:p>
            <w:pPr>
              <w:spacing w:after="0"/>
            </w:pPr>
            <w:r>
              <w:rPr>
                <w:b w:val="0"/>
                <w:sz w:val="19"/>
              </w:rPr>
              <w:t>content “life in the neighbourhood and city with places for recreation and attractions in the</w:t>
            </w:r>
          </w:p>
          <w:p>
            <w:pPr>
              <w:spacing w:after="0"/>
            </w:pPr>
            <w:r>
              <w:rPr>
                <w:b w:val="0"/>
                <w:sz w:val="19"/>
              </w:rPr>
              <w:t>neighbourhood and city ; different types of houses”. ENG.5.5.W5. Students can reorganise (reconstruct) and use information in the new written tasks about</w:t>
            </w:r>
          </w:p>
          <w:p>
            <w:pPr>
              <w:spacing w:after="0"/>
            </w:pPr>
            <w:r>
              <w:rPr>
                <w:b w:val="0"/>
                <w:sz w:val="19"/>
              </w:rPr>
              <w:t>the “life in the neighbourhood and city with places for recreation and attractions in the</w:t>
            </w:r>
          </w:p>
          <w:p>
            <w:pPr>
              <w:spacing w:after="0"/>
            </w:pPr>
            <w:r>
              <w:rPr>
                <w:b w:val="0"/>
                <w:sz w:val="19"/>
              </w:rPr>
              <w:t>neighbourhood and city ; different types of houses” to communicate with other people. ENG.5.5.W6. Students can reflect on their knowledge, experiences, thoughts, and feelings related to the</w:t>
            </w:r>
          </w:p>
          <w:p>
            <w:pPr>
              <w:spacing w:after="0"/>
            </w:pPr>
            <w:r>
              <w:rPr>
                <w:b w:val="0"/>
                <w:sz w:val="19"/>
              </w:rPr>
              <w:t>writing-expression process about the current content, “life in the neighbourhood and city</w:t>
            </w:r>
          </w:p>
          <w:p>
            <w:pPr>
              <w:spacing w:after="0"/>
            </w:pPr>
            <w:r>
              <w:rPr>
                <w:b w:val="0"/>
                <w:sz w:val="19"/>
              </w:rPr>
              <w:t>with places for recreation and attractions in the neighbourhood and city ; different types of</w:t>
            </w:r>
          </w:p>
          <w:p>
            <w:pPr>
              <w:spacing w:after="0"/>
            </w:pPr>
            <w:r>
              <w:rPr>
                <w:b w:val="0"/>
                <w:sz w:val="19"/>
              </w:rPr>
              <w:t>houses” in relation to themselves or others, both individually and/or with others. ENG.5.5.S1. Students can get ready for speaking-expression process about the current content on “life in</w:t>
            </w:r>
          </w:p>
          <w:p>
            <w:pPr>
              <w:spacing w:after="0"/>
            </w:pPr>
            <w:r>
              <w:rPr>
                <w:b w:val="0"/>
                <w:sz w:val="19"/>
              </w:rPr>
              <w:t>the neighbourhood and city with places for recreation and attractions in the neighbourhood</w:t>
            </w:r>
          </w:p>
          <w:p>
            <w:pPr>
              <w:spacing w:after="0"/>
            </w:pPr>
            <w:r>
              <w:rPr>
                <w:b w:val="0"/>
                <w:sz w:val="19"/>
              </w:rPr>
              <w:t>and city ; different types of houses”. ENG.5.5.S2. Students can use the model/example for producing verbal content about the current content</w:t>
            </w:r>
          </w:p>
          <w:p>
            <w:pPr>
              <w:spacing w:after="0"/>
            </w:pPr>
            <w:r>
              <w:rPr>
                <w:b w:val="0"/>
                <w:sz w:val="19"/>
              </w:rPr>
              <w:t>on “life in the neighbourhood and city with places for recreation and attractions in the</w:t>
            </w:r>
          </w:p>
          <w:p>
            <w:pPr>
              <w:spacing w:after="0"/>
            </w:pPr>
            <w:r>
              <w:rPr>
                <w:b w:val="0"/>
                <w:sz w:val="19"/>
              </w:rPr>
              <w:t>neighbourhood and city ;different types of houses”. ENG.5.5.S3. Students can organise a new verbal content on “life in the neighbourhood and city with places</w:t>
            </w:r>
          </w:p>
          <w:p>
            <w:pPr>
              <w:spacing w:after="0"/>
            </w:pPr>
            <w:r>
              <w:rPr>
                <w:b w:val="0"/>
                <w:sz w:val="19"/>
              </w:rPr>
              <w:t>for recreation and attractions in the neighbourhood and city ; different types of houses” by</w:t>
            </w:r>
          </w:p>
          <w:p>
            <w:pPr>
              <w:spacing w:after="0"/>
            </w:pPr>
            <w:r>
              <w:rPr>
                <w:b w:val="0"/>
                <w:sz w:val="19"/>
              </w:rPr>
              <w:t>speaking accurately, efficiently, and authentically. ENG.5.5.S4. Students can construct a new verbal content on “life in the neighbourhood and city with places</w:t>
            </w:r>
          </w:p>
          <w:p>
            <w:pPr>
              <w:spacing w:after="0"/>
            </w:pPr>
            <w:r>
              <w:rPr>
                <w:b w:val="0"/>
                <w:sz w:val="19"/>
              </w:rPr>
              <w:t>for recreation and attractions in the neighbourhood and city ; different types of houses” by</w:t>
            </w:r>
          </w:p>
          <w:p>
            <w:pPr>
              <w:spacing w:after="0"/>
            </w:pPr>
            <w:r>
              <w:rPr>
                <w:b w:val="0"/>
                <w:sz w:val="19"/>
              </w:rPr>
              <w:t>speaking accurately, efficiently, and authentically. ENG.5.5.S5. Students can reorganise (reconstruct) and use information about the “life in the neighbourhood</w:t>
            </w:r>
          </w:p>
          <w:p>
            <w:pPr>
              <w:spacing w:after="0"/>
            </w:pPr>
            <w:r>
              <w:rPr>
                <w:b w:val="0"/>
                <w:sz w:val="19"/>
              </w:rPr>
              <w:t>and city with places for recreation and attractions in the neighbourhood and city ; different</w:t>
            </w:r>
          </w:p>
          <w:p>
            <w:pPr>
              <w:spacing w:after="0"/>
            </w:pPr>
            <w:r>
              <w:rPr>
                <w:b w:val="0"/>
                <w:sz w:val="19"/>
              </w:rPr>
              <w:t>types of houses” to communicate with other people. ENG.5.5.S6. Students can convey their knowledge, experiences, thoughts, and feelings related to the</w:t>
            </w:r>
          </w:p>
          <w:p>
            <w:pPr>
              <w:spacing w:after="0"/>
            </w:pPr>
            <w:r>
              <w:rPr>
                <w:b w:val="0"/>
                <w:sz w:val="19"/>
              </w:rPr>
              <w:t>speaking-expression process about the current content, “life in the neighbourhood and city</w:t>
            </w:r>
          </w:p>
          <w:p>
            <w:pPr>
              <w:spacing w:after="0"/>
            </w:pPr>
            <w:r>
              <w:rPr>
                <w:b w:val="0"/>
                <w:sz w:val="19"/>
              </w:rPr>
              <w:t>with places for recreation and attractions in the neighbourhood and city ; different types</w:t>
            </w:r>
          </w:p>
          <w:p>
            <w:pPr>
              <w:spacing w:after="0"/>
            </w:pPr>
            <w:r>
              <w:rPr>
                <w:b w:val="0"/>
                <w:sz w:val="19"/>
              </w:rPr>
              <w:t>of houses” to communicate with other people in relation to themselves or others, both</w:t>
            </w:r>
          </w:p>
          <w:p>
            <w:pPr>
              <w:spacing w:after="0"/>
            </w:pPr>
            <w:r>
              <w:rPr>
                <w:b w:val="0"/>
                <w:sz w:val="19"/>
              </w:rPr>
              <w:t>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V10. Modesty, V11. Independence, V12. Patience, V14. Respect, V16.</w:t>
            </w:r>
          </w:p>
          <w:p>
            <w:pPr>
              <w:spacing w:after="0"/>
            </w:pPr>
            <w:r>
              <w:rPr>
                <w:b w:val="0"/>
                <w:sz w:val="19"/>
              </w:rPr>
              <w:t>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(ENG.5.5.L1.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talk about attractions in the city in English by using comparative forms of adjectives.</w:t>
            </w:r>
          </w:p>
          <w:p>
            <w:pPr>
              <w:spacing w:after="0"/>
            </w:pPr>
            <w:r>
              <w:rPr>
                <w:b w:val="0"/>
                <w:sz w:val="19"/>
              </w:rPr>
              <w:t>Activity 1: The Best Attraction</w:t>
            </w:r>
          </w:p>
          <w:p>
            <w:pPr>
              <w:spacing w:after="0"/>
            </w:pPr>
            <w:r>
              <w:rPr>
                <w:b w:val="0"/>
                <w:sz w:val="19"/>
              </w:rPr>
              <w:t>The teacher divides the class into small groups. Each group selects a specific real or fictional attraction</w:t>
            </w:r>
          </w:p>
          <w:p>
            <w:pPr>
              <w:spacing w:after="0"/>
            </w:pPr>
            <w:r>
              <w:rPr>
                <w:b w:val="0"/>
                <w:sz w:val="19"/>
              </w:rPr>
              <w:t>in the city (the art museum, the zoo, the amusement park…) Groups should gather information about their</w:t>
            </w:r>
          </w:p>
          <w:p>
            <w:pPr>
              <w:spacing w:after="0"/>
            </w:pPr>
            <w:r>
              <w:rPr>
                <w:b w:val="0"/>
                <w:sz w:val="19"/>
              </w:rPr>
              <w:t>attractions, focusing on characteristics that can be compared. The teacher tells them to think about factors</w:t>
            </w:r>
          </w:p>
          <w:p>
            <w:pPr>
              <w:spacing w:after="0"/>
            </w:pPr>
            <w:r>
              <w:rPr>
                <w:b w:val="0"/>
                <w:sz w:val="19"/>
              </w:rPr>
              <w:t>such as: size, popularity, activities available. Students prepare a short presentation using comparative</w:t>
            </w:r>
          </w:p>
          <w:p>
            <w:pPr>
              <w:spacing w:after="0"/>
            </w:pPr>
            <w:r>
              <w:rPr>
                <w:b w:val="0"/>
                <w:sz w:val="19"/>
              </w:rPr>
              <w:t>forms. They should focus on why their attraction is the best choice for visitors. Each group presents their</w:t>
            </w:r>
          </w:p>
          <w:p>
            <w:pPr>
              <w:spacing w:after="0"/>
            </w:pPr>
            <w:r>
              <w:rPr>
                <w:b w:val="0"/>
                <w:sz w:val="19"/>
              </w:rPr>
              <w:t>chosen attraction. After each presentation, the teacher allows time for questions from other groups and</w:t>
            </w:r>
          </w:p>
          <w:p>
            <w:pPr>
              <w:spacing w:after="0"/>
            </w:pPr>
            <w:r>
              <w:rPr>
                <w:b w:val="0"/>
                <w:sz w:val="19"/>
              </w:rPr>
              <w:t>encourages them to challenge each other’s claims using comparative language. (“Why is the park more</w:t>
            </w:r>
          </w:p>
          <w:p>
            <w:pPr>
              <w:spacing w:after="0"/>
            </w:pPr>
            <w:r>
              <w:rPr>
                <w:b w:val="0"/>
                <w:sz w:val="19"/>
              </w:rPr>
              <w:t>exciting than the historical site?”). After each presentation, the teacher gives constructive feedback and</w:t>
            </w:r>
          </w:p>
          <w:p>
            <w:pPr>
              <w:spacing w:after="0"/>
            </w:pPr>
            <w:r>
              <w:rPr>
                <w:b w:val="0"/>
                <w:sz w:val="19"/>
              </w:rPr>
              <w:t>encourages students to give feedback using specific criteria. For example, they could comment on the</w:t>
            </w:r>
          </w:p>
          <w:p>
            <w:pPr>
              <w:spacing w:after="0"/>
            </w:pPr>
            <w:r>
              <w:rPr>
                <w:b w:val="0"/>
                <w:sz w:val="19"/>
              </w:rPr>
              <w:t>clarity of the comparisons made, the use of comparative language, and the overall presentation style. After</w:t>
            </w:r>
          </w:p>
          <w:p>
            <w:pPr>
              <w:spacing w:after="0"/>
            </w:pPr>
            <w:r>
              <w:rPr>
                <w:b w:val="0"/>
                <w:sz w:val="19"/>
              </w:rPr>
              <w:t>completing the presentations, students can reflect on their experience by using emojis to express their</w:t>
            </w:r>
          </w:p>
          <w:p>
            <w:pPr>
              <w:spacing w:after="0"/>
            </w:pPr>
            <w:r>
              <w:rPr>
                <w:b w:val="0"/>
                <w:sz w:val="19"/>
              </w:rPr>
              <w:t>thoughts and feelings. They can choose emojis to represent various aspects of the activity, such as what</w:t>
            </w:r>
          </w:p>
          <w:p>
            <w:pPr>
              <w:spacing w:after="0"/>
            </w:pPr>
            <w:r>
              <w:rPr>
                <w:b w:val="0"/>
                <w:sz w:val="19"/>
              </w:rPr>
              <w:t>they learned, how they felt about their presentation, and what they found challenging. Students reflect on</w:t>
            </w:r>
          </w:p>
          <w:p>
            <w:pPr>
              <w:spacing w:after="0"/>
            </w:pPr>
            <w:r>
              <w:rPr>
                <w:b w:val="0"/>
                <w:sz w:val="19"/>
              </w:rPr>
              <w:t>their thoughts and feelings about the activity.</w:t>
            </w:r>
          </w:p>
          <w:p>
            <w:pPr>
              <w:spacing w:after="0"/>
            </w:pPr>
            <w:r>
              <w:rPr>
                <w:b w:val="0"/>
                <w:sz w:val="19"/>
              </w:rPr>
              <w:t>Supporting</w:t>
            </w:r>
          </w:p>
          <w:p>
            <w:pPr>
              <w:spacing w:after="0"/>
            </w:pPr>
            <w:r>
              <w:rPr>
                <w:b w:val="0"/>
                <w:sz w:val="19"/>
              </w:rPr>
              <w:t>Objective: To talk about attractions in the city in English by using comparative forms of adjectives.</w:t>
            </w:r>
          </w:p>
          <w:p>
            <w:pPr>
              <w:spacing w:after="0"/>
            </w:pPr>
            <w:r>
              <w:rPr>
                <w:b w:val="0"/>
                <w:sz w:val="19"/>
              </w:rPr>
              <w:t>Activity: The Best Attraction</w:t>
            </w:r>
          </w:p>
          <w:p>
            <w:pPr>
              <w:spacing w:after="0"/>
            </w:pPr>
            <w:r>
              <w:rPr>
                <w:b w:val="0"/>
                <w:sz w:val="19"/>
              </w:rPr>
              <w:t>The teacher divides the class into small groups. Each group selects a specific attraction in the city (the art</w:t>
            </w:r>
          </w:p>
          <w:p>
            <w:pPr>
              <w:spacing w:after="0"/>
            </w:pPr>
            <w:r>
              <w:rPr>
                <w:b w:val="0"/>
                <w:sz w:val="19"/>
              </w:rPr>
              <w:t>museum, the park, the amusement park…). The teacher provides a vocabulary list with simple adjectives, visuals and definitions. She/He also gives sentence starters to help them form sentences. Students</w:t>
            </w:r>
          </w:p>
          <w:p>
            <w:pPr>
              <w:spacing w:after="0"/>
            </w:pPr>
            <w:r>
              <w:rPr>
                <w:b w:val="0"/>
                <w:sz w:val="19"/>
              </w:rPr>
              <w:t>write a few sentences using comparative forms. Each group presents their chosen attraction. After each</w:t>
            </w:r>
          </w:p>
          <w:p>
            <w:pPr>
              <w:spacing w:after="0"/>
            </w:pPr>
            <w:r>
              <w:rPr>
                <w:b w:val="0"/>
                <w:sz w:val="19"/>
              </w:rPr>
              <w:t>presentation, the teacher gives constructive feedback and encourages students to give feedback using</w:t>
            </w:r>
          </w:p>
          <w:p>
            <w:pPr>
              <w:spacing w:after="0"/>
            </w:pPr>
            <w:r>
              <w:rPr>
                <w:b w:val="0"/>
                <w:sz w:val="19"/>
              </w:rPr>
              <w:t>specific criteria. For example, they could comment on the clarity of the comparisons made, the use of</w:t>
            </w:r>
          </w:p>
          <w:p>
            <w:pPr>
              <w:spacing w:after="0"/>
            </w:pPr>
            <w:r>
              <w:rPr>
                <w:b w:val="0"/>
                <w:sz w:val="19"/>
              </w:rPr>
              <w:t>comparative language, and the overall presentation style. After completing the presentations, students can</w:t>
            </w:r>
          </w:p>
          <w:p>
            <w:pPr>
              <w:spacing w:after="0"/>
            </w:pPr>
            <w:r>
              <w:rPr>
                <w:b w:val="0"/>
                <w:sz w:val="19"/>
              </w:rPr>
              <w:t>reflect on their experience by using emojis to express their thoughts and feelings. They can choose emojis to</w:t>
            </w:r>
          </w:p>
          <w:p>
            <w:pPr>
              <w:spacing w:after="0"/>
            </w:pPr>
            <w:r>
              <w:rPr>
                <w:b w:val="0"/>
                <w:sz w:val="19"/>
              </w:rPr>
              <w:t>represent various aspects of the activity, such as what they learned, how they felt about their presentation, and what they found challenging.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search the Internet for the types of the houses that they have</w:t>
            </w:r>
          </w:p>
          <w:p>
            <w:pPr>
              <w:spacing w:after="0"/>
            </w:pPr>
            <w:r>
              <w:rPr>
                <w:b w:val="0"/>
                <w:sz w:val="19"/>
              </w:rPr>
              <w:t>learnt about in the theme so as to collect more information about them. Students will create a dream house</w:t>
            </w:r>
          </w:p>
          <w:p>
            <w:pPr>
              <w:spacing w:after="0"/>
            </w:pPr>
            <w:r>
              <w:rPr>
                <w:b w:val="0"/>
                <w:sz w:val="19"/>
              </w:rPr>
              <w:t>for themselves, drawing it by hand or using pictures and/or digital sources. Then they will present it to the</w:t>
            </w:r>
          </w:p>
          <w:p>
            <w:pPr>
              <w:spacing w:after="0"/>
            </w:pPr>
            <w:r>
              <w:rPr>
                <w:b w:val="0"/>
                <w:sz w:val="19"/>
              </w:rPr>
              <w:t>class. The assignment will be evaluated by using 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12 March, The Adoption of the Turkish National Anthem and Commemoration Day of Mehmet Akif Ersoy</w:t>
            </w:r>
          </w:p>
          <w:p>
            <w:pPr>
              <w:spacing w:after="0"/>
            </w:pPr>
            <w:r>
              <w:rPr>
                <w:b w:val="0"/>
                <w:sz w:val="19"/>
              </w:rPr>
              <w:t xml:space="preserve">18 March, Çanakkale Victory and Martyrs' Day </w:t>
            </w:r>
          </w:p>
          <w:p>
            <w:pPr>
              <w:spacing w:after="0"/>
            </w:pPr>
            <w:r>
              <w:rPr>
                <w:b w:val="0"/>
                <w:sz w:val="19"/>
              </w:rPr>
              <w:t>16-22 March, Turkic World and Communities Week</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24: 22-26 March</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March · Week 24: 22-26 March</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5: LIFE IN THE NEIGHBOURHOOD AND CITY</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Places for recreation and attractions in the neighbourhood and city different types of houses.</w:t>
            </w:r>
          </w:p>
          <w:p>
            <w:pPr>
              <w:spacing w:after="0"/>
            </w:pPr>
            <w:r>
              <w:rPr>
                <w:b w:val="0"/>
                <w:sz w:val="19"/>
              </w:rPr>
              <w:t>Target Vocabulary in Use (with revisional vocabulary)</w:t>
            </w:r>
          </w:p>
          <w:p>
            <w:pPr>
              <w:spacing w:after="0"/>
            </w:pPr>
            <w:r>
              <w:rPr>
                <w:b w:val="0"/>
                <w:sz w:val="19"/>
              </w:rPr>
              <w:t>Vocabulary for places for recreation and attractions in the neighbourhood and city: Nouns: A corner, a</w:t>
            </w:r>
          </w:p>
          <w:p>
            <w:pPr>
              <w:spacing w:after="0"/>
            </w:pPr>
            <w:r>
              <w:rPr>
                <w:b w:val="0"/>
                <w:sz w:val="19"/>
              </w:rPr>
              <w:t>square, a gym, a coast, a street fair, a hall, a sports centre, an art gallery, a shop (store-AmE), a castle, a</w:t>
            </w:r>
          </w:p>
          <w:p>
            <w:pPr>
              <w:spacing w:after="0"/>
            </w:pPr>
            <w:r>
              <w:rPr>
                <w:b w:val="0"/>
                <w:sz w:val="19"/>
              </w:rPr>
              <w:t>tower, a site, a museum, a mosque, a town. Verbs: To cycle, to fish, to jump, to guide, to joke, to experience, to attend. Adjectives: Social, ancient, close, famous, crowded, quiet, modern, traditional, peaceful, brandnew, local. Adverbs: Best, easily. Phrases: To take a tour, to attend an event, to take a photograph, to hire (a</w:t>
            </w:r>
          </w:p>
          <w:p>
            <w:pPr>
              <w:spacing w:after="0"/>
            </w:pPr>
            <w:r>
              <w:rPr>
                <w:b w:val="0"/>
                <w:sz w:val="19"/>
              </w:rPr>
              <w:t>bike) (rent-AmE).</w:t>
            </w:r>
          </w:p>
          <w:p>
            <w:pPr>
              <w:spacing w:after="0"/>
            </w:pPr>
            <w:r>
              <w:rPr>
                <w:b w:val="0"/>
                <w:sz w:val="19"/>
              </w:rPr>
              <w:t>Vocabulary for different types of houses and furniture and kitchen utensils: Nouns: A flat (apartment AmE), a kitchen, a bathroom, a bedroom, a sitting room (a living room-AmE), a dining room, a toilet, a garden, a</w:t>
            </w:r>
          </w:p>
          <w:p>
            <w:pPr>
              <w:spacing w:after="0"/>
            </w:pPr>
            <w:r>
              <w:rPr>
                <w:b w:val="0"/>
                <w:sz w:val="19"/>
              </w:rPr>
              <w:t>garage), a balcony, a terrace, a corridor (hallway-AmE), a floor, a lift ( elevator-AmE), a roof, a bookcase, a</w:t>
            </w:r>
          </w:p>
          <w:p>
            <w:pPr>
              <w:spacing w:after="0"/>
            </w:pPr>
            <w:r>
              <w:rPr>
                <w:b w:val="0"/>
                <w:sz w:val="19"/>
              </w:rPr>
              <w:t>sofa, an armchair, a bed, a cupboard, a fridge, an oven (a stove-AmE), a lamp, a knife, a spoon, a fork, a plate, a wardrobe, a dishwasher, a shelf, ground. Verbs: To repair. Adjectives: Wide, wooden, metal, plastic, bright, light, comfortable, bottom, top, glass, steel, handmade. Adverbs: Inside, outside.</w:t>
            </w:r>
          </w:p>
          <w:p>
            <w:pPr>
              <w:spacing w:after="0"/>
            </w:pPr>
            <w:r>
              <w:rPr>
                <w:b w:val="0"/>
                <w:sz w:val="19"/>
              </w:rPr>
              <w:t>Target Grammatical Structures in Use:</w:t>
            </w:r>
          </w:p>
          <w:p>
            <w:pPr>
              <w:spacing w:after="0"/>
            </w:pPr>
            <w:r>
              <w:rPr>
                <w:b w:val="0"/>
                <w:sz w:val="19"/>
              </w:rPr>
              <w:t>-Comparatives of adjectives (regular-irregular): (The sofa is more comfortable than the armchair).</w:t>
            </w:r>
          </w:p>
          <w:p>
            <w:pPr>
              <w:spacing w:after="0"/>
            </w:pPr>
            <w:r>
              <w:rPr>
                <w:b w:val="0"/>
                <w:sz w:val="19"/>
              </w:rPr>
              <w:t>-Possessive ’s: (This is Anna’s bicycle; she uses it every day.)</w:t>
            </w:r>
          </w:p>
          <w:p>
            <w:pPr>
              <w:spacing w:after="0"/>
            </w:pPr>
            <w:r>
              <w:rPr>
                <w:b w:val="0"/>
                <w:sz w:val="19"/>
              </w:rPr>
              <w:t>-Present Simple Tense: (We cycle to the park every Saturday.)</w:t>
            </w:r>
          </w:p>
          <w:p>
            <w:pPr>
              <w:spacing w:after="0"/>
            </w:pPr>
            <w:r>
              <w:rPr>
                <w:b w:val="0"/>
                <w:sz w:val="19"/>
              </w:rPr>
              <w:t>-There is/are: (There are many paintings in the art gallery. There is a wide sofa in the living room.)</w:t>
            </w:r>
          </w:p>
          <w:p>
            <w:pPr>
              <w:spacing w:after="0"/>
            </w:pPr>
            <w:r>
              <w:rPr>
                <w:b w:val="0"/>
                <w:sz w:val="19"/>
              </w:rPr>
              <w:t>Functions of the Target Grammatical Structures in Use:</w:t>
            </w:r>
          </w:p>
          <w:p>
            <w:pPr>
              <w:spacing w:after="0"/>
            </w:pPr>
            <w:r>
              <w:rPr>
                <w:b w:val="0"/>
                <w:sz w:val="19"/>
              </w:rPr>
              <w:t>-Use of “Comparatives of Adjectives (regular-irregular)”: Expressing comparisons between two people, objects, or ideas.</w:t>
            </w:r>
          </w:p>
          <w:p>
            <w:pPr>
              <w:spacing w:after="0"/>
            </w:pPr>
            <w:r>
              <w:rPr>
                <w:b w:val="0"/>
                <w:sz w:val="19"/>
              </w:rPr>
              <w:t>-Use of “Possessive ‘s”: Indicating ownership or relationship.</w:t>
            </w:r>
          </w:p>
          <w:p>
            <w:pPr>
              <w:spacing w:after="0"/>
            </w:pPr>
            <w:r>
              <w:rPr>
                <w:b w:val="0"/>
                <w:sz w:val="19"/>
              </w:rPr>
              <w:t>-Use of the Present Simple Tense: Expressing habitual actions, general truths, and permanent states.</w:t>
            </w:r>
          </w:p>
          <w:p>
            <w:pPr>
              <w:spacing w:after="0"/>
            </w:pPr>
            <w:r>
              <w:rPr>
                <w:b w:val="0"/>
                <w:sz w:val="19"/>
              </w:rPr>
              <w:t>-Use of “There is/There are”: Indicating existence or location.</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Where is the nearest library?</w:t>
            </w:r>
          </w:p>
          <w:p>
            <w:pPr>
              <w:spacing w:after="0"/>
            </w:pPr>
            <w:r>
              <w:rPr>
                <w:b w:val="0"/>
                <w:sz w:val="19"/>
              </w:rPr>
              <w:t>Our kitchen is the heart of our house!</w:t>
            </w:r>
          </w:p>
          <w:p>
            <w:pPr>
              <w:spacing w:after="0"/>
            </w:pPr>
            <w:r>
              <w:rPr>
                <w:b w:val="0"/>
                <w:sz w:val="19"/>
              </w:rPr>
              <w:t>Our new flat was ready to move into! (Our new flat was move-in-ready! AmE.)</w:t>
            </w:r>
          </w:p>
          <w:p>
            <w:pPr>
              <w:spacing w:after="0"/>
            </w:pPr>
            <w:r>
              <w:rPr>
                <w:b w:val="0"/>
                <w:sz w:val="19"/>
              </w:rPr>
              <w:t>Target Phonological Sounds in Use:</w:t>
            </w:r>
          </w:p>
          <w:p>
            <w:pPr>
              <w:spacing w:after="0"/>
            </w:pPr>
            <w:r>
              <w:rPr>
                <w:b w:val="0"/>
                <w:sz w:val="19"/>
              </w:rPr>
              <w:t>f, g, h, i, j, k, Vowel: i: i (/aı/, /ı/, /i:/)</w:t>
            </w:r>
          </w:p>
          <w:p>
            <w:pPr>
              <w:spacing w:after="0"/>
            </w:pPr>
            <w:r>
              <w:rPr>
                <w:b w:val="0"/>
                <w:sz w:val="19"/>
              </w:rPr>
              <w:t>Consonants: f: (/f/); g: (/g/, /dʒ/); h: (/h/); j (/dʒeɪ/, /dʒ/); k: (/k/);</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ENG.5.5.L1. Students can get ready for the listening/watching-comprehension process for the current</w:t>
            </w:r>
          </w:p>
          <w:p>
            <w:pPr>
              <w:spacing w:after="0"/>
            </w:pPr>
            <w:r>
              <w:rPr>
                <w:b w:val="0"/>
                <w:sz w:val="19"/>
              </w:rPr>
              <w:t>content on “life in the neighbourhood and city with places for recreation and attractions in the</w:t>
            </w:r>
          </w:p>
          <w:p>
            <w:pPr>
              <w:spacing w:after="0"/>
            </w:pPr>
            <w:r>
              <w:rPr>
                <w:b w:val="0"/>
                <w:sz w:val="19"/>
              </w:rPr>
              <w:t>neighbourhood and city ; different types of houses” carefully. ENG.5.5.L2. Students can bring information about the current content on “life in the neighbourhood</w:t>
            </w:r>
          </w:p>
          <w:p>
            <w:pPr>
              <w:spacing w:after="0"/>
            </w:pPr>
            <w:r>
              <w:rPr>
                <w:b w:val="0"/>
                <w:sz w:val="19"/>
              </w:rPr>
              <w:t>and city with places for recreation and attractions in the neighbourhood and city ; different</w:t>
            </w:r>
          </w:p>
          <w:p>
            <w:pPr>
              <w:spacing w:after="0"/>
            </w:pPr>
            <w:r>
              <w:rPr>
                <w:b w:val="0"/>
                <w:sz w:val="19"/>
              </w:rPr>
              <w:t>types of houses” together through significant details and main components while listening/</w:t>
            </w:r>
          </w:p>
          <w:p>
            <w:pPr>
              <w:spacing w:after="0"/>
            </w:pPr>
            <w:r>
              <w:rPr>
                <w:b w:val="0"/>
                <w:sz w:val="19"/>
              </w:rPr>
              <w:t>watching it. ENG.5.5.L3. Students can make meaning of/derive meaning from the current content on “life in the</w:t>
            </w:r>
          </w:p>
          <w:p>
            <w:pPr>
              <w:spacing w:after="0"/>
            </w:pPr>
            <w:r>
              <w:rPr>
                <w:b w:val="0"/>
                <w:sz w:val="19"/>
              </w:rPr>
              <w:t>neighbourhood and city with places for recreation and attractions in the neighbourhood and</w:t>
            </w:r>
          </w:p>
          <w:p>
            <w:pPr>
              <w:spacing w:after="0"/>
            </w:pPr>
            <w:r>
              <w:rPr>
                <w:b w:val="0"/>
                <w:sz w:val="19"/>
              </w:rPr>
              <w:t>city ; different types of houses” through significant details by listening/watching it carefully. ENG.5.5.L4. Students can convey their knowledge, experience, thoughts, and feelings examined carefully</w:t>
            </w:r>
          </w:p>
          <w:p>
            <w:pPr>
              <w:spacing w:after="0"/>
            </w:pPr>
            <w:r>
              <w:rPr>
                <w:b w:val="0"/>
                <w:sz w:val="19"/>
              </w:rPr>
              <w:t>about the whole listening/watching-comprehension process in relation to the current</w:t>
            </w:r>
          </w:p>
          <w:p>
            <w:pPr>
              <w:spacing w:after="0"/>
            </w:pPr>
            <w:r>
              <w:rPr>
                <w:b w:val="0"/>
                <w:sz w:val="19"/>
              </w:rPr>
              <w:t>content on “life in the neighbourhood and city with places for recreation and attractions in the</w:t>
            </w:r>
          </w:p>
          <w:p>
            <w:pPr>
              <w:spacing w:after="0"/>
            </w:pPr>
            <w:r>
              <w:rPr>
                <w:b w:val="0"/>
                <w:sz w:val="19"/>
              </w:rPr>
              <w:t>neighbourhood and city ; different types of houses”. ENG.5.5.P1. Students can select and use the target phonological elements of the current content</w:t>
            </w:r>
          </w:p>
          <w:p>
            <w:pPr>
              <w:spacing w:after="0"/>
            </w:pPr>
            <w:r>
              <w:rPr>
                <w:b w:val="0"/>
                <w:sz w:val="19"/>
              </w:rPr>
              <w:t>about “life in the neighbourhood and city with places for recreation and attractions in the</w:t>
            </w:r>
          </w:p>
          <w:p>
            <w:pPr>
              <w:spacing w:after="0"/>
            </w:pPr>
            <w:r>
              <w:rPr>
                <w:b w:val="0"/>
                <w:sz w:val="19"/>
              </w:rPr>
              <w:t>neighbourhood and city ; different types of houses” accurately, authentically, and naturally</w:t>
            </w:r>
          </w:p>
          <w:p>
            <w:pPr>
              <w:spacing w:after="0"/>
            </w:pPr>
            <w:r>
              <w:rPr>
                <w:b w:val="0"/>
                <w:sz w:val="19"/>
              </w:rPr>
              <w:t>through spontaneous decision-making processes and use it in an appropriate and effective</w:t>
            </w:r>
          </w:p>
          <w:p>
            <w:pPr>
              <w:spacing w:after="0"/>
            </w:pPr>
            <w:r>
              <w:rPr>
                <w:b w:val="0"/>
                <w:sz w:val="19"/>
              </w:rPr>
              <w:t>way when communicating with others. ENG.5.5.R1. Students can get ready for the reading-comprehension process about the current content</w:t>
            </w:r>
          </w:p>
          <w:p>
            <w:pPr>
              <w:spacing w:after="0"/>
            </w:pPr>
            <w:r>
              <w:rPr>
                <w:b w:val="0"/>
                <w:sz w:val="19"/>
              </w:rPr>
              <w:t>on “life in the neighbourhood and city with places for recreation and attractions in the</w:t>
            </w:r>
          </w:p>
          <w:p>
            <w:pPr>
              <w:spacing w:after="0"/>
            </w:pPr>
            <w:r>
              <w:rPr>
                <w:b w:val="0"/>
                <w:sz w:val="19"/>
              </w:rPr>
              <w:t>neighbourhood and city ; different types of houses”. ENG.5.5.R2. Students can bring information about the current content on “life in the neighbourhood and</w:t>
            </w:r>
          </w:p>
          <w:p>
            <w:pPr>
              <w:spacing w:after="0"/>
            </w:pPr>
            <w:r>
              <w:rPr>
                <w:b w:val="0"/>
                <w:sz w:val="19"/>
              </w:rPr>
              <w:t>city with places for recreation and attractions in the neighbourhood and city ; different types</w:t>
            </w:r>
          </w:p>
          <w:p>
            <w:pPr>
              <w:spacing w:after="0"/>
            </w:pPr>
            <w:r>
              <w:rPr>
                <w:b w:val="0"/>
                <w:sz w:val="19"/>
              </w:rPr>
              <w:t>of houses” through skimming (looking quickly at) the audio-visual elements and reading the</w:t>
            </w:r>
          </w:p>
          <w:p>
            <w:pPr>
              <w:spacing w:after="0"/>
            </w:pPr>
            <w:r>
              <w:rPr>
                <w:b w:val="0"/>
                <w:sz w:val="19"/>
              </w:rPr>
              <w:t>content very quickly. ENG.5.5.R3. Students can make meaning of / derive meaning from the current content about “life in the</w:t>
            </w:r>
          </w:p>
          <w:p>
            <w:pPr>
              <w:spacing w:after="0"/>
            </w:pPr>
            <w:r>
              <w:rPr>
                <w:b w:val="0"/>
                <w:sz w:val="19"/>
              </w:rPr>
              <w:t>neighbourhood and city with places for recreation and attractions in the neighbourhood and</w:t>
            </w:r>
          </w:p>
          <w:p>
            <w:pPr>
              <w:spacing w:after="0"/>
            </w:pPr>
            <w:r>
              <w:rPr>
                <w:b w:val="0"/>
                <w:sz w:val="19"/>
              </w:rPr>
              <w:t>city ; different types of houses” by reading it carefully. ENG.5.5.R4. Students can convey their knowledge, experiences, thoughts, and feelings related to the</w:t>
            </w:r>
          </w:p>
          <w:p>
            <w:pPr>
              <w:spacing w:after="0"/>
            </w:pPr>
            <w:r>
              <w:rPr>
                <w:b w:val="0"/>
                <w:sz w:val="19"/>
              </w:rPr>
              <w:t>reading-comprehension process about the current content, “life in the neighbourhood and</w:t>
            </w:r>
          </w:p>
          <w:p>
            <w:pPr>
              <w:spacing w:after="0"/>
            </w:pPr>
            <w:r>
              <w:rPr>
                <w:b w:val="0"/>
                <w:sz w:val="19"/>
              </w:rPr>
              <w:t>city with places for recreation and attractions in the neighbourhood and city ; different types</w:t>
            </w:r>
          </w:p>
          <w:p>
            <w:pPr>
              <w:spacing w:after="0"/>
            </w:pPr>
            <w:r>
              <w:rPr>
                <w:b w:val="0"/>
                <w:sz w:val="19"/>
              </w:rPr>
              <w:t>of houses” in relation to themselves or others, both individually and/or with others. ENG.5.5.V1. Students can select and use the target vocabulary of the current content about “life in the</w:t>
            </w:r>
          </w:p>
          <w:p>
            <w:pPr>
              <w:spacing w:after="0"/>
            </w:pPr>
            <w:r>
              <w:rPr>
                <w:b w:val="0"/>
                <w:sz w:val="19"/>
              </w:rPr>
              <w:t>neighbourhood and city with places for recreation and attractions in the neighbourhood and</w:t>
            </w:r>
          </w:p>
          <w:p>
            <w:pPr>
              <w:spacing w:after="0"/>
            </w:pPr>
            <w:r>
              <w:rPr>
                <w:b w:val="0"/>
                <w:sz w:val="19"/>
              </w:rPr>
              <w:t>city ; different types of houses” accurately, authentically, spontaneously, and naturally and</w:t>
            </w:r>
          </w:p>
          <w:p>
            <w:pPr>
              <w:spacing w:after="0"/>
            </w:pPr>
            <w:r>
              <w:rPr>
                <w:b w:val="0"/>
                <w:sz w:val="19"/>
              </w:rPr>
              <w:t>use it appropriately and effectively when communicating with others. ENG.5.5.G1. Students can select and use the target grammatical elements of the current content about “life</w:t>
            </w:r>
          </w:p>
          <w:p>
            <w:pPr>
              <w:spacing w:after="0"/>
            </w:pPr>
            <w:r>
              <w:rPr>
                <w:b w:val="0"/>
                <w:sz w:val="19"/>
              </w:rPr>
              <w:t>in the neighbourhood and city with places for recreation and attractions in the neighbourhood</w:t>
            </w:r>
          </w:p>
          <w:p>
            <w:pPr>
              <w:spacing w:after="0"/>
            </w:pPr>
            <w:r>
              <w:rPr>
                <w:b w:val="0"/>
                <w:sz w:val="19"/>
              </w:rPr>
              <w:t>and city ; different types of houses” accurately, authentically, spontaneously, and naturally</w:t>
            </w:r>
          </w:p>
          <w:p>
            <w:pPr>
              <w:spacing w:after="0"/>
            </w:pPr>
            <w:r>
              <w:rPr>
                <w:b w:val="0"/>
                <w:sz w:val="19"/>
              </w:rPr>
              <w:t>and use it appropriately and effectively when communicating with others. ENG.5.5.W1. Students can get ready for the writing-expression process about the current content on “life</w:t>
            </w:r>
          </w:p>
          <w:p>
            <w:pPr>
              <w:spacing w:after="0"/>
            </w:pPr>
            <w:r>
              <w:rPr>
                <w:b w:val="0"/>
                <w:sz w:val="19"/>
              </w:rPr>
              <w:t>in the neighbourhood and city with places for recreation and attractions in the neighbourhood</w:t>
            </w:r>
          </w:p>
          <w:p>
            <w:pPr>
              <w:spacing w:after="0"/>
            </w:pPr>
            <w:r>
              <w:rPr>
                <w:b w:val="0"/>
                <w:sz w:val="19"/>
              </w:rPr>
              <w:t>and city ; different types of houses”. ENG.5.5.W2. Students can understand the model/example for the writing task about the current content</w:t>
            </w:r>
          </w:p>
          <w:p>
            <w:pPr>
              <w:spacing w:after="0"/>
            </w:pPr>
            <w:r>
              <w:rPr>
                <w:b w:val="0"/>
                <w:sz w:val="19"/>
              </w:rPr>
              <w:t>on “life in the neighbourhood and city with places for recreation and attractions in the</w:t>
            </w:r>
          </w:p>
          <w:p>
            <w:pPr>
              <w:spacing w:after="0"/>
            </w:pPr>
            <w:r>
              <w:rPr>
                <w:b w:val="0"/>
                <w:sz w:val="19"/>
              </w:rPr>
              <w:t>neighbourhood and city ; different types of houses”. ENG.5.5.W3. Students can organise a content for the assigned writing task on the current content “life in</w:t>
            </w:r>
          </w:p>
          <w:p>
            <w:pPr>
              <w:spacing w:after="0"/>
            </w:pPr>
            <w:r>
              <w:rPr>
                <w:b w:val="0"/>
                <w:sz w:val="19"/>
              </w:rPr>
              <w:t>the neighbourhood and city with places for recreation and attractions in the neighbourhood</w:t>
            </w:r>
          </w:p>
          <w:p>
            <w:pPr>
              <w:spacing w:after="0"/>
            </w:pPr>
            <w:r>
              <w:rPr>
                <w:b w:val="0"/>
                <w:sz w:val="19"/>
              </w:rPr>
              <w:t>and city ; different types of houses” based on the model/example provided. ENG.5.5.W4. Students can individually construct/form content for the assigned writing task on the current</w:t>
            </w:r>
          </w:p>
          <w:p>
            <w:pPr>
              <w:spacing w:after="0"/>
            </w:pPr>
            <w:r>
              <w:rPr>
                <w:b w:val="0"/>
                <w:sz w:val="19"/>
              </w:rPr>
              <w:t>content “life in the neighbourhood and city with places for recreation and attractions in the</w:t>
            </w:r>
          </w:p>
          <w:p>
            <w:pPr>
              <w:spacing w:after="0"/>
            </w:pPr>
            <w:r>
              <w:rPr>
                <w:b w:val="0"/>
                <w:sz w:val="19"/>
              </w:rPr>
              <w:t>neighbourhood and city ; different types of houses”. ENG.5.5.W5. Students can reorganise (reconstruct) and use information in the new written tasks about</w:t>
            </w:r>
          </w:p>
          <w:p>
            <w:pPr>
              <w:spacing w:after="0"/>
            </w:pPr>
            <w:r>
              <w:rPr>
                <w:b w:val="0"/>
                <w:sz w:val="19"/>
              </w:rPr>
              <w:t>the “life in the neighbourhood and city with places for recreation and attractions in the</w:t>
            </w:r>
          </w:p>
          <w:p>
            <w:pPr>
              <w:spacing w:after="0"/>
            </w:pPr>
            <w:r>
              <w:rPr>
                <w:b w:val="0"/>
                <w:sz w:val="19"/>
              </w:rPr>
              <w:t>neighbourhood and city ; different types of houses” to communicate with other people. ENG.5.5.W6. Students can reflect on their knowledge, experiences, thoughts, and feelings related to the</w:t>
            </w:r>
          </w:p>
          <w:p>
            <w:pPr>
              <w:spacing w:after="0"/>
            </w:pPr>
            <w:r>
              <w:rPr>
                <w:b w:val="0"/>
                <w:sz w:val="19"/>
              </w:rPr>
              <w:t>writing-expression process about the current content, “life in the neighbourhood and city</w:t>
            </w:r>
          </w:p>
          <w:p>
            <w:pPr>
              <w:spacing w:after="0"/>
            </w:pPr>
            <w:r>
              <w:rPr>
                <w:b w:val="0"/>
                <w:sz w:val="19"/>
              </w:rPr>
              <w:t>with places for recreation and attractions in the neighbourhood and city ; different types of</w:t>
            </w:r>
          </w:p>
          <w:p>
            <w:pPr>
              <w:spacing w:after="0"/>
            </w:pPr>
            <w:r>
              <w:rPr>
                <w:b w:val="0"/>
                <w:sz w:val="19"/>
              </w:rPr>
              <w:t>houses” in relation to themselves or others, both individually and/or with others. ENG.5.5.S1. Students can get ready for speaking-expression process about the current content on “life in</w:t>
            </w:r>
          </w:p>
          <w:p>
            <w:pPr>
              <w:spacing w:after="0"/>
            </w:pPr>
            <w:r>
              <w:rPr>
                <w:b w:val="0"/>
                <w:sz w:val="19"/>
              </w:rPr>
              <w:t>the neighbourhood and city with places for recreation and attractions in the neighbourhood</w:t>
            </w:r>
          </w:p>
          <w:p>
            <w:pPr>
              <w:spacing w:after="0"/>
            </w:pPr>
            <w:r>
              <w:rPr>
                <w:b w:val="0"/>
                <w:sz w:val="19"/>
              </w:rPr>
              <w:t>and city ; different types of houses”. ENG.5.5.S2. Students can use the model/example for producing verbal content about the current content</w:t>
            </w:r>
          </w:p>
          <w:p>
            <w:pPr>
              <w:spacing w:after="0"/>
            </w:pPr>
            <w:r>
              <w:rPr>
                <w:b w:val="0"/>
                <w:sz w:val="19"/>
              </w:rPr>
              <w:t>on “life in the neighbourhood and city with places for recreation and attractions in the</w:t>
            </w:r>
          </w:p>
          <w:p>
            <w:pPr>
              <w:spacing w:after="0"/>
            </w:pPr>
            <w:r>
              <w:rPr>
                <w:b w:val="0"/>
                <w:sz w:val="19"/>
              </w:rPr>
              <w:t>neighbourhood and city ;different types of houses”. ENG.5.5.S3. Students can organise a new verbal content on “life in the neighbourhood and city with places</w:t>
            </w:r>
          </w:p>
          <w:p>
            <w:pPr>
              <w:spacing w:after="0"/>
            </w:pPr>
            <w:r>
              <w:rPr>
                <w:b w:val="0"/>
                <w:sz w:val="19"/>
              </w:rPr>
              <w:t>for recreation and attractions in the neighbourhood and city ; different types of houses” by</w:t>
            </w:r>
          </w:p>
          <w:p>
            <w:pPr>
              <w:spacing w:after="0"/>
            </w:pPr>
            <w:r>
              <w:rPr>
                <w:b w:val="0"/>
                <w:sz w:val="19"/>
              </w:rPr>
              <w:t>speaking accurately, efficiently, and authentically. ENG.5.5.S4. Students can construct a new verbal content on “life in the neighbourhood and city with places</w:t>
            </w:r>
          </w:p>
          <w:p>
            <w:pPr>
              <w:spacing w:after="0"/>
            </w:pPr>
            <w:r>
              <w:rPr>
                <w:b w:val="0"/>
                <w:sz w:val="19"/>
              </w:rPr>
              <w:t>for recreation and attractions in the neighbourhood and city ; different types of houses” by</w:t>
            </w:r>
          </w:p>
          <w:p>
            <w:pPr>
              <w:spacing w:after="0"/>
            </w:pPr>
            <w:r>
              <w:rPr>
                <w:b w:val="0"/>
                <w:sz w:val="19"/>
              </w:rPr>
              <w:t>speaking accurately, efficiently, and authentically. ENG.5.5.S5. Students can reorganise (reconstruct) and use information about the “life in the neighbourhood</w:t>
            </w:r>
          </w:p>
          <w:p>
            <w:pPr>
              <w:spacing w:after="0"/>
            </w:pPr>
            <w:r>
              <w:rPr>
                <w:b w:val="0"/>
                <w:sz w:val="19"/>
              </w:rPr>
              <w:t>and city with places for recreation and attractions in the neighbourhood and city ; different</w:t>
            </w:r>
          </w:p>
          <w:p>
            <w:pPr>
              <w:spacing w:after="0"/>
            </w:pPr>
            <w:r>
              <w:rPr>
                <w:b w:val="0"/>
                <w:sz w:val="19"/>
              </w:rPr>
              <w:t>types of houses” to communicate with other people. ENG.5.5.S6. Students can convey their knowledge, experiences, thoughts, and feelings related to the</w:t>
            </w:r>
          </w:p>
          <w:p>
            <w:pPr>
              <w:spacing w:after="0"/>
            </w:pPr>
            <w:r>
              <w:rPr>
                <w:b w:val="0"/>
                <w:sz w:val="19"/>
              </w:rPr>
              <w:t>speaking-expression process about the current content, “life in the neighbourhood and city</w:t>
            </w:r>
          </w:p>
          <w:p>
            <w:pPr>
              <w:spacing w:after="0"/>
            </w:pPr>
            <w:r>
              <w:rPr>
                <w:b w:val="0"/>
                <w:sz w:val="19"/>
              </w:rPr>
              <w:t>with places for recreation and attractions in the neighbourhood and city ; different types</w:t>
            </w:r>
          </w:p>
          <w:p>
            <w:pPr>
              <w:spacing w:after="0"/>
            </w:pPr>
            <w:r>
              <w:rPr>
                <w:b w:val="0"/>
                <w:sz w:val="19"/>
              </w:rPr>
              <w:t>of houses” to communicate with other people in relation to themselves or others, both</w:t>
            </w:r>
          </w:p>
          <w:p>
            <w:pPr>
              <w:spacing w:after="0"/>
            </w:pPr>
            <w:r>
              <w:rPr>
                <w:b w:val="0"/>
                <w:sz w:val="19"/>
              </w:rPr>
              <w:t>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V10. Modesty, V11. Independence, V12. Patience, V14. Respect, V16.</w:t>
            </w:r>
          </w:p>
          <w:p>
            <w:pPr>
              <w:spacing w:after="0"/>
            </w:pPr>
            <w:r>
              <w:rPr>
                <w:b w:val="0"/>
                <w:sz w:val="19"/>
              </w:rPr>
              <w:t>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(ENG.5.5.L1.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talk about attractions in the city in English by using comparative forms of adjectives.</w:t>
            </w:r>
          </w:p>
          <w:p>
            <w:pPr>
              <w:spacing w:after="0"/>
            </w:pPr>
            <w:r>
              <w:rPr>
                <w:b w:val="0"/>
                <w:sz w:val="19"/>
              </w:rPr>
              <w:t>Activity 1: The Best Attraction</w:t>
            </w:r>
          </w:p>
          <w:p>
            <w:pPr>
              <w:spacing w:after="0"/>
            </w:pPr>
            <w:r>
              <w:rPr>
                <w:b w:val="0"/>
                <w:sz w:val="19"/>
              </w:rPr>
              <w:t>The teacher divides the class into small groups. Each group selects a specific real or fictional attraction</w:t>
            </w:r>
          </w:p>
          <w:p>
            <w:pPr>
              <w:spacing w:after="0"/>
            </w:pPr>
            <w:r>
              <w:rPr>
                <w:b w:val="0"/>
                <w:sz w:val="19"/>
              </w:rPr>
              <w:t>in the city (the art museum, the zoo, the amusement park…) Groups should gather information about their</w:t>
            </w:r>
          </w:p>
          <w:p>
            <w:pPr>
              <w:spacing w:after="0"/>
            </w:pPr>
            <w:r>
              <w:rPr>
                <w:b w:val="0"/>
                <w:sz w:val="19"/>
              </w:rPr>
              <w:t>attractions, focusing on characteristics that can be compared. The teacher tells them to think about factors</w:t>
            </w:r>
          </w:p>
          <w:p>
            <w:pPr>
              <w:spacing w:after="0"/>
            </w:pPr>
            <w:r>
              <w:rPr>
                <w:b w:val="0"/>
                <w:sz w:val="19"/>
              </w:rPr>
              <w:t>such as: size, popularity, activities available. Students prepare a short presentation using comparative</w:t>
            </w:r>
          </w:p>
          <w:p>
            <w:pPr>
              <w:spacing w:after="0"/>
            </w:pPr>
            <w:r>
              <w:rPr>
                <w:b w:val="0"/>
                <w:sz w:val="19"/>
              </w:rPr>
              <w:t>forms. They should focus on why their attraction is the best choice for visitors. Each group presents their</w:t>
            </w:r>
          </w:p>
          <w:p>
            <w:pPr>
              <w:spacing w:after="0"/>
            </w:pPr>
            <w:r>
              <w:rPr>
                <w:b w:val="0"/>
                <w:sz w:val="19"/>
              </w:rPr>
              <w:t>chosen attraction. After each presentation, the teacher allows time for questions from other groups and</w:t>
            </w:r>
          </w:p>
          <w:p>
            <w:pPr>
              <w:spacing w:after="0"/>
            </w:pPr>
            <w:r>
              <w:rPr>
                <w:b w:val="0"/>
                <w:sz w:val="19"/>
              </w:rPr>
              <w:t>encourages them to challenge each other’s claims using comparative language. (“Why is the park more</w:t>
            </w:r>
          </w:p>
          <w:p>
            <w:pPr>
              <w:spacing w:after="0"/>
            </w:pPr>
            <w:r>
              <w:rPr>
                <w:b w:val="0"/>
                <w:sz w:val="19"/>
              </w:rPr>
              <w:t>exciting than the historical site?”). After each presentation, the teacher gives constructive feedback and</w:t>
            </w:r>
          </w:p>
          <w:p>
            <w:pPr>
              <w:spacing w:after="0"/>
            </w:pPr>
            <w:r>
              <w:rPr>
                <w:b w:val="0"/>
                <w:sz w:val="19"/>
              </w:rPr>
              <w:t>encourages students to give feedback using specific criteria. For example, they could comment on the</w:t>
            </w:r>
          </w:p>
          <w:p>
            <w:pPr>
              <w:spacing w:after="0"/>
            </w:pPr>
            <w:r>
              <w:rPr>
                <w:b w:val="0"/>
                <w:sz w:val="19"/>
              </w:rPr>
              <w:t>clarity of the comparisons made, the use of comparative language, and the overall presentation style. After</w:t>
            </w:r>
          </w:p>
          <w:p>
            <w:pPr>
              <w:spacing w:after="0"/>
            </w:pPr>
            <w:r>
              <w:rPr>
                <w:b w:val="0"/>
                <w:sz w:val="19"/>
              </w:rPr>
              <w:t>completing the presentations, students can reflect on their experience by using emojis to express their</w:t>
            </w:r>
          </w:p>
          <w:p>
            <w:pPr>
              <w:spacing w:after="0"/>
            </w:pPr>
            <w:r>
              <w:rPr>
                <w:b w:val="0"/>
                <w:sz w:val="19"/>
              </w:rPr>
              <w:t>thoughts and feelings. They can choose emojis to represent various aspects of the activity, such as what</w:t>
            </w:r>
          </w:p>
          <w:p>
            <w:pPr>
              <w:spacing w:after="0"/>
            </w:pPr>
            <w:r>
              <w:rPr>
                <w:b w:val="0"/>
                <w:sz w:val="19"/>
              </w:rPr>
              <w:t>they learned, how they felt about their presentation, and what they found challenging. Students reflect on</w:t>
            </w:r>
          </w:p>
          <w:p>
            <w:pPr>
              <w:spacing w:after="0"/>
            </w:pPr>
            <w:r>
              <w:rPr>
                <w:b w:val="0"/>
                <w:sz w:val="19"/>
              </w:rPr>
              <w:t>their thoughts and feelings about the activity.</w:t>
            </w:r>
          </w:p>
          <w:p>
            <w:pPr>
              <w:spacing w:after="0"/>
            </w:pPr>
            <w:r>
              <w:rPr>
                <w:b w:val="0"/>
                <w:sz w:val="19"/>
              </w:rPr>
              <w:t>Supporting</w:t>
            </w:r>
          </w:p>
          <w:p>
            <w:pPr>
              <w:spacing w:after="0"/>
            </w:pPr>
            <w:r>
              <w:rPr>
                <w:b w:val="0"/>
                <w:sz w:val="19"/>
              </w:rPr>
              <w:t>Objective: To talk about attractions in the city in English by using comparative forms of adjectives.</w:t>
            </w:r>
          </w:p>
          <w:p>
            <w:pPr>
              <w:spacing w:after="0"/>
            </w:pPr>
            <w:r>
              <w:rPr>
                <w:b w:val="0"/>
                <w:sz w:val="19"/>
              </w:rPr>
              <w:t>Activity: The Best Attraction</w:t>
            </w:r>
          </w:p>
          <w:p>
            <w:pPr>
              <w:spacing w:after="0"/>
            </w:pPr>
            <w:r>
              <w:rPr>
                <w:b w:val="0"/>
                <w:sz w:val="19"/>
              </w:rPr>
              <w:t>The teacher divides the class into small groups. Each group selects a specific attraction in the city (the art</w:t>
            </w:r>
          </w:p>
          <w:p>
            <w:pPr>
              <w:spacing w:after="0"/>
            </w:pPr>
            <w:r>
              <w:rPr>
                <w:b w:val="0"/>
                <w:sz w:val="19"/>
              </w:rPr>
              <w:t>museum, the park, the amusement park…). The teacher provides a vocabulary list with simple adjectives, visuals and definitions. She/He also gives sentence starters to help them form sentences. Students</w:t>
            </w:r>
          </w:p>
          <w:p>
            <w:pPr>
              <w:spacing w:after="0"/>
            </w:pPr>
            <w:r>
              <w:rPr>
                <w:b w:val="0"/>
                <w:sz w:val="19"/>
              </w:rPr>
              <w:t>write a few sentences using comparative forms. Each group presents their chosen attraction. After each</w:t>
            </w:r>
          </w:p>
          <w:p>
            <w:pPr>
              <w:spacing w:after="0"/>
            </w:pPr>
            <w:r>
              <w:rPr>
                <w:b w:val="0"/>
                <w:sz w:val="19"/>
              </w:rPr>
              <w:t>presentation, the teacher gives constructive feedback and encourages students to give feedback using</w:t>
            </w:r>
          </w:p>
          <w:p>
            <w:pPr>
              <w:spacing w:after="0"/>
            </w:pPr>
            <w:r>
              <w:rPr>
                <w:b w:val="0"/>
                <w:sz w:val="19"/>
              </w:rPr>
              <w:t>specific criteria. For example, they could comment on the clarity of the comparisons made, the use of</w:t>
            </w:r>
          </w:p>
          <w:p>
            <w:pPr>
              <w:spacing w:after="0"/>
            </w:pPr>
            <w:r>
              <w:rPr>
                <w:b w:val="0"/>
                <w:sz w:val="19"/>
              </w:rPr>
              <w:t>comparative language, and the overall presentation style. After completing the presentations, students can</w:t>
            </w:r>
          </w:p>
          <w:p>
            <w:pPr>
              <w:spacing w:after="0"/>
            </w:pPr>
            <w:r>
              <w:rPr>
                <w:b w:val="0"/>
                <w:sz w:val="19"/>
              </w:rPr>
              <w:t>reflect on their experience by using emojis to express their thoughts and feelings. They can choose emojis to</w:t>
            </w:r>
          </w:p>
          <w:p>
            <w:pPr>
              <w:spacing w:after="0"/>
            </w:pPr>
            <w:r>
              <w:rPr>
                <w:b w:val="0"/>
                <w:sz w:val="19"/>
              </w:rPr>
              <w:t>represent various aspects of the activity, such as what they learned, how they felt about their presentation, and what they found challenging.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search the Internet for the types of the houses that they have</w:t>
            </w:r>
          </w:p>
          <w:p>
            <w:pPr>
              <w:spacing w:after="0"/>
            </w:pPr>
            <w:r>
              <w:rPr>
                <w:b w:val="0"/>
                <w:sz w:val="19"/>
              </w:rPr>
              <w:t>learnt about in the theme so as to collect more information about them. Students will create a dream house</w:t>
            </w:r>
          </w:p>
          <w:p>
            <w:pPr>
              <w:spacing w:after="0"/>
            </w:pPr>
            <w:r>
              <w:rPr>
                <w:b w:val="0"/>
                <w:sz w:val="19"/>
              </w:rPr>
              <w:t>for themselves, drawing it by hand or using pictures and/or digital sources. Then they will present it to the</w:t>
            </w:r>
          </w:p>
          <w:p>
            <w:pPr>
              <w:spacing w:after="0"/>
            </w:pPr>
            <w:r>
              <w:rPr>
                <w:b w:val="0"/>
                <w:sz w:val="19"/>
              </w:rPr>
              <w:t>class. The assignment will be evaluated 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25: 29 March - 2 April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March · Week 25: 29 March - 2 April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6: LIFE IN THE WORLD</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Basic food types; ordering in a restaurant; food events the city.</w:t>
            </w:r>
          </w:p>
          <w:p>
            <w:pPr>
              <w:spacing w:after="0"/>
            </w:pPr>
            <w:r>
              <w:rPr>
                <w:b w:val="0"/>
                <w:sz w:val="19"/>
              </w:rPr>
              <w:t>Target Vocabulary in Use:</w:t>
            </w:r>
          </w:p>
          <w:p>
            <w:pPr>
              <w:spacing w:after="0"/>
            </w:pPr>
            <w:r>
              <w:rPr>
                <w:b w:val="0"/>
                <w:sz w:val="19"/>
              </w:rPr>
              <w:t>Vocabulary for basic food types: Nouns: Dairy, nuts, beef, beans, a sweet (candy-AmE), a biscuit (cookie-</w:t>
            </w:r>
          </w:p>
          <w:p>
            <w:pPr>
              <w:spacing w:after="0"/>
            </w:pPr>
            <w:r>
              <w:rPr>
                <w:b w:val="0"/>
                <w:sz w:val="19"/>
              </w:rPr>
              <w:t>AmE), jam, oil, a lemon, a top, a bottom, a bit, amount, soup, a salad, spices, sugar, butter, salt, pasta, flour, bread, tuna, a tart, garlic, meat, a plate, a recipe. Verbs: To boil, to cut, to wash, to dry, to heat, to taste, to</w:t>
            </w:r>
          </w:p>
          <w:p>
            <w:pPr>
              <w:spacing w:after="0"/>
            </w:pPr>
            <w:r>
              <w:rPr>
                <w:b w:val="0"/>
                <w:sz w:val="19"/>
              </w:rPr>
              <w:t>contain, to need, to mash, to prepare, to slice, to cook. Adjectives: Fresh, home-made, boiled, healthy, light, sweet, fatty, special. Adverbs: Carefully, slowly, quickly. Phrases: To put on weight, to lose weight, at/on the</w:t>
            </w:r>
          </w:p>
          <w:p>
            <w:pPr>
              <w:spacing w:after="0"/>
            </w:pPr>
            <w:r>
              <w:rPr>
                <w:b w:val="0"/>
                <w:sz w:val="19"/>
              </w:rPr>
              <w:t>top of.</w:t>
            </w:r>
          </w:p>
          <w:p>
            <w:pPr>
              <w:spacing w:after="0"/>
            </w:pPr>
            <w:r>
              <w:rPr>
                <w:b w:val="0"/>
                <w:sz w:val="19"/>
              </w:rPr>
              <w:t>Vocabulary for ordering in a restaurant: Nouns: Sauce, tip, a bowl, a bit, a chef, a dessert, a drink (a</w:t>
            </w:r>
          </w:p>
          <w:p>
            <w:pPr>
              <w:spacing w:after="0"/>
            </w:pPr>
            <w:r>
              <w:rPr>
                <w:b w:val="0"/>
                <w:sz w:val="19"/>
              </w:rPr>
              <w:t>beverage-AmE), an order, a service, a side, tasting, a recipe, a quality, amount, a meal, a main dish, a starter</w:t>
            </w:r>
          </w:p>
          <w:p>
            <w:pPr>
              <w:spacing w:after="0"/>
            </w:pPr>
            <w:r>
              <w:rPr>
                <w:b w:val="0"/>
                <w:sz w:val="19"/>
              </w:rPr>
              <w:t>(an appetizer-AmE). Verbs: To order, to serve, to book, to taste, to pay, to smell, to recommend, to reserve.</w:t>
            </w:r>
          </w:p>
          <w:p>
            <w:pPr>
              <w:spacing w:after="0"/>
            </w:pPr>
            <w:r>
              <w:rPr>
                <w:b w:val="0"/>
                <w:sz w:val="19"/>
              </w:rPr>
              <w:t>Adjectives: Empty, tasty, delicious. Phrases: To book a table, to pay in cash.</w:t>
            </w:r>
          </w:p>
          <w:p>
            <w:pPr>
              <w:spacing w:after="0"/>
            </w:pPr>
            <w:r>
              <w:rPr>
                <w:b w:val="0"/>
                <w:sz w:val="19"/>
              </w:rPr>
              <w:t>Target Grammatical Structures in Use:</w:t>
            </w:r>
          </w:p>
          <w:p>
            <w:pPr>
              <w:spacing w:after="0"/>
            </w:pPr>
            <w:r>
              <w:rPr>
                <w:b w:val="0"/>
                <w:sz w:val="19"/>
              </w:rPr>
              <w:t>-“Can” for Permission: (Can I pay in cash?)</w:t>
            </w:r>
          </w:p>
          <w:p>
            <w:pPr>
              <w:spacing w:after="0"/>
            </w:pPr>
            <w:r>
              <w:rPr>
                <w:b w:val="0"/>
                <w:sz w:val="19"/>
              </w:rPr>
              <w:t>-“Have got/Has got”: (She has got a new recipe.)</w:t>
            </w:r>
          </w:p>
          <w:p>
            <w:pPr>
              <w:spacing w:after="0"/>
            </w:pPr>
            <w:r>
              <w:rPr>
                <w:b w:val="0"/>
                <w:sz w:val="19"/>
              </w:rPr>
              <w:t>-Countable and Uncountable Nouns: (How many lemons do you need for the recipe?)</w:t>
            </w:r>
          </w:p>
          <w:p>
            <w:pPr>
              <w:spacing w:after="0"/>
            </w:pPr>
            <w:r>
              <w:rPr>
                <w:b w:val="0"/>
                <w:sz w:val="19"/>
              </w:rPr>
              <w:t>Functions of the Target Grammatical Structures in Use:</w:t>
            </w:r>
          </w:p>
          <w:p>
            <w:pPr>
              <w:spacing w:after="0"/>
            </w:pPr>
            <w:r>
              <w:rPr>
                <w:b w:val="0"/>
                <w:sz w:val="19"/>
              </w:rPr>
              <w:t>-Use of Modal “Can” for Permission: Asking or giving permission</w:t>
            </w:r>
          </w:p>
          <w:p>
            <w:pPr>
              <w:spacing w:after="0"/>
            </w:pPr>
            <w:r>
              <w:rPr>
                <w:b w:val="0"/>
                <w:sz w:val="19"/>
              </w:rPr>
              <w:t>-Use of Modal “Have got/Has got”: Expressing possession.</w:t>
            </w:r>
          </w:p>
          <w:p>
            <w:pPr>
              <w:spacing w:after="0"/>
            </w:pPr>
            <w:r>
              <w:rPr>
                <w:b w:val="0"/>
                <w:sz w:val="19"/>
              </w:rPr>
              <w:t>-Use of Countable and Uncountable nouns: Expressing the amount of quantity of nouns.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Let’s eat out!</w:t>
            </w:r>
          </w:p>
          <w:p>
            <w:pPr>
              <w:spacing w:after="0"/>
            </w:pPr>
            <w:r>
              <w:rPr>
                <w:b w:val="0"/>
                <w:sz w:val="19"/>
              </w:rPr>
              <w:t>This problem is a hot potato!</w:t>
            </w:r>
          </w:p>
          <w:p>
            <w:pPr>
              <w:spacing w:after="0"/>
            </w:pPr>
            <w:r>
              <w:rPr>
                <w:b w:val="0"/>
                <w:sz w:val="19"/>
              </w:rPr>
              <w:t>My sister is buttering my mother up to get permission to go to the cinema!</w:t>
            </w:r>
          </w:p>
          <w:p>
            <w:pPr>
              <w:spacing w:after="0"/>
            </w:pPr>
            <w:r>
              <w:rPr>
                <w:b w:val="0"/>
                <w:sz w:val="19"/>
              </w:rPr>
              <w:t>Target Phonological Sounds in Use:</w:t>
            </w:r>
          </w:p>
          <w:p>
            <w:pPr>
              <w:spacing w:after="0"/>
            </w:pPr>
            <w:r>
              <w:rPr>
                <w:b w:val="0"/>
                <w:sz w:val="19"/>
              </w:rPr>
              <w:t>l, m, n, (ng), o, p</w:t>
            </w:r>
          </w:p>
          <w:p>
            <w:pPr>
              <w:spacing w:after="0"/>
            </w:pPr>
            <w:r>
              <w:rPr>
                <w:b w:val="0"/>
                <w:sz w:val="19"/>
              </w:rPr>
              <w:t>Vowel: o: (/əʊ/, /ɒ/, /əʊ/)</w:t>
            </w:r>
          </w:p>
          <w:p>
            <w:pPr>
              <w:spacing w:after="0"/>
            </w:pPr>
            <w:r>
              <w:rPr>
                <w:b w:val="0"/>
                <w:sz w:val="19"/>
              </w:rPr>
              <w:t>Consonants: l: (/ɛl/ ,/l/); m (/ɛm/,/m/); n: (/ɛn/, /n/); ng: (/ng/); p: ( /piː/,/p/)</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ENG.5.6.L1. Students can get ready for the listening/watching-comprehension process for the current</w:t>
            </w:r>
          </w:p>
          <w:p>
            <w:pPr>
              <w:spacing w:after="0"/>
            </w:pPr>
            <w:r>
              <w:rPr>
                <w:b w:val="0"/>
                <w:sz w:val="19"/>
              </w:rPr>
              <w:t>content on “life in the world with basic food types; ordering in a restaurant; food events in the</w:t>
            </w:r>
          </w:p>
          <w:p>
            <w:pPr>
              <w:spacing w:after="0"/>
            </w:pPr>
            <w:r>
              <w:rPr>
                <w:b w:val="0"/>
                <w:sz w:val="19"/>
              </w:rPr>
              <w:t>city” carefully. ENG.5.6.L2. Students can bring information about the current conte t on “life in the world with basic food</w:t>
            </w:r>
          </w:p>
          <w:p>
            <w:pPr>
              <w:spacing w:after="0"/>
            </w:pPr>
            <w:r>
              <w:rPr>
                <w:b w:val="0"/>
                <w:sz w:val="19"/>
              </w:rPr>
              <w:t>types; ordering in a restaurant; food events in the city” together through significant details</w:t>
            </w:r>
          </w:p>
          <w:p>
            <w:pPr>
              <w:spacing w:after="0"/>
            </w:pPr>
            <w:r>
              <w:rPr>
                <w:b w:val="0"/>
                <w:sz w:val="19"/>
              </w:rPr>
              <w:t>and main components while listening/watching it. ENG.5.6.L3. Students can make meaning of/derive meaning from the current content on “life in the world</w:t>
            </w:r>
          </w:p>
          <w:p>
            <w:pPr>
              <w:spacing w:after="0"/>
            </w:pPr>
            <w:r>
              <w:rPr>
                <w:b w:val="0"/>
                <w:sz w:val="19"/>
              </w:rPr>
              <w:t>with basic food types; ordering in a restaurant; food events in the city” through significant</w:t>
            </w:r>
          </w:p>
          <w:p>
            <w:pPr>
              <w:spacing w:after="0"/>
            </w:pPr>
            <w:r>
              <w:rPr>
                <w:b w:val="0"/>
                <w:sz w:val="19"/>
              </w:rPr>
              <w:t>details by listening/watching it carefully. ENG.5.6.L4.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world with basic food types; ordering in a restaurant; food events in the city”. ENG.5.6.P1. Students can select and use the target phonological elements of the current content about “life</w:t>
            </w:r>
          </w:p>
          <w:p>
            <w:pPr>
              <w:spacing w:after="0"/>
            </w:pPr>
            <w:r>
              <w:rPr>
                <w:b w:val="0"/>
                <w:sz w:val="19"/>
              </w:rPr>
              <w:t>in the world with basic food types; ordering in a restaurant; food events in the city” accurately, authentically, and naturally through spontaneous decision-making processes and use it in an</w:t>
            </w:r>
          </w:p>
          <w:p>
            <w:pPr>
              <w:spacing w:after="0"/>
            </w:pPr>
            <w:r>
              <w:rPr>
                <w:b w:val="0"/>
                <w:sz w:val="19"/>
              </w:rPr>
              <w:t>appropriate and effective way when communicating with others. ENG.5.6.R1. Students can get ready for the reading-comprehension process about the current content on</w:t>
            </w:r>
          </w:p>
          <w:p>
            <w:pPr>
              <w:spacing w:after="0"/>
            </w:pPr>
            <w:r>
              <w:rPr>
                <w:b w:val="0"/>
                <w:sz w:val="19"/>
              </w:rPr>
              <w:t>“life in the world with basic food types; ordering in a restaurant; food events in the city”. ENG.5.6.R2. Students can bring information about the current content on “life in the world with basic food</w:t>
            </w:r>
          </w:p>
          <w:p>
            <w:pPr>
              <w:spacing w:after="0"/>
            </w:pPr>
            <w:r>
              <w:rPr>
                <w:b w:val="0"/>
                <w:sz w:val="19"/>
              </w:rPr>
              <w:t>types; ordering in a restaurant; food events in the city” through skimming (looking quickly at)</w:t>
            </w:r>
          </w:p>
          <w:p>
            <w:pPr>
              <w:spacing w:after="0"/>
            </w:pPr>
            <w:r>
              <w:rPr>
                <w:b w:val="0"/>
                <w:sz w:val="19"/>
              </w:rPr>
              <w:t>the audio-visual elements and reading the content very quickly. ENG.5.6.R3. Students can make meaning of / derive meaning from the current content about “life in the</w:t>
            </w:r>
          </w:p>
          <w:p>
            <w:pPr>
              <w:spacing w:after="0"/>
            </w:pPr>
            <w:r>
              <w:rPr>
                <w:b w:val="0"/>
                <w:sz w:val="19"/>
              </w:rPr>
              <w:t>world with basic food types; ordering in a restaurant; food events in the city” by reading it</w:t>
            </w:r>
          </w:p>
          <w:p>
            <w:pPr>
              <w:spacing w:after="0"/>
            </w:pPr>
            <w:r>
              <w:rPr>
                <w:b w:val="0"/>
                <w:sz w:val="19"/>
              </w:rPr>
              <w:t>carefully. ENG.5.6.R4. Students can convey their knowledge, experiences, thoughts, and feelings related to the</w:t>
            </w:r>
          </w:p>
          <w:p>
            <w:pPr>
              <w:spacing w:after="0"/>
            </w:pPr>
            <w:r>
              <w:rPr>
                <w:b w:val="0"/>
                <w:sz w:val="19"/>
              </w:rPr>
              <w:t>reading-comprehension process about the current content, “life in the world with basic food</w:t>
            </w:r>
          </w:p>
          <w:p>
            <w:pPr>
              <w:spacing w:after="0"/>
            </w:pPr>
            <w:r>
              <w:rPr>
                <w:b w:val="0"/>
                <w:sz w:val="19"/>
              </w:rPr>
              <w:t>types; ordering in a restaurant; food events in the city” in relation to themselves or others, both individually and/or with others. ENG.5.6.V1. Students can select and use the target vocabulary of the current content about “life in the</w:t>
            </w:r>
          </w:p>
          <w:p>
            <w:pPr>
              <w:spacing w:after="0"/>
            </w:pPr>
            <w:r>
              <w:rPr>
                <w:b w:val="0"/>
                <w:sz w:val="19"/>
              </w:rPr>
              <w:t>world with basic food types; ordering in a restaurant; food events in the city” accurately, authentically, spontaneously, and naturally and use it appropriately and effectively when</w:t>
            </w:r>
          </w:p>
          <w:p>
            <w:pPr>
              <w:spacing w:after="0"/>
            </w:pPr>
            <w:r>
              <w:rPr>
                <w:b w:val="0"/>
                <w:sz w:val="19"/>
              </w:rPr>
              <w:t>communicating with others. ENG.5.6.G1. Students can select and use the target grammatical elements of the current content about</w:t>
            </w:r>
          </w:p>
          <w:p>
            <w:pPr>
              <w:spacing w:after="0"/>
            </w:pPr>
            <w:r>
              <w:rPr>
                <w:b w:val="0"/>
                <w:sz w:val="19"/>
              </w:rPr>
              <w:t>“life in the world with basic food types; ordering in a restaurant; food events in the city”</w:t>
            </w:r>
          </w:p>
          <w:p>
            <w:pPr>
              <w:spacing w:after="0"/>
            </w:pPr>
            <w:r>
              <w:rPr>
                <w:b w:val="0"/>
                <w:sz w:val="19"/>
              </w:rPr>
              <w:t>accurately, authentically, spontaneously, and naturally and use it appropriately and effectively</w:t>
            </w:r>
          </w:p>
          <w:p>
            <w:pPr>
              <w:spacing w:after="0"/>
            </w:pPr>
            <w:r>
              <w:rPr>
                <w:b w:val="0"/>
                <w:sz w:val="19"/>
              </w:rPr>
              <w:t>when communicating with others. ENG.5.6.W1. Students can get ready for the writing-expression process about the current content on “life</w:t>
            </w:r>
          </w:p>
          <w:p>
            <w:pPr>
              <w:spacing w:after="0"/>
            </w:pPr>
            <w:r>
              <w:rPr>
                <w:b w:val="0"/>
                <w:sz w:val="19"/>
              </w:rPr>
              <w:t>in the world with basic food types; ordering in a restaurant; food events in the city”. ENG.5.6.W2. Students can understand the model/example for the writing task about the current content</w:t>
            </w:r>
          </w:p>
          <w:p>
            <w:pPr>
              <w:spacing w:after="0"/>
            </w:pPr>
            <w:r>
              <w:rPr>
                <w:b w:val="0"/>
                <w:sz w:val="19"/>
              </w:rPr>
              <w:t>on “life in the world with basic food types; ordering in a restaurant; food events in the city”. ENG.5.6.W3. Students can organise a content for the assigned writing task on the current content “life in</w:t>
            </w:r>
          </w:p>
          <w:p>
            <w:pPr>
              <w:spacing w:after="0"/>
            </w:pPr>
            <w:r>
              <w:rPr>
                <w:b w:val="0"/>
                <w:sz w:val="19"/>
              </w:rPr>
              <w:t>the world with basic food types; ordering in a restaurant; food events in the city” based on the</w:t>
            </w:r>
          </w:p>
          <w:p>
            <w:pPr>
              <w:spacing w:after="0"/>
            </w:pPr>
            <w:r>
              <w:rPr>
                <w:b w:val="0"/>
                <w:sz w:val="19"/>
              </w:rPr>
              <w:t>model/example provided. ENG.5.6.W4. Students can individually construct/form content for the assigned writing task on the current</w:t>
            </w:r>
          </w:p>
          <w:p>
            <w:pPr>
              <w:spacing w:after="0"/>
            </w:pPr>
            <w:r>
              <w:rPr>
                <w:b w:val="0"/>
                <w:sz w:val="19"/>
              </w:rPr>
              <w:t>content “life in the world with basic food types; ordering in a restaurant; food events in the</w:t>
            </w:r>
          </w:p>
          <w:p>
            <w:pPr>
              <w:spacing w:after="0"/>
            </w:pPr>
            <w:r>
              <w:rPr>
                <w:b w:val="0"/>
                <w:sz w:val="19"/>
              </w:rPr>
              <w:t>city”. ENG.5.6.W5. Students can reorganise (reconstruct) and use information in the new written tasks about</w:t>
            </w:r>
          </w:p>
          <w:p>
            <w:pPr>
              <w:spacing w:after="0"/>
            </w:pPr>
            <w:r>
              <w:rPr>
                <w:b w:val="0"/>
                <w:sz w:val="19"/>
              </w:rPr>
              <w:t>the “life in the world with basic food types; ordering in a restaurant; food events in the city” to</w:t>
            </w:r>
          </w:p>
          <w:p>
            <w:pPr>
              <w:spacing w:after="0"/>
            </w:pPr>
            <w:r>
              <w:rPr>
                <w:b w:val="0"/>
                <w:sz w:val="19"/>
              </w:rPr>
              <w:t>communicate with other people. ENG.5.6.W6. Students can reflect on their knowledge, experiences, thoughts, and feelings related to</w:t>
            </w:r>
          </w:p>
          <w:p>
            <w:pPr>
              <w:spacing w:after="0"/>
            </w:pPr>
            <w:r>
              <w:rPr>
                <w:b w:val="0"/>
                <w:sz w:val="19"/>
              </w:rPr>
              <w:t>the writing-expression process about the current content, “life in the world with basic food</w:t>
            </w:r>
          </w:p>
          <w:p>
            <w:pPr>
              <w:spacing w:after="0"/>
            </w:pPr>
            <w:r>
              <w:rPr>
                <w:b w:val="0"/>
                <w:sz w:val="19"/>
              </w:rPr>
              <w:t>types; ordering in a restaurant; food events in the city” in relation to themselves or others, both individually and/or with others. ENG.5.6.S1. Students can get ready for speaking-expression process about the current content on “life in</w:t>
            </w:r>
          </w:p>
          <w:p>
            <w:pPr>
              <w:spacing w:after="0"/>
            </w:pPr>
            <w:r>
              <w:rPr>
                <w:b w:val="0"/>
                <w:sz w:val="19"/>
              </w:rPr>
              <w:t>the world with basic food types; ordering in a restaurant; food events in the city”. ENG.5.6.S2. Students can use the model/example for producing verbal content about the current content</w:t>
            </w:r>
          </w:p>
          <w:p>
            <w:pPr>
              <w:spacing w:after="0"/>
            </w:pPr>
            <w:r>
              <w:rPr>
                <w:b w:val="0"/>
                <w:sz w:val="19"/>
              </w:rPr>
              <w:t>on “life in the world with basic food types; ordering in a restaurant; food events in the city”. ENG.5.6.S3. Students can organise a new verbal content on “life in the world with basic food types; ordering</w:t>
            </w:r>
          </w:p>
          <w:p>
            <w:pPr>
              <w:spacing w:after="0"/>
            </w:pPr>
            <w:r>
              <w:rPr>
                <w:b w:val="0"/>
                <w:sz w:val="19"/>
              </w:rPr>
              <w:t>in a restaurant; food events in the city” by speaking accurately, efficiently, and authentically. ENG.5.6.S4. Students can construct a new verbal content on “life in the world with basic food types;</w:t>
            </w:r>
          </w:p>
          <w:p>
            <w:pPr>
              <w:spacing w:after="0"/>
            </w:pPr>
            <w:r>
              <w:rPr>
                <w:b w:val="0"/>
                <w:sz w:val="19"/>
              </w:rPr>
              <w:t>ordering in a restaurant; food events in the city” by speaking accurately, efficiently, and</w:t>
            </w:r>
          </w:p>
          <w:p>
            <w:pPr>
              <w:spacing w:after="0"/>
            </w:pPr>
            <w:r>
              <w:rPr>
                <w:b w:val="0"/>
                <w:sz w:val="19"/>
              </w:rPr>
              <w:t>authentically. ENG.5.6.S5. Students can reorganise (reconstruct) and use information about the “life in the world with</w:t>
            </w:r>
          </w:p>
          <w:p>
            <w:pPr>
              <w:spacing w:after="0"/>
            </w:pPr>
            <w:r>
              <w:rPr>
                <w:b w:val="0"/>
                <w:sz w:val="19"/>
              </w:rPr>
              <w:t>basic food types; ordering in a restaurant; food events in the city” to communicate with other</w:t>
            </w:r>
          </w:p>
          <w:p>
            <w:pPr>
              <w:spacing w:after="0"/>
            </w:pPr>
            <w:r>
              <w:rPr>
                <w:b w:val="0"/>
                <w:sz w:val="19"/>
              </w:rPr>
              <w:t>people. ENG.5.6.S6. Students can convey their knowledge, experiences, thoughts, and feelings related to the</w:t>
            </w:r>
          </w:p>
          <w:p>
            <w:pPr>
              <w:spacing w:after="0"/>
            </w:pPr>
            <w:r>
              <w:rPr>
                <w:b w:val="0"/>
                <w:sz w:val="19"/>
              </w:rPr>
              <w:t>speaking-expression process about the current content, “life in the world with basic food</w:t>
            </w:r>
          </w:p>
          <w:p>
            <w:pPr>
              <w:spacing w:after="0"/>
            </w:pPr>
            <w:r>
              <w:rPr>
                <w:b w:val="0"/>
                <w:sz w:val="19"/>
              </w:rPr>
              <w:t>types; ordering in a restaurant; food events in the city” to communicate with other people in</w:t>
            </w:r>
          </w:p>
          <w:p>
            <w:pPr>
              <w:spacing w:after="0"/>
            </w:pPr>
            <w:r>
              <w:rPr>
                <w:b w:val="0"/>
                <w:sz w:val="19"/>
              </w:rPr>
              <w:t>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V10. Modesty, V11.</w:t>
            </w:r>
          </w:p>
          <w:p>
            <w:pPr>
              <w:spacing w:after="0"/>
            </w:pPr>
            <w:r>
              <w:rPr>
                <w:b w:val="0"/>
                <w:sz w:val="19"/>
              </w:rPr>
              <w:t>Independence, V12. Patience, V13. Healthy Living, V14. Respect, V15. Love and</w:t>
            </w:r>
          </w:p>
          <w:p>
            <w:pPr>
              <w:spacing w:after="0"/>
            </w:pPr>
            <w:r>
              <w:rPr>
                <w:b w:val="0"/>
                <w:sz w:val="19"/>
              </w:rPr>
              <w:t>Affection, V16. Responsibility, V17. Thriftiness,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(ENG.5.6.L1.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order food in a restaurant in English by using vocabulary and phrases related to food.</w:t>
            </w:r>
          </w:p>
          <w:p>
            <w:pPr>
              <w:spacing w:after="0"/>
            </w:pPr>
            <w:r>
              <w:rPr>
                <w:b w:val="0"/>
                <w:sz w:val="19"/>
              </w:rPr>
              <w:t>Activity 1: Restaurant Role-Play</w:t>
            </w:r>
          </w:p>
          <w:p>
            <w:pPr>
              <w:spacing w:after="0"/>
            </w:pPr>
            <w:r>
              <w:rPr>
                <w:b w:val="0"/>
                <w:sz w:val="19"/>
              </w:rPr>
              <w:t>The teacher provides a sample menu with prices for reference and asks students to work in small groups</w:t>
            </w:r>
          </w:p>
          <w:p>
            <w:pPr>
              <w:spacing w:after="0"/>
            </w:pPr>
            <w:r>
              <w:rPr>
                <w:b w:val="0"/>
                <w:sz w:val="19"/>
              </w:rPr>
              <w:t>in order to create their own restaurant menus. Menus should include types of food (e.g., appetizers, main</w:t>
            </w:r>
          </w:p>
          <w:p>
            <w:pPr>
              <w:spacing w:after="0"/>
            </w:pPr>
            <w:r>
              <w:rPr>
                <w:b w:val="0"/>
                <w:sz w:val="19"/>
              </w:rPr>
              <w:t>courses, desserts) with descriptions, images/drawings of food and prices. When the menus are ready, the teacher explains the role play activity. The teacher assigns roles within each group: waiter/waitress, customers. Each group creates a simple restaurant scenario. The teacher allows groups time to practice</w:t>
            </w:r>
          </w:p>
          <w:p>
            <w:pPr>
              <w:spacing w:after="0"/>
            </w:pPr>
            <w:r>
              <w:rPr>
                <w:b w:val="0"/>
                <w:sz w:val="19"/>
              </w:rPr>
              <w:t>their role-play scenarios. Each group presents their role-play to the class, simulating a real restaurant</w:t>
            </w:r>
          </w:p>
          <w:p>
            <w:pPr>
              <w:spacing w:after="0"/>
            </w:pPr>
            <w:r>
              <w:rPr>
                <w:b w:val="0"/>
                <w:sz w:val="19"/>
              </w:rPr>
              <w:t>experience. The teacher encourages other students to observe and give constructive feedback. To reflect</w:t>
            </w:r>
          </w:p>
          <w:p>
            <w:pPr>
              <w:spacing w:after="0"/>
            </w:pPr>
            <w:r>
              <w:rPr>
                <w:b w:val="0"/>
                <w:sz w:val="19"/>
              </w:rPr>
              <w:t>on their learning experience, students write down one thing they did well and one thing they want to improve</w:t>
            </w:r>
          </w:p>
          <w:p>
            <w:pPr>
              <w:spacing w:after="0"/>
            </w:pPr>
            <w:r>
              <w:rPr>
                <w:b w:val="0"/>
                <w:sz w:val="19"/>
              </w:rPr>
              <w:t>for next time. Students reflect on their thoughts and feelings about the activity.</w:t>
            </w:r>
          </w:p>
          <w:p>
            <w:pPr>
              <w:spacing w:after="0"/>
            </w:pPr>
            <w:r>
              <w:rPr>
                <w:b w:val="0"/>
                <w:sz w:val="19"/>
              </w:rPr>
              <w:t>Supporting</w:t>
            </w:r>
          </w:p>
          <w:p>
            <w:pPr>
              <w:spacing w:after="0"/>
            </w:pPr>
            <w:r>
              <w:rPr>
                <w:b w:val="0"/>
                <w:sz w:val="19"/>
              </w:rPr>
              <w:t>Objective: To order food in a restaurant in English by using target vocabulary and phrases related to food.</w:t>
            </w:r>
          </w:p>
          <w:p>
            <w:pPr>
              <w:spacing w:after="0"/>
            </w:pPr>
            <w:r>
              <w:rPr>
                <w:b w:val="0"/>
                <w:sz w:val="19"/>
              </w:rPr>
              <w:t>Activity: Restaurant Role-Play</w:t>
            </w:r>
          </w:p>
          <w:p>
            <w:pPr>
              <w:spacing w:after="0"/>
            </w:pPr>
            <w:r>
              <w:rPr>
                <w:b w:val="0"/>
                <w:sz w:val="19"/>
              </w:rPr>
              <w:t>The teacher provides a sample menu with prices for reference and asks students to work in small groups</w:t>
            </w:r>
          </w:p>
          <w:p>
            <w:pPr>
              <w:spacing w:after="0"/>
            </w:pPr>
            <w:r>
              <w:rPr>
                <w:b w:val="0"/>
                <w:sz w:val="19"/>
              </w:rPr>
              <w:t>in order to create their own restaurant menus. Menus should include types of food (e.g., appetizers, main</w:t>
            </w:r>
          </w:p>
          <w:p>
            <w:pPr>
              <w:spacing w:after="0"/>
            </w:pPr>
            <w:r>
              <w:rPr>
                <w:b w:val="0"/>
                <w:sz w:val="19"/>
              </w:rPr>
              <w:t>courses, desserts), images/drawings of food and prices. The teacher gives a list of common phrases and</w:t>
            </w:r>
          </w:p>
          <w:p>
            <w:pPr>
              <w:spacing w:after="0"/>
            </w:pPr>
            <w:r>
              <w:rPr>
                <w:b w:val="0"/>
                <w:sz w:val="19"/>
              </w:rPr>
              <w:t>vocabulary, visual aids (like picture menAmE.) to support their understanding. When the menus are ready, the teacher explains the role play activity. The teacher assigns roles within each group: waiter/waitress, customers. Each group creates a simple restaurant scenario. The teacher provides sentence frames to</w:t>
            </w:r>
          </w:p>
          <w:p>
            <w:pPr>
              <w:spacing w:after="0"/>
            </w:pPr>
            <w:r>
              <w:rPr>
                <w:b w:val="0"/>
                <w:sz w:val="19"/>
              </w:rPr>
              <w:t>help students structure their conversations. (For example: Customer: “Hello! I would like to order the ____”.</w:t>
            </w:r>
          </w:p>
          <w:p>
            <w:pPr>
              <w:spacing w:after="0"/>
            </w:pPr>
            <w:r>
              <w:rPr>
                <w:b w:val="0"/>
                <w:sz w:val="19"/>
              </w:rPr>
              <w:t>Waiter: “Sure! Would you like anything to eat?” Customer: “Yes, I’ll have a ____”). The teacher allows groups</w:t>
            </w:r>
          </w:p>
          <w:p>
            <w:pPr>
              <w:spacing w:after="0"/>
            </w:pPr>
            <w:r>
              <w:rPr>
                <w:b w:val="0"/>
                <w:sz w:val="19"/>
              </w:rPr>
              <w:t>time to practice their role-play scenarios. Each group presents their role-play to the class, simulating a real</w:t>
            </w:r>
          </w:p>
          <w:p>
            <w:pPr>
              <w:spacing w:after="0"/>
            </w:pPr>
            <w:r>
              <w:rPr>
                <w:b w:val="0"/>
                <w:sz w:val="19"/>
              </w:rPr>
              <w:t>restaurant experience. The teacher encourages other students to observe and give constructive feedback.</w:t>
            </w:r>
          </w:p>
          <w:p>
            <w:pPr>
              <w:spacing w:after="0"/>
            </w:pPr>
            <w:r>
              <w:rPr>
                <w:b w:val="0"/>
                <w:sz w:val="19"/>
              </w:rPr>
              <w:t>To reflect on their learning experience, students write down one thing they did well and one thing they want</w:t>
            </w:r>
          </w:p>
          <w:p>
            <w:pPr>
              <w:spacing w:after="0"/>
            </w:pPr>
            <w:r>
              <w:rPr>
                <w:b w:val="0"/>
                <w:sz w:val="19"/>
              </w:rPr>
              <w:t>to improve for next time.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work in pairs to create a short dialogue about ordering food in</w:t>
            </w:r>
          </w:p>
          <w:p>
            <w:pPr>
              <w:spacing w:after="0"/>
            </w:pPr>
            <w:r>
              <w:rPr>
                <w:b w:val="0"/>
                <w:sz w:val="19"/>
              </w:rPr>
              <w:t>different types of restaurants and cafés. Each pair will include things like greetings, asking about the menu, choosing food, and talking about preferences. Then they will act out their dialogue in front of the class. The</w:t>
            </w:r>
          </w:p>
          <w:p>
            <w:pPr>
              <w:spacing w:after="0"/>
            </w:pPr>
            <w:r>
              <w:rPr>
                <w:b w:val="0"/>
                <w:sz w:val="19"/>
              </w:rPr>
              <w:t>assignment will be evaluated by using 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Library Week</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26: 5-9 April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April · Week 26: 5-9 April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6: LIFE IN THE WORLD</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Basic food types; ordering in a restaurant; food events the city.</w:t>
            </w:r>
          </w:p>
          <w:p>
            <w:pPr>
              <w:spacing w:after="0"/>
            </w:pPr>
            <w:r>
              <w:rPr>
                <w:b w:val="0"/>
                <w:sz w:val="19"/>
              </w:rPr>
              <w:t>Target Vocabulary in Use:</w:t>
            </w:r>
          </w:p>
          <w:p>
            <w:pPr>
              <w:spacing w:after="0"/>
            </w:pPr>
            <w:r>
              <w:rPr>
                <w:b w:val="0"/>
                <w:sz w:val="19"/>
              </w:rPr>
              <w:t>Vocabulary for basic food types: Nouns: Dairy, nuts, beef, beans, a sweet (candy-AmE), a biscuit (cookie-</w:t>
            </w:r>
          </w:p>
          <w:p>
            <w:pPr>
              <w:spacing w:after="0"/>
            </w:pPr>
            <w:r>
              <w:rPr>
                <w:b w:val="0"/>
                <w:sz w:val="19"/>
              </w:rPr>
              <w:t>AmE), jam, oil, a lemon, a top, a bottom, a bit, amount, soup, a salad, spices, sugar, butter, salt, pasta, flour, bread, tuna, a tart, garlic, meat, a plate, a recipe. Verbs: To boil, to cut, to wash, to dry, to heat, to taste, to</w:t>
            </w:r>
          </w:p>
          <w:p>
            <w:pPr>
              <w:spacing w:after="0"/>
            </w:pPr>
            <w:r>
              <w:rPr>
                <w:b w:val="0"/>
                <w:sz w:val="19"/>
              </w:rPr>
              <w:t>contain, to need, to mash, to prepare, to slice, to cook. Adjectives: Fresh, home-made, boiled, healthy, light, sweet, fatty, special. Adverbs: Carefully, slowly, quickly. Phrases: To put on weight, to lose weight, at/on the</w:t>
            </w:r>
          </w:p>
          <w:p>
            <w:pPr>
              <w:spacing w:after="0"/>
            </w:pPr>
            <w:r>
              <w:rPr>
                <w:b w:val="0"/>
                <w:sz w:val="19"/>
              </w:rPr>
              <w:t>top of.</w:t>
            </w:r>
          </w:p>
          <w:p>
            <w:pPr>
              <w:spacing w:after="0"/>
            </w:pPr>
            <w:r>
              <w:rPr>
                <w:b w:val="0"/>
                <w:sz w:val="19"/>
              </w:rPr>
              <w:t>Vocabulary for ordering in a restaurant: Nouns: Sauce, tip, a bowl, a bit, a chef, a dessert, a drink (a</w:t>
            </w:r>
          </w:p>
          <w:p>
            <w:pPr>
              <w:spacing w:after="0"/>
            </w:pPr>
            <w:r>
              <w:rPr>
                <w:b w:val="0"/>
                <w:sz w:val="19"/>
              </w:rPr>
              <w:t>beverage-AmE), an order, a service, a side, tasting, a recipe, a quality, amount, a meal, a main dish, a starter</w:t>
            </w:r>
          </w:p>
          <w:p>
            <w:pPr>
              <w:spacing w:after="0"/>
            </w:pPr>
            <w:r>
              <w:rPr>
                <w:b w:val="0"/>
                <w:sz w:val="19"/>
              </w:rPr>
              <w:t>(an appetizer-AmE). Verbs: To order, to serve, to book, to taste, to pay, to smell, to recommend, to reserve.</w:t>
            </w:r>
          </w:p>
          <w:p>
            <w:pPr>
              <w:spacing w:after="0"/>
            </w:pPr>
            <w:r>
              <w:rPr>
                <w:b w:val="0"/>
                <w:sz w:val="19"/>
              </w:rPr>
              <w:t>Adjectives: Empty, tasty, delicious. Phrases: To book a table, to pay in cash.</w:t>
            </w:r>
          </w:p>
          <w:p>
            <w:pPr>
              <w:spacing w:after="0"/>
            </w:pPr>
            <w:r>
              <w:rPr>
                <w:b w:val="0"/>
                <w:sz w:val="19"/>
              </w:rPr>
              <w:t>Target Grammatical Structures in Use:</w:t>
            </w:r>
          </w:p>
          <w:p>
            <w:pPr>
              <w:spacing w:after="0"/>
            </w:pPr>
            <w:r>
              <w:rPr>
                <w:b w:val="0"/>
                <w:sz w:val="19"/>
              </w:rPr>
              <w:t>-“Can” for Permission: (Can I pay in cash?)</w:t>
            </w:r>
          </w:p>
          <w:p>
            <w:pPr>
              <w:spacing w:after="0"/>
            </w:pPr>
            <w:r>
              <w:rPr>
                <w:b w:val="0"/>
                <w:sz w:val="19"/>
              </w:rPr>
              <w:t>-“Have got/Has got”: (She has got a new recipe.)</w:t>
            </w:r>
          </w:p>
          <w:p>
            <w:pPr>
              <w:spacing w:after="0"/>
            </w:pPr>
            <w:r>
              <w:rPr>
                <w:b w:val="0"/>
                <w:sz w:val="19"/>
              </w:rPr>
              <w:t>-Countable and Uncountable Nouns: (How many lemons do you need for the recipe?)</w:t>
            </w:r>
          </w:p>
          <w:p>
            <w:pPr>
              <w:spacing w:after="0"/>
            </w:pPr>
            <w:r>
              <w:rPr>
                <w:b w:val="0"/>
                <w:sz w:val="19"/>
              </w:rPr>
              <w:t>Functions of the Target Grammatical Structures in Use:</w:t>
            </w:r>
          </w:p>
          <w:p>
            <w:pPr>
              <w:spacing w:after="0"/>
            </w:pPr>
            <w:r>
              <w:rPr>
                <w:b w:val="0"/>
                <w:sz w:val="19"/>
              </w:rPr>
              <w:t>-Use of Modal “Can” for Permission: Asking or giving permission</w:t>
            </w:r>
          </w:p>
          <w:p>
            <w:pPr>
              <w:spacing w:after="0"/>
            </w:pPr>
            <w:r>
              <w:rPr>
                <w:b w:val="0"/>
                <w:sz w:val="19"/>
              </w:rPr>
              <w:t>-Use of Modal “Have got/Has got”: Expressing possession.</w:t>
            </w:r>
          </w:p>
          <w:p>
            <w:pPr>
              <w:spacing w:after="0"/>
            </w:pPr>
            <w:r>
              <w:rPr>
                <w:b w:val="0"/>
                <w:sz w:val="19"/>
              </w:rPr>
              <w:t>-Use of Countable and Uncountable nouns: Expressing the amount of quantity of nouns.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Let’s eat out!</w:t>
            </w:r>
          </w:p>
          <w:p>
            <w:pPr>
              <w:spacing w:after="0"/>
            </w:pPr>
            <w:r>
              <w:rPr>
                <w:b w:val="0"/>
                <w:sz w:val="19"/>
              </w:rPr>
              <w:t>This problem is a hot potato!</w:t>
            </w:r>
          </w:p>
          <w:p>
            <w:pPr>
              <w:spacing w:after="0"/>
            </w:pPr>
            <w:r>
              <w:rPr>
                <w:b w:val="0"/>
                <w:sz w:val="19"/>
              </w:rPr>
              <w:t>My sister is buttering my mother up to get permission to go to the cinema!</w:t>
            </w:r>
          </w:p>
          <w:p>
            <w:pPr>
              <w:spacing w:after="0"/>
            </w:pPr>
            <w:r>
              <w:rPr>
                <w:b w:val="0"/>
                <w:sz w:val="19"/>
              </w:rPr>
              <w:t>Target Phonological Sounds in Use:</w:t>
            </w:r>
          </w:p>
          <w:p>
            <w:pPr>
              <w:spacing w:after="0"/>
            </w:pPr>
            <w:r>
              <w:rPr>
                <w:b w:val="0"/>
                <w:sz w:val="19"/>
              </w:rPr>
              <w:t>l, m, n, (ng), o, p</w:t>
            </w:r>
          </w:p>
          <w:p>
            <w:pPr>
              <w:spacing w:after="0"/>
            </w:pPr>
            <w:r>
              <w:rPr>
                <w:b w:val="0"/>
                <w:sz w:val="19"/>
              </w:rPr>
              <w:t>Vowel: o: (/əʊ/, /ɒ/, /əʊ/)</w:t>
            </w:r>
          </w:p>
          <w:p>
            <w:pPr>
              <w:spacing w:after="0"/>
            </w:pPr>
            <w:r>
              <w:rPr>
                <w:b w:val="0"/>
                <w:sz w:val="19"/>
              </w:rPr>
              <w:t>Consonants: l: (/ɛl/ ,/l/); m (/ɛm/,/m/); n: (/ɛn/, /n/); ng: (/ng/); p: ( /piː/,/p/)</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ENG.5.6.L1. Students can get ready for the listening/watching-comprehension process for the current</w:t>
            </w:r>
          </w:p>
          <w:p>
            <w:pPr>
              <w:spacing w:after="0"/>
            </w:pPr>
            <w:r>
              <w:rPr>
                <w:b w:val="0"/>
                <w:sz w:val="19"/>
              </w:rPr>
              <w:t>content on “life in the world with basic food types; ordering in a restaurant; food events in the</w:t>
            </w:r>
          </w:p>
          <w:p>
            <w:pPr>
              <w:spacing w:after="0"/>
            </w:pPr>
            <w:r>
              <w:rPr>
                <w:b w:val="0"/>
                <w:sz w:val="19"/>
              </w:rPr>
              <w:t>city” carefully. ENG.5.6.L2. Students can bring information about the current conte t on “life in the world with basic food</w:t>
            </w:r>
          </w:p>
          <w:p>
            <w:pPr>
              <w:spacing w:after="0"/>
            </w:pPr>
            <w:r>
              <w:rPr>
                <w:b w:val="0"/>
                <w:sz w:val="19"/>
              </w:rPr>
              <w:t>types; ordering in a restaurant; food events in the city” together through significant details</w:t>
            </w:r>
          </w:p>
          <w:p>
            <w:pPr>
              <w:spacing w:after="0"/>
            </w:pPr>
            <w:r>
              <w:rPr>
                <w:b w:val="0"/>
                <w:sz w:val="19"/>
              </w:rPr>
              <w:t>and main components while listening/watching it. ENG.5.6.L3. Students can make meaning of/derive meaning from the current content on “life in the world</w:t>
            </w:r>
          </w:p>
          <w:p>
            <w:pPr>
              <w:spacing w:after="0"/>
            </w:pPr>
            <w:r>
              <w:rPr>
                <w:b w:val="0"/>
                <w:sz w:val="19"/>
              </w:rPr>
              <w:t>with basic food types; ordering in a restaurant; food events in the city” through significant</w:t>
            </w:r>
          </w:p>
          <w:p>
            <w:pPr>
              <w:spacing w:after="0"/>
            </w:pPr>
            <w:r>
              <w:rPr>
                <w:b w:val="0"/>
                <w:sz w:val="19"/>
              </w:rPr>
              <w:t>details by listening/watching it carefully. ENG.5.6.L4.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world with basic food types; ordering in a restaurant; food events in the city”. ENG.5.6.P1. Students can select and use the target phonological elements of the current content about “life</w:t>
            </w:r>
          </w:p>
          <w:p>
            <w:pPr>
              <w:spacing w:after="0"/>
            </w:pPr>
            <w:r>
              <w:rPr>
                <w:b w:val="0"/>
                <w:sz w:val="19"/>
              </w:rPr>
              <w:t>in the world with basic food types; ordering in a restaurant; food events in the city” accurately, authentically, and naturally through spontaneous decision-making processes and use it in an</w:t>
            </w:r>
          </w:p>
          <w:p>
            <w:pPr>
              <w:spacing w:after="0"/>
            </w:pPr>
            <w:r>
              <w:rPr>
                <w:b w:val="0"/>
                <w:sz w:val="19"/>
              </w:rPr>
              <w:t>appropriate and effective way when communicating with others. ENG.5.6.R1. Students can get ready for the reading-comprehension process about the current content on</w:t>
            </w:r>
          </w:p>
          <w:p>
            <w:pPr>
              <w:spacing w:after="0"/>
            </w:pPr>
            <w:r>
              <w:rPr>
                <w:b w:val="0"/>
                <w:sz w:val="19"/>
              </w:rPr>
              <w:t>“life in the world with basic food types; ordering in a restaurant; food events in the city”. ENG.5.6.R2. Students can bring information about the current content on “life in the world with basic food</w:t>
            </w:r>
          </w:p>
          <w:p>
            <w:pPr>
              <w:spacing w:after="0"/>
            </w:pPr>
            <w:r>
              <w:rPr>
                <w:b w:val="0"/>
                <w:sz w:val="19"/>
              </w:rPr>
              <w:t>types; ordering in a restaurant; food events in the city” through skimming (looking quickly at)</w:t>
            </w:r>
          </w:p>
          <w:p>
            <w:pPr>
              <w:spacing w:after="0"/>
            </w:pPr>
            <w:r>
              <w:rPr>
                <w:b w:val="0"/>
                <w:sz w:val="19"/>
              </w:rPr>
              <w:t>the audio-visual elements and reading the content very quickly. ENG.5.6.R3. Students can make meaning of / derive meaning from the current content about “life in the</w:t>
            </w:r>
          </w:p>
          <w:p>
            <w:pPr>
              <w:spacing w:after="0"/>
            </w:pPr>
            <w:r>
              <w:rPr>
                <w:b w:val="0"/>
                <w:sz w:val="19"/>
              </w:rPr>
              <w:t>world with basic food types; ordering in a restaurant; food events in the city” by reading it</w:t>
            </w:r>
          </w:p>
          <w:p>
            <w:pPr>
              <w:spacing w:after="0"/>
            </w:pPr>
            <w:r>
              <w:rPr>
                <w:b w:val="0"/>
                <w:sz w:val="19"/>
              </w:rPr>
              <w:t>carefully. ENG.5.6.R4. Students can convey their knowledge, experiences, thoughts, and feelings related to the</w:t>
            </w:r>
          </w:p>
          <w:p>
            <w:pPr>
              <w:spacing w:after="0"/>
            </w:pPr>
            <w:r>
              <w:rPr>
                <w:b w:val="0"/>
                <w:sz w:val="19"/>
              </w:rPr>
              <w:t>reading-comprehension process about the current content, “life in the world with basic food</w:t>
            </w:r>
          </w:p>
          <w:p>
            <w:pPr>
              <w:spacing w:after="0"/>
            </w:pPr>
            <w:r>
              <w:rPr>
                <w:b w:val="0"/>
                <w:sz w:val="19"/>
              </w:rPr>
              <w:t>types; ordering in a restaurant; food events in the city” in relation to themselves or others, both individually and/or with others. ENG.5.6.V1. Students can select and use the target vocabulary of the current content about “life in the</w:t>
            </w:r>
          </w:p>
          <w:p>
            <w:pPr>
              <w:spacing w:after="0"/>
            </w:pPr>
            <w:r>
              <w:rPr>
                <w:b w:val="0"/>
                <w:sz w:val="19"/>
              </w:rPr>
              <w:t>world with basic food types; ordering in a restaurant; food events in the city” accurately, authentically, spontaneously, and naturally and use it appropriately and effectively when</w:t>
            </w:r>
          </w:p>
          <w:p>
            <w:pPr>
              <w:spacing w:after="0"/>
            </w:pPr>
            <w:r>
              <w:rPr>
                <w:b w:val="0"/>
                <w:sz w:val="19"/>
              </w:rPr>
              <w:t>communicating with others. ENG.5.6.G1. Students can select and use the target grammatical elements of the current content about</w:t>
            </w:r>
          </w:p>
          <w:p>
            <w:pPr>
              <w:spacing w:after="0"/>
            </w:pPr>
            <w:r>
              <w:rPr>
                <w:b w:val="0"/>
                <w:sz w:val="19"/>
              </w:rPr>
              <w:t>“life in the world with basic food types; ordering in a restaurant; food events in the city”</w:t>
            </w:r>
          </w:p>
          <w:p>
            <w:pPr>
              <w:spacing w:after="0"/>
            </w:pPr>
            <w:r>
              <w:rPr>
                <w:b w:val="0"/>
                <w:sz w:val="19"/>
              </w:rPr>
              <w:t>accurately, authentically, spontaneously, and naturally and use it appropriately and effectively</w:t>
            </w:r>
          </w:p>
          <w:p>
            <w:pPr>
              <w:spacing w:after="0"/>
            </w:pPr>
            <w:r>
              <w:rPr>
                <w:b w:val="0"/>
                <w:sz w:val="19"/>
              </w:rPr>
              <w:t>when communicating with others. ENG.5.6.W1. Students can get ready for the writing-expression process about the current content on “life</w:t>
            </w:r>
          </w:p>
          <w:p>
            <w:pPr>
              <w:spacing w:after="0"/>
            </w:pPr>
            <w:r>
              <w:rPr>
                <w:b w:val="0"/>
                <w:sz w:val="19"/>
              </w:rPr>
              <w:t>in the world with basic food types; ordering in a restaurant; food events in the city”. ENG.5.6.W2. Students can understand the model/example for the writing task about the current content</w:t>
            </w:r>
          </w:p>
          <w:p>
            <w:pPr>
              <w:spacing w:after="0"/>
            </w:pPr>
            <w:r>
              <w:rPr>
                <w:b w:val="0"/>
                <w:sz w:val="19"/>
              </w:rPr>
              <w:t>on “life in the world with basic food types; ordering in a restaurant; food events in the city”. ENG.5.6.W3. Students can organise a content for the assigned writing task on the current content “life in</w:t>
            </w:r>
          </w:p>
          <w:p>
            <w:pPr>
              <w:spacing w:after="0"/>
            </w:pPr>
            <w:r>
              <w:rPr>
                <w:b w:val="0"/>
                <w:sz w:val="19"/>
              </w:rPr>
              <w:t>the world with basic food types; ordering in a restaurant; food events in the city” based on the</w:t>
            </w:r>
          </w:p>
          <w:p>
            <w:pPr>
              <w:spacing w:after="0"/>
            </w:pPr>
            <w:r>
              <w:rPr>
                <w:b w:val="0"/>
                <w:sz w:val="19"/>
              </w:rPr>
              <w:t>model/example provided. ENG.5.6.W4. Students can individually construct/form content for the assigned writing task on the current</w:t>
            </w:r>
          </w:p>
          <w:p>
            <w:pPr>
              <w:spacing w:after="0"/>
            </w:pPr>
            <w:r>
              <w:rPr>
                <w:b w:val="0"/>
                <w:sz w:val="19"/>
              </w:rPr>
              <w:t>content “life in the world with basic food types; ordering in a restaurant; food events in the</w:t>
            </w:r>
          </w:p>
          <w:p>
            <w:pPr>
              <w:spacing w:after="0"/>
            </w:pPr>
            <w:r>
              <w:rPr>
                <w:b w:val="0"/>
                <w:sz w:val="19"/>
              </w:rPr>
              <w:t>city”. ENG.5.6.W5. Students can reorganise (reconstruct) and use information in the new written tasks about</w:t>
            </w:r>
          </w:p>
          <w:p>
            <w:pPr>
              <w:spacing w:after="0"/>
            </w:pPr>
            <w:r>
              <w:rPr>
                <w:b w:val="0"/>
                <w:sz w:val="19"/>
              </w:rPr>
              <w:t>the “life in the world with basic food types; ordering in a restaurant; food events in the city” to</w:t>
            </w:r>
          </w:p>
          <w:p>
            <w:pPr>
              <w:spacing w:after="0"/>
            </w:pPr>
            <w:r>
              <w:rPr>
                <w:b w:val="0"/>
                <w:sz w:val="19"/>
              </w:rPr>
              <w:t>communicate with other people. ENG.5.6.W6. Students can reflect on their knowledge, experiences, thoughts, and feelings related to</w:t>
            </w:r>
          </w:p>
          <w:p>
            <w:pPr>
              <w:spacing w:after="0"/>
            </w:pPr>
            <w:r>
              <w:rPr>
                <w:b w:val="0"/>
                <w:sz w:val="19"/>
              </w:rPr>
              <w:t>the writing-expression process about the current content, “life in the world with basic food</w:t>
            </w:r>
          </w:p>
          <w:p>
            <w:pPr>
              <w:spacing w:after="0"/>
            </w:pPr>
            <w:r>
              <w:rPr>
                <w:b w:val="0"/>
                <w:sz w:val="19"/>
              </w:rPr>
              <w:t>types; ordering in a restaurant; food events in the city” in relation to themselves or others, both individually and/or with others. ENG.5.6.S1. Students can get ready for speaking-expression process about the current content on “life in</w:t>
            </w:r>
          </w:p>
          <w:p>
            <w:pPr>
              <w:spacing w:after="0"/>
            </w:pPr>
            <w:r>
              <w:rPr>
                <w:b w:val="0"/>
                <w:sz w:val="19"/>
              </w:rPr>
              <w:t>the world with basic food types; ordering in a restaurant; food events in the city”. ENG.5.6.S2. Students can use the model/example for producing verbal content about the current content</w:t>
            </w:r>
          </w:p>
          <w:p>
            <w:pPr>
              <w:spacing w:after="0"/>
            </w:pPr>
            <w:r>
              <w:rPr>
                <w:b w:val="0"/>
                <w:sz w:val="19"/>
              </w:rPr>
              <w:t>on “life in the world with basic food types; ordering in a restaurant; food events in the city”. ENG.5.6.S3. Students can organise a new verbal content on “life in the world with basic food types; ordering</w:t>
            </w:r>
          </w:p>
          <w:p>
            <w:pPr>
              <w:spacing w:after="0"/>
            </w:pPr>
            <w:r>
              <w:rPr>
                <w:b w:val="0"/>
                <w:sz w:val="19"/>
              </w:rPr>
              <w:t>in a restaurant; food events in the city” by speaking accurately, efficiently, and authentically. ENG.5.6.S4. Students can construct a new verbal content on “life in the world with basic food types;</w:t>
            </w:r>
          </w:p>
          <w:p>
            <w:pPr>
              <w:spacing w:after="0"/>
            </w:pPr>
            <w:r>
              <w:rPr>
                <w:b w:val="0"/>
                <w:sz w:val="19"/>
              </w:rPr>
              <w:t>ordering in a restaurant; food events in the city” by speaking accurately, efficiently, and</w:t>
            </w:r>
          </w:p>
          <w:p>
            <w:pPr>
              <w:spacing w:after="0"/>
            </w:pPr>
            <w:r>
              <w:rPr>
                <w:b w:val="0"/>
                <w:sz w:val="19"/>
              </w:rPr>
              <w:t>authentically. ENG.5.6.S5. Students can reorganise (reconstruct) and use information about the “life in the world with</w:t>
            </w:r>
          </w:p>
          <w:p>
            <w:pPr>
              <w:spacing w:after="0"/>
            </w:pPr>
            <w:r>
              <w:rPr>
                <w:b w:val="0"/>
                <w:sz w:val="19"/>
              </w:rPr>
              <w:t>basic food types; ordering in a restaurant; food events in the city” to communicate with other</w:t>
            </w:r>
          </w:p>
          <w:p>
            <w:pPr>
              <w:spacing w:after="0"/>
            </w:pPr>
            <w:r>
              <w:rPr>
                <w:b w:val="0"/>
                <w:sz w:val="19"/>
              </w:rPr>
              <w:t>people. ENG.5.6.S6. Students can convey their knowledge, experiences, thoughts, and feelings related to the</w:t>
            </w:r>
          </w:p>
          <w:p>
            <w:pPr>
              <w:spacing w:after="0"/>
            </w:pPr>
            <w:r>
              <w:rPr>
                <w:b w:val="0"/>
                <w:sz w:val="19"/>
              </w:rPr>
              <w:t>speaking-expression process about the current content, “life in the world with basic food</w:t>
            </w:r>
          </w:p>
          <w:p>
            <w:pPr>
              <w:spacing w:after="0"/>
            </w:pPr>
            <w:r>
              <w:rPr>
                <w:b w:val="0"/>
                <w:sz w:val="19"/>
              </w:rPr>
              <w:t>types; ordering in a restaurant; food events in the city” to communicate with other people in</w:t>
            </w:r>
          </w:p>
          <w:p>
            <w:pPr>
              <w:spacing w:after="0"/>
            </w:pPr>
            <w:r>
              <w:rPr>
                <w:b w:val="0"/>
                <w:sz w:val="19"/>
              </w:rPr>
              <w:t>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V10. Modesty, V11.</w:t>
            </w:r>
          </w:p>
          <w:p>
            <w:pPr>
              <w:spacing w:after="0"/>
            </w:pPr>
            <w:r>
              <w:rPr>
                <w:b w:val="0"/>
                <w:sz w:val="19"/>
              </w:rPr>
              <w:t>Independence, V12. Patience, V13. Healthy Living, V14. Respect, V15. Love and</w:t>
            </w:r>
          </w:p>
          <w:p>
            <w:pPr>
              <w:spacing w:after="0"/>
            </w:pPr>
            <w:r>
              <w:rPr>
                <w:b w:val="0"/>
                <w:sz w:val="19"/>
              </w:rPr>
              <w:t>Affection, V16. Responsibility, V17. Thriftiness,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(ENG.5.6.L1.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order food in a restaurant in English by using vocabulary and phrases related to food.</w:t>
            </w:r>
          </w:p>
          <w:p>
            <w:pPr>
              <w:spacing w:after="0"/>
            </w:pPr>
            <w:r>
              <w:rPr>
                <w:b w:val="0"/>
                <w:sz w:val="19"/>
              </w:rPr>
              <w:t>Activity 1: Restaurant Role-Play</w:t>
            </w:r>
          </w:p>
          <w:p>
            <w:pPr>
              <w:spacing w:after="0"/>
            </w:pPr>
            <w:r>
              <w:rPr>
                <w:b w:val="0"/>
                <w:sz w:val="19"/>
              </w:rPr>
              <w:t>The teacher provides a sample menu with prices for reference and asks students to work in small groups</w:t>
            </w:r>
          </w:p>
          <w:p>
            <w:pPr>
              <w:spacing w:after="0"/>
            </w:pPr>
            <w:r>
              <w:rPr>
                <w:b w:val="0"/>
                <w:sz w:val="19"/>
              </w:rPr>
              <w:t>in order to create their own restaurant menus. Menus should include types of food (e.g., appetizers, main</w:t>
            </w:r>
          </w:p>
          <w:p>
            <w:pPr>
              <w:spacing w:after="0"/>
            </w:pPr>
            <w:r>
              <w:rPr>
                <w:b w:val="0"/>
                <w:sz w:val="19"/>
              </w:rPr>
              <w:t>courses, desserts) with descriptions, images/drawings of food and prices. When the menus are ready, the teacher explains the role play activity. The teacher assigns roles within each group: waiter/waitress, customers. Each group creates a simple restaurant scenario. The teacher allows groups time to practice</w:t>
            </w:r>
          </w:p>
          <w:p>
            <w:pPr>
              <w:spacing w:after="0"/>
            </w:pPr>
            <w:r>
              <w:rPr>
                <w:b w:val="0"/>
                <w:sz w:val="19"/>
              </w:rPr>
              <w:t>their role-play scenarios. Each group presents their role-play to the class, simulating a real restaurant</w:t>
            </w:r>
          </w:p>
          <w:p>
            <w:pPr>
              <w:spacing w:after="0"/>
            </w:pPr>
            <w:r>
              <w:rPr>
                <w:b w:val="0"/>
                <w:sz w:val="19"/>
              </w:rPr>
              <w:t>experience. The teacher encourages other students to observe and give constructive feedback. To reflect</w:t>
            </w:r>
          </w:p>
          <w:p>
            <w:pPr>
              <w:spacing w:after="0"/>
            </w:pPr>
            <w:r>
              <w:rPr>
                <w:b w:val="0"/>
                <w:sz w:val="19"/>
              </w:rPr>
              <w:t>on their learning experience, students write down one thing they did well and one thing they want to improve</w:t>
            </w:r>
          </w:p>
          <w:p>
            <w:pPr>
              <w:spacing w:after="0"/>
            </w:pPr>
            <w:r>
              <w:rPr>
                <w:b w:val="0"/>
                <w:sz w:val="19"/>
              </w:rPr>
              <w:t>for next time. Students reflect on their thoughts and feelings about the activity.</w:t>
            </w:r>
          </w:p>
          <w:p>
            <w:pPr>
              <w:spacing w:after="0"/>
            </w:pPr>
            <w:r>
              <w:rPr>
                <w:b w:val="0"/>
                <w:sz w:val="19"/>
              </w:rPr>
              <w:t>Supporting</w:t>
            </w:r>
          </w:p>
          <w:p>
            <w:pPr>
              <w:spacing w:after="0"/>
            </w:pPr>
            <w:r>
              <w:rPr>
                <w:b w:val="0"/>
                <w:sz w:val="19"/>
              </w:rPr>
              <w:t>Objective: To order food in a restaurant in English by using target vocabulary and phrases related to food.</w:t>
            </w:r>
          </w:p>
          <w:p>
            <w:pPr>
              <w:spacing w:after="0"/>
            </w:pPr>
            <w:r>
              <w:rPr>
                <w:b w:val="0"/>
                <w:sz w:val="19"/>
              </w:rPr>
              <w:t>Activity: Restaurant Role-Play</w:t>
            </w:r>
          </w:p>
          <w:p>
            <w:pPr>
              <w:spacing w:after="0"/>
            </w:pPr>
            <w:r>
              <w:rPr>
                <w:b w:val="0"/>
                <w:sz w:val="19"/>
              </w:rPr>
              <w:t>The teacher provides a sample menu with prices for reference and asks students to work in small groups</w:t>
            </w:r>
          </w:p>
          <w:p>
            <w:pPr>
              <w:spacing w:after="0"/>
            </w:pPr>
            <w:r>
              <w:rPr>
                <w:b w:val="0"/>
                <w:sz w:val="19"/>
              </w:rPr>
              <w:t>in order to create their own restaurant menus. Menus should include types of food (e.g., appetizers, main</w:t>
            </w:r>
          </w:p>
          <w:p>
            <w:pPr>
              <w:spacing w:after="0"/>
            </w:pPr>
            <w:r>
              <w:rPr>
                <w:b w:val="0"/>
                <w:sz w:val="19"/>
              </w:rPr>
              <w:t>courses, desserts), images/drawings of food and prices. The teacher gives a list of common phrases and</w:t>
            </w:r>
          </w:p>
          <w:p>
            <w:pPr>
              <w:spacing w:after="0"/>
            </w:pPr>
            <w:r>
              <w:rPr>
                <w:b w:val="0"/>
                <w:sz w:val="19"/>
              </w:rPr>
              <w:t>vocabulary, visual aids (like picture menAmE.) to support their understanding. When the menus are ready, the teacher explains the role play activity. The teacher assigns roles within each group: waiter/waitress, customers. Each group creates a simple restaurant scenario. The teacher provides sentence frames to</w:t>
            </w:r>
          </w:p>
          <w:p>
            <w:pPr>
              <w:spacing w:after="0"/>
            </w:pPr>
            <w:r>
              <w:rPr>
                <w:b w:val="0"/>
                <w:sz w:val="19"/>
              </w:rPr>
              <w:t>help students structure their conversations. (For example: Customer: “Hello! I would like to order the ____”.</w:t>
            </w:r>
          </w:p>
          <w:p>
            <w:pPr>
              <w:spacing w:after="0"/>
            </w:pPr>
            <w:r>
              <w:rPr>
                <w:b w:val="0"/>
                <w:sz w:val="19"/>
              </w:rPr>
              <w:t>Waiter: “Sure! Would you like anything to eat?” Customer: “Yes, I’ll have a ____”). The teacher allows groups</w:t>
            </w:r>
          </w:p>
          <w:p>
            <w:pPr>
              <w:spacing w:after="0"/>
            </w:pPr>
            <w:r>
              <w:rPr>
                <w:b w:val="0"/>
                <w:sz w:val="19"/>
              </w:rPr>
              <w:t>time to practice their role-play scenarios. Each group presents their role-play to the class, simulating a real</w:t>
            </w:r>
          </w:p>
          <w:p>
            <w:pPr>
              <w:spacing w:after="0"/>
            </w:pPr>
            <w:r>
              <w:rPr>
                <w:b w:val="0"/>
                <w:sz w:val="19"/>
              </w:rPr>
              <w:t>restaurant experience. The teacher encourages other students to observe and give constructive feedback.</w:t>
            </w:r>
          </w:p>
          <w:p>
            <w:pPr>
              <w:spacing w:after="0"/>
            </w:pPr>
            <w:r>
              <w:rPr>
                <w:b w:val="0"/>
                <w:sz w:val="19"/>
              </w:rPr>
              <w:t>To reflect on their learning experience, students write down one thing they did well and one thing they want</w:t>
            </w:r>
          </w:p>
          <w:p>
            <w:pPr>
              <w:spacing w:after="0"/>
            </w:pPr>
            <w:r>
              <w:rPr>
                <w:b w:val="0"/>
                <w:sz w:val="19"/>
              </w:rPr>
              <w:t>to improve for next time.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work in pairs to create a short dialogue about ordering food in</w:t>
            </w:r>
          </w:p>
          <w:p>
            <w:pPr>
              <w:spacing w:after="0"/>
            </w:pPr>
            <w:r>
              <w:rPr>
                <w:b w:val="0"/>
                <w:sz w:val="19"/>
              </w:rPr>
              <w:t>different types of restaurants and cafés. Each pair will include things like greetings, asking about the menu, choosing food, and talking about preferences. Then they will act out their dialogue in front of the class. The</w:t>
            </w:r>
          </w:p>
          <w:p>
            <w:pPr>
              <w:spacing w:after="0"/>
            </w:pPr>
            <w:r>
              <w:rPr>
                <w:b w:val="0"/>
                <w:sz w:val="19"/>
              </w:rPr>
              <w:t>assignment will be evaluated 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27: 12-16 April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April · Week 27: 12-16 April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SCHOOL-BASED PLANNING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28: 19-23 April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April · Week 28: 19-23 April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6: LIFE IN THE WORLD</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Basic food types; ordering in a restaurant; food events the city.</w:t>
            </w:r>
          </w:p>
          <w:p>
            <w:pPr>
              <w:spacing w:after="0"/>
            </w:pPr>
            <w:r>
              <w:rPr>
                <w:b w:val="0"/>
                <w:sz w:val="19"/>
              </w:rPr>
              <w:t>Target Vocabulary in Use:</w:t>
            </w:r>
          </w:p>
          <w:p>
            <w:pPr>
              <w:spacing w:after="0"/>
            </w:pPr>
            <w:r>
              <w:rPr>
                <w:b w:val="0"/>
                <w:sz w:val="19"/>
              </w:rPr>
              <w:t>Vocabulary for basic food types: Nouns: Dairy, nuts, beef, beans, a sweet (candy-AmE), a biscuit (cookie-</w:t>
            </w:r>
          </w:p>
          <w:p>
            <w:pPr>
              <w:spacing w:after="0"/>
            </w:pPr>
            <w:r>
              <w:rPr>
                <w:b w:val="0"/>
                <w:sz w:val="19"/>
              </w:rPr>
              <w:t>AmE), jam, oil, a lemon, a top, a bottom, a bit, amount, soup, a salad, spices, sugar, butter, salt, pasta, flour, bread, tuna, a tart, garlic, meat, a plate, a recipe. Verbs: To boil, to cut, to wash, to dry, to heat, to taste, to</w:t>
            </w:r>
          </w:p>
          <w:p>
            <w:pPr>
              <w:spacing w:after="0"/>
            </w:pPr>
            <w:r>
              <w:rPr>
                <w:b w:val="0"/>
                <w:sz w:val="19"/>
              </w:rPr>
              <w:t>contain, to need, to mash, to prepare, to slice, to cook. Adjectives: Fresh, home-made, boiled, healthy, light, sweet, fatty, special. Adverbs: Carefully, slowly, quickly. Phrases: To put on weight, to lose weight, at/on the</w:t>
            </w:r>
          </w:p>
          <w:p>
            <w:pPr>
              <w:spacing w:after="0"/>
            </w:pPr>
            <w:r>
              <w:rPr>
                <w:b w:val="0"/>
                <w:sz w:val="19"/>
              </w:rPr>
              <w:t>top of.</w:t>
            </w:r>
          </w:p>
          <w:p>
            <w:pPr>
              <w:spacing w:after="0"/>
            </w:pPr>
            <w:r>
              <w:rPr>
                <w:b w:val="0"/>
                <w:sz w:val="19"/>
              </w:rPr>
              <w:t>Vocabulary for ordering in a restaurant: Nouns: Sauce, tip, a bowl, a bit, a chef, a dessert, a drink (a</w:t>
            </w:r>
          </w:p>
          <w:p>
            <w:pPr>
              <w:spacing w:after="0"/>
            </w:pPr>
            <w:r>
              <w:rPr>
                <w:b w:val="0"/>
                <w:sz w:val="19"/>
              </w:rPr>
              <w:t>beverage-AmE), an order, a service, a side, tasting, a recipe, a quality, amount, a meal, a main dish, a starter</w:t>
            </w:r>
          </w:p>
          <w:p>
            <w:pPr>
              <w:spacing w:after="0"/>
            </w:pPr>
            <w:r>
              <w:rPr>
                <w:b w:val="0"/>
                <w:sz w:val="19"/>
              </w:rPr>
              <w:t>(an appetizer-AmE). Verbs: To order, to serve, to book, to taste, to pay, to smell, to recommend, to reserve.</w:t>
            </w:r>
          </w:p>
          <w:p>
            <w:pPr>
              <w:spacing w:after="0"/>
            </w:pPr>
            <w:r>
              <w:rPr>
                <w:b w:val="0"/>
                <w:sz w:val="19"/>
              </w:rPr>
              <w:t>Adjectives: Empty, tasty, delicious. Phrases: To book a table, to pay in cash.</w:t>
            </w:r>
          </w:p>
          <w:p>
            <w:pPr>
              <w:spacing w:after="0"/>
            </w:pPr>
            <w:r>
              <w:rPr>
                <w:b w:val="0"/>
                <w:sz w:val="19"/>
              </w:rPr>
              <w:t>Target Grammatical Structures in Use:</w:t>
            </w:r>
          </w:p>
          <w:p>
            <w:pPr>
              <w:spacing w:after="0"/>
            </w:pPr>
            <w:r>
              <w:rPr>
                <w:b w:val="0"/>
                <w:sz w:val="19"/>
              </w:rPr>
              <w:t>-“Can” for Permission: (Can I pay in cash?)</w:t>
            </w:r>
          </w:p>
          <w:p>
            <w:pPr>
              <w:spacing w:after="0"/>
            </w:pPr>
            <w:r>
              <w:rPr>
                <w:b w:val="0"/>
                <w:sz w:val="19"/>
              </w:rPr>
              <w:t>-“Have got/Has got”: (She has got a new recipe.)</w:t>
            </w:r>
          </w:p>
          <w:p>
            <w:pPr>
              <w:spacing w:after="0"/>
            </w:pPr>
            <w:r>
              <w:rPr>
                <w:b w:val="0"/>
                <w:sz w:val="19"/>
              </w:rPr>
              <w:t>-Countable and Uncountable Nouns: (How many lemons do you need for the recipe?)</w:t>
            </w:r>
          </w:p>
          <w:p>
            <w:pPr>
              <w:spacing w:after="0"/>
            </w:pPr>
            <w:r>
              <w:rPr>
                <w:b w:val="0"/>
                <w:sz w:val="19"/>
              </w:rPr>
              <w:t>Functions of the Target Grammatical Structures in Use:</w:t>
            </w:r>
          </w:p>
          <w:p>
            <w:pPr>
              <w:spacing w:after="0"/>
            </w:pPr>
            <w:r>
              <w:rPr>
                <w:b w:val="0"/>
                <w:sz w:val="19"/>
              </w:rPr>
              <w:t>-Use of Modal “Can” for Permission: Asking or giving permission</w:t>
            </w:r>
          </w:p>
          <w:p>
            <w:pPr>
              <w:spacing w:after="0"/>
            </w:pPr>
            <w:r>
              <w:rPr>
                <w:b w:val="0"/>
                <w:sz w:val="19"/>
              </w:rPr>
              <w:t>-Use of Modal “Have got/Has got”: Expressing possession.</w:t>
            </w:r>
          </w:p>
          <w:p>
            <w:pPr>
              <w:spacing w:after="0"/>
            </w:pPr>
            <w:r>
              <w:rPr>
                <w:b w:val="0"/>
                <w:sz w:val="19"/>
              </w:rPr>
              <w:t>-Use of Countable and Uncountable nouns: Expressing the amount of quantity of nouns.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Let’s eat out!</w:t>
            </w:r>
          </w:p>
          <w:p>
            <w:pPr>
              <w:spacing w:after="0"/>
            </w:pPr>
            <w:r>
              <w:rPr>
                <w:b w:val="0"/>
                <w:sz w:val="19"/>
              </w:rPr>
              <w:t>This problem is a hot potato!</w:t>
            </w:r>
          </w:p>
          <w:p>
            <w:pPr>
              <w:spacing w:after="0"/>
            </w:pPr>
            <w:r>
              <w:rPr>
                <w:b w:val="0"/>
                <w:sz w:val="19"/>
              </w:rPr>
              <w:t>My sister is buttering my mother up to get permission to go to the cinema!</w:t>
            </w:r>
          </w:p>
          <w:p>
            <w:pPr>
              <w:spacing w:after="0"/>
            </w:pPr>
            <w:r>
              <w:rPr>
                <w:b w:val="0"/>
                <w:sz w:val="19"/>
              </w:rPr>
              <w:t>Target Phonological Sounds in Use:</w:t>
            </w:r>
          </w:p>
          <w:p>
            <w:pPr>
              <w:spacing w:after="0"/>
            </w:pPr>
            <w:r>
              <w:rPr>
                <w:b w:val="0"/>
                <w:sz w:val="19"/>
              </w:rPr>
              <w:t>l, m, n, (ng), o, p</w:t>
            </w:r>
          </w:p>
          <w:p>
            <w:pPr>
              <w:spacing w:after="0"/>
            </w:pPr>
            <w:r>
              <w:rPr>
                <w:b w:val="0"/>
                <w:sz w:val="19"/>
              </w:rPr>
              <w:t>Vowel: o: (/əʊ/, /ɒ/, /əʊ/)</w:t>
            </w:r>
          </w:p>
          <w:p>
            <w:pPr>
              <w:spacing w:after="0"/>
            </w:pPr>
            <w:r>
              <w:rPr>
                <w:b w:val="0"/>
                <w:sz w:val="19"/>
              </w:rPr>
              <w:t>Consonants: l: (/ɛl/ ,/l/); m (/ɛm/,/m/); n: (/ɛn/, /n/); ng: (/ng/); p: ( /piː/,/p/)</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ENG.5.6.L1. Students can get ready for the listening/watching-comprehension process for the current</w:t>
            </w:r>
          </w:p>
          <w:p>
            <w:pPr>
              <w:spacing w:after="0"/>
            </w:pPr>
            <w:r>
              <w:rPr>
                <w:b w:val="0"/>
                <w:sz w:val="19"/>
              </w:rPr>
              <w:t>content on “life in the world with basic food types; ordering in a restaurant; food events in the</w:t>
            </w:r>
          </w:p>
          <w:p>
            <w:pPr>
              <w:spacing w:after="0"/>
            </w:pPr>
            <w:r>
              <w:rPr>
                <w:b w:val="0"/>
                <w:sz w:val="19"/>
              </w:rPr>
              <w:t>city” carefully. ENG.5.6.L2. Students can bring information about the current conte t on “life in the world with basic food</w:t>
            </w:r>
          </w:p>
          <w:p>
            <w:pPr>
              <w:spacing w:after="0"/>
            </w:pPr>
            <w:r>
              <w:rPr>
                <w:b w:val="0"/>
                <w:sz w:val="19"/>
              </w:rPr>
              <w:t>types; ordering in a restaurant; food events in the city” together through significant details</w:t>
            </w:r>
          </w:p>
          <w:p>
            <w:pPr>
              <w:spacing w:after="0"/>
            </w:pPr>
            <w:r>
              <w:rPr>
                <w:b w:val="0"/>
                <w:sz w:val="19"/>
              </w:rPr>
              <w:t>and main components while listening/watching it. ENG.5.6.L3. Students can make meaning of/derive meaning from the current content on “life in the world</w:t>
            </w:r>
          </w:p>
          <w:p>
            <w:pPr>
              <w:spacing w:after="0"/>
            </w:pPr>
            <w:r>
              <w:rPr>
                <w:b w:val="0"/>
                <w:sz w:val="19"/>
              </w:rPr>
              <w:t>with basic food types; ordering in a restaurant; food events in the city” through significant</w:t>
            </w:r>
          </w:p>
          <w:p>
            <w:pPr>
              <w:spacing w:after="0"/>
            </w:pPr>
            <w:r>
              <w:rPr>
                <w:b w:val="0"/>
                <w:sz w:val="19"/>
              </w:rPr>
              <w:t>details by listening/watching it carefully. ENG.5.6.L4.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world with basic food types; ordering in a restaurant; food events in the city”. ENG.5.6.P1. Students can select and use the target phonological elements of the current content about “life</w:t>
            </w:r>
          </w:p>
          <w:p>
            <w:pPr>
              <w:spacing w:after="0"/>
            </w:pPr>
            <w:r>
              <w:rPr>
                <w:b w:val="0"/>
                <w:sz w:val="19"/>
              </w:rPr>
              <w:t>in the world with basic food types; ordering in a restaurant; food events in the city” accurately, authentically, and naturally through spontaneous decision-making processes and use it in an</w:t>
            </w:r>
          </w:p>
          <w:p>
            <w:pPr>
              <w:spacing w:after="0"/>
            </w:pPr>
            <w:r>
              <w:rPr>
                <w:b w:val="0"/>
                <w:sz w:val="19"/>
              </w:rPr>
              <w:t>appropriate and effective way when communicating with others. ENG.5.6.R1. Students can get ready for the reading-comprehension process about the current content on</w:t>
            </w:r>
          </w:p>
          <w:p>
            <w:pPr>
              <w:spacing w:after="0"/>
            </w:pPr>
            <w:r>
              <w:rPr>
                <w:b w:val="0"/>
                <w:sz w:val="19"/>
              </w:rPr>
              <w:t>“life in the world with basic food types; ordering in a restaurant; food events in the city”. ENG.5.6.R2. Students can bring information about the current content on “life in the world with basic food</w:t>
            </w:r>
          </w:p>
          <w:p>
            <w:pPr>
              <w:spacing w:after="0"/>
            </w:pPr>
            <w:r>
              <w:rPr>
                <w:b w:val="0"/>
                <w:sz w:val="19"/>
              </w:rPr>
              <w:t>types; ordering in a restaurant; food events in the city” through skimming (looking quickly at)</w:t>
            </w:r>
          </w:p>
          <w:p>
            <w:pPr>
              <w:spacing w:after="0"/>
            </w:pPr>
            <w:r>
              <w:rPr>
                <w:b w:val="0"/>
                <w:sz w:val="19"/>
              </w:rPr>
              <w:t>the audio-visual elements and reading the content very quickly. ENG.5.6.R3. Students can make meaning of / derive meaning from the current content about “life in the</w:t>
            </w:r>
          </w:p>
          <w:p>
            <w:pPr>
              <w:spacing w:after="0"/>
            </w:pPr>
            <w:r>
              <w:rPr>
                <w:b w:val="0"/>
                <w:sz w:val="19"/>
              </w:rPr>
              <w:t>world with basic food types; ordering in a restaurant; food events in the city” by reading it</w:t>
            </w:r>
          </w:p>
          <w:p>
            <w:pPr>
              <w:spacing w:after="0"/>
            </w:pPr>
            <w:r>
              <w:rPr>
                <w:b w:val="0"/>
                <w:sz w:val="19"/>
              </w:rPr>
              <w:t>carefully. ENG.5.6.R4. Students can convey their knowledge, experiences, thoughts, and feelings related to the</w:t>
            </w:r>
          </w:p>
          <w:p>
            <w:pPr>
              <w:spacing w:after="0"/>
            </w:pPr>
            <w:r>
              <w:rPr>
                <w:b w:val="0"/>
                <w:sz w:val="19"/>
              </w:rPr>
              <w:t>reading-comprehension process about the current content, “life in the world with basic food</w:t>
            </w:r>
          </w:p>
          <w:p>
            <w:pPr>
              <w:spacing w:after="0"/>
            </w:pPr>
            <w:r>
              <w:rPr>
                <w:b w:val="0"/>
                <w:sz w:val="19"/>
              </w:rPr>
              <w:t>types; ordering in a restaurant; food events in the city” in relation to themselves or others, both individually and/or with others. ENG.5.6.V1. Students can select and use the target vocabulary of the current content about “life in the</w:t>
            </w:r>
          </w:p>
          <w:p>
            <w:pPr>
              <w:spacing w:after="0"/>
            </w:pPr>
            <w:r>
              <w:rPr>
                <w:b w:val="0"/>
                <w:sz w:val="19"/>
              </w:rPr>
              <w:t>world with basic food types; ordering in a restaurant; food events in the city” accurately, authentically, spontaneously, and naturally and use it appropriately and effectively when</w:t>
            </w:r>
          </w:p>
          <w:p>
            <w:pPr>
              <w:spacing w:after="0"/>
            </w:pPr>
            <w:r>
              <w:rPr>
                <w:b w:val="0"/>
                <w:sz w:val="19"/>
              </w:rPr>
              <w:t>communicating with others. ENG.5.6.G1. Students can select and use the target grammatical elements of the current content about</w:t>
            </w:r>
          </w:p>
          <w:p>
            <w:pPr>
              <w:spacing w:after="0"/>
            </w:pPr>
            <w:r>
              <w:rPr>
                <w:b w:val="0"/>
                <w:sz w:val="19"/>
              </w:rPr>
              <w:t>“life in the world with basic food types; ordering in a restaurant; food events in the city”</w:t>
            </w:r>
          </w:p>
          <w:p>
            <w:pPr>
              <w:spacing w:after="0"/>
            </w:pPr>
            <w:r>
              <w:rPr>
                <w:b w:val="0"/>
                <w:sz w:val="19"/>
              </w:rPr>
              <w:t>accurately, authentically, spontaneously, and naturally and use it appropriately and effectively</w:t>
            </w:r>
          </w:p>
          <w:p>
            <w:pPr>
              <w:spacing w:after="0"/>
            </w:pPr>
            <w:r>
              <w:rPr>
                <w:b w:val="0"/>
                <w:sz w:val="19"/>
              </w:rPr>
              <w:t>when communicating with others. ENG.5.6.W1. Students can get ready for the writing-expression process about the current content on “life</w:t>
            </w:r>
          </w:p>
          <w:p>
            <w:pPr>
              <w:spacing w:after="0"/>
            </w:pPr>
            <w:r>
              <w:rPr>
                <w:b w:val="0"/>
                <w:sz w:val="19"/>
              </w:rPr>
              <w:t>in the world with basic food types; ordering in a restaurant; food events in the city”. ENG.5.6.W2. Students can understand the model/example for the writing task about the current content</w:t>
            </w:r>
          </w:p>
          <w:p>
            <w:pPr>
              <w:spacing w:after="0"/>
            </w:pPr>
            <w:r>
              <w:rPr>
                <w:b w:val="0"/>
                <w:sz w:val="19"/>
              </w:rPr>
              <w:t>on “life in the world with basic food types; ordering in a restaurant; food events in the city”. ENG.5.6.W3. Students can organise a content for the assigned writing task on the current content “life in</w:t>
            </w:r>
          </w:p>
          <w:p>
            <w:pPr>
              <w:spacing w:after="0"/>
            </w:pPr>
            <w:r>
              <w:rPr>
                <w:b w:val="0"/>
                <w:sz w:val="19"/>
              </w:rPr>
              <w:t>the world with basic food types; ordering in a restaurant; food events in the city” based on the</w:t>
            </w:r>
          </w:p>
          <w:p>
            <w:pPr>
              <w:spacing w:after="0"/>
            </w:pPr>
            <w:r>
              <w:rPr>
                <w:b w:val="0"/>
                <w:sz w:val="19"/>
              </w:rPr>
              <w:t>model/example provided. ENG.5.6.W4. Students can individually construct/form content for the assigned writing task on the current</w:t>
            </w:r>
          </w:p>
          <w:p>
            <w:pPr>
              <w:spacing w:after="0"/>
            </w:pPr>
            <w:r>
              <w:rPr>
                <w:b w:val="0"/>
                <w:sz w:val="19"/>
              </w:rPr>
              <w:t>content “life in the world with basic food types; ordering in a restaurant; food events in the</w:t>
            </w:r>
          </w:p>
          <w:p>
            <w:pPr>
              <w:spacing w:after="0"/>
            </w:pPr>
            <w:r>
              <w:rPr>
                <w:b w:val="0"/>
                <w:sz w:val="19"/>
              </w:rPr>
              <w:t>city”. ENG.5.6.W5. Students can reorganise (reconstruct) and use information in the new written tasks about</w:t>
            </w:r>
          </w:p>
          <w:p>
            <w:pPr>
              <w:spacing w:after="0"/>
            </w:pPr>
            <w:r>
              <w:rPr>
                <w:b w:val="0"/>
                <w:sz w:val="19"/>
              </w:rPr>
              <w:t>the “life in the world with basic food types; ordering in a restaurant; food events in the city” to</w:t>
            </w:r>
          </w:p>
          <w:p>
            <w:pPr>
              <w:spacing w:after="0"/>
            </w:pPr>
            <w:r>
              <w:rPr>
                <w:b w:val="0"/>
                <w:sz w:val="19"/>
              </w:rPr>
              <w:t>communicate with other people. ENG.5.6.W6. Students can reflect on their knowledge, experiences, thoughts, and feelings related to</w:t>
            </w:r>
          </w:p>
          <w:p>
            <w:pPr>
              <w:spacing w:after="0"/>
            </w:pPr>
            <w:r>
              <w:rPr>
                <w:b w:val="0"/>
                <w:sz w:val="19"/>
              </w:rPr>
              <w:t>the writing-expression process about the current content, “life in the world with basic food</w:t>
            </w:r>
          </w:p>
          <w:p>
            <w:pPr>
              <w:spacing w:after="0"/>
            </w:pPr>
            <w:r>
              <w:rPr>
                <w:b w:val="0"/>
                <w:sz w:val="19"/>
              </w:rPr>
              <w:t>types; ordering in a restaurant; food events in the city” in relation to themselves or others, both individually and/or with others. ENG.5.6.S1. Students can get ready for speaking-expression process about the current content on “life in</w:t>
            </w:r>
          </w:p>
          <w:p>
            <w:pPr>
              <w:spacing w:after="0"/>
            </w:pPr>
            <w:r>
              <w:rPr>
                <w:b w:val="0"/>
                <w:sz w:val="19"/>
              </w:rPr>
              <w:t>the world with basic food types; ordering in a restaurant; food events in the city”. ENG.5.6.S2. Students can use the model/example for producing verbal content about the current content</w:t>
            </w:r>
          </w:p>
          <w:p>
            <w:pPr>
              <w:spacing w:after="0"/>
            </w:pPr>
            <w:r>
              <w:rPr>
                <w:b w:val="0"/>
                <w:sz w:val="19"/>
              </w:rPr>
              <w:t>on “life in the world with basic food types; ordering in a restaurant; food events in the city”. ENG.5.6.S3. Students can organise a new verbal content on “life in the world with basic food types; ordering</w:t>
            </w:r>
          </w:p>
          <w:p>
            <w:pPr>
              <w:spacing w:after="0"/>
            </w:pPr>
            <w:r>
              <w:rPr>
                <w:b w:val="0"/>
                <w:sz w:val="19"/>
              </w:rPr>
              <w:t>in a restaurant; food events in the city” by speaking accurately, efficiently, and authentically. ENG.5.6.S4. Students can construct a new verbal content on “life in the world with basic food types;</w:t>
            </w:r>
          </w:p>
          <w:p>
            <w:pPr>
              <w:spacing w:after="0"/>
            </w:pPr>
            <w:r>
              <w:rPr>
                <w:b w:val="0"/>
                <w:sz w:val="19"/>
              </w:rPr>
              <w:t>ordering in a restaurant; food events in the city” by speaking accurately, efficiently, and</w:t>
            </w:r>
          </w:p>
          <w:p>
            <w:pPr>
              <w:spacing w:after="0"/>
            </w:pPr>
            <w:r>
              <w:rPr>
                <w:b w:val="0"/>
                <w:sz w:val="19"/>
              </w:rPr>
              <w:t>authentically. ENG.5.6.S5. Students can reorganise (reconstruct) and use information about the “life in the world with</w:t>
            </w:r>
          </w:p>
          <w:p>
            <w:pPr>
              <w:spacing w:after="0"/>
            </w:pPr>
            <w:r>
              <w:rPr>
                <w:b w:val="0"/>
                <w:sz w:val="19"/>
              </w:rPr>
              <w:t>basic food types; ordering in a restaurant; food events in the city” to communicate with other</w:t>
            </w:r>
          </w:p>
          <w:p>
            <w:pPr>
              <w:spacing w:after="0"/>
            </w:pPr>
            <w:r>
              <w:rPr>
                <w:b w:val="0"/>
                <w:sz w:val="19"/>
              </w:rPr>
              <w:t>people. ENG.5.6.S6. Students can convey their knowledge, experiences, thoughts, and feelings related to the</w:t>
            </w:r>
          </w:p>
          <w:p>
            <w:pPr>
              <w:spacing w:after="0"/>
            </w:pPr>
            <w:r>
              <w:rPr>
                <w:b w:val="0"/>
                <w:sz w:val="19"/>
              </w:rPr>
              <w:t>speaking-expression process about the current content, “life in the world with basic food</w:t>
            </w:r>
          </w:p>
          <w:p>
            <w:pPr>
              <w:spacing w:after="0"/>
            </w:pPr>
            <w:r>
              <w:rPr>
                <w:b w:val="0"/>
                <w:sz w:val="19"/>
              </w:rPr>
              <w:t>types; ordering in a restaurant; food events in the city” to communicate with other people in</w:t>
            </w:r>
          </w:p>
          <w:p>
            <w:pPr>
              <w:spacing w:after="0"/>
            </w:pPr>
            <w:r>
              <w:rPr>
                <w:b w:val="0"/>
                <w:sz w:val="19"/>
              </w:rPr>
              <w:t>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V10. Modesty, V11.</w:t>
            </w:r>
          </w:p>
          <w:p>
            <w:pPr>
              <w:spacing w:after="0"/>
            </w:pPr>
            <w:r>
              <w:rPr>
                <w:b w:val="0"/>
                <w:sz w:val="19"/>
              </w:rPr>
              <w:t>Independence, V12. Patience, V13. Healthy Living, V14. Respect, V15. Love and</w:t>
            </w:r>
          </w:p>
          <w:p>
            <w:pPr>
              <w:spacing w:after="0"/>
            </w:pPr>
            <w:r>
              <w:rPr>
                <w:b w:val="0"/>
                <w:sz w:val="19"/>
              </w:rPr>
              <w:t>Affection, V16. Responsibility, V17. Thriftiness,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(ENG.5.6.L1.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order food in a restaurant in English by using vocabulary and phrases related to food.</w:t>
            </w:r>
          </w:p>
          <w:p>
            <w:pPr>
              <w:spacing w:after="0"/>
            </w:pPr>
            <w:r>
              <w:rPr>
                <w:b w:val="0"/>
                <w:sz w:val="19"/>
              </w:rPr>
              <w:t>Activity 1: Restaurant Role-Play</w:t>
            </w:r>
          </w:p>
          <w:p>
            <w:pPr>
              <w:spacing w:after="0"/>
            </w:pPr>
            <w:r>
              <w:rPr>
                <w:b w:val="0"/>
                <w:sz w:val="19"/>
              </w:rPr>
              <w:t>The teacher provides a sample menu with prices for reference and asks students to work in small groups</w:t>
            </w:r>
          </w:p>
          <w:p>
            <w:pPr>
              <w:spacing w:after="0"/>
            </w:pPr>
            <w:r>
              <w:rPr>
                <w:b w:val="0"/>
                <w:sz w:val="19"/>
              </w:rPr>
              <w:t>in order to create their own restaurant menus. Menus should include types of food (e.g., appetizers, main</w:t>
            </w:r>
          </w:p>
          <w:p>
            <w:pPr>
              <w:spacing w:after="0"/>
            </w:pPr>
            <w:r>
              <w:rPr>
                <w:b w:val="0"/>
                <w:sz w:val="19"/>
              </w:rPr>
              <w:t>courses, desserts) with descriptions, images/drawings of food and prices. When the menus are ready, the teacher explains the role play activity. The teacher assigns roles within each group: waiter/waitress, customers. Each group creates a simple restaurant scenario. The teacher allows groups time to practice</w:t>
            </w:r>
          </w:p>
          <w:p>
            <w:pPr>
              <w:spacing w:after="0"/>
            </w:pPr>
            <w:r>
              <w:rPr>
                <w:b w:val="0"/>
                <w:sz w:val="19"/>
              </w:rPr>
              <w:t>their role-play scenarios. Each group presents their role-play to the class, simulating a real restaurant</w:t>
            </w:r>
          </w:p>
          <w:p>
            <w:pPr>
              <w:spacing w:after="0"/>
            </w:pPr>
            <w:r>
              <w:rPr>
                <w:b w:val="0"/>
                <w:sz w:val="19"/>
              </w:rPr>
              <w:t>experience. The teacher encourages other students to observe and give constructive feedback. To reflect</w:t>
            </w:r>
          </w:p>
          <w:p>
            <w:pPr>
              <w:spacing w:after="0"/>
            </w:pPr>
            <w:r>
              <w:rPr>
                <w:b w:val="0"/>
                <w:sz w:val="19"/>
              </w:rPr>
              <w:t>on their learning experience, students write down one thing they did well and one thing they want to improve</w:t>
            </w:r>
          </w:p>
          <w:p>
            <w:pPr>
              <w:spacing w:after="0"/>
            </w:pPr>
            <w:r>
              <w:rPr>
                <w:b w:val="0"/>
                <w:sz w:val="19"/>
              </w:rPr>
              <w:t>for next time. Students reflect on their thoughts and feelings about the activity.</w:t>
            </w:r>
          </w:p>
          <w:p>
            <w:pPr>
              <w:spacing w:after="0"/>
            </w:pPr>
            <w:r>
              <w:rPr>
                <w:b w:val="0"/>
                <w:sz w:val="19"/>
              </w:rPr>
              <w:t>Supporting</w:t>
            </w:r>
          </w:p>
          <w:p>
            <w:pPr>
              <w:spacing w:after="0"/>
            </w:pPr>
            <w:r>
              <w:rPr>
                <w:b w:val="0"/>
                <w:sz w:val="19"/>
              </w:rPr>
              <w:t>Objective: To order food in a restaurant in English by using target vocabulary and phrases related to food.</w:t>
            </w:r>
          </w:p>
          <w:p>
            <w:pPr>
              <w:spacing w:after="0"/>
            </w:pPr>
            <w:r>
              <w:rPr>
                <w:b w:val="0"/>
                <w:sz w:val="19"/>
              </w:rPr>
              <w:t>Activity: Restaurant Role-Play</w:t>
            </w:r>
          </w:p>
          <w:p>
            <w:pPr>
              <w:spacing w:after="0"/>
            </w:pPr>
            <w:r>
              <w:rPr>
                <w:b w:val="0"/>
                <w:sz w:val="19"/>
              </w:rPr>
              <w:t>The teacher provides a sample menu with prices for reference and asks students to work in small groups</w:t>
            </w:r>
          </w:p>
          <w:p>
            <w:pPr>
              <w:spacing w:after="0"/>
            </w:pPr>
            <w:r>
              <w:rPr>
                <w:b w:val="0"/>
                <w:sz w:val="19"/>
              </w:rPr>
              <w:t>in order to create their own restaurant menus. Menus should include types of food (e.g., appetizers, main</w:t>
            </w:r>
          </w:p>
          <w:p>
            <w:pPr>
              <w:spacing w:after="0"/>
            </w:pPr>
            <w:r>
              <w:rPr>
                <w:b w:val="0"/>
                <w:sz w:val="19"/>
              </w:rPr>
              <w:t>courses, desserts), images/drawings of food and prices. The teacher gives a list of common phrases and</w:t>
            </w:r>
          </w:p>
          <w:p>
            <w:pPr>
              <w:spacing w:after="0"/>
            </w:pPr>
            <w:r>
              <w:rPr>
                <w:b w:val="0"/>
                <w:sz w:val="19"/>
              </w:rPr>
              <w:t>vocabulary, visual aids (like picture menAmE.) to support their understanding. When the menus are ready, the teacher explains the role play activity. The teacher assigns roles within each group: waiter/waitress, customers. Each group creates a simple restaurant scenario. The teacher provides sentence frames to</w:t>
            </w:r>
          </w:p>
          <w:p>
            <w:pPr>
              <w:spacing w:after="0"/>
            </w:pPr>
            <w:r>
              <w:rPr>
                <w:b w:val="0"/>
                <w:sz w:val="19"/>
              </w:rPr>
              <w:t>help students structure their conversations. (For example: Customer: “Hello! I would like to order the ____”.</w:t>
            </w:r>
          </w:p>
          <w:p>
            <w:pPr>
              <w:spacing w:after="0"/>
            </w:pPr>
            <w:r>
              <w:rPr>
                <w:b w:val="0"/>
                <w:sz w:val="19"/>
              </w:rPr>
              <w:t>Waiter: “Sure! Would you like anything to eat?” Customer: “Yes, I’ll have a ____”). The teacher allows groups</w:t>
            </w:r>
          </w:p>
          <w:p>
            <w:pPr>
              <w:spacing w:after="0"/>
            </w:pPr>
            <w:r>
              <w:rPr>
                <w:b w:val="0"/>
                <w:sz w:val="19"/>
              </w:rPr>
              <w:t>time to practice their role-play scenarios. Each group presents their role-play to the class, simulating a real</w:t>
            </w:r>
          </w:p>
          <w:p>
            <w:pPr>
              <w:spacing w:after="0"/>
            </w:pPr>
            <w:r>
              <w:rPr>
                <w:b w:val="0"/>
                <w:sz w:val="19"/>
              </w:rPr>
              <w:t>restaurant experience. The teacher encourages other students to observe and give constructive feedback.</w:t>
            </w:r>
          </w:p>
          <w:p>
            <w:pPr>
              <w:spacing w:after="0"/>
            </w:pPr>
            <w:r>
              <w:rPr>
                <w:b w:val="0"/>
                <w:sz w:val="19"/>
              </w:rPr>
              <w:t>To reflect on their learning experience, students write down one thing they did well and one thing they want</w:t>
            </w:r>
          </w:p>
          <w:p>
            <w:pPr>
              <w:spacing w:after="0"/>
            </w:pPr>
            <w:r>
              <w:rPr>
                <w:b w:val="0"/>
                <w:sz w:val="19"/>
              </w:rPr>
              <w:t>to improve for next time.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work in pairs to create a short dialogue about ordering food in</w:t>
            </w:r>
          </w:p>
          <w:p>
            <w:pPr>
              <w:spacing w:after="0"/>
            </w:pPr>
            <w:r>
              <w:rPr>
                <w:b w:val="0"/>
                <w:sz w:val="19"/>
              </w:rPr>
              <w:t>different types of restaurants and cafés. Each pair will include things like greetings, asking about the menu, choosing food, and talking about preferences. Then they will act out their dialogue in front of the class. The</w:t>
            </w:r>
          </w:p>
          <w:p>
            <w:pPr>
              <w:spacing w:after="0"/>
            </w:pPr>
            <w:r>
              <w:rPr>
                <w:b w:val="0"/>
                <w:sz w:val="19"/>
              </w:rPr>
              <w:t>assignment will be evaluated by using 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April, National Sovereignty and Children's Day</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29: 26-30 April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April · Week 29: 26-30 April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7: LIFE IN NATURE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Types of animals in nature; wild animals in nature; their habitats</w:t>
            </w:r>
          </w:p>
          <w:p>
            <w:pPr>
              <w:spacing w:after="0"/>
            </w:pPr>
            <w:r>
              <w:rPr>
                <w:b w:val="0"/>
                <w:sz w:val="19"/>
              </w:rPr>
              <w:t>Target Vocabulary in Use:</w:t>
            </w:r>
          </w:p>
          <w:p>
            <w:pPr>
              <w:spacing w:after="0"/>
            </w:pPr>
            <w:r>
              <w:rPr>
                <w:b w:val="0"/>
                <w:sz w:val="19"/>
              </w:rPr>
              <w:t>Vocabulary for types of animals in nature: Nouns: A bird, an insect, a reptile, a mammal. Adjectives: Wild, huge, enormous, furry, quiet, scary, quick, strong, dangerous, fast, slow. Body parts of animals: Nouns: A</w:t>
            </w:r>
          </w:p>
          <w:p>
            <w:pPr>
              <w:spacing w:after="0"/>
            </w:pPr>
            <w:r>
              <w:rPr>
                <w:b w:val="0"/>
                <w:sz w:val="19"/>
              </w:rPr>
              <w:t>tail, a tusk, a paw, a wing.</w:t>
            </w:r>
          </w:p>
          <w:p>
            <w:pPr>
              <w:spacing w:after="0"/>
            </w:pPr>
            <w:r>
              <w:rPr>
                <w:b w:val="0"/>
                <w:sz w:val="19"/>
              </w:rPr>
              <w:t>Vocabulary for wild animals in nature: Nouns: A bear, a lion, a tiger, a wolf, a giraffe, a monkey, an elephant, a zebra, a penguin, a parrot, a snake, a crocodile, a gorilla, a leopard, a whale, an eagle, a shark, a seal, a</w:t>
            </w:r>
          </w:p>
          <w:p>
            <w:pPr>
              <w:spacing w:after="0"/>
            </w:pPr>
            <w:r>
              <w:rPr>
                <w:b w:val="0"/>
                <w:sz w:val="19"/>
              </w:rPr>
              <w:t>seagull. Verbs: To attack, to move, to hunt, to run, to survive, to talk, to fly, to climb, to swing.</w:t>
            </w:r>
          </w:p>
          <w:p>
            <w:pPr>
              <w:spacing w:after="0"/>
            </w:pPr>
            <w:r>
              <w:rPr>
                <w:b w:val="0"/>
                <w:sz w:val="19"/>
              </w:rPr>
              <w:t>Vocabulary for their habitats: Nouns: A farm, a field, a forest, a jungle, a river, a coast, a savanna (savannah-</w:t>
            </w:r>
          </w:p>
          <w:p>
            <w:pPr>
              <w:spacing w:after="0"/>
            </w:pPr>
            <w:r>
              <w:rPr>
                <w:b w:val="0"/>
                <w:sz w:val="19"/>
              </w:rPr>
              <w:t>AmE), an ocean, the sky, national park.</w:t>
            </w:r>
          </w:p>
          <w:p>
            <w:pPr>
              <w:spacing w:after="0"/>
            </w:pPr>
            <w:r>
              <w:rPr>
                <w:b w:val="0"/>
                <w:sz w:val="19"/>
              </w:rPr>
              <w:t>Target Grammatical Structures in Use:</w:t>
            </w:r>
          </w:p>
          <w:p>
            <w:pPr>
              <w:spacing w:after="0"/>
            </w:pPr>
            <w:r>
              <w:rPr>
                <w:b w:val="0"/>
                <w:sz w:val="19"/>
              </w:rPr>
              <w:t>-“Can” for Capability and Ability: (Tigers can attack their prey in the open savanna.)</w:t>
            </w:r>
          </w:p>
          <w:p>
            <w:pPr>
              <w:spacing w:after="0"/>
            </w:pPr>
            <w:r>
              <w:rPr>
                <w:b w:val="0"/>
                <w:sz w:val="19"/>
              </w:rPr>
              <w:t>-“Must” for External Obligation: (Birds must travel long distances to find warmer habitats during the winter</w:t>
            </w:r>
          </w:p>
          <w:p>
            <w:pPr>
              <w:spacing w:after="0"/>
            </w:pPr>
            <w:r>
              <w:rPr>
                <w:b w:val="0"/>
                <w:sz w:val="19"/>
              </w:rPr>
              <w:t>months.)</w:t>
            </w:r>
          </w:p>
          <w:p>
            <w:pPr>
              <w:spacing w:after="0"/>
            </w:pPr>
            <w:r>
              <w:rPr>
                <w:b w:val="0"/>
                <w:sz w:val="19"/>
              </w:rPr>
              <w:t>-“Wh- questions” (where): (Where can you find lions in their natural habitat?)</w:t>
            </w:r>
          </w:p>
          <w:p>
            <w:pPr>
              <w:spacing w:after="0"/>
            </w:pPr>
            <w:r>
              <w:rPr>
                <w:b w:val="0"/>
                <w:sz w:val="19"/>
              </w:rPr>
              <w:t>- Comparative and Superlative Adjectives: (A tiger is bigger than a monkey.) (The lion is the strongest animal</w:t>
            </w:r>
          </w:p>
          <w:p>
            <w:pPr>
              <w:spacing w:after="0"/>
            </w:pPr>
            <w:r>
              <w:rPr>
                <w:b w:val="0"/>
                <w:sz w:val="19"/>
              </w:rPr>
              <w:t>in the forest.)</w:t>
            </w:r>
          </w:p>
          <w:p>
            <w:pPr>
              <w:spacing w:after="0"/>
            </w:pPr>
            <w:r>
              <w:rPr>
                <w:b w:val="0"/>
                <w:sz w:val="19"/>
              </w:rPr>
              <w:t>Functions of the Target Grammatical Structures in Use:</w:t>
            </w:r>
          </w:p>
          <w:p>
            <w:pPr>
              <w:spacing w:after="0"/>
            </w:pPr>
            <w:r>
              <w:rPr>
                <w:b w:val="0"/>
                <w:sz w:val="19"/>
              </w:rPr>
              <w:t>-Use of Modal “Can” for Capability and Ability: Expressing the ability of animals or people to to do something</w:t>
            </w:r>
          </w:p>
          <w:p>
            <w:pPr>
              <w:spacing w:after="0"/>
            </w:pPr>
            <w:r>
              <w:rPr>
                <w:b w:val="0"/>
                <w:sz w:val="19"/>
              </w:rPr>
              <w:t>(to perform an action.</w:t>
            </w:r>
          </w:p>
          <w:p>
            <w:pPr>
              <w:spacing w:after="0"/>
            </w:pPr>
            <w:r>
              <w:rPr>
                <w:b w:val="0"/>
                <w:sz w:val="19"/>
              </w:rPr>
              <w:t>-Use of Modal “Must” for External Obligation: Expressing an obligation or necessity arising from external</w:t>
            </w:r>
          </w:p>
          <w:p>
            <w:pPr>
              <w:spacing w:after="0"/>
            </w:pPr>
            <w:r>
              <w:rPr>
                <w:b w:val="0"/>
                <w:sz w:val="19"/>
              </w:rPr>
              <w:t>circumstances or rules.</w:t>
            </w:r>
          </w:p>
          <w:p>
            <w:pPr>
              <w:spacing w:after="0"/>
            </w:pPr>
            <w:r>
              <w:rPr>
                <w:b w:val="0"/>
                <w:sz w:val="19"/>
              </w:rPr>
              <w:t>-Use of “Wh- questions” (where): Asking about the location or place where an action occurs or something</w:t>
            </w:r>
          </w:p>
          <w:p>
            <w:pPr>
              <w:spacing w:after="0"/>
            </w:pPr>
            <w:r>
              <w:rPr>
                <w:b w:val="0"/>
                <w:sz w:val="19"/>
              </w:rPr>
              <w:t>exists.</w:t>
            </w:r>
          </w:p>
          <w:p>
            <w:pPr>
              <w:spacing w:after="0"/>
            </w:pPr>
            <w:r>
              <w:rPr>
                <w:b w:val="0"/>
                <w:sz w:val="19"/>
              </w:rPr>
              <w:t>-Use of Comparative and Superlative Adjectives: Comparing characteristics of animals, things, an/ord people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That is the lion’s share!</w:t>
            </w:r>
          </w:p>
          <w:p>
            <w:pPr>
              <w:spacing w:after="0"/>
            </w:pPr>
            <w:r>
              <w:rPr>
                <w:b w:val="0"/>
                <w:sz w:val="19"/>
              </w:rPr>
              <w:t>Don’t forget, curiosity killed the cat!</w:t>
            </w:r>
          </w:p>
          <w:p>
            <w:pPr>
              <w:spacing w:after="0"/>
            </w:pPr>
            <w:r>
              <w:rPr>
                <w:b w:val="0"/>
                <w:sz w:val="19"/>
              </w:rPr>
              <w:t>Please stop crying wolf!</w:t>
            </w:r>
          </w:p>
          <w:p>
            <w:pPr>
              <w:spacing w:after="0"/>
            </w:pPr>
            <w:r>
              <w:rPr>
                <w:b w:val="0"/>
                <w:sz w:val="19"/>
              </w:rPr>
              <w:t>Target Phonological Sounds in Use:</w:t>
            </w:r>
          </w:p>
          <w:p>
            <w:pPr>
              <w:spacing w:after="0"/>
            </w:pPr>
            <w:r>
              <w:rPr>
                <w:b w:val="0"/>
                <w:sz w:val="19"/>
              </w:rPr>
              <w:t>q, r, s, t, u</w:t>
            </w:r>
          </w:p>
          <w:p>
            <w:pPr>
              <w:spacing w:after="0"/>
            </w:pPr>
            <w:r>
              <w:rPr>
                <w:b w:val="0"/>
                <w:sz w:val="19"/>
              </w:rPr>
              <w:t>Vowel: u: (/juː/, /ʌ/, /juː/)</w:t>
            </w:r>
          </w:p>
          <w:p>
            <w:pPr>
              <w:spacing w:after="0"/>
            </w:pPr>
            <w:r>
              <w:rPr>
                <w:b w:val="0"/>
                <w:sz w:val="19"/>
              </w:rPr>
              <w:t>Consonants: q: /kjuː/, r: /ɑː/(Br), /r/ (AmE); s: (/s/, /ɛs/, /z/); t: (/tiː/, /t/)</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ENG5.7.L1. Students can get ready for the listening/watching-comprehension process for the current</w:t>
            </w:r>
          </w:p>
          <w:p>
            <w:pPr>
              <w:spacing w:after="0"/>
            </w:pPr>
            <w:r>
              <w:rPr>
                <w:b w:val="0"/>
                <w:sz w:val="19"/>
              </w:rPr>
              <w:t>content on “life in nature with types of animals in nature; wild animals in nature; their habitats”</w:t>
            </w:r>
          </w:p>
          <w:p>
            <w:pPr>
              <w:spacing w:after="0"/>
            </w:pPr>
            <w:r>
              <w:rPr>
                <w:b w:val="0"/>
                <w:sz w:val="19"/>
              </w:rPr>
              <w:t>carefully. Students can bring information about the current content on “life in nature with types of</w:t>
            </w:r>
          </w:p>
          <w:p>
            <w:pPr>
              <w:spacing w:after="0"/>
            </w:pPr>
            <w:r>
              <w:rPr>
                <w:b w:val="0"/>
                <w:sz w:val="19"/>
              </w:rPr>
              <w:t>animals in nature; wild animals in nature; their habitats” together through significant details</w:t>
            </w:r>
          </w:p>
          <w:p>
            <w:pPr>
              <w:spacing w:after="0"/>
            </w:pPr>
            <w:r>
              <w:rPr>
                <w:b w:val="0"/>
                <w:sz w:val="19"/>
              </w:rPr>
              <w:t>and main components while listening/watching it.</w:t>
            </w:r>
          </w:p>
          <w:p>
            <w:pPr>
              <w:spacing w:after="0"/>
            </w:pPr>
            <w:r>
              <w:rPr>
                <w:b w:val="0"/>
                <w:sz w:val="19"/>
              </w:rPr>
              <w:t>ENG5.7.L2. Students can bring information about the current content on “life in nature with types of</w:t>
            </w:r>
          </w:p>
          <w:p>
            <w:pPr>
              <w:spacing w:after="0"/>
            </w:pPr>
            <w:r>
              <w:rPr>
                <w:b w:val="0"/>
                <w:sz w:val="19"/>
              </w:rPr>
              <w:t>animals in nature; wild animals in nature; their habitats” together through significant details</w:t>
            </w:r>
          </w:p>
          <w:p>
            <w:pPr>
              <w:spacing w:after="0"/>
            </w:pPr>
            <w:r>
              <w:rPr>
                <w:b w:val="0"/>
                <w:sz w:val="19"/>
              </w:rPr>
              <w:t>and main components while listening/watching it.</w:t>
            </w:r>
          </w:p>
          <w:p>
            <w:pPr>
              <w:spacing w:after="0"/>
            </w:pPr>
            <w:r>
              <w:rPr>
                <w:b w:val="0"/>
                <w:sz w:val="19"/>
              </w:rPr>
              <w:t>ENG5.7.L3. Students can make meaning of/derive meaning from the current content on “life in nature with</w:t>
            </w:r>
          </w:p>
          <w:p>
            <w:pPr>
              <w:spacing w:after="0"/>
            </w:pPr>
            <w:r>
              <w:rPr>
                <w:b w:val="0"/>
                <w:sz w:val="19"/>
              </w:rPr>
              <w:t>types of animals in nature; wild animals in nature; their habitats” through significant details by</w:t>
            </w:r>
          </w:p>
          <w:p>
            <w:pPr>
              <w:spacing w:after="0"/>
            </w:pPr>
            <w:r>
              <w:rPr>
                <w:b w:val="0"/>
                <w:sz w:val="19"/>
              </w:rPr>
              <w:t>listening/watching it carefully. ENG5.7.L4.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nature with types of animals in nature; wild animals in nature; their habitats”. ENG5.7.P1. Students can select and use the target phonological elements of the current content about</w:t>
            </w:r>
          </w:p>
          <w:p>
            <w:pPr>
              <w:spacing w:after="0"/>
            </w:pPr>
            <w:r>
              <w:rPr>
                <w:b w:val="0"/>
                <w:sz w:val="19"/>
              </w:rPr>
              <w:t>“life in nature with types of animals in nature; wild animals in nature; their habitats” accurately, authentically, and naturally through spontaneous decision-making processes and use it in an</w:t>
            </w:r>
          </w:p>
          <w:p>
            <w:pPr>
              <w:spacing w:after="0"/>
            </w:pPr>
            <w:r>
              <w:rPr>
                <w:b w:val="0"/>
                <w:sz w:val="19"/>
              </w:rPr>
              <w:t>appropriate and effective way when communicating with others. ENG5.7.R1. Students can get ready for the reading-comprehension process about the current content on</w:t>
            </w:r>
          </w:p>
          <w:p>
            <w:pPr>
              <w:spacing w:after="0"/>
            </w:pPr>
            <w:r>
              <w:rPr>
                <w:b w:val="0"/>
                <w:sz w:val="19"/>
              </w:rPr>
              <w:t>“life in nature with types of animals in nature; wild animals in nature; their habitats”. ENG5.7.R2. Students can bring information about the current content on “life in nature with types of</w:t>
            </w:r>
          </w:p>
          <w:p>
            <w:pPr>
              <w:spacing w:after="0"/>
            </w:pPr>
            <w:r>
              <w:rPr>
                <w:b w:val="0"/>
                <w:sz w:val="19"/>
              </w:rPr>
              <w:t>animals in nature; wild animals in nature; their habitats” through skimming (looking quickly at)</w:t>
            </w:r>
          </w:p>
          <w:p>
            <w:pPr>
              <w:spacing w:after="0"/>
            </w:pPr>
            <w:r>
              <w:rPr>
                <w:b w:val="0"/>
                <w:sz w:val="19"/>
              </w:rPr>
              <w:t>the audio-visual elements and reading the content very quickly. ENG5.7.R 3. Students can make meaning of / derive meaning from the current content about “life in nature</w:t>
            </w:r>
          </w:p>
          <w:p>
            <w:pPr>
              <w:spacing w:after="0"/>
            </w:pPr>
            <w:r>
              <w:rPr>
                <w:b w:val="0"/>
                <w:sz w:val="19"/>
              </w:rPr>
              <w:t>with types of animals in nature; wild animals in nature; their habitats” by reading it carefully. ENG5.7.R4. Students can convey their knowledge, experiences, thoughts, and feelings related to the</w:t>
            </w:r>
          </w:p>
          <w:p>
            <w:pPr>
              <w:spacing w:after="0"/>
            </w:pPr>
            <w:r>
              <w:rPr>
                <w:b w:val="0"/>
                <w:sz w:val="19"/>
              </w:rPr>
              <w:t>reading-comprehension process about the current content, “life in nature with types of</w:t>
            </w:r>
          </w:p>
          <w:p>
            <w:pPr>
              <w:spacing w:after="0"/>
            </w:pPr>
            <w:r>
              <w:rPr>
                <w:b w:val="0"/>
                <w:sz w:val="19"/>
              </w:rPr>
              <w:t>animals in nature; wild animals in nature; their habitats” in relation to themselves or others, both individually and/or with others. ENG5.7.V1. Students can select and use the target vocabulary of the current content about “life in nature</w:t>
            </w:r>
          </w:p>
          <w:p>
            <w:pPr>
              <w:spacing w:after="0"/>
            </w:pPr>
            <w:r>
              <w:rPr>
                <w:b w:val="0"/>
                <w:sz w:val="19"/>
              </w:rPr>
              <w:t>with types of animals in nature; wild animals in nature; their habitats” accurately, authentically, spontaneously, and naturally and use it appropriately and effectively when communicating with</w:t>
            </w:r>
          </w:p>
          <w:p>
            <w:pPr>
              <w:spacing w:after="0"/>
            </w:pPr>
            <w:r>
              <w:rPr>
                <w:b w:val="0"/>
                <w:sz w:val="19"/>
              </w:rPr>
              <w:t>others. ENG5.7.G1. Students can select and use the target grammatical elements of the current content about</w:t>
            </w:r>
          </w:p>
          <w:p>
            <w:pPr>
              <w:spacing w:after="0"/>
            </w:pPr>
            <w:r>
              <w:rPr>
                <w:b w:val="0"/>
                <w:sz w:val="19"/>
              </w:rPr>
              <w:t>“life in nature with types of animals in nature; wild animals in nature; their habitats” accurately, authentically, spontaneously, and naturally and use it appropriately and effectively when</w:t>
            </w:r>
          </w:p>
          <w:p>
            <w:pPr>
              <w:spacing w:after="0"/>
            </w:pPr>
            <w:r>
              <w:rPr>
                <w:b w:val="0"/>
                <w:sz w:val="19"/>
              </w:rPr>
              <w:t>communicating with others. ENG5.7.W1. Students can get ready for the writing-expression process about the current content on “life in</w:t>
            </w:r>
          </w:p>
          <w:p>
            <w:pPr>
              <w:spacing w:after="0"/>
            </w:pPr>
            <w:r>
              <w:rPr>
                <w:b w:val="0"/>
                <w:sz w:val="19"/>
              </w:rPr>
              <w:t>nature with types of animals in nature; wild animals in nature; their habitats”. ENG5.7.W2. Students can understand the model/example for the writing task about the current content on</w:t>
            </w:r>
          </w:p>
          <w:p>
            <w:pPr>
              <w:spacing w:after="0"/>
            </w:pPr>
            <w:r>
              <w:rPr>
                <w:b w:val="0"/>
                <w:sz w:val="19"/>
              </w:rPr>
              <w:t>“life in nature with types of animals in nature; wild animals in nature; their habitats”. ENG5.7.W3. Students can organise a content for the assigned writing task on the current content “life in</w:t>
            </w:r>
          </w:p>
          <w:p>
            <w:pPr>
              <w:spacing w:after="0"/>
            </w:pPr>
            <w:r>
              <w:rPr>
                <w:b w:val="0"/>
                <w:sz w:val="19"/>
              </w:rPr>
              <w:t>nature with types of animals in nature; wild animals in nature; their habitats” based on the</w:t>
            </w:r>
          </w:p>
          <w:p>
            <w:pPr>
              <w:spacing w:after="0"/>
            </w:pPr>
            <w:r>
              <w:rPr>
                <w:b w:val="0"/>
                <w:sz w:val="19"/>
              </w:rPr>
              <w:t>model/example provided. ENG5.7.W4. Students can individually construct/form content for the assigned writing task on the current</w:t>
            </w:r>
          </w:p>
          <w:p>
            <w:pPr>
              <w:spacing w:after="0"/>
            </w:pPr>
            <w:r>
              <w:rPr>
                <w:b w:val="0"/>
                <w:sz w:val="19"/>
              </w:rPr>
              <w:t>content “life in nature with types of animals in nature; wild animals in nature; their habitats”. ENG5.7.W5. Students can reorganise (reconstruct) and use information in the new written tasks about</w:t>
            </w:r>
          </w:p>
          <w:p>
            <w:pPr>
              <w:spacing w:after="0"/>
            </w:pPr>
            <w:r>
              <w:rPr>
                <w:b w:val="0"/>
                <w:sz w:val="19"/>
              </w:rPr>
              <w:t>the “life in nature with types of animals in nature; wild animals in nature; their habitats” to</w:t>
            </w:r>
          </w:p>
          <w:p>
            <w:pPr>
              <w:spacing w:after="0"/>
            </w:pPr>
            <w:r>
              <w:rPr>
                <w:b w:val="0"/>
                <w:sz w:val="19"/>
              </w:rPr>
              <w:t>communicate with other people. ENG5.7.W6. Students can reflect on their knowledge, experiences, thoughts, and feelings related to the</w:t>
            </w:r>
          </w:p>
          <w:p>
            <w:pPr>
              <w:spacing w:after="0"/>
            </w:pPr>
            <w:r>
              <w:rPr>
                <w:b w:val="0"/>
                <w:sz w:val="19"/>
              </w:rPr>
              <w:t>writing-expression process about the current content, “life in nature with types of animals</w:t>
            </w:r>
          </w:p>
          <w:p>
            <w:pPr>
              <w:spacing w:after="0"/>
            </w:pPr>
            <w:r>
              <w:rPr>
                <w:b w:val="0"/>
                <w:sz w:val="19"/>
              </w:rPr>
              <w:t>in nature; wild animals in nature; their habitats” in relation to themselves or others, both</w:t>
            </w:r>
          </w:p>
          <w:p>
            <w:pPr>
              <w:spacing w:after="0"/>
            </w:pPr>
            <w:r>
              <w:rPr>
                <w:b w:val="0"/>
                <w:sz w:val="19"/>
              </w:rPr>
              <w:t>individually and/or with others. ENG5.7.S1. Students can get ready for speaking-expression process about the current content on “life in</w:t>
            </w:r>
          </w:p>
          <w:p>
            <w:pPr>
              <w:spacing w:after="0"/>
            </w:pPr>
            <w:r>
              <w:rPr>
                <w:b w:val="0"/>
                <w:sz w:val="19"/>
              </w:rPr>
              <w:t>nature with types of animals in nature; wild animals in nature; their habitats”. ENG5.7.S2. Students can use the model/example for producing verbal content about the current content</w:t>
            </w:r>
          </w:p>
          <w:p>
            <w:pPr>
              <w:spacing w:after="0"/>
            </w:pPr>
            <w:r>
              <w:rPr>
                <w:b w:val="0"/>
                <w:sz w:val="19"/>
              </w:rPr>
              <w:t>on “life in nature with types of animals in nature; wild animals in nature; their habitats”. ENG5.7.S3. Students can organise a new verbal content on “life in nature with types of animals in nature;</w:t>
            </w:r>
          </w:p>
          <w:p>
            <w:pPr>
              <w:spacing w:after="0"/>
            </w:pPr>
            <w:r>
              <w:rPr>
                <w:b w:val="0"/>
                <w:sz w:val="19"/>
              </w:rPr>
              <w:t>wild animals in nature; their habitats” by speaking accurately, efficiently, and authentically. ENG5.7.S4. Students can construct a new verbal content on “life in nature with types of animals in nature;</w:t>
            </w:r>
          </w:p>
          <w:p>
            <w:pPr>
              <w:spacing w:after="0"/>
            </w:pPr>
            <w:r>
              <w:rPr>
                <w:b w:val="0"/>
                <w:sz w:val="19"/>
              </w:rPr>
              <w:t>wild animals in nature; their habitats” by speaking accurately, efficiently, and authentically. ENG5.7.S5. Students can reorganise (reconstruct) and use information about the “life in nature with types</w:t>
            </w:r>
          </w:p>
          <w:p>
            <w:pPr>
              <w:spacing w:after="0"/>
            </w:pPr>
            <w:r>
              <w:rPr>
                <w:b w:val="0"/>
                <w:sz w:val="19"/>
              </w:rPr>
              <w:t>of animals in nature; wild animals in nature; their habitats” to communicate with other people. ENG5.7.S6. Students can convey their knowledge, experiences, thoughts, and feelings related to the</w:t>
            </w:r>
          </w:p>
          <w:p>
            <w:pPr>
              <w:spacing w:after="0"/>
            </w:pPr>
            <w:r>
              <w:rPr>
                <w:b w:val="0"/>
                <w:sz w:val="19"/>
              </w:rPr>
              <w:t>speaking-expression process about the current content, “life in nature with types of animals in</w:t>
            </w:r>
          </w:p>
          <w:p>
            <w:pPr>
              <w:spacing w:after="0"/>
            </w:pPr>
            <w:r>
              <w:rPr>
                <w:b w:val="0"/>
                <w:sz w:val="19"/>
              </w:rPr>
              <w:t>nature; wild animals in nature; their habitats” to communicate with other people in relation to</w:t>
            </w:r>
          </w:p>
          <w:p>
            <w:pPr>
              <w:spacing w:after="0"/>
            </w:pPr>
            <w:r>
              <w:rPr>
                <w:b w:val="0"/>
                <w:sz w:val="19"/>
              </w:rPr>
              <w:t>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V5. Sensitivity, V6. Honesty, V7. Aesthetics, V9.</w:t>
            </w:r>
          </w:p>
          <w:p>
            <w:pPr>
              <w:spacing w:after="0"/>
            </w:pPr>
            <w:r>
              <w:rPr>
                <w:b w:val="0"/>
                <w:sz w:val="19"/>
              </w:rPr>
              <w:t>Compassion, V10. Modesty, V11. Independence, V12. Patience, V13. Healthy</w:t>
            </w:r>
          </w:p>
          <w:p>
            <w:pPr>
              <w:spacing w:after="0"/>
            </w:pPr>
            <w:r>
              <w:rPr>
                <w:b w:val="0"/>
                <w:sz w:val="19"/>
              </w:rPr>
              <w:t>Living, V16. Responsibility, V18. Cleanliness,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LS8. Sustainability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(ENG5.7.L1.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engage in conversations about animals and their habitats in English by using the target</w:t>
            </w:r>
          </w:p>
          <w:p>
            <w:pPr>
              <w:spacing w:after="0"/>
            </w:pPr>
            <w:r>
              <w:rPr>
                <w:b w:val="0"/>
                <w:sz w:val="19"/>
              </w:rPr>
              <w:t>vocabulary and the grammar chunks (Modal-Can).</w:t>
            </w:r>
          </w:p>
          <w:p>
            <w:pPr>
              <w:spacing w:after="0"/>
            </w:pPr>
            <w:r>
              <w:rPr>
                <w:b w:val="0"/>
                <w:sz w:val="19"/>
              </w:rPr>
              <w:t>Activity 1: Guess who I am!</w:t>
            </w:r>
          </w:p>
          <w:p>
            <w:pPr>
              <w:spacing w:after="0"/>
            </w:pPr>
            <w:r>
              <w:rPr>
                <w:b w:val="0"/>
                <w:sz w:val="19"/>
              </w:rPr>
              <w:t>The teacher divides the class into groups of three/four and distributes a set of picture cards about animals.</w:t>
            </w:r>
          </w:p>
          <w:p>
            <w:pPr>
              <w:spacing w:after="0"/>
            </w:pPr>
            <w:r>
              <w:rPr>
                <w:b w:val="0"/>
                <w:sz w:val="19"/>
              </w:rPr>
              <w:t>She/He asks the students to make sentences about what type of animal that is (e.g., It is a reptile, It is a bird, It is a mammal) and where we can find it in its natural habitat (e.g., We can find it in a forest, We can find it</w:t>
            </w:r>
          </w:p>
          <w:p>
            <w:pPr>
              <w:spacing w:after="0"/>
            </w:pPr>
            <w:r>
              <w:rPr>
                <w:b w:val="0"/>
                <w:sz w:val="19"/>
              </w:rPr>
              <w:t>in a river) in turns and the other group members to try to guess which animal it is by looking at the picture</w:t>
            </w:r>
          </w:p>
          <w:p>
            <w:pPr>
              <w:spacing w:after="0"/>
            </w:pPr>
            <w:r>
              <w:rPr>
                <w:b w:val="0"/>
                <w:sz w:val="19"/>
              </w:rPr>
              <w:t>cards (e.g., It is a crocodile, It is a bear, It is a parrot). At the end of the session, the students raise their cards</w:t>
            </w:r>
          </w:p>
          <w:p>
            <w:pPr>
              <w:spacing w:after="0"/>
            </w:pPr>
            <w:r>
              <w:rPr>
                <w:b w:val="0"/>
                <w:sz w:val="19"/>
              </w:rPr>
              <w:t>including the expressions Good, Very Good, Excellent to show their feelings about the activity. The teacher</w:t>
            </w:r>
          </w:p>
          <w:p>
            <w:pPr>
              <w:spacing w:after="0"/>
            </w:pPr>
            <w:r>
              <w:rPr>
                <w:b w:val="0"/>
                <w:sz w:val="19"/>
              </w:rPr>
              <w:t>provides constructive feedback to the whole class. Students reflect on their thoughts and feelings about</w:t>
            </w:r>
          </w:p>
          <w:p>
            <w:pPr>
              <w:spacing w:after="0"/>
            </w:pPr>
            <w:r>
              <w:rPr>
                <w:b w:val="0"/>
                <w:sz w:val="19"/>
              </w:rPr>
              <w:t>the activity.</w:t>
            </w:r>
          </w:p>
          <w:p>
            <w:pPr>
              <w:spacing w:after="0"/>
            </w:pPr>
            <w:r>
              <w:rPr>
                <w:b w:val="0"/>
                <w:sz w:val="19"/>
              </w:rPr>
              <w:t>Supporting</w:t>
            </w:r>
          </w:p>
          <w:p>
            <w:pPr>
              <w:spacing w:after="0"/>
            </w:pPr>
            <w:r>
              <w:rPr>
                <w:b w:val="0"/>
                <w:sz w:val="19"/>
              </w:rPr>
              <w:t>Objective: To engage in conversations about animals and their habitats in English by using the target</w:t>
            </w:r>
          </w:p>
          <w:p>
            <w:pPr>
              <w:spacing w:after="0"/>
            </w:pPr>
            <w:r>
              <w:rPr>
                <w:b w:val="0"/>
                <w:sz w:val="19"/>
              </w:rPr>
              <w:t>vocabulary and the grammar chunks (Modal-Can).</w:t>
            </w:r>
          </w:p>
          <w:p>
            <w:pPr>
              <w:spacing w:after="0"/>
            </w:pPr>
            <w:r>
              <w:rPr>
                <w:b w:val="0"/>
                <w:sz w:val="19"/>
              </w:rPr>
              <w:t>Activity 1: Guess who I am!</w:t>
            </w:r>
          </w:p>
          <w:p>
            <w:pPr>
              <w:spacing w:after="0"/>
            </w:pPr>
            <w:r>
              <w:rPr>
                <w:b w:val="0"/>
                <w:sz w:val="19"/>
              </w:rPr>
              <w:t>The teacher divides the class into groups of three/four and distributes a set of picture cards about animals</w:t>
            </w:r>
          </w:p>
          <w:p>
            <w:pPr>
              <w:spacing w:after="0"/>
            </w:pPr>
            <w:r>
              <w:rPr>
                <w:b w:val="0"/>
                <w:sz w:val="19"/>
              </w:rPr>
              <w:t>(e.g., a bear, a parrot, a crocodile) and slips of paper (e.g., It is a ………. You can find it in a ……...,). She/He asks</w:t>
            </w:r>
          </w:p>
          <w:p>
            <w:pPr>
              <w:spacing w:after="0"/>
            </w:pPr>
            <w:r>
              <w:rPr>
                <w:b w:val="0"/>
                <w:sz w:val="19"/>
              </w:rPr>
              <w:t>the students to complete the sentences about what type of animal that is (e.g., It is a reptile, It is a bird, It is a</w:t>
            </w:r>
          </w:p>
          <w:p>
            <w:pPr>
              <w:spacing w:after="0"/>
            </w:pPr>
            <w:r>
              <w:rPr>
                <w:b w:val="0"/>
                <w:sz w:val="19"/>
              </w:rPr>
              <w:t>mammal) and where we can find it in its natural habitat (e.g., We can find it in a forest, We can find it in a river)</w:t>
            </w:r>
          </w:p>
          <w:p>
            <w:pPr>
              <w:spacing w:after="0"/>
            </w:pPr>
            <w:r>
              <w:rPr>
                <w:b w:val="0"/>
                <w:sz w:val="19"/>
              </w:rPr>
              <w:t>in turns and the other group members to try to guess which animal it is by looking at the picture cards (e.g., It is a crocodile, It is a bear, It is a parrot). At the end of the session, the students raise their cards including</w:t>
            </w:r>
          </w:p>
          <w:p>
            <w:pPr>
              <w:spacing w:after="0"/>
            </w:pPr>
            <w:r>
              <w:rPr>
                <w:b w:val="0"/>
                <w:sz w:val="19"/>
              </w:rPr>
              <w:t>the expressions Good, Very Good, Excellent to show their feelings about the activity. The teacher provides</w:t>
            </w:r>
          </w:p>
          <w:p>
            <w:pPr>
              <w:spacing w:after="0"/>
            </w:pPr>
            <w:r>
              <w:rPr>
                <w:b w:val="0"/>
                <w:sz w:val="19"/>
              </w:rPr>
              <w:t>constructive feedback</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project about wild animals in terms of their living</w:t>
            </w:r>
          </w:p>
          <w:p>
            <w:pPr>
              <w:spacing w:after="0"/>
            </w:pPr>
            <w:r>
              <w:rPr>
                <w:b w:val="0"/>
                <w:sz w:val="19"/>
              </w:rPr>
              <w:t>conditions and their protection. The project could include Internet search, collecting pictures, recording</w:t>
            </w:r>
          </w:p>
          <w:p>
            <w:pPr>
              <w:spacing w:after="0"/>
            </w:pPr>
            <w:r>
              <w:rPr>
                <w:b w:val="0"/>
                <w:sz w:val="19"/>
              </w:rPr>
              <w:t>sounds etc. The assignment will be evaluated by using a rubric scheme, a rating scale, and/or a marking</w:t>
            </w:r>
          </w:p>
          <w:p>
            <w:pPr>
              <w:spacing w:after="0"/>
            </w:pPr>
            <w:r>
              <w:rPr>
                <w:b w:val="0"/>
                <w:sz w:val="19"/>
              </w:rPr>
              <w:t>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April, Kût'ül Amâre Victory </w:t>
            </w:r>
          </w:p>
          <w:p>
            <w:pPr>
              <w:spacing w:after="0"/>
            </w:pPr>
            <w:r>
              <w:rPr>
                <w:b w:val="0"/>
                <w:sz w:val="19"/>
              </w:rPr>
              <w:t xml:space="preserve"> 1 May, Labour Day</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30: 3-7 May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 · Week 30: 3-7 May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7: LIFE IN NATURE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Types of animals in nature; wild animals in nature; their habitats</w:t>
            </w:r>
          </w:p>
          <w:p>
            <w:pPr>
              <w:spacing w:after="0"/>
            </w:pPr>
            <w:r>
              <w:rPr>
                <w:b w:val="0"/>
                <w:sz w:val="19"/>
              </w:rPr>
              <w:t>Target Vocabulary in Use:</w:t>
            </w:r>
          </w:p>
          <w:p>
            <w:pPr>
              <w:spacing w:after="0"/>
            </w:pPr>
            <w:r>
              <w:rPr>
                <w:b w:val="0"/>
                <w:sz w:val="19"/>
              </w:rPr>
              <w:t>Vocabulary for types of animals in nature: Nouns: A bird, an insect, a reptile, a mammal. Adjectives: Wild, huge, enormous, furry, quiet, scary, quick, strong, dangerous, fast, slow. Body parts of animals: Nouns: A</w:t>
            </w:r>
          </w:p>
          <w:p>
            <w:pPr>
              <w:spacing w:after="0"/>
            </w:pPr>
            <w:r>
              <w:rPr>
                <w:b w:val="0"/>
                <w:sz w:val="19"/>
              </w:rPr>
              <w:t>tail, a tusk, a paw, a wing.</w:t>
            </w:r>
          </w:p>
          <w:p>
            <w:pPr>
              <w:spacing w:after="0"/>
            </w:pPr>
            <w:r>
              <w:rPr>
                <w:b w:val="0"/>
                <w:sz w:val="19"/>
              </w:rPr>
              <w:t>Vocabulary for wild animals in nature: Nouns: A bear, a lion, a tiger, a wolf, a giraffe, a monkey, an elephant, a zebra, a penguin, a parrot, a snake, a crocodile, a gorilla, a leopard, a whale, an eagle, a shark, a seal, a</w:t>
            </w:r>
          </w:p>
          <w:p>
            <w:pPr>
              <w:spacing w:after="0"/>
            </w:pPr>
            <w:r>
              <w:rPr>
                <w:b w:val="0"/>
                <w:sz w:val="19"/>
              </w:rPr>
              <w:t>seagull. Verbs: To attack, to move, to hunt, to run, to survive, to talk, to fly, to climb, to swing.</w:t>
            </w:r>
          </w:p>
          <w:p>
            <w:pPr>
              <w:spacing w:after="0"/>
            </w:pPr>
            <w:r>
              <w:rPr>
                <w:b w:val="0"/>
                <w:sz w:val="19"/>
              </w:rPr>
              <w:t>Vocabulary for their habitats: Nouns: A farm, a field, a forest, a jungle, a river, a coast, a savanna (savannah-</w:t>
            </w:r>
          </w:p>
          <w:p>
            <w:pPr>
              <w:spacing w:after="0"/>
            </w:pPr>
            <w:r>
              <w:rPr>
                <w:b w:val="0"/>
                <w:sz w:val="19"/>
              </w:rPr>
              <w:t>AmE), an ocean, the sky, national park.</w:t>
            </w:r>
          </w:p>
          <w:p>
            <w:pPr>
              <w:spacing w:after="0"/>
            </w:pPr>
            <w:r>
              <w:rPr>
                <w:b w:val="0"/>
                <w:sz w:val="19"/>
              </w:rPr>
              <w:t>Target Grammatical Structures in Use:</w:t>
            </w:r>
          </w:p>
          <w:p>
            <w:pPr>
              <w:spacing w:after="0"/>
            </w:pPr>
            <w:r>
              <w:rPr>
                <w:b w:val="0"/>
                <w:sz w:val="19"/>
              </w:rPr>
              <w:t>-“Can” for Capability and Ability: (Tigers can attack their prey in the open savanna.)</w:t>
            </w:r>
          </w:p>
          <w:p>
            <w:pPr>
              <w:spacing w:after="0"/>
            </w:pPr>
            <w:r>
              <w:rPr>
                <w:b w:val="0"/>
                <w:sz w:val="19"/>
              </w:rPr>
              <w:t>-“Must” for External Obligation: (Birds must travel long distances to find warmer habitats during the winter</w:t>
            </w:r>
          </w:p>
          <w:p>
            <w:pPr>
              <w:spacing w:after="0"/>
            </w:pPr>
            <w:r>
              <w:rPr>
                <w:b w:val="0"/>
                <w:sz w:val="19"/>
              </w:rPr>
              <w:t>months.)</w:t>
            </w:r>
          </w:p>
          <w:p>
            <w:pPr>
              <w:spacing w:after="0"/>
            </w:pPr>
            <w:r>
              <w:rPr>
                <w:b w:val="0"/>
                <w:sz w:val="19"/>
              </w:rPr>
              <w:t>-“Wh- questions” (where): (Where can you find lions in their natural habitat?)</w:t>
            </w:r>
          </w:p>
          <w:p>
            <w:pPr>
              <w:spacing w:after="0"/>
            </w:pPr>
            <w:r>
              <w:rPr>
                <w:b w:val="0"/>
                <w:sz w:val="19"/>
              </w:rPr>
              <w:t>- Comparative and Superlative Adjectives: (A tiger is bigger than a monkey.) (The lion is the strongest animal</w:t>
            </w:r>
          </w:p>
          <w:p>
            <w:pPr>
              <w:spacing w:after="0"/>
            </w:pPr>
            <w:r>
              <w:rPr>
                <w:b w:val="0"/>
                <w:sz w:val="19"/>
              </w:rPr>
              <w:t>in the forest.)</w:t>
            </w:r>
          </w:p>
          <w:p>
            <w:pPr>
              <w:spacing w:after="0"/>
            </w:pPr>
            <w:r>
              <w:rPr>
                <w:b w:val="0"/>
                <w:sz w:val="19"/>
              </w:rPr>
              <w:t>Functions of the Target Grammatical Structures in Use:</w:t>
            </w:r>
          </w:p>
          <w:p>
            <w:pPr>
              <w:spacing w:after="0"/>
            </w:pPr>
            <w:r>
              <w:rPr>
                <w:b w:val="0"/>
                <w:sz w:val="19"/>
              </w:rPr>
              <w:t>-Use of Modal “Can” for Capability and Ability: Expressing the ability of animals or people to to do something</w:t>
            </w:r>
          </w:p>
          <w:p>
            <w:pPr>
              <w:spacing w:after="0"/>
            </w:pPr>
            <w:r>
              <w:rPr>
                <w:b w:val="0"/>
                <w:sz w:val="19"/>
              </w:rPr>
              <w:t>(to perform an action.</w:t>
            </w:r>
          </w:p>
          <w:p>
            <w:pPr>
              <w:spacing w:after="0"/>
            </w:pPr>
            <w:r>
              <w:rPr>
                <w:b w:val="0"/>
                <w:sz w:val="19"/>
              </w:rPr>
              <w:t>-Use of Modal “Must” for External Obligation: Expressing an obligation or necessity arising from external</w:t>
            </w:r>
          </w:p>
          <w:p>
            <w:pPr>
              <w:spacing w:after="0"/>
            </w:pPr>
            <w:r>
              <w:rPr>
                <w:b w:val="0"/>
                <w:sz w:val="19"/>
              </w:rPr>
              <w:t>circumstances or rules.</w:t>
            </w:r>
          </w:p>
          <w:p>
            <w:pPr>
              <w:spacing w:after="0"/>
            </w:pPr>
            <w:r>
              <w:rPr>
                <w:b w:val="0"/>
                <w:sz w:val="19"/>
              </w:rPr>
              <w:t>-Use of “Wh- questions” (where): Asking about the location or place where an action occurs or something</w:t>
            </w:r>
          </w:p>
          <w:p>
            <w:pPr>
              <w:spacing w:after="0"/>
            </w:pPr>
            <w:r>
              <w:rPr>
                <w:b w:val="0"/>
                <w:sz w:val="19"/>
              </w:rPr>
              <w:t>exists.</w:t>
            </w:r>
          </w:p>
          <w:p>
            <w:pPr>
              <w:spacing w:after="0"/>
            </w:pPr>
            <w:r>
              <w:rPr>
                <w:b w:val="0"/>
                <w:sz w:val="19"/>
              </w:rPr>
              <w:t>-Use of Comparative and Superlative Adjectives: Comparing characteristics of animals, things, an/ord people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That is the lion’s share!</w:t>
            </w:r>
          </w:p>
          <w:p>
            <w:pPr>
              <w:spacing w:after="0"/>
            </w:pPr>
            <w:r>
              <w:rPr>
                <w:b w:val="0"/>
                <w:sz w:val="19"/>
              </w:rPr>
              <w:t>Don’t forget, curiosity killed the cat!</w:t>
            </w:r>
          </w:p>
          <w:p>
            <w:pPr>
              <w:spacing w:after="0"/>
            </w:pPr>
            <w:r>
              <w:rPr>
                <w:b w:val="0"/>
                <w:sz w:val="19"/>
              </w:rPr>
              <w:t>Please stop crying wolf!</w:t>
            </w:r>
          </w:p>
          <w:p>
            <w:pPr>
              <w:spacing w:after="0"/>
            </w:pPr>
            <w:r>
              <w:rPr>
                <w:b w:val="0"/>
                <w:sz w:val="19"/>
              </w:rPr>
              <w:t>Target Phonological Sounds in Use:</w:t>
            </w:r>
          </w:p>
          <w:p>
            <w:pPr>
              <w:spacing w:after="0"/>
            </w:pPr>
            <w:r>
              <w:rPr>
                <w:b w:val="0"/>
                <w:sz w:val="19"/>
              </w:rPr>
              <w:t>q, r, s, t, u</w:t>
            </w:r>
          </w:p>
          <w:p>
            <w:pPr>
              <w:spacing w:after="0"/>
            </w:pPr>
            <w:r>
              <w:rPr>
                <w:b w:val="0"/>
                <w:sz w:val="19"/>
              </w:rPr>
              <w:t>Vowel: u: (/juː/, /ʌ/, /juː/)</w:t>
            </w:r>
          </w:p>
          <w:p>
            <w:pPr>
              <w:spacing w:after="0"/>
            </w:pPr>
            <w:r>
              <w:rPr>
                <w:b w:val="0"/>
                <w:sz w:val="19"/>
              </w:rPr>
              <w:t>Consonants: q: /kjuː/, r: /ɑː/(Br), /r/ (AmE); s: (/s/, /ɛs/, /z/); t: (/tiː/, /t/)</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ENG5.7.L1. Students can get ready for the listening/watching-comprehension process for the current</w:t>
            </w:r>
          </w:p>
          <w:p>
            <w:pPr>
              <w:spacing w:after="0"/>
            </w:pPr>
            <w:r>
              <w:rPr>
                <w:b w:val="0"/>
                <w:sz w:val="19"/>
              </w:rPr>
              <w:t>content on “life in nature with types of animals in nature; wild animals in nature; their habitats”</w:t>
            </w:r>
          </w:p>
          <w:p>
            <w:pPr>
              <w:spacing w:after="0"/>
            </w:pPr>
            <w:r>
              <w:rPr>
                <w:b w:val="0"/>
                <w:sz w:val="19"/>
              </w:rPr>
              <w:t>carefully. Students can bring information about the current content on “life in nature with types of</w:t>
            </w:r>
          </w:p>
          <w:p>
            <w:pPr>
              <w:spacing w:after="0"/>
            </w:pPr>
            <w:r>
              <w:rPr>
                <w:b w:val="0"/>
                <w:sz w:val="19"/>
              </w:rPr>
              <w:t>animals in nature; wild animals in nature; their habitats” together through significant details</w:t>
            </w:r>
          </w:p>
          <w:p>
            <w:pPr>
              <w:spacing w:after="0"/>
            </w:pPr>
            <w:r>
              <w:rPr>
                <w:b w:val="0"/>
                <w:sz w:val="19"/>
              </w:rPr>
              <w:t>and main components while listening/watching it.</w:t>
            </w:r>
          </w:p>
          <w:p>
            <w:pPr>
              <w:spacing w:after="0"/>
            </w:pPr>
            <w:r>
              <w:rPr>
                <w:b w:val="0"/>
                <w:sz w:val="19"/>
              </w:rPr>
              <w:t>ENG5.7.L2. Students can bring information about the current content on “life in nature with types of</w:t>
            </w:r>
          </w:p>
          <w:p>
            <w:pPr>
              <w:spacing w:after="0"/>
            </w:pPr>
            <w:r>
              <w:rPr>
                <w:b w:val="0"/>
                <w:sz w:val="19"/>
              </w:rPr>
              <w:t>animals in nature; wild animals in nature; their habitats” together through significant details</w:t>
            </w:r>
          </w:p>
          <w:p>
            <w:pPr>
              <w:spacing w:after="0"/>
            </w:pPr>
            <w:r>
              <w:rPr>
                <w:b w:val="0"/>
                <w:sz w:val="19"/>
              </w:rPr>
              <w:t>and main components while listening/watching it.</w:t>
            </w:r>
          </w:p>
          <w:p>
            <w:pPr>
              <w:spacing w:after="0"/>
            </w:pPr>
            <w:r>
              <w:rPr>
                <w:b w:val="0"/>
                <w:sz w:val="19"/>
              </w:rPr>
              <w:t>ENG5.7.L3. Students can make meaning of/derive meaning from the current content on “life in nature with</w:t>
            </w:r>
          </w:p>
          <w:p>
            <w:pPr>
              <w:spacing w:after="0"/>
            </w:pPr>
            <w:r>
              <w:rPr>
                <w:b w:val="0"/>
                <w:sz w:val="19"/>
              </w:rPr>
              <w:t>types of animals in nature; wild animals in nature; their habitats” through significant details by</w:t>
            </w:r>
          </w:p>
          <w:p>
            <w:pPr>
              <w:spacing w:after="0"/>
            </w:pPr>
            <w:r>
              <w:rPr>
                <w:b w:val="0"/>
                <w:sz w:val="19"/>
              </w:rPr>
              <w:t>listening/watching it carefully. ENG5.7.L4.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nature with types of animals in nature; wild animals in nature; their habitats”. ENG5.7.P1. Students can select and use the target phonological elements of the current content about</w:t>
            </w:r>
          </w:p>
          <w:p>
            <w:pPr>
              <w:spacing w:after="0"/>
            </w:pPr>
            <w:r>
              <w:rPr>
                <w:b w:val="0"/>
                <w:sz w:val="19"/>
              </w:rPr>
              <w:t>“life in nature with types of animals in nature; wild animals in nature; their habitats” accurately, authentically, and naturally through spontaneous decision-making processes and use it in an</w:t>
            </w:r>
          </w:p>
          <w:p>
            <w:pPr>
              <w:spacing w:after="0"/>
            </w:pPr>
            <w:r>
              <w:rPr>
                <w:b w:val="0"/>
                <w:sz w:val="19"/>
              </w:rPr>
              <w:t>appropriate and effective way when communicating with others. ENG5.7.R1. Students can get ready for the reading-comprehension process about the current content on</w:t>
            </w:r>
          </w:p>
          <w:p>
            <w:pPr>
              <w:spacing w:after="0"/>
            </w:pPr>
            <w:r>
              <w:rPr>
                <w:b w:val="0"/>
                <w:sz w:val="19"/>
              </w:rPr>
              <w:t>“life in nature with types of animals in nature; wild animals in nature; their habitats”. ENG5.7.R2. Students can bring information about the current content on “life in nature with types of</w:t>
            </w:r>
          </w:p>
          <w:p>
            <w:pPr>
              <w:spacing w:after="0"/>
            </w:pPr>
            <w:r>
              <w:rPr>
                <w:b w:val="0"/>
                <w:sz w:val="19"/>
              </w:rPr>
              <w:t>animals in nature; wild animals in nature; their habitats” through skimming (looking quickly at)</w:t>
            </w:r>
          </w:p>
          <w:p>
            <w:pPr>
              <w:spacing w:after="0"/>
            </w:pPr>
            <w:r>
              <w:rPr>
                <w:b w:val="0"/>
                <w:sz w:val="19"/>
              </w:rPr>
              <w:t>the audio-visual elements and reading the content very quickly. ENG5.7.R 3. Students can make meaning of / derive meaning from the current content about “life in nature</w:t>
            </w:r>
          </w:p>
          <w:p>
            <w:pPr>
              <w:spacing w:after="0"/>
            </w:pPr>
            <w:r>
              <w:rPr>
                <w:b w:val="0"/>
                <w:sz w:val="19"/>
              </w:rPr>
              <w:t>with types of animals in nature; wild animals in nature; their habitats” by reading it carefully. ENG5.7.R4. Students can convey their knowledge, experiences, thoughts, and feelings related to the</w:t>
            </w:r>
          </w:p>
          <w:p>
            <w:pPr>
              <w:spacing w:after="0"/>
            </w:pPr>
            <w:r>
              <w:rPr>
                <w:b w:val="0"/>
                <w:sz w:val="19"/>
              </w:rPr>
              <w:t>reading-comprehension process about the current content, “life in nature with types of</w:t>
            </w:r>
          </w:p>
          <w:p>
            <w:pPr>
              <w:spacing w:after="0"/>
            </w:pPr>
            <w:r>
              <w:rPr>
                <w:b w:val="0"/>
                <w:sz w:val="19"/>
              </w:rPr>
              <w:t>animals in nature; wild animals in nature; their habitats” in relation to themselves or others, both individually and/or with others. ENG5.7.V1. Students can select and use the target vocabulary of the current content about “life in nature</w:t>
            </w:r>
          </w:p>
          <w:p>
            <w:pPr>
              <w:spacing w:after="0"/>
            </w:pPr>
            <w:r>
              <w:rPr>
                <w:b w:val="0"/>
                <w:sz w:val="19"/>
              </w:rPr>
              <w:t>with types of animals in nature; wild animals in nature; their habitats” accurately, authentically, spontaneously, and naturally and use it appropriately and effectively when communicating with</w:t>
            </w:r>
          </w:p>
          <w:p>
            <w:pPr>
              <w:spacing w:after="0"/>
            </w:pPr>
            <w:r>
              <w:rPr>
                <w:b w:val="0"/>
                <w:sz w:val="19"/>
              </w:rPr>
              <w:t>others. ENG5.7.G1. Students can select and use the target grammatical elements of the current content about</w:t>
            </w:r>
          </w:p>
          <w:p>
            <w:pPr>
              <w:spacing w:after="0"/>
            </w:pPr>
            <w:r>
              <w:rPr>
                <w:b w:val="0"/>
                <w:sz w:val="19"/>
              </w:rPr>
              <w:t>“life in nature with types of animals in nature; wild animals in nature; their habitats” accurately, authentically, spontaneously, and naturally and use it appropriately and effectively when</w:t>
            </w:r>
          </w:p>
          <w:p>
            <w:pPr>
              <w:spacing w:after="0"/>
            </w:pPr>
            <w:r>
              <w:rPr>
                <w:b w:val="0"/>
                <w:sz w:val="19"/>
              </w:rPr>
              <w:t>communicating with others. ENG5.7.W1. Students can get ready for the writing-expression process about the current content on “life in</w:t>
            </w:r>
          </w:p>
          <w:p>
            <w:pPr>
              <w:spacing w:after="0"/>
            </w:pPr>
            <w:r>
              <w:rPr>
                <w:b w:val="0"/>
                <w:sz w:val="19"/>
              </w:rPr>
              <w:t>nature with types of animals in nature; wild animals in nature; their habitats”. ENG5.7.W2. Students can understand the model/example for the writing task about the current content on</w:t>
            </w:r>
          </w:p>
          <w:p>
            <w:pPr>
              <w:spacing w:after="0"/>
            </w:pPr>
            <w:r>
              <w:rPr>
                <w:b w:val="0"/>
                <w:sz w:val="19"/>
              </w:rPr>
              <w:t>“life in nature with types of animals in nature; wild animals in nature; their habitats”. ENG5.7.W3. Students can organise a content for the assigned writing task on the current content “life in</w:t>
            </w:r>
          </w:p>
          <w:p>
            <w:pPr>
              <w:spacing w:after="0"/>
            </w:pPr>
            <w:r>
              <w:rPr>
                <w:b w:val="0"/>
                <w:sz w:val="19"/>
              </w:rPr>
              <w:t>nature with types of animals in nature; wild animals in nature; their habitats” based on the</w:t>
            </w:r>
          </w:p>
          <w:p>
            <w:pPr>
              <w:spacing w:after="0"/>
            </w:pPr>
            <w:r>
              <w:rPr>
                <w:b w:val="0"/>
                <w:sz w:val="19"/>
              </w:rPr>
              <w:t>model/example provided. ENG5.7.W4. Students can individually construct/form content for the assigned writing task on the current</w:t>
            </w:r>
          </w:p>
          <w:p>
            <w:pPr>
              <w:spacing w:after="0"/>
            </w:pPr>
            <w:r>
              <w:rPr>
                <w:b w:val="0"/>
                <w:sz w:val="19"/>
              </w:rPr>
              <w:t>content “life in nature with types of animals in nature; wild animals in nature; their habitats”. ENG5.7.W5. Students can reorganise (reconstruct) and use information in the new written tasks about</w:t>
            </w:r>
          </w:p>
          <w:p>
            <w:pPr>
              <w:spacing w:after="0"/>
            </w:pPr>
            <w:r>
              <w:rPr>
                <w:b w:val="0"/>
                <w:sz w:val="19"/>
              </w:rPr>
              <w:t>the “life in nature with types of animals in nature; wild animals in nature; their habitats” to</w:t>
            </w:r>
          </w:p>
          <w:p>
            <w:pPr>
              <w:spacing w:after="0"/>
            </w:pPr>
            <w:r>
              <w:rPr>
                <w:b w:val="0"/>
                <w:sz w:val="19"/>
              </w:rPr>
              <w:t>communicate with other people. ENG5.7.W6. Students can reflect on their knowledge, experiences, thoughts, and feelings related to the</w:t>
            </w:r>
          </w:p>
          <w:p>
            <w:pPr>
              <w:spacing w:after="0"/>
            </w:pPr>
            <w:r>
              <w:rPr>
                <w:b w:val="0"/>
                <w:sz w:val="19"/>
              </w:rPr>
              <w:t>writing-expression process about the current content, “life in nature with types of animals</w:t>
            </w:r>
          </w:p>
          <w:p>
            <w:pPr>
              <w:spacing w:after="0"/>
            </w:pPr>
            <w:r>
              <w:rPr>
                <w:b w:val="0"/>
                <w:sz w:val="19"/>
              </w:rPr>
              <w:t>in nature; wild animals in nature; their habitats” in relation to themselves or others, both</w:t>
            </w:r>
          </w:p>
          <w:p>
            <w:pPr>
              <w:spacing w:after="0"/>
            </w:pPr>
            <w:r>
              <w:rPr>
                <w:b w:val="0"/>
                <w:sz w:val="19"/>
              </w:rPr>
              <w:t>individually and/or with others. ENG5.7.S1. Students can get ready for speaking-expression process about the current content on “life in</w:t>
            </w:r>
          </w:p>
          <w:p>
            <w:pPr>
              <w:spacing w:after="0"/>
            </w:pPr>
            <w:r>
              <w:rPr>
                <w:b w:val="0"/>
                <w:sz w:val="19"/>
              </w:rPr>
              <w:t>nature with types of animals in nature; wild animals in nature; their habitats”. ENG5.7.S2. Students can use the model/example for producing verbal content about the current content</w:t>
            </w:r>
          </w:p>
          <w:p>
            <w:pPr>
              <w:spacing w:after="0"/>
            </w:pPr>
            <w:r>
              <w:rPr>
                <w:b w:val="0"/>
                <w:sz w:val="19"/>
              </w:rPr>
              <w:t>on “life in nature with types of animals in nature; wild animals in nature; their habitats”. ENG5.7.S3. Students can organise a new verbal content on “life in nature with types of animals in nature;</w:t>
            </w:r>
          </w:p>
          <w:p>
            <w:pPr>
              <w:spacing w:after="0"/>
            </w:pPr>
            <w:r>
              <w:rPr>
                <w:b w:val="0"/>
                <w:sz w:val="19"/>
              </w:rPr>
              <w:t>wild animals in nature; their habitats” by speaking accurately, efficiently, and authentically. ENG5.7.S4. Students can construct a new verbal content on “life in nature with types of animals in nature;</w:t>
            </w:r>
          </w:p>
          <w:p>
            <w:pPr>
              <w:spacing w:after="0"/>
            </w:pPr>
            <w:r>
              <w:rPr>
                <w:b w:val="0"/>
                <w:sz w:val="19"/>
              </w:rPr>
              <w:t>wild animals in nature; their habitats” by speaking accurately, efficiently, and authentically. ENG5.7.S5. Students can reorganise (reconstruct) and use information about the “life in nature with types</w:t>
            </w:r>
          </w:p>
          <w:p>
            <w:pPr>
              <w:spacing w:after="0"/>
            </w:pPr>
            <w:r>
              <w:rPr>
                <w:b w:val="0"/>
                <w:sz w:val="19"/>
              </w:rPr>
              <w:t>of animals in nature; wild animals in nature; their habitats” to communicate with other people. ENG5.7.S6. Students can convey their knowledge, experiences, thoughts, and feelings related to the</w:t>
            </w:r>
          </w:p>
          <w:p>
            <w:pPr>
              <w:spacing w:after="0"/>
            </w:pPr>
            <w:r>
              <w:rPr>
                <w:b w:val="0"/>
                <w:sz w:val="19"/>
              </w:rPr>
              <w:t>speaking-expression process about the current content, “life in nature with types of animals in</w:t>
            </w:r>
          </w:p>
          <w:p>
            <w:pPr>
              <w:spacing w:after="0"/>
            </w:pPr>
            <w:r>
              <w:rPr>
                <w:b w:val="0"/>
                <w:sz w:val="19"/>
              </w:rPr>
              <w:t>nature; wild animals in nature; their habitats” to communicate with other people in relation to</w:t>
            </w:r>
          </w:p>
          <w:p>
            <w:pPr>
              <w:spacing w:after="0"/>
            </w:pPr>
            <w:r>
              <w:rPr>
                <w:b w:val="0"/>
                <w:sz w:val="19"/>
              </w:rPr>
              <w:t>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V5. Sensitivity, V6. Honesty, V7. Aesthetics, V9.</w:t>
            </w:r>
          </w:p>
          <w:p>
            <w:pPr>
              <w:spacing w:after="0"/>
            </w:pPr>
            <w:r>
              <w:rPr>
                <w:b w:val="0"/>
                <w:sz w:val="19"/>
              </w:rPr>
              <w:t>Compassion, V10. Modesty, V11. Independence, V12. Patience, V13. Healthy</w:t>
            </w:r>
          </w:p>
          <w:p>
            <w:pPr>
              <w:spacing w:after="0"/>
            </w:pPr>
            <w:r>
              <w:rPr>
                <w:b w:val="0"/>
                <w:sz w:val="19"/>
              </w:rPr>
              <w:t>Living, V16. Responsibility, V18. Cleanliness,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LS8. Sustainability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(ENG5.7.L1.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engage in conversations about animals and their habitats in English by using the target</w:t>
            </w:r>
          </w:p>
          <w:p>
            <w:pPr>
              <w:spacing w:after="0"/>
            </w:pPr>
            <w:r>
              <w:rPr>
                <w:b w:val="0"/>
                <w:sz w:val="19"/>
              </w:rPr>
              <w:t>vocabulary and the grammar chunks (Modal-Can).</w:t>
            </w:r>
          </w:p>
          <w:p>
            <w:pPr>
              <w:spacing w:after="0"/>
            </w:pPr>
            <w:r>
              <w:rPr>
                <w:b w:val="0"/>
                <w:sz w:val="19"/>
              </w:rPr>
              <w:t>Activity 1: Guess who I am!</w:t>
            </w:r>
          </w:p>
          <w:p>
            <w:pPr>
              <w:spacing w:after="0"/>
            </w:pPr>
            <w:r>
              <w:rPr>
                <w:b w:val="0"/>
                <w:sz w:val="19"/>
              </w:rPr>
              <w:t>The teacher divides the class into groups of three/four and distributes a set of picture cards about animals.</w:t>
            </w:r>
          </w:p>
          <w:p>
            <w:pPr>
              <w:spacing w:after="0"/>
            </w:pPr>
            <w:r>
              <w:rPr>
                <w:b w:val="0"/>
                <w:sz w:val="19"/>
              </w:rPr>
              <w:t>She/He asks the students to make sentences about what type of animal that is (e.g., It is a reptile, It is a bird, It is a mammal) and where we can find it in its natural habitat (e.g., We can find it in a forest, We can find it</w:t>
            </w:r>
          </w:p>
          <w:p>
            <w:pPr>
              <w:spacing w:after="0"/>
            </w:pPr>
            <w:r>
              <w:rPr>
                <w:b w:val="0"/>
                <w:sz w:val="19"/>
              </w:rPr>
              <w:t>in a river) in turns and the other group members to try to guess which animal it is by looking at the picture</w:t>
            </w:r>
          </w:p>
          <w:p>
            <w:pPr>
              <w:spacing w:after="0"/>
            </w:pPr>
            <w:r>
              <w:rPr>
                <w:b w:val="0"/>
                <w:sz w:val="19"/>
              </w:rPr>
              <w:t>cards (e.g., It is a crocodile, It is a bear, It is a parrot). At the end of the session, the students raise their cards</w:t>
            </w:r>
          </w:p>
          <w:p>
            <w:pPr>
              <w:spacing w:after="0"/>
            </w:pPr>
            <w:r>
              <w:rPr>
                <w:b w:val="0"/>
                <w:sz w:val="19"/>
              </w:rPr>
              <w:t>including the expressions Good, Very Good, Excellent to show their feelings about the activity. The teacher</w:t>
            </w:r>
          </w:p>
          <w:p>
            <w:pPr>
              <w:spacing w:after="0"/>
            </w:pPr>
            <w:r>
              <w:rPr>
                <w:b w:val="0"/>
                <w:sz w:val="19"/>
              </w:rPr>
              <w:t>provides constructive feedback to the whole class. Students reflect on their thoughts and feelings about</w:t>
            </w:r>
          </w:p>
          <w:p>
            <w:pPr>
              <w:spacing w:after="0"/>
            </w:pPr>
            <w:r>
              <w:rPr>
                <w:b w:val="0"/>
                <w:sz w:val="19"/>
              </w:rPr>
              <w:t>the activity.</w:t>
            </w:r>
          </w:p>
          <w:p>
            <w:pPr>
              <w:spacing w:after="0"/>
            </w:pPr>
            <w:r>
              <w:rPr>
                <w:b w:val="0"/>
                <w:sz w:val="19"/>
              </w:rPr>
              <w:t>Supporting</w:t>
            </w:r>
          </w:p>
          <w:p>
            <w:pPr>
              <w:spacing w:after="0"/>
            </w:pPr>
            <w:r>
              <w:rPr>
                <w:b w:val="0"/>
                <w:sz w:val="19"/>
              </w:rPr>
              <w:t>Objective: To engage in conversations about animals and their habitats in English by using the target</w:t>
            </w:r>
          </w:p>
          <w:p>
            <w:pPr>
              <w:spacing w:after="0"/>
            </w:pPr>
            <w:r>
              <w:rPr>
                <w:b w:val="0"/>
                <w:sz w:val="19"/>
              </w:rPr>
              <w:t>vocabulary and the grammar chunks (Modal-Can).</w:t>
            </w:r>
          </w:p>
          <w:p>
            <w:pPr>
              <w:spacing w:after="0"/>
            </w:pPr>
            <w:r>
              <w:rPr>
                <w:b w:val="0"/>
                <w:sz w:val="19"/>
              </w:rPr>
              <w:t>Activity 1: Guess who I am!</w:t>
            </w:r>
          </w:p>
          <w:p>
            <w:pPr>
              <w:spacing w:after="0"/>
            </w:pPr>
            <w:r>
              <w:rPr>
                <w:b w:val="0"/>
                <w:sz w:val="19"/>
              </w:rPr>
              <w:t>The teacher divides the class into groups of three/four and distributes a set of picture cards about animals</w:t>
            </w:r>
          </w:p>
          <w:p>
            <w:pPr>
              <w:spacing w:after="0"/>
            </w:pPr>
            <w:r>
              <w:rPr>
                <w:b w:val="0"/>
                <w:sz w:val="19"/>
              </w:rPr>
              <w:t>(e.g., a bear, a parrot, a crocodile) and slips of paper (e.g., It is a ………. You can find it in a ……...,). She/He asks</w:t>
            </w:r>
          </w:p>
          <w:p>
            <w:pPr>
              <w:spacing w:after="0"/>
            </w:pPr>
            <w:r>
              <w:rPr>
                <w:b w:val="0"/>
                <w:sz w:val="19"/>
              </w:rPr>
              <w:t>the students to complete the sentences about what type of animal that is (e.g., It is a reptile, It is a bird, It is a</w:t>
            </w:r>
          </w:p>
          <w:p>
            <w:pPr>
              <w:spacing w:after="0"/>
            </w:pPr>
            <w:r>
              <w:rPr>
                <w:b w:val="0"/>
                <w:sz w:val="19"/>
              </w:rPr>
              <w:t>mammal) and where we can find it in its natural habitat (e.g., We can find it in a forest, We can find it in a river)</w:t>
            </w:r>
          </w:p>
          <w:p>
            <w:pPr>
              <w:spacing w:after="0"/>
            </w:pPr>
            <w:r>
              <w:rPr>
                <w:b w:val="0"/>
                <w:sz w:val="19"/>
              </w:rPr>
              <w:t>in turns and the other group members to try to guess which animal it is by looking at the picture cards (e.g., It is a crocodile, It is a bear, It is a parrot). At the end of the session, the students raise their cards including</w:t>
            </w:r>
          </w:p>
          <w:p>
            <w:pPr>
              <w:spacing w:after="0"/>
            </w:pPr>
            <w:r>
              <w:rPr>
                <w:b w:val="0"/>
                <w:sz w:val="19"/>
              </w:rPr>
              <w:t>the expressions Good, Very Good, Excellent to show their feelings about the activity. The teacher provides</w:t>
            </w:r>
          </w:p>
          <w:p>
            <w:pPr>
              <w:spacing w:after="0"/>
            </w:pPr>
            <w:r>
              <w:rPr>
                <w:b w:val="0"/>
                <w:sz w:val="19"/>
              </w:rPr>
              <w:t>constructive feedback</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project about wild animals in terms of their living</w:t>
            </w:r>
          </w:p>
          <w:p>
            <w:pPr>
              <w:spacing w:after="0"/>
            </w:pPr>
            <w:r>
              <w:rPr>
                <w:b w:val="0"/>
                <w:sz w:val="19"/>
              </w:rPr>
              <w:t>conditions and their protection. The project could include Internet search, collecting pictures, recording</w:t>
            </w:r>
          </w:p>
          <w:p>
            <w:pPr>
              <w:spacing w:after="0"/>
            </w:pPr>
            <w:r>
              <w:rPr>
                <w:b w:val="0"/>
                <w:sz w:val="19"/>
              </w:rPr>
              <w:t>sounds etc. The assignment will be evaluated by using a rubric scheme, a rating scale, and/or a marking</w:t>
            </w:r>
          </w:p>
          <w:p>
            <w:pPr>
              <w:spacing w:after="0"/>
            </w:pPr>
            <w:r>
              <w:rPr>
                <w:b w:val="0"/>
                <w:sz w:val="19"/>
              </w:rPr>
              <w:t>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31: 10-14 May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 · Week 31: 10-14 May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7: LIFE IN NATURE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Types of animals in nature; wild animals in nature; their habitats</w:t>
            </w:r>
          </w:p>
          <w:p>
            <w:pPr>
              <w:spacing w:after="0"/>
            </w:pPr>
            <w:r>
              <w:rPr>
                <w:b w:val="0"/>
                <w:sz w:val="19"/>
              </w:rPr>
              <w:t>Target Vocabulary in Use:</w:t>
            </w:r>
          </w:p>
          <w:p>
            <w:pPr>
              <w:spacing w:after="0"/>
            </w:pPr>
            <w:r>
              <w:rPr>
                <w:b w:val="0"/>
                <w:sz w:val="19"/>
              </w:rPr>
              <w:t>Vocabulary for types of animals in nature: Nouns: A bird, an insect, a reptile, a mammal. Adjectives: Wild, huge, enormous, furry, quiet, scary, quick, strong, dangerous, fast, slow. Body parts of animals: Nouns: A</w:t>
            </w:r>
          </w:p>
          <w:p>
            <w:pPr>
              <w:spacing w:after="0"/>
            </w:pPr>
            <w:r>
              <w:rPr>
                <w:b w:val="0"/>
                <w:sz w:val="19"/>
              </w:rPr>
              <w:t>tail, a tusk, a paw, a wing.</w:t>
            </w:r>
          </w:p>
          <w:p>
            <w:pPr>
              <w:spacing w:after="0"/>
            </w:pPr>
            <w:r>
              <w:rPr>
                <w:b w:val="0"/>
                <w:sz w:val="19"/>
              </w:rPr>
              <w:t>Vocabulary for wild animals in nature: Nouns: A bear, a lion, a tiger, a wolf, a giraffe, a monkey, an elephant, a zebra, a penguin, a parrot, a snake, a crocodile, a gorilla, a leopard, a whale, an eagle, a shark, a seal, a</w:t>
            </w:r>
          </w:p>
          <w:p>
            <w:pPr>
              <w:spacing w:after="0"/>
            </w:pPr>
            <w:r>
              <w:rPr>
                <w:b w:val="0"/>
                <w:sz w:val="19"/>
              </w:rPr>
              <w:t>seagull. Verbs: To attack, to move, to hunt, to run, to survive, to talk, to fly, to climb, to swing.</w:t>
            </w:r>
          </w:p>
          <w:p>
            <w:pPr>
              <w:spacing w:after="0"/>
            </w:pPr>
            <w:r>
              <w:rPr>
                <w:b w:val="0"/>
                <w:sz w:val="19"/>
              </w:rPr>
              <w:t>Vocabulary for their habitats: Nouns: A farm, a field, a forest, a jungle, a river, a coast, a savanna (savannah-</w:t>
            </w:r>
          </w:p>
          <w:p>
            <w:pPr>
              <w:spacing w:after="0"/>
            </w:pPr>
            <w:r>
              <w:rPr>
                <w:b w:val="0"/>
                <w:sz w:val="19"/>
              </w:rPr>
              <w:t>AmE), an ocean, the sky, national park.</w:t>
            </w:r>
          </w:p>
          <w:p>
            <w:pPr>
              <w:spacing w:after="0"/>
            </w:pPr>
            <w:r>
              <w:rPr>
                <w:b w:val="0"/>
                <w:sz w:val="19"/>
              </w:rPr>
              <w:t>Target Grammatical Structures in Use:</w:t>
            </w:r>
          </w:p>
          <w:p>
            <w:pPr>
              <w:spacing w:after="0"/>
            </w:pPr>
            <w:r>
              <w:rPr>
                <w:b w:val="0"/>
                <w:sz w:val="19"/>
              </w:rPr>
              <w:t>-“Can” for Capability and Ability: (Tigers can attack their prey in the open savanna.)</w:t>
            </w:r>
          </w:p>
          <w:p>
            <w:pPr>
              <w:spacing w:after="0"/>
            </w:pPr>
            <w:r>
              <w:rPr>
                <w:b w:val="0"/>
                <w:sz w:val="19"/>
              </w:rPr>
              <w:t>-“Must” for External Obligation: (Birds must travel long distances to find warmer habitats during the winter</w:t>
            </w:r>
          </w:p>
          <w:p>
            <w:pPr>
              <w:spacing w:after="0"/>
            </w:pPr>
            <w:r>
              <w:rPr>
                <w:b w:val="0"/>
                <w:sz w:val="19"/>
              </w:rPr>
              <w:t>months.)</w:t>
            </w:r>
          </w:p>
          <w:p>
            <w:pPr>
              <w:spacing w:after="0"/>
            </w:pPr>
            <w:r>
              <w:rPr>
                <w:b w:val="0"/>
                <w:sz w:val="19"/>
              </w:rPr>
              <w:t>-“Wh- questions” (where): (Where can you find lions in their natural habitat?)</w:t>
            </w:r>
          </w:p>
          <w:p>
            <w:pPr>
              <w:spacing w:after="0"/>
            </w:pPr>
            <w:r>
              <w:rPr>
                <w:b w:val="0"/>
                <w:sz w:val="19"/>
              </w:rPr>
              <w:t>- Comparative and Superlative Adjectives: (A tiger is bigger than a monkey.) (The lion is the strongest animal</w:t>
            </w:r>
          </w:p>
          <w:p>
            <w:pPr>
              <w:spacing w:after="0"/>
            </w:pPr>
            <w:r>
              <w:rPr>
                <w:b w:val="0"/>
                <w:sz w:val="19"/>
              </w:rPr>
              <w:t>in the forest.)</w:t>
            </w:r>
          </w:p>
          <w:p>
            <w:pPr>
              <w:spacing w:after="0"/>
            </w:pPr>
            <w:r>
              <w:rPr>
                <w:b w:val="0"/>
                <w:sz w:val="19"/>
              </w:rPr>
              <w:t>Functions of the Target Grammatical Structures in Use:</w:t>
            </w:r>
          </w:p>
          <w:p>
            <w:pPr>
              <w:spacing w:after="0"/>
            </w:pPr>
            <w:r>
              <w:rPr>
                <w:b w:val="0"/>
                <w:sz w:val="19"/>
              </w:rPr>
              <w:t>-Use of Modal “Can” for Capability and Ability: Expressing the ability of animals or people to to do something</w:t>
            </w:r>
          </w:p>
          <w:p>
            <w:pPr>
              <w:spacing w:after="0"/>
            </w:pPr>
            <w:r>
              <w:rPr>
                <w:b w:val="0"/>
                <w:sz w:val="19"/>
              </w:rPr>
              <w:t>(to perform an action.</w:t>
            </w:r>
          </w:p>
          <w:p>
            <w:pPr>
              <w:spacing w:after="0"/>
            </w:pPr>
            <w:r>
              <w:rPr>
                <w:b w:val="0"/>
                <w:sz w:val="19"/>
              </w:rPr>
              <w:t>-Use of Modal “Must” for External Obligation: Expressing an obligation or necessity arising from external</w:t>
            </w:r>
          </w:p>
          <w:p>
            <w:pPr>
              <w:spacing w:after="0"/>
            </w:pPr>
            <w:r>
              <w:rPr>
                <w:b w:val="0"/>
                <w:sz w:val="19"/>
              </w:rPr>
              <w:t>circumstances or rules.</w:t>
            </w:r>
          </w:p>
          <w:p>
            <w:pPr>
              <w:spacing w:after="0"/>
            </w:pPr>
            <w:r>
              <w:rPr>
                <w:b w:val="0"/>
                <w:sz w:val="19"/>
              </w:rPr>
              <w:t>-Use of “Wh- questions” (where): Asking about the location or place where an action occurs or something</w:t>
            </w:r>
          </w:p>
          <w:p>
            <w:pPr>
              <w:spacing w:after="0"/>
            </w:pPr>
            <w:r>
              <w:rPr>
                <w:b w:val="0"/>
                <w:sz w:val="19"/>
              </w:rPr>
              <w:t>exists.</w:t>
            </w:r>
          </w:p>
          <w:p>
            <w:pPr>
              <w:spacing w:after="0"/>
            </w:pPr>
            <w:r>
              <w:rPr>
                <w:b w:val="0"/>
                <w:sz w:val="19"/>
              </w:rPr>
              <w:t>-Use of Comparative and Superlative Adjectives: Comparing characteristics of animals, things, an/ord people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That is the lion’s share!</w:t>
            </w:r>
          </w:p>
          <w:p>
            <w:pPr>
              <w:spacing w:after="0"/>
            </w:pPr>
            <w:r>
              <w:rPr>
                <w:b w:val="0"/>
                <w:sz w:val="19"/>
              </w:rPr>
              <w:t>Don’t forget, curiosity killed the cat!</w:t>
            </w:r>
          </w:p>
          <w:p>
            <w:pPr>
              <w:spacing w:after="0"/>
            </w:pPr>
            <w:r>
              <w:rPr>
                <w:b w:val="0"/>
                <w:sz w:val="19"/>
              </w:rPr>
              <w:t>Please stop crying wolf!</w:t>
            </w:r>
          </w:p>
          <w:p>
            <w:pPr>
              <w:spacing w:after="0"/>
            </w:pPr>
            <w:r>
              <w:rPr>
                <w:b w:val="0"/>
                <w:sz w:val="19"/>
              </w:rPr>
              <w:t>Target Phonological Sounds in Use:</w:t>
            </w:r>
          </w:p>
          <w:p>
            <w:pPr>
              <w:spacing w:after="0"/>
            </w:pPr>
            <w:r>
              <w:rPr>
                <w:b w:val="0"/>
                <w:sz w:val="19"/>
              </w:rPr>
              <w:t>q, r, s, t, u</w:t>
            </w:r>
          </w:p>
          <w:p>
            <w:pPr>
              <w:spacing w:after="0"/>
            </w:pPr>
            <w:r>
              <w:rPr>
                <w:b w:val="0"/>
                <w:sz w:val="19"/>
              </w:rPr>
              <w:t>Vowel: u: (/juː/, /ʌ/, /juː/)</w:t>
            </w:r>
          </w:p>
          <w:p>
            <w:pPr>
              <w:spacing w:after="0"/>
            </w:pPr>
            <w:r>
              <w:rPr>
                <w:b w:val="0"/>
                <w:sz w:val="19"/>
              </w:rPr>
              <w:t>Consonants: q: /kjuː/, r: /ɑː/(Br), /r/ (AmE); s: (/s/, /ɛs/, /z/); t: (/tiː/, /t/)</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ENG5.7.L1. Students can get ready for the listening/watching-comprehension process for the current</w:t>
            </w:r>
          </w:p>
          <w:p>
            <w:pPr>
              <w:spacing w:after="0"/>
            </w:pPr>
            <w:r>
              <w:rPr>
                <w:b w:val="0"/>
                <w:sz w:val="19"/>
              </w:rPr>
              <w:t>content on “life in nature with types of animals in nature; wild animals in nature; their habitats”</w:t>
            </w:r>
          </w:p>
          <w:p>
            <w:pPr>
              <w:spacing w:after="0"/>
            </w:pPr>
            <w:r>
              <w:rPr>
                <w:b w:val="0"/>
                <w:sz w:val="19"/>
              </w:rPr>
              <w:t>carefully. Students can bring information about the current content on “life in nature with types of</w:t>
            </w:r>
          </w:p>
          <w:p>
            <w:pPr>
              <w:spacing w:after="0"/>
            </w:pPr>
            <w:r>
              <w:rPr>
                <w:b w:val="0"/>
                <w:sz w:val="19"/>
              </w:rPr>
              <w:t>animals in nature; wild animals in nature; their habitats” together through significant details</w:t>
            </w:r>
          </w:p>
          <w:p>
            <w:pPr>
              <w:spacing w:after="0"/>
            </w:pPr>
            <w:r>
              <w:rPr>
                <w:b w:val="0"/>
                <w:sz w:val="19"/>
              </w:rPr>
              <w:t>and main components while listening/watching it.</w:t>
            </w:r>
          </w:p>
          <w:p>
            <w:pPr>
              <w:spacing w:after="0"/>
            </w:pPr>
            <w:r>
              <w:rPr>
                <w:b w:val="0"/>
                <w:sz w:val="19"/>
              </w:rPr>
              <w:t>ENG5.7.L2. Students can bring information about the current content on “life in nature with types of</w:t>
            </w:r>
          </w:p>
          <w:p>
            <w:pPr>
              <w:spacing w:after="0"/>
            </w:pPr>
            <w:r>
              <w:rPr>
                <w:b w:val="0"/>
                <w:sz w:val="19"/>
              </w:rPr>
              <w:t>animals in nature; wild animals in nature; their habitats” together through significant details</w:t>
            </w:r>
          </w:p>
          <w:p>
            <w:pPr>
              <w:spacing w:after="0"/>
            </w:pPr>
            <w:r>
              <w:rPr>
                <w:b w:val="0"/>
                <w:sz w:val="19"/>
              </w:rPr>
              <w:t>and main components while listening/watching it.</w:t>
            </w:r>
          </w:p>
          <w:p>
            <w:pPr>
              <w:spacing w:after="0"/>
            </w:pPr>
            <w:r>
              <w:rPr>
                <w:b w:val="0"/>
                <w:sz w:val="19"/>
              </w:rPr>
              <w:t>ENG5.7.L3. Students can make meaning of/derive meaning from the current content on “life in nature with</w:t>
            </w:r>
          </w:p>
          <w:p>
            <w:pPr>
              <w:spacing w:after="0"/>
            </w:pPr>
            <w:r>
              <w:rPr>
                <w:b w:val="0"/>
                <w:sz w:val="19"/>
              </w:rPr>
              <w:t>types of animals in nature; wild animals in nature; their habitats” through significant details by</w:t>
            </w:r>
          </w:p>
          <w:p>
            <w:pPr>
              <w:spacing w:after="0"/>
            </w:pPr>
            <w:r>
              <w:rPr>
                <w:b w:val="0"/>
                <w:sz w:val="19"/>
              </w:rPr>
              <w:t>listening/watching it carefully. ENG5.7.L4.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nature with types of animals in nature; wild animals in nature; their habitats”. ENG5.7.P1. Students can select and use the target phonological elements of the current content about</w:t>
            </w:r>
          </w:p>
          <w:p>
            <w:pPr>
              <w:spacing w:after="0"/>
            </w:pPr>
            <w:r>
              <w:rPr>
                <w:b w:val="0"/>
                <w:sz w:val="19"/>
              </w:rPr>
              <w:t>“life in nature with types of animals in nature; wild animals in nature; their habitats” accurately, authentically, and naturally through spontaneous decision-making processes and use it in an</w:t>
            </w:r>
          </w:p>
          <w:p>
            <w:pPr>
              <w:spacing w:after="0"/>
            </w:pPr>
            <w:r>
              <w:rPr>
                <w:b w:val="0"/>
                <w:sz w:val="19"/>
              </w:rPr>
              <w:t>appropriate and effective way when communicating with others. ENG5.7.R1. Students can get ready for the reading-comprehension process about the current content on</w:t>
            </w:r>
          </w:p>
          <w:p>
            <w:pPr>
              <w:spacing w:after="0"/>
            </w:pPr>
            <w:r>
              <w:rPr>
                <w:b w:val="0"/>
                <w:sz w:val="19"/>
              </w:rPr>
              <w:t>“life in nature with types of animals in nature; wild animals in nature; their habitats”. ENG5.7.R2. Students can bring information about the current content on “life in nature with types of</w:t>
            </w:r>
          </w:p>
          <w:p>
            <w:pPr>
              <w:spacing w:after="0"/>
            </w:pPr>
            <w:r>
              <w:rPr>
                <w:b w:val="0"/>
                <w:sz w:val="19"/>
              </w:rPr>
              <w:t>animals in nature; wild animals in nature; their habitats” through skimming (looking quickly at)</w:t>
            </w:r>
          </w:p>
          <w:p>
            <w:pPr>
              <w:spacing w:after="0"/>
            </w:pPr>
            <w:r>
              <w:rPr>
                <w:b w:val="0"/>
                <w:sz w:val="19"/>
              </w:rPr>
              <w:t>the audio-visual elements and reading the content very quickly. ENG5.7.R 3. Students can make meaning of / derive meaning from the current content about “life in nature</w:t>
            </w:r>
          </w:p>
          <w:p>
            <w:pPr>
              <w:spacing w:after="0"/>
            </w:pPr>
            <w:r>
              <w:rPr>
                <w:b w:val="0"/>
                <w:sz w:val="19"/>
              </w:rPr>
              <w:t>with types of animals in nature; wild animals in nature; their habitats” by reading it carefully. ENG5.7.R4. Students can convey their knowledge, experiences, thoughts, and feelings related to the</w:t>
            </w:r>
          </w:p>
          <w:p>
            <w:pPr>
              <w:spacing w:after="0"/>
            </w:pPr>
            <w:r>
              <w:rPr>
                <w:b w:val="0"/>
                <w:sz w:val="19"/>
              </w:rPr>
              <w:t>reading-comprehension process about the current content, “life in nature with types of</w:t>
            </w:r>
          </w:p>
          <w:p>
            <w:pPr>
              <w:spacing w:after="0"/>
            </w:pPr>
            <w:r>
              <w:rPr>
                <w:b w:val="0"/>
                <w:sz w:val="19"/>
              </w:rPr>
              <w:t>animals in nature; wild animals in nature; their habitats” in relation to themselves or others, both individually and/or with others. ENG5.7.V1. Students can select and use the target vocabulary of the current content about “life in nature</w:t>
            </w:r>
          </w:p>
          <w:p>
            <w:pPr>
              <w:spacing w:after="0"/>
            </w:pPr>
            <w:r>
              <w:rPr>
                <w:b w:val="0"/>
                <w:sz w:val="19"/>
              </w:rPr>
              <w:t>with types of animals in nature; wild animals in nature; their habitats” accurately, authentically, spontaneously, and naturally and use it appropriately and effectively when communicating with</w:t>
            </w:r>
          </w:p>
          <w:p>
            <w:pPr>
              <w:spacing w:after="0"/>
            </w:pPr>
            <w:r>
              <w:rPr>
                <w:b w:val="0"/>
                <w:sz w:val="19"/>
              </w:rPr>
              <w:t>others. ENG5.7.G1. Students can select and use the target grammatical elements of the current content about</w:t>
            </w:r>
          </w:p>
          <w:p>
            <w:pPr>
              <w:spacing w:after="0"/>
            </w:pPr>
            <w:r>
              <w:rPr>
                <w:b w:val="0"/>
                <w:sz w:val="19"/>
              </w:rPr>
              <w:t>“life in nature with types of animals in nature; wild animals in nature; their habitats” accurately, authentically, spontaneously, and naturally and use it appropriately and effectively when</w:t>
            </w:r>
          </w:p>
          <w:p>
            <w:pPr>
              <w:spacing w:after="0"/>
            </w:pPr>
            <w:r>
              <w:rPr>
                <w:b w:val="0"/>
                <w:sz w:val="19"/>
              </w:rPr>
              <w:t>communicating with others. ENG5.7.W1. Students can get ready for the writing-expression process about the current content on “life in</w:t>
            </w:r>
          </w:p>
          <w:p>
            <w:pPr>
              <w:spacing w:after="0"/>
            </w:pPr>
            <w:r>
              <w:rPr>
                <w:b w:val="0"/>
                <w:sz w:val="19"/>
              </w:rPr>
              <w:t>nature with types of animals in nature; wild animals in nature; their habitats”. ENG5.7.W2. Students can understand the model/example for the writing task about the current content on</w:t>
            </w:r>
          </w:p>
          <w:p>
            <w:pPr>
              <w:spacing w:after="0"/>
            </w:pPr>
            <w:r>
              <w:rPr>
                <w:b w:val="0"/>
                <w:sz w:val="19"/>
              </w:rPr>
              <w:t>“life in nature with types of animals in nature; wild animals in nature; their habitats”. ENG5.7.W3. Students can organise a content for the assigned writing task on the current content “life in</w:t>
            </w:r>
          </w:p>
          <w:p>
            <w:pPr>
              <w:spacing w:after="0"/>
            </w:pPr>
            <w:r>
              <w:rPr>
                <w:b w:val="0"/>
                <w:sz w:val="19"/>
              </w:rPr>
              <w:t>nature with types of animals in nature; wild animals in nature; their habitats” based on the</w:t>
            </w:r>
          </w:p>
          <w:p>
            <w:pPr>
              <w:spacing w:after="0"/>
            </w:pPr>
            <w:r>
              <w:rPr>
                <w:b w:val="0"/>
                <w:sz w:val="19"/>
              </w:rPr>
              <w:t>model/example provided. ENG5.7.W4. Students can individually construct/form content for the assigned writing task on the current</w:t>
            </w:r>
          </w:p>
          <w:p>
            <w:pPr>
              <w:spacing w:after="0"/>
            </w:pPr>
            <w:r>
              <w:rPr>
                <w:b w:val="0"/>
                <w:sz w:val="19"/>
              </w:rPr>
              <w:t>content “life in nature with types of animals in nature; wild animals in nature; their habitats”. ENG5.7.W5. Students can reorganise (reconstruct) and use information in the new written tasks about</w:t>
            </w:r>
          </w:p>
          <w:p>
            <w:pPr>
              <w:spacing w:after="0"/>
            </w:pPr>
            <w:r>
              <w:rPr>
                <w:b w:val="0"/>
                <w:sz w:val="19"/>
              </w:rPr>
              <w:t>the “life in nature with types of animals in nature; wild animals in nature; their habitats” to</w:t>
            </w:r>
          </w:p>
          <w:p>
            <w:pPr>
              <w:spacing w:after="0"/>
            </w:pPr>
            <w:r>
              <w:rPr>
                <w:b w:val="0"/>
                <w:sz w:val="19"/>
              </w:rPr>
              <w:t>communicate with other people. ENG5.7.W6. Students can reflect on their knowledge, experiences, thoughts, and feelings related to the</w:t>
            </w:r>
          </w:p>
          <w:p>
            <w:pPr>
              <w:spacing w:after="0"/>
            </w:pPr>
            <w:r>
              <w:rPr>
                <w:b w:val="0"/>
                <w:sz w:val="19"/>
              </w:rPr>
              <w:t>writing-expression process about the current content, “life in nature with types of animals</w:t>
            </w:r>
          </w:p>
          <w:p>
            <w:pPr>
              <w:spacing w:after="0"/>
            </w:pPr>
            <w:r>
              <w:rPr>
                <w:b w:val="0"/>
                <w:sz w:val="19"/>
              </w:rPr>
              <w:t>in nature; wild animals in nature; their habitats” in relation to themselves or others, both</w:t>
            </w:r>
          </w:p>
          <w:p>
            <w:pPr>
              <w:spacing w:after="0"/>
            </w:pPr>
            <w:r>
              <w:rPr>
                <w:b w:val="0"/>
                <w:sz w:val="19"/>
              </w:rPr>
              <w:t>individually and/or with others. ENG5.7.S1. Students can get ready for speaking-expression process about the current content on “life in</w:t>
            </w:r>
          </w:p>
          <w:p>
            <w:pPr>
              <w:spacing w:after="0"/>
            </w:pPr>
            <w:r>
              <w:rPr>
                <w:b w:val="0"/>
                <w:sz w:val="19"/>
              </w:rPr>
              <w:t>nature with types of animals in nature; wild animals in nature; their habitats”. ENG5.7.S2. Students can use the model/example for producing verbal content about the current content</w:t>
            </w:r>
          </w:p>
          <w:p>
            <w:pPr>
              <w:spacing w:after="0"/>
            </w:pPr>
            <w:r>
              <w:rPr>
                <w:b w:val="0"/>
                <w:sz w:val="19"/>
              </w:rPr>
              <w:t>on “life in nature with types of animals in nature; wild animals in nature; their habitats”. ENG5.7.S3. Students can organise a new verbal content on “life in nature with types of animals in nature;</w:t>
            </w:r>
          </w:p>
          <w:p>
            <w:pPr>
              <w:spacing w:after="0"/>
            </w:pPr>
            <w:r>
              <w:rPr>
                <w:b w:val="0"/>
                <w:sz w:val="19"/>
              </w:rPr>
              <w:t>wild animals in nature; their habitats” by speaking accurately, efficiently, and authentically. ENG5.7.S4. Students can construct a new verbal content on “life in nature with types of animals in nature;</w:t>
            </w:r>
          </w:p>
          <w:p>
            <w:pPr>
              <w:spacing w:after="0"/>
            </w:pPr>
            <w:r>
              <w:rPr>
                <w:b w:val="0"/>
                <w:sz w:val="19"/>
              </w:rPr>
              <w:t>wild animals in nature; their habitats” by speaking accurately, efficiently, and authentically. ENG5.7.S5. Students can reorganise (reconstruct) and use information about the “life in nature with types</w:t>
            </w:r>
          </w:p>
          <w:p>
            <w:pPr>
              <w:spacing w:after="0"/>
            </w:pPr>
            <w:r>
              <w:rPr>
                <w:b w:val="0"/>
                <w:sz w:val="19"/>
              </w:rPr>
              <w:t>of animals in nature; wild animals in nature; their habitats” to communicate with other people. ENG5.7.S6. Students can convey their knowledge, experiences, thoughts, and feelings related to the</w:t>
            </w:r>
          </w:p>
          <w:p>
            <w:pPr>
              <w:spacing w:after="0"/>
            </w:pPr>
            <w:r>
              <w:rPr>
                <w:b w:val="0"/>
                <w:sz w:val="19"/>
              </w:rPr>
              <w:t>speaking-expression process about the current content, “life in nature with types of animals in</w:t>
            </w:r>
          </w:p>
          <w:p>
            <w:pPr>
              <w:spacing w:after="0"/>
            </w:pPr>
            <w:r>
              <w:rPr>
                <w:b w:val="0"/>
                <w:sz w:val="19"/>
              </w:rPr>
              <w:t>nature; wild animals in nature; their habitats” to communicate with other people in relation to</w:t>
            </w:r>
          </w:p>
          <w:p>
            <w:pPr>
              <w:spacing w:after="0"/>
            </w:pPr>
            <w:r>
              <w:rPr>
                <w:b w:val="0"/>
                <w:sz w:val="19"/>
              </w:rPr>
              <w:t>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V5. Sensitivity, V6. Honesty, V7. Aesthetics, V9.</w:t>
            </w:r>
          </w:p>
          <w:p>
            <w:pPr>
              <w:spacing w:after="0"/>
            </w:pPr>
            <w:r>
              <w:rPr>
                <w:b w:val="0"/>
                <w:sz w:val="19"/>
              </w:rPr>
              <w:t>Compassion, V10. Modesty, V11. Independence, V12. Patience, V13. Healthy</w:t>
            </w:r>
          </w:p>
          <w:p>
            <w:pPr>
              <w:spacing w:after="0"/>
            </w:pPr>
            <w:r>
              <w:rPr>
                <w:b w:val="0"/>
                <w:sz w:val="19"/>
              </w:rPr>
              <w:t>Living, V16. Responsibility, V18. Cleanliness,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LS8. Sustainability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(ENG5.7.L1.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engage in conversations about animals and their habitats in English by using the target</w:t>
            </w:r>
          </w:p>
          <w:p>
            <w:pPr>
              <w:spacing w:after="0"/>
            </w:pPr>
            <w:r>
              <w:rPr>
                <w:b w:val="0"/>
                <w:sz w:val="19"/>
              </w:rPr>
              <w:t>vocabulary and the grammar chunks (Modal-Can).</w:t>
            </w:r>
          </w:p>
          <w:p>
            <w:pPr>
              <w:spacing w:after="0"/>
            </w:pPr>
            <w:r>
              <w:rPr>
                <w:b w:val="0"/>
                <w:sz w:val="19"/>
              </w:rPr>
              <w:t>Activity 1: Guess who I am!</w:t>
            </w:r>
          </w:p>
          <w:p>
            <w:pPr>
              <w:spacing w:after="0"/>
            </w:pPr>
            <w:r>
              <w:rPr>
                <w:b w:val="0"/>
                <w:sz w:val="19"/>
              </w:rPr>
              <w:t>The teacher divides the class into groups of three/four and distributes a set of picture cards about animals.</w:t>
            </w:r>
          </w:p>
          <w:p>
            <w:pPr>
              <w:spacing w:after="0"/>
            </w:pPr>
            <w:r>
              <w:rPr>
                <w:b w:val="0"/>
                <w:sz w:val="19"/>
              </w:rPr>
              <w:t>She/He asks the students to make sentences about what type of animal that is (e.g., It is a reptile, It is a bird, It is a mammal) and where we can find it in its natural habitat (e.g., We can find it in a forest, We can find it</w:t>
            </w:r>
          </w:p>
          <w:p>
            <w:pPr>
              <w:spacing w:after="0"/>
            </w:pPr>
            <w:r>
              <w:rPr>
                <w:b w:val="0"/>
                <w:sz w:val="19"/>
              </w:rPr>
              <w:t>in a river) in turns and the other group members to try to guess which animal it is by looking at the picture</w:t>
            </w:r>
          </w:p>
          <w:p>
            <w:pPr>
              <w:spacing w:after="0"/>
            </w:pPr>
            <w:r>
              <w:rPr>
                <w:b w:val="0"/>
                <w:sz w:val="19"/>
              </w:rPr>
              <w:t>cards (e.g., It is a crocodile, It is a bear, It is a parrot). At the end of the session, the students raise their cards</w:t>
            </w:r>
          </w:p>
          <w:p>
            <w:pPr>
              <w:spacing w:after="0"/>
            </w:pPr>
            <w:r>
              <w:rPr>
                <w:b w:val="0"/>
                <w:sz w:val="19"/>
              </w:rPr>
              <w:t>including the expressions Good, Very Good, Excellent to show their feelings about the activity. The teacher</w:t>
            </w:r>
          </w:p>
          <w:p>
            <w:pPr>
              <w:spacing w:after="0"/>
            </w:pPr>
            <w:r>
              <w:rPr>
                <w:b w:val="0"/>
                <w:sz w:val="19"/>
              </w:rPr>
              <w:t>provides constructive feedback to the whole class. Students reflect on their thoughts and feelings about</w:t>
            </w:r>
          </w:p>
          <w:p>
            <w:pPr>
              <w:spacing w:after="0"/>
            </w:pPr>
            <w:r>
              <w:rPr>
                <w:b w:val="0"/>
                <w:sz w:val="19"/>
              </w:rPr>
              <w:t>the activity.</w:t>
            </w:r>
          </w:p>
          <w:p>
            <w:pPr>
              <w:spacing w:after="0"/>
            </w:pPr>
            <w:r>
              <w:rPr>
                <w:b w:val="0"/>
                <w:sz w:val="19"/>
              </w:rPr>
              <w:t>Supporting</w:t>
            </w:r>
          </w:p>
          <w:p>
            <w:pPr>
              <w:spacing w:after="0"/>
            </w:pPr>
            <w:r>
              <w:rPr>
                <w:b w:val="0"/>
                <w:sz w:val="19"/>
              </w:rPr>
              <w:t>Objective: To engage in conversations about animals and their habitats in English by using the target</w:t>
            </w:r>
          </w:p>
          <w:p>
            <w:pPr>
              <w:spacing w:after="0"/>
            </w:pPr>
            <w:r>
              <w:rPr>
                <w:b w:val="0"/>
                <w:sz w:val="19"/>
              </w:rPr>
              <w:t>vocabulary and the grammar chunks (Modal-Can).</w:t>
            </w:r>
          </w:p>
          <w:p>
            <w:pPr>
              <w:spacing w:after="0"/>
            </w:pPr>
            <w:r>
              <w:rPr>
                <w:b w:val="0"/>
                <w:sz w:val="19"/>
              </w:rPr>
              <w:t>Activity 1: Guess who I am!</w:t>
            </w:r>
          </w:p>
          <w:p>
            <w:pPr>
              <w:spacing w:after="0"/>
            </w:pPr>
            <w:r>
              <w:rPr>
                <w:b w:val="0"/>
                <w:sz w:val="19"/>
              </w:rPr>
              <w:t>The teacher divides the class into groups of three/four and distributes a set of picture cards about animals</w:t>
            </w:r>
          </w:p>
          <w:p>
            <w:pPr>
              <w:spacing w:after="0"/>
            </w:pPr>
            <w:r>
              <w:rPr>
                <w:b w:val="0"/>
                <w:sz w:val="19"/>
              </w:rPr>
              <w:t>(e.g., a bear, a parrot, a crocodile) and slips of paper (e.g., It is a ………. You can find it in a ……...,). She/He asks</w:t>
            </w:r>
          </w:p>
          <w:p>
            <w:pPr>
              <w:spacing w:after="0"/>
            </w:pPr>
            <w:r>
              <w:rPr>
                <w:b w:val="0"/>
                <w:sz w:val="19"/>
              </w:rPr>
              <w:t>the students to complete the sentences about what type of animal that is (e.g., It is a reptile, It is a bird, It is a</w:t>
            </w:r>
          </w:p>
          <w:p>
            <w:pPr>
              <w:spacing w:after="0"/>
            </w:pPr>
            <w:r>
              <w:rPr>
                <w:b w:val="0"/>
                <w:sz w:val="19"/>
              </w:rPr>
              <w:t>mammal) and where we can find it in its natural habitat (e.g., We can find it in a forest, We can find it in a river)</w:t>
            </w:r>
          </w:p>
          <w:p>
            <w:pPr>
              <w:spacing w:after="0"/>
            </w:pPr>
            <w:r>
              <w:rPr>
                <w:b w:val="0"/>
                <w:sz w:val="19"/>
              </w:rPr>
              <w:t>in turns and the other group members to try to guess which animal it is by looking at the picture cards (e.g., It is a crocodile, It is a bear, It is a parrot). At the end of the session, the students raise their cards including</w:t>
            </w:r>
          </w:p>
          <w:p>
            <w:pPr>
              <w:spacing w:after="0"/>
            </w:pPr>
            <w:r>
              <w:rPr>
                <w:b w:val="0"/>
                <w:sz w:val="19"/>
              </w:rPr>
              <w:t>the expressions Good, Very Good, Excellent to show their feelings about the activity. The teacher provides</w:t>
            </w:r>
          </w:p>
          <w:p>
            <w:pPr>
              <w:spacing w:after="0"/>
            </w:pPr>
            <w:r>
              <w:rPr>
                <w:b w:val="0"/>
                <w:sz w:val="19"/>
              </w:rPr>
              <w:t>constructive feedback</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project about wild animals in terms of their living</w:t>
            </w:r>
          </w:p>
          <w:p>
            <w:pPr>
              <w:spacing w:after="0"/>
            </w:pPr>
            <w:r>
              <w:rPr>
                <w:b w:val="0"/>
                <w:sz w:val="19"/>
              </w:rPr>
              <w:t>conditions and their protection. The project could include Internet search, collecting pictures, recording</w:t>
            </w:r>
          </w:p>
          <w:p>
            <w:pPr>
              <w:spacing w:after="0"/>
            </w:pPr>
            <w:r>
              <w:rPr>
                <w:b w:val="0"/>
                <w:sz w:val="19"/>
              </w:rPr>
              <w:t>sounds etc. The assignment will be evaluated by using a rubric scheme, a rating scale, and/or a marking</w:t>
            </w:r>
          </w:p>
          <w:p>
            <w:pPr>
              <w:spacing w:after="0"/>
            </w:pPr>
            <w:r>
              <w:rPr>
                <w:b w:val="0"/>
                <w:sz w:val="19"/>
              </w:rPr>
              <w:t>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32: 17-21 May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 · Week 32: 17-21 May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7: LIFE IN NATURE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Types of animals in nature; wild animals in nature; their habitats</w:t>
            </w:r>
          </w:p>
          <w:p>
            <w:pPr>
              <w:spacing w:after="0"/>
            </w:pPr>
            <w:r>
              <w:rPr>
                <w:b w:val="0"/>
                <w:sz w:val="19"/>
              </w:rPr>
              <w:t>Target Vocabulary in Use:</w:t>
            </w:r>
          </w:p>
          <w:p>
            <w:pPr>
              <w:spacing w:after="0"/>
            </w:pPr>
            <w:r>
              <w:rPr>
                <w:b w:val="0"/>
                <w:sz w:val="19"/>
              </w:rPr>
              <w:t>Vocabulary for types of animals in nature: Nouns: A bird, an insect, a reptile, a mammal. Adjectives: Wild, huge, enormous, furry, quiet, scary, quick, strong, dangerous, fast, slow. Body parts of animals: Nouns: A</w:t>
            </w:r>
          </w:p>
          <w:p>
            <w:pPr>
              <w:spacing w:after="0"/>
            </w:pPr>
            <w:r>
              <w:rPr>
                <w:b w:val="0"/>
                <w:sz w:val="19"/>
              </w:rPr>
              <w:t>tail, a tusk, a paw, a wing.</w:t>
            </w:r>
          </w:p>
          <w:p>
            <w:pPr>
              <w:spacing w:after="0"/>
            </w:pPr>
            <w:r>
              <w:rPr>
                <w:b w:val="0"/>
                <w:sz w:val="19"/>
              </w:rPr>
              <w:t>Vocabulary for wild animals in nature: Nouns: A bear, a lion, a tiger, a wolf, a giraffe, a monkey, an elephant, a zebra, a penguin, a parrot, a snake, a crocodile, a gorilla, a leopard, a whale, an eagle, a shark, a seal, a</w:t>
            </w:r>
          </w:p>
          <w:p>
            <w:pPr>
              <w:spacing w:after="0"/>
            </w:pPr>
            <w:r>
              <w:rPr>
                <w:b w:val="0"/>
                <w:sz w:val="19"/>
              </w:rPr>
              <w:t>seagull. Verbs: To attack, to move, to hunt, to run, to survive, to talk, to fly, to climb, to swing.</w:t>
            </w:r>
          </w:p>
          <w:p>
            <w:pPr>
              <w:spacing w:after="0"/>
            </w:pPr>
            <w:r>
              <w:rPr>
                <w:b w:val="0"/>
                <w:sz w:val="19"/>
              </w:rPr>
              <w:t>Vocabulary for their habitats: Nouns: A farm, a field, a forest, a jungle, a river, a coast, a savanna (savannah-</w:t>
            </w:r>
          </w:p>
          <w:p>
            <w:pPr>
              <w:spacing w:after="0"/>
            </w:pPr>
            <w:r>
              <w:rPr>
                <w:b w:val="0"/>
                <w:sz w:val="19"/>
              </w:rPr>
              <w:t>AmE), an ocean, the sky, national park.</w:t>
            </w:r>
          </w:p>
          <w:p>
            <w:pPr>
              <w:spacing w:after="0"/>
            </w:pPr>
            <w:r>
              <w:rPr>
                <w:b w:val="0"/>
                <w:sz w:val="19"/>
              </w:rPr>
              <w:t>Target Grammatical Structures in Use:</w:t>
            </w:r>
          </w:p>
          <w:p>
            <w:pPr>
              <w:spacing w:after="0"/>
            </w:pPr>
            <w:r>
              <w:rPr>
                <w:b w:val="0"/>
                <w:sz w:val="19"/>
              </w:rPr>
              <w:t>-“Can” for Capability and Ability: (Tigers can attack their prey in the open savanna.)</w:t>
            </w:r>
          </w:p>
          <w:p>
            <w:pPr>
              <w:spacing w:after="0"/>
            </w:pPr>
            <w:r>
              <w:rPr>
                <w:b w:val="0"/>
                <w:sz w:val="19"/>
              </w:rPr>
              <w:t>-“Must” for External Obligation: (Birds must travel long distances to find warmer habitats during the winter</w:t>
            </w:r>
          </w:p>
          <w:p>
            <w:pPr>
              <w:spacing w:after="0"/>
            </w:pPr>
            <w:r>
              <w:rPr>
                <w:b w:val="0"/>
                <w:sz w:val="19"/>
              </w:rPr>
              <w:t>months.)</w:t>
            </w:r>
          </w:p>
          <w:p>
            <w:pPr>
              <w:spacing w:after="0"/>
            </w:pPr>
            <w:r>
              <w:rPr>
                <w:b w:val="0"/>
                <w:sz w:val="19"/>
              </w:rPr>
              <w:t>-“Wh- questions” (where): (Where can you find lions in their natural habitat?)</w:t>
            </w:r>
          </w:p>
          <w:p>
            <w:pPr>
              <w:spacing w:after="0"/>
            </w:pPr>
            <w:r>
              <w:rPr>
                <w:b w:val="0"/>
                <w:sz w:val="19"/>
              </w:rPr>
              <w:t>- Comparative and Superlative Adjectives: (A tiger is bigger than a monkey.) (The lion is the strongest animal</w:t>
            </w:r>
          </w:p>
          <w:p>
            <w:pPr>
              <w:spacing w:after="0"/>
            </w:pPr>
            <w:r>
              <w:rPr>
                <w:b w:val="0"/>
                <w:sz w:val="19"/>
              </w:rPr>
              <w:t>in the forest.)</w:t>
            </w:r>
          </w:p>
          <w:p>
            <w:pPr>
              <w:spacing w:after="0"/>
            </w:pPr>
            <w:r>
              <w:rPr>
                <w:b w:val="0"/>
                <w:sz w:val="19"/>
              </w:rPr>
              <w:t>Functions of the Target Grammatical Structures in Use:</w:t>
            </w:r>
          </w:p>
          <w:p>
            <w:pPr>
              <w:spacing w:after="0"/>
            </w:pPr>
            <w:r>
              <w:rPr>
                <w:b w:val="0"/>
                <w:sz w:val="19"/>
              </w:rPr>
              <w:t>-Use of Modal “Can” for Capability and Ability: Expressing the ability of animals or people to to do something</w:t>
            </w:r>
          </w:p>
          <w:p>
            <w:pPr>
              <w:spacing w:after="0"/>
            </w:pPr>
            <w:r>
              <w:rPr>
                <w:b w:val="0"/>
                <w:sz w:val="19"/>
              </w:rPr>
              <w:t>(to perform an action.</w:t>
            </w:r>
          </w:p>
          <w:p>
            <w:pPr>
              <w:spacing w:after="0"/>
            </w:pPr>
            <w:r>
              <w:rPr>
                <w:b w:val="0"/>
                <w:sz w:val="19"/>
              </w:rPr>
              <w:t>-Use of Modal “Must” for External Obligation: Expressing an obligation or necessity arising from external</w:t>
            </w:r>
          </w:p>
          <w:p>
            <w:pPr>
              <w:spacing w:after="0"/>
            </w:pPr>
            <w:r>
              <w:rPr>
                <w:b w:val="0"/>
                <w:sz w:val="19"/>
              </w:rPr>
              <w:t>circumstances or rules.</w:t>
            </w:r>
          </w:p>
          <w:p>
            <w:pPr>
              <w:spacing w:after="0"/>
            </w:pPr>
            <w:r>
              <w:rPr>
                <w:b w:val="0"/>
                <w:sz w:val="19"/>
              </w:rPr>
              <w:t>-Use of “Wh- questions” (where): Asking about the location or place where an action occurs or something</w:t>
            </w:r>
          </w:p>
          <w:p>
            <w:pPr>
              <w:spacing w:after="0"/>
            </w:pPr>
            <w:r>
              <w:rPr>
                <w:b w:val="0"/>
                <w:sz w:val="19"/>
              </w:rPr>
              <w:t>exists.</w:t>
            </w:r>
          </w:p>
          <w:p>
            <w:pPr>
              <w:spacing w:after="0"/>
            </w:pPr>
            <w:r>
              <w:rPr>
                <w:b w:val="0"/>
                <w:sz w:val="19"/>
              </w:rPr>
              <w:t>-Use of Comparative and Superlative Adjectives: Comparing characteristics of animals, things, an/ord people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That is the lion’s share!</w:t>
            </w:r>
          </w:p>
          <w:p>
            <w:pPr>
              <w:spacing w:after="0"/>
            </w:pPr>
            <w:r>
              <w:rPr>
                <w:b w:val="0"/>
                <w:sz w:val="19"/>
              </w:rPr>
              <w:t>Don’t forget, curiosity killed the cat!</w:t>
            </w:r>
          </w:p>
          <w:p>
            <w:pPr>
              <w:spacing w:after="0"/>
            </w:pPr>
            <w:r>
              <w:rPr>
                <w:b w:val="0"/>
                <w:sz w:val="19"/>
              </w:rPr>
              <w:t>Please stop crying wolf!</w:t>
            </w:r>
          </w:p>
          <w:p>
            <w:pPr>
              <w:spacing w:after="0"/>
            </w:pPr>
            <w:r>
              <w:rPr>
                <w:b w:val="0"/>
                <w:sz w:val="19"/>
              </w:rPr>
              <w:t>Target Phonological Sounds in Use:</w:t>
            </w:r>
          </w:p>
          <w:p>
            <w:pPr>
              <w:spacing w:after="0"/>
            </w:pPr>
            <w:r>
              <w:rPr>
                <w:b w:val="0"/>
                <w:sz w:val="19"/>
              </w:rPr>
              <w:t>q, r, s, t, u</w:t>
            </w:r>
          </w:p>
          <w:p>
            <w:pPr>
              <w:spacing w:after="0"/>
            </w:pPr>
            <w:r>
              <w:rPr>
                <w:b w:val="0"/>
                <w:sz w:val="19"/>
              </w:rPr>
              <w:t>Vowel: u: (/juː/, /ʌ/, /juː/)</w:t>
            </w:r>
          </w:p>
          <w:p>
            <w:pPr>
              <w:spacing w:after="0"/>
            </w:pPr>
            <w:r>
              <w:rPr>
                <w:b w:val="0"/>
                <w:sz w:val="19"/>
              </w:rPr>
              <w:t>Consonants: q: /kjuː/, r: /ɑː/(Br), /r/ (AmE); s: (/s/, /ɛs/, /z/); t: (/tiː/, /t/)</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ENG5.7.L1. Students can get ready for the listening/watching-comprehension process for the current</w:t>
            </w:r>
          </w:p>
          <w:p>
            <w:pPr>
              <w:spacing w:after="0"/>
            </w:pPr>
            <w:r>
              <w:rPr>
                <w:b w:val="0"/>
                <w:sz w:val="19"/>
              </w:rPr>
              <w:t>content on “life in nature with types of animals in nature; wild animals in nature; their habitats”</w:t>
            </w:r>
          </w:p>
          <w:p>
            <w:pPr>
              <w:spacing w:after="0"/>
            </w:pPr>
            <w:r>
              <w:rPr>
                <w:b w:val="0"/>
                <w:sz w:val="19"/>
              </w:rPr>
              <w:t>carefully. Students can bring information about the current content on “life in nature with types of</w:t>
            </w:r>
          </w:p>
          <w:p>
            <w:pPr>
              <w:spacing w:after="0"/>
            </w:pPr>
            <w:r>
              <w:rPr>
                <w:b w:val="0"/>
                <w:sz w:val="19"/>
              </w:rPr>
              <w:t>animals in nature; wild animals in nature; their habitats” together through significant details</w:t>
            </w:r>
          </w:p>
          <w:p>
            <w:pPr>
              <w:spacing w:after="0"/>
            </w:pPr>
            <w:r>
              <w:rPr>
                <w:b w:val="0"/>
                <w:sz w:val="19"/>
              </w:rPr>
              <w:t>and main components while listening/watching it.</w:t>
            </w:r>
          </w:p>
          <w:p>
            <w:pPr>
              <w:spacing w:after="0"/>
            </w:pPr>
            <w:r>
              <w:rPr>
                <w:b w:val="0"/>
                <w:sz w:val="19"/>
              </w:rPr>
              <w:t>ENG5.7.L2. Students can bring information about the current content on “life in nature with types of</w:t>
            </w:r>
          </w:p>
          <w:p>
            <w:pPr>
              <w:spacing w:after="0"/>
            </w:pPr>
            <w:r>
              <w:rPr>
                <w:b w:val="0"/>
                <w:sz w:val="19"/>
              </w:rPr>
              <w:t>animals in nature; wild animals in nature; their habitats” together through significant details</w:t>
            </w:r>
          </w:p>
          <w:p>
            <w:pPr>
              <w:spacing w:after="0"/>
            </w:pPr>
            <w:r>
              <w:rPr>
                <w:b w:val="0"/>
                <w:sz w:val="19"/>
              </w:rPr>
              <w:t>and main components while listening/watching it.</w:t>
            </w:r>
          </w:p>
          <w:p>
            <w:pPr>
              <w:spacing w:after="0"/>
            </w:pPr>
            <w:r>
              <w:rPr>
                <w:b w:val="0"/>
                <w:sz w:val="19"/>
              </w:rPr>
              <w:t>ENG5.7.L3. Students can make meaning of/derive meaning from the current content on “life in nature with</w:t>
            </w:r>
          </w:p>
          <w:p>
            <w:pPr>
              <w:spacing w:after="0"/>
            </w:pPr>
            <w:r>
              <w:rPr>
                <w:b w:val="0"/>
                <w:sz w:val="19"/>
              </w:rPr>
              <w:t>types of animals in nature; wild animals in nature; their habitats” through significant details by</w:t>
            </w:r>
          </w:p>
          <w:p>
            <w:pPr>
              <w:spacing w:after="0"/>
            </w:pPr>
            <w:r>
              <w:rPr>
                <w:b w:val="0"/>
                <w:sz w:val="19"/>
              </w:rPr>
              <w:t>listening/watching it carefully. ENG5.7.L4.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nature with types of animals in nature; wild animals in nature; their habitats”. ENG5.7.P1. Students can select and use the target phonological elements of the current content about</w:t>
            </w:r>
          </w:p>
          <w:p>
            <w:pPr>
              <w:spacing w:after="0"/>
            </w:pPr>
            <w:r>
              <w:rPr>
                <w:b w:val="0"/>
                <w:sz w:val="19"/>
              </w:rPr>
              <w:t>“life in nature with types of animals in nature; wild animals in nature; their habitats” accurately, authentically, and naturally through spontaneous decision-making processes and use it in an</w:t>
            </w:r>
          </w:p>
          <w:p>
            <w:pPr>
              <w:spacing w:after="0"/>
            </w:pPr>
            <w:r>
              <w:rPr>
                <w:b w:val="0"/>
                <w:sz w:val="19"/>
              </w:rPr>
              <w:t>appropriate and effective way when communicating with others. ENG5.7.R1. Students can get ready for the reading-comprehension process about the current content on</w:t>
            </w:r>
          </w:p>
          <w:p>
            <w:pPr>
              <w:spacing w:after="0"/>
            </w:pPr>
            <w:r>
              <w:rPr>
                <w:b w:val="0"/>
                <w:sz w:val="19"/>
              </w:rPr>
              <w:t>“life in nature with types of animals in nature; wild animals in nature; their habitats”. ENG5.7.R2. Students can bring information about the current content on “life in nature with types of</w:t>
            </w:r>
          </w:p>
          <w:p>
            <w:pPr>
              <w:spacing w:after="0"/>
            </w:pPr>
            <w:r>
              <w:rPr>
                <w:b w:val="0"/>
                <w:sz w:val="19"/>
              </w:rPr>
              <w:t>animals in nature; wild animals in nature; their habitats” through skimming (looking quickly at)</w:t>
            </w:r>
          </w:p>
          <w:p>
            <w:pPr>
              <w:spacing w:after="0"/>
            </w:pPr>
            <w:r>
              <w:rPr>
                <w:b w:val="0"/>
                <w:sz w:val="19"/>
              </w:rPr>
              <w:t>the audio-visual elements and reading the content very quickly. ENG5.7.R 3. Students can make meaning of / derive meaning from the current content about “life in nature</w:t>
            </w:r>
          </w:p>
          <w:p>
            <w:pPr>
              <w:spacing w:after="0"/>
            </w:pPr>
            <w:r>
              <w:rPr>
                <w:b w:val="0"/>
                <w:sz w:val="19"/>
              </w:rPr>
              <w:t>with types of animals in nature; wild animals in nature; their habitats” by reading it carefully. ENG5.7.R4. Students can convey their knowledge, experiences, thoughts, and feelings related to the</w:t>
            </w:r>
          </w:p>
          <w:p>
            <w:pPr>
              <w:spacing w:after="0"/>
            </w:pPr>
            <w:r>
              <w:rPr>
                <w:b w:val="0"/>
                <w:sz w:val="19"/>
              </w:rPr>
              <w:t>reading-comprehension process about the current content, “life in nature with types of</w:t>
            </w:r>
          </w:p>
          <w:p>
            <w:pPr>
              <w:spacing w:after="0"/>
            </w:pPr>
            <w:r>
              <w:rPr>
                <w:b w:val="0"/>
                <w:sz w:val="19"/>
              </w:rPr>
              <w:t>animals in nature; wild animals in nature; their habitats” in relation to themselves or others, both individually and/or with others. ENG5.7.V1. Students can select and use the target vocabulary of the current content about “life in nature</w:t>
            </w:r>
          </w:p>
          <w:p>
            <w:pPr>
              <w:spacing w:after="0"/>
            </w:pPr>
            <w:r>
              <w:rPr>
                <w:b w:val="0"/>
                <w:sz w:val="19"/>
              </w:rPr>
              <w:t>with types of animals in nature; wild animals in nature; their habitats” accurately, authentically, spontaneously, and naturally and use it appropriately and effectively when communicating with</w:t>
            </w:r>
          </w:p>
          <w:p>
            <w:pPr>
              <w:spacing w:after="0"/>
            </w:pPr>
            <w:r>
              <w:rPr>
                <w:b w:val="0"/>
                <w:sz w:val="19"/>
              </w:rPr>
              <w:t>others. ENG5.7.G1. Students can select and use the target grammatical elements of the current content about</w:t>
            </w:r>
          </w:p>
          <w:p>
            <w:pPr>
              <w:spacing w:after="0"/>
            </w:pPr>
            <w:r>
              <w:rPr>
                <w:b w:val="0"/>
                <w:sz w:val="19"/>
              </w:rPr>
              <w:t>“life in nature with types of animals in nature; wild animals in nature; their habitats” accurately, authentically, spontaneously, and naturally and use it appropriately and effectively when</w:t>
            </w:r>
          </w:p>
          <w:p>
            <w:pPr>
              <w:spacing w:after="0"/>
            </w:pPr>
            <w:r>
              <w:rPr>
                <w:b w:val="0"/>
                <w:sz w:val="19"/>
              </w:rPr>
              <w:t>communicating with others. ENG5.7.W1. Students can get ready for the writing-expression process about the current content on “life in</w:t>
            </w:r>
          </w:p>
          <w:p>
            <w:pPr>
              <w:spacing w:after="0"/>
            </w:pPr>
            <w:r>
              <w:rPr>
                <w:b w:val="0"/>
                <w:sz w:val="19"/>
              </w:rPr>
              <w:t>nature with types of animals in nature; wild animals in nature; their habitats”. ENG5.7.W2. Students can understand the model/example for the writing task about the current content on</w:t>
            </w:r>
          </w:p>
          <w:p>
            <w:pPr>
              <w:spacing w:after="0"/>
            </w:pPr>
            <w:r>
              <w:rPr>
                <w:b w:val="0"/>
                <w:sz w:val="19"/>
              </w:rPr>
              <w:t>“life in nature with types of animals in nature; wild animals in nature; their habitats”. ENG5.7.W3. Students can organise a content for the assigned writing task on the current content “life in</w:t>
            </w:r>
          </w:p>
          <w:p>
            <w:pPr>
              <w:spacing w:after="0"/>
            </w:pPr>
            <w:r>
              <w:rPr>
                <w:b w:val="0"/>
                <w:sz w:val="19"/>
              </w:rPr>
              <w:t>nature with types of animals in nature; wild animals in nature; their habitats” based on the</w:t>
            </w:r>
          </w:p>
          <w:p>
            <w:pPr>
              <w:spacing w:after="0"/>
            </w:pPr>
            <w:r>
              <w:rPr>
                <w:b w:val="0"/>
                <w:sz w:val="19"/>
              </w:rPr>
              <w:t>model/example provided. ENG5.7.W4. Students can individually construct/form content for the assigned writing task on the current</w:t>
            </w:r>
          </w:p>
          <w:p>
            <w:pPr>
              <w:spacing w:after="0"/>
            </w:pPr>
            <w:r>
              <w:rPr>
                <w:b w:val="0"/>
                <w:sz w:val="19"/>
              </w:rPr>
              <w:t>content “life in nature with types of animals in nature; wild animals in nature; their habitats”. ENG5.7.W5. Students can reorganise (reconstruct) and use information in the new written tasks about</w:t>
            </w:r>
          </w:p>
          <w:p>
            <w:pPr>
              <w:spacing w:after="0"/>
            </w:pPr>
            <w:r>
              <w:rPr>
                <w:b w:val="0"/>
                <w:sz w:val="19"/>
              </w:rPr>
              <w:t>the “life in nature with types of animals in nature; wild animals in nature; their habitats” to</w:t>
            </w:r>
          </w:p>
          <w:p>
            <w:pPr>
              <w:spacing w:after="0"/>
            </w:pPr>
            <w:r>
              <w:rPr>
                <w:b w:val="0"/>
                <w:sz w:val="19"/>
              </w:rPr>
              <w:t>communicate with other people. ENG5.7.W6. Students can reflect on their knowledge, experiences, thoughts, and feelings related to the</w:t>
            </w:r>
          </w:p>
          <w:p>
            <w:pPr>
              <w:spacing w:after="0"/>
            </w:pPr>
            <w:r>
              <w:rPr>
                <w:b w:val="0"/>
                <w:sz w:val="19"/>
              </w:rPr>
              <w:t>writing-expression process about the current content, “life in nature with types of animals</w:t>
            </w:r>
          </w:p>
          <w:p>
            <w:pPr>
              <w:spacing w:after="0"/>
            </w:pPr>
            <w:r>
              <w:rPr>
                <w:b w:val="0"/>
                <w:sz w:val="19"/>
              </w:rPr>
              <w:t>in nature; wild animals in nature; their habitats” in relation to themselves or others, both</w:t>
            </w:r>
          </w:p>
          <w:p>
            <w:pPr>
              <w:spacing w:after="0"/>
            </w:pPr>
            <w:r>
              <w:rPr>
                <w:b w:val="0"/>
                <w:sz w:val="19"/>
              </w:rPr>
              <w:t>individually and/or with others. ENG5.7.S1. Students can get ready for speaking-expression process about the current content on “life in</w:t>
            </w:r>
          </w:p>
          <w:p>
            <w:pPr>
              <w:spacing w:after="0"/>
            </w:pPr>
            <w:r>
              <w:rPr>
                <w:b w:val="0"/>
                <w:sz w:val="19"/>
              </w:rPr>
              <w:t>nature with types of animals in nature; wild animals in nature; their habitats”. ENG5.7.S2. Students can use the model/example for producing verbal content about the current content</w:t>
            </w:r>
          </w:p>
          <w:p>
            <w:pPr>
              <w:spacing w:after="0"/>
            </w:pPr>
            <w:r>
              <w:rPr>
                <w:b w:val="0"/>
                <w:sz w:val="19"/>
              </w:rPr>
              <w:t>on “life in nature with types of animals in nature; wild animals in nature; their habitats”. ENG5.7.S3. Students can organise a new verbal content on “life in nature with types of animals in nature;</w:t>
            </w:r>
          </w:p>
          <w:p>
            <w:pPr>
              <w:spacing w:after="0"/>
            </w:pPr>
            <w:r>
              <w:rPr>
                <w:b w:val="0"/>
                <w:sz w:val="19"/>
              </w:rPr>
              <w:t>wild animals in nature; their habitats” by speaking accurately, efficiently, and authentically. ENG5.7.S4. Students can construct a new verbal content on “life in nature with types of animals in nature;</w:t>
            </w:r>
          </w:p>
          <w:p>
            <w:pPr>
              <w:spacing w:after="0"/>
            </w:pPr>
            <w:r>
              <w:rPr>
                <w:b w:val="0"/>
                <w:sz w:val="19"/>
              </w:rPr>
              <w:t>wild animals in nature; their habitats” by speaking accurately, efficiently, and authentically. ENG5.7.S5. Students can reorganise (reconstruct) and use information about the “life in nature with types</w:t>
            </w:r>
          </w:p>
          <w:p>
            <w:pPr>
              <w:spacing w:after="0"/>
            </w:pPr>
            <w:r>
              <w:rPr>
                <w:b w:val="0"/>
                <w:sz w:val="19"/>
              </w:rPr>
              <w:t>of animals in nature; wild animals in nature; their habitats” to communicate with other people. ENG5.7.S6. Students can convey their knowledge, experiences, thoughts, and feelings related to the</w:t>
            </w:r>
          </w:p>
          <w:p>
            <w:pPr>
              <w:spacing w:after="0"/>
            </w:pPr>
            <w:r>
              <w:rPr>
                <w:b w:val="0"/>
                <w:sz w:val="19"/>
              </w:rPr>
              <w:t>speaking-expression process about the current content, “life in nature with types of animals in</w:t>
            </w:r>
          </w:p>
          <w:p>
            <w:pPr>
              <w:spacing w:after="0"/>
            </w:pPr>
            <w:r>
              <w:rPr>
                <w:b w:val="0"/>
                <w:sz w:val="19"/>
              </w:rPr>
              <w:t>nature; wild animals in nature; their habitats” to communicate with other people in relation to</w:t>
            </w:r>
          </w:p>
          <w:p>
            <w:pPr>
              <w:spacing w:after="0"/>
            </w:pPr>
            <w:r>
              <w:rPr>
                <w:b w:val="0"/>
                <w:sz w:val="19"/>
              </w:rPr>
              <w:t>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V5. Sensitivity, V6. Honesty, V7. Aesthetics, V9.</w:t>
            </w:r>
          </w:p>
          <w:p>
            <w:pPr>
              <w:spacing w:after="0"/>
            </w:pPr>
            <w:r>
              <w:rPr>
                <w:b w:val="0"/>
                <w:sz w:val="19"/>
              </w:rPr>
              <w:t>Compassion, V10. Modesty, V11. Independence, V12. Patience, V13. Healthy</w:t>
            </w:r>
          </w:p>
          <w:p>
            <w:pPr>
              <w:spacing w:after="0"/>
            </w:pPr>
            <w:r>
              <w:rPr>
                <w:b w:val="0"/>
                <w:sz w:val="19"/>
              </w:rPr>
              <w:t>Living, V16. Responsibility, V18. Cleanliness,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LS8. Sustainability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(ENG5.7.L1.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engage in conversations about animals and their habitats in English by using the target</w:t>
            </w:r>
          </w:p>
          <w:p>
            <w:pPr>
              <w:spacing w:after="0"/>
            </w:pPr>
            <w:r>
              <w:rPr>
                <w:b w:val="0"/>
                <w:sz w:val="19"/>
              </w:rPr>
              <w:t>vocabulary and the grammar chunks (Modal-Can).</w:t>
            </w:r>
          </w:p>
          <w:p>
            <w:pPr>
              <w:spacing w:after="0"/>
            </w:pPr>
            <w:r>
              <w:rPr>
                <w:b w:val="0"/>
                <w:sz w:val="19"/>
              </w:rPr>
              <w:t>Activity 1: Guess who I am!</w:t>
            </w:r>
          </w:p>
          <w:p>
            <w:pPr>
              <w:spacing w:after="0"/>
            </w:pPr>
            <w:r>
              <w:rPr>
                <w:b w:val="0"/>
                <w:sz w:val="19"/>
              </w:rPr>
              <w:t>The teacher divides the class into groups of three/four and distributes a set of picture cards about animals.</w:t>
            </w:r>
          </w:p>
          <w:p>
            <w:pPr>
              <w:spacing w:after="0"/>
            </w:pPr>
            <w:r>
              <w:rPr>
                <w:b w:val="0"/>
                <w:sz w:val="19"/>
              </w:rPr>
              <w:t>She/He asks the students to make sentences about what type of animal that is (e.g., It is a reptile, It is a bird, It is a mammal) and where we can find it in its natural habitat (e.g., We can find it in a forest, We can find it</w:t>
            </w:r>
          </w:p>
          <w:p>
            <w:pPr>
              <w:spacing w:after="0"/>
            </w:pPr>
            <w:r>
              <w:rPr>
                <w:b w:val="0"/>
                <w:sz w:val="19"/>
              </w:rPr>
              <w:t>in a river) in turns and the other group members to try to guess which animal it is by looking at the picture</w:t>
            </w:r>
          </w:p>
          <w:p>
            <w:pPr>
              <w:spacing w:after="0"/>
            </w:pPr>
            <w:r>
              <w:rPr>
                <w:b w:val="0"/>
                <w:sz w:val="19"/>
              </w:rPr>
              <w:t>cards (e.g., It is a crocodile, It is a bear, It is a parrot). At the end of the session, the students raise their cards</w:t>
            </w:r>
          </w:p>
          <w:p>
            <w:pPr>
              <w:spacing w:after="0"/>
            </w:pPr>
            <w:r>
              <w:rPr>
                <w:b w:val="0"/>
                <w:sz w:val="19"/>
              </w:rPr>
              <w:t>including the expressions Good, Very Good, Excellent to show their feelings about the activity. The teacher</w:t>
            </w:r>
          </w:p>
          <w:p>
            <w:pPr>
              <w:spacing w:after="0"/>
            </w:pPr>
            <w:r>
              <w:rPr>
                <w:b w:val="0"/>
                <w:sz w:val="19"/>
              </w:rPr>
              <w:t>provides constructive feedback to the whole class. Students reflect on their thoughts and feelings about</w:t>
            </w:r>
          </w:p>
          <w:p>
            <w:pPr>
              <w:spacing w:after="0"/>
            </w:pPr>
            <w:r>
              <w:rPr>
                <w:b w:val="0"/>
                <w:sz w:val="19"/>
              </w:rPr>
              <w:t>the activity.</w:t>
            </w:r>
          </w:p>
          <w:p>
            <w:pPr>
              <w:spacing w:after="0"/>
            </w:pPr>
            <w:r>
              <w:rPr>
                <w:b w:val="0"/>
                <w:sz w:val="19"/>
              </w:rPr>
              <w:t>Supporting</w:t>
            </w:r>
          </w:p>
          <w:p>
            <w:pPr>
              <w:spacing w:after="0"/>
            </w:pPr>
            <w:r>
              <w:rPr>
                <w:b w:val="0"/>
                <w:sz w:val="19"/>
              </w:rPr>
              <w:t>Objective: To engage in conversations about animals and their habitats in English by using the target</w:t>
            </w:r>
          </w:p>
          <w:p>
            <w:pPr>
              <w:spacing w:after="0"/>
            </w:pPr>
            <w:r>
              <w:rPr>
                <w:b w:val="0"/>
                <w:sz w:val="19"/>
              </w:rPr>
              <w:t>vocabulary and the grammar chunks (Modal-Can).</w:t>
            </w:r>
          </w:p>
          <w:p>
            <w:pPr>
              <w:spacing w:after="0"/>
            </w:pPr>
            <w:r>
              <w:rPr>
                <w:b w:val="0"/>
                <w:sz w:val="19"/>
              </w:rPr>
              <w:t>Activity 1: Guess who I am!</w:t>
            </w:r>
          </w:p>
          <w:p>
            <w:pPr>
              <w:spacing w:after="0"/>
            </w:pPr>
            <w:r>
              <w:rPr>
                <w:b w:val="0"/>
                <w:sz w:val="19"/>
              </w:rPr>
              <w:t>The teacher divides the class into groups of three/four and distributes a set of picture cards about animals</w:t>
            </w:r>
          </w:p>
          <w:p>
            <w:pPr>
              <w:spacing w:after="0"/>
            </w:pPr>
            <w:r>
              <w:rPr>
                <w:b w:val="0"/>
                <w:sz w:val="19"/>
              </w:rPr>
              <w:t>(e.g., a bear, a parrot, a crocodile) and slips of paper (e.g., It is a ………. You can find it in a ……...,). She/He asks</w:t>
            </w:r>
          </w:p>
          <w:p>
            <w:pPr>
              <w:spacing w:after="0"/>
            </w:pPr>
            <w:r>
              <w:rPr>
                <w:b w:val="0"/>
                <w:sz w:val="19"/>
              </w:rPr>
              <w:t>the students to complete the sentences about what type of animal that is (e.g., It is a reptile, It is a bird, It is a</w:t>
            </w:r>
          </w:p>
          <w:p>
            <w:pPr>
              <w:spacing w:after="0"/>
            </w:pPr>
            <w:r>
              <w:rPr>
                <w:b w:val="0"/>
                <w:sz w:val="19"/>
              </w:rPr>
              <w:t>mammal) and where we can find it in its natural habitat (e.g., We can find it in a forest, We can find it in a river)</w:t>
            </w:r>
          </w:p>
          <w:p>
            <w:pPr>
              <w:spacing w:after="0"/>
            </w:pPr>
            <w:r>
              <w:rPr>
                <w:b w:val="0"/>
                <w:sz w:val="19"/>
              </w:rPr>
              <w:t>in turns and the other group members to try to guess which animal it is by looking at the picture cards (e.g., It is a crocodile, It is a bear, It is a parrot). At the end of the session, the students raise their cards including</w:t>
            </w:r>
          </w:p>
          <w:p>
            <w:pPr>
              <w:spacing w:after="0"/>
            </w:pPr>
            <w:r>
              <w:rPr>
                <w:b w:val="0"/>
                <w:sz w:val="19"/>
              </w:rPr>
              <w:t>the expressions Good, Very Good, Excellent to show their feelings about the activity. The teacher provides</w:t>
            </w:r>
          </w:p>
          <w:p>
            <w:pPr>
              <w:spacing w:after="0"/>
            </w:pPr>
            <w:r>
              <w:rPr>
                <w:b w:val="0"/>
                <w:sz w:val="19"/>
              </w:rPr>
              <w:t>constructive feedback</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project about wild animals in terms of their living</w:t>
            </w:r>
          </w:p>
          <w:p>
            <w:pPr>
              <w:spacing w:after="0"/>
            </w:pPr>
            <w:r>
              <w:rPr>
                <w:b w:val="0"/>
                <w:sz w:val="19"/>
              </w:rPr>
              <w:t>conditions and their protection. The project could include Internet search, collecting pictures, recording</w:t>
            </w:r>
          </w:p>
          <w:p>
            <w:pPr>
              <w:spacing w:after="0"/>
            </w:pPr>
            <w:r>
              <w:rPr>
                <w:b w:val="0"/>
                <w:sz w:val="19"/>
              </w:rPr>
              <w:t>sounds etc. The assignment will be evaluated by using a rubric scheme, a rating scale, and/or a marking</w:t>
            </w:r>
          </w:p>
          <w:p>
            <w:pPr>
              <w:spacing w:after="0"/>
            </w:pPr>
            <w:r>
              <w:rPr>
                <w:b w:val="0"/>
                <w:sz w:val="19"/>
              </w:rPr>
              <w:t>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 The Commemoration of Atatürk, Youth and Sports Day</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33: 24-28 May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 · Week 33: 24-28 May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8: LIFE IN THE UNIVERSE AND FUTURE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 Planet Earth; holidays; school holidays, places, activities, and plans for holidays</w:t>
            </w:r>
          </w:p>
          <w:p>
            <w:pPr>
              <w:spacing w:after="0"/>
            </w:pPr>
            <w:r>
              <w:rPr>
                <w:b w:val="0"/>
                <w:sz w:val="19"/>
              </w:rPr>
              <w:t>Target Vocabulary in Use:</w:t>
            </w:r>
          </w:p>
          <w:p>
            <w:pPr>
              <w:spacing w:after="0"/>
            </w:pPr>
            <w:r>
              <w:rPr>
                <w:b w:val="0"/>
                <w:sz w:val="19"/>
              </w:rPr>
              <w:t>Vocabulary for Planet Earth: Nouns: A climate, a continent, a desert, a valley, a lake, an ocean, a rock, a</w:t>
            </w:r>
          </w:p>
          <w:p>
            <w:pPr>
              <w:spacing w:after="0"/>
            </w:pPr>
            <w:r>
              <w:rPr>
                <w:b w:val="0"/>
                <w:sz w:val="19"/>
              </w:rPr>
              <w:t>season, sky, a temperature, a sand dune, a river, a coral reef, a canyon, an island. Verbs: To rise.</w:t>
            </w:r>
          </w:p>
          <w:p>
            <w:pPr>
              <w:spacing w:after="0"/>
            </w:pPr>
            <w:r>
              <w:rPr>
                <w:b w:val="0"/>
                <w:sz w:val="19"/>
              </w:rPr>
              <w:t>Vocabulary for school holidays: Nouns: Tourism, a summer/winter/spring/half-term holiday. Verbs: To pack, to recommend, to need, to explore, to visit. Adjectives: Fun, peaceful, historical, magical, amazing, historical, famous, calm. Prepositions: Including.</w:t>
            </w:r>
          </w:p>
          <w:p>
            <w:pPr>
              <w:spacing w:after="0"/>
            </w:pPr>
            <w:r>
              <w:rPr>
                <w:b w:val="0"/>
                <w:sz w:val="19"/>
              </w:rPr>
              <w:t>Vocabulary for school holidays, places, activities, and plans for holidays: Nouns: An opportunity, a tower, a</w:t>
            </w:r>
          </w:p>
          <w:p>
            <w:pPr>
              <w:spacing w:after="0"/>
            </w:pPr>
            <w:r>
              <w:rPr>
                <w:b w:val="0"/>
                <w:sz w:val="19"/>
              </w:rPr>
              <w:t>tour, a journey, a trip, sightseeing, a holiday (vacation-AmE), a beach, a museum, a zoo, an amusement park, a view, a bridge, a jolly, a seaside, a destination, a sandcastle, a seashell. Verbs: To invite, to involve, to rest, to book, to relax.</w:t>
            </w:r>
          </w:p>
          <w:p>
            <w:pPr>
              <w:spacing w:after="0"/>
            </w:pPr>
            <w:r>
              <w:rPr>
                <w:b w:val="0"/>
                <w:sz w:val="19"/>
              </w:rPr>
              <w:t>Target Grammatical Structures in Use:</w:t>
            </w:r>
          </w:p>
          <w:p>
            <w:pPr>
              <w:spacing w:after="0"/>
            </w:pPr>
            <w:r>
              <w:rPr>
                <w:b w:val="0"/>
                <w:sz w:val="19"/>
              </w:rPr>
              <w:t>-“Be Going to Future Tense” for plans: (My family is going to spend the holiday watching documentaries about</w:t>
            </w:r>
          </w:p>
          <w:p>
            <w:pPr>
              <w:spacing w:after="0"/>
            </w:pPr>
            <w:r>
              <w:rPr>
                <w:b w:val="0"/>
                <w:sz w:val="19"/>
              </w:rPr>
              <w:t>life in the universe).</w:t>
            </w:r>
          </w:p>
          <w:p>
            <w:pPr>
              <w:spacing w:after="0"/>
            </w:pPr>
            <w:r>
              <w:rPr>
                <w:b w:val="0"/>
                <w:sz w:val="19"/>
              </w:rPr>
              <w:t>Functions of the Target Grammatical Structures in Use:</w:t>
            </w:r>
          </w:p>
          <w:p>
            <w:pPr>
              <w:spacing w:after="0"/>
            </w:pPr>
            <w:r>
              <w:rPr>
                <w:b w:val="0"/>
                <w:sz w:val="19"/>
              </w:rPr>
              <w:t>-Use of “Be Going to Future Tense” for plans: Expressing actions and/or events that have already planned</w:t>
            </w:r>
          </w:p>
          <w:p>
            <w:pPr>
              <w:spacing w:after="0"/>
            </w:pPr>
            <w:r>
              <w:rPr>
                <w:b w:val="0"/>
                <w:sz w:val="19"/>
              </w:rPr>
              <w:t>and/or likely to happen in the future.</w:t>
            </w:r>
          </w:p>
          <w:p>
            <w:pPr>
              <w:spacing w:after="0"/>
            </w:pPr>
            <w:r>
              <w:rPr>
                <w:b w:val="0"/>
                <w:sz w:val="19"/>
              </w:rPr>
              <w:t>Target Social Language in Use:</w:t>
            </w:r>
          </w:p>
          <w:p>
            <w:pPr>
              <w:spacing w:after="0"/>
            </w:pPr>
            <w:r>
              <w:rPr>
                <w:b w:val="0"/>
                <w:sz w:val="19"/>
              </w:rPr>
              <w:t>Let’s take a stroll!</w:t>
            </w:r>
          </w:p>
          <w:p>
            <w:pPr>
              <w:spacing w:after="0"/>
            </w:pPr>
            <w:r>
              <w:rPr>
                <w:b w:val="0"/>
                <w:sz w:val="19"/>
              </w:rPr>
              <w:t>Let’s take a breather during the holiday!</w:t>
            </w:r>
          </w:p>
          <w:p>
            <w:pPr>
              <w:spacing w:after="0"/>
            </w:pPr>
            <w:r>
              <w:rPr>
                <w:b w:val="0"/>
                <w:sz w:val="19"/>
              </w:rPr>
              <w:t>We’re going on a jolly to the seaside!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Phonological Sounds in Use:</w:t>
            </w:r>
          </w:p>
          <w:p>
            <w:pPr>
              <w:spacing w:after="0"/>
            </w:pPr>
            <w:r>
              <w:rPr>
                <w:b w:val="0"/>
                <w:sz w:val="19"/>
              </w:rPr>
              <w:t>v, w, x, y, z</w:t>
            </w:r>
          </w:p>
          <w:p>
            <w:pPr>
              <w:spacing w:after="0"/>
            </w:pPr>
            <w:r>
              <w:rPr>
                <w:b w:val="0"/>
                <w:sz w:val="19"/>
              </w:rPr>
              <w:t>Consonants: v: (/viː/, /v/); w: (/w/); x: (/ɛks/, /ks/, /gz/); y: (/waɪ/), /j/, /ɪ/, /iː/); z: /zed/ (Br), /ziː/, (AmE), /z/).</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ENG.5.8.L1. Students can get ready for the listening/watching-comprehension process for the current</w:t>
            </w:r>
          </w:p>
          <w:p>
            <w:pPr>
              <w:spacing w:after="0"/>
            </w:pPr>
            <w:r>
              <w:rPr>
                <w:b w:val="0"/>
                <w:sz w:val="19"/>
              </w:rPr>
              <w:t>content on “life in the universe and future with planet Earth; holidays; school holidays, places, activities, and plans for holidays” carefully. ENG.5.8.L2. Students can bring information about the current content on “life in the universe and future</w:t>
            </w:r>
          </w:p>
          <w:p>
            <w:pPr>
              <w:spacing w:after="0"/>
            </w:pPr>
            <w:r>
              <w:rPr>
                <w:b w:val="0"/>
                <w:sz w:val="19"/>
              </w:rPr>
              <w:t>with planet Earth; holidays; school holidays, places, activities, and plans for holidays” together</w:t>
            </w:r>
          </w:p>
          <w:p>
            <w:pPr>
              <w:spacing w:after="0"/>
            </w:pPr>
            <w:r>
              <w:rPr>
                <w:b w:val="0"/>
                <w:sz w:val="19"/>
              </w:rPr>
              <w:t>through significant details and main components while listening/watching it. ENG.5.8.L3. Students can make meaning of/derive meaning from the current content on “life in the</w:t>
            </w:r>
          </w:p>
          <w:p>
            <w:pPr>
              <w:spacing w:after="0"/>
            </w:pPr>
            <w:r>
              <w:rPr>
                <w:b w:val="0"/>
                <w:sz w:val="19"/>
              </w:rPr>
              <w:t>universe and future with planet Earth; holidays; school holidays, places, activities, and plans</w:t>
            </w:r>
          </w:p>
          <w:p>
            <w:pPr>
              <w:spacing w:after="0"/>
            </w:pPr>
            <w:r>
              <w:rPr>
                <w:b w:val="0"/>
                <w:sz w:val="19"/>
              </w:rPr>
              <w:t>for holidays” through significant details by listening/watching it carefully. ENG.5.8.L4. Students can convey their knowledge, experience, thoughts, and feelings examined carefully</w:t>
            </w:r>
          </w:p>
          <w:p>
            <w:pPr>
              <w:spacing w:after="0"/>
            </w:pPr>
            <w:r>
              <w:rPr>
                <w:b w:val="0"/>
                <w:sz w:val="19"/>
              </w:rPr>
              <w:t>about the whole listening/watching-comprehension process in relation to the current</w:t>
            </w:r>
          </w:p>
          <w:p>
            <w:pPr>
              <w:spacing w:after="0"/>
            </w:pPr>
            <w:r>
              <w:rPr>
                <w:b w:val="0"/>
                <w:sz w:val="19"/>
              </w:rPr>
              <w:t>content on “life in the universe and future with planet Earth; holidays; school holidays, places, activities, and plans for holidays”. ENG.5.8.P1. Students can select and use the target phonological elements of the current content about</w:t>
            </w:r>
          </w:p>
          <w:p>
            <w:pPr>
              <w:spacing w:after="0"/>
            </w:pPr>
            <w:r>
              <w:rPr>
                <w:b w:val="0"/>
                <w:sz w:val="19"/>
              </w:rPr>
              <w:t>“life in the universe and future with planet Earth; holidays; school holidays, places, activities, and plans for holidays” accurately, authentically, and naturally through spontaneous decisionmaking</w:t>
            </w:r>
          </w:p>
          <w:p>
            <w:pPr>
              <w:spacing w:after="0"/>
            </w:pPr>
            <w:r>
              <w:rPr>
                <w:b w:val="0"/>
                <w:sz w:val="19"/>
              </w:rPr>
              <w:t>processes and use it in an appropriate and effective way when communicating with</w:t>
            </w:r>
          </w:p>
          <w:p>
            <w:pPr>
              <w:spacing w:after="0"/>
            </w:pPr>
            <w:r>
              <w:rPr>
                <w:b w:val="0"/>
                <w:sz w:val="19"/>
              </w:rPr>
              <w:t>others. ENG.5.8.R1. Students can get ready for the reading-comprehension process about the current content on</w:t>
            </w:r>
          </w:p>
          <w:p>
            <w:pPr>
              <w:spacing w:after="0"/>
            </w:pPr>
            <w:r>
              <w:rPr>
                <w:b w:val="0"/>
                <w:sz w:val="19"/>
              </w:rPr>
              <w:t>“life in the universe and future with planet Earth; holidays; school holidays, places, activities, and plans for holidays”. ENG.5.8.R2. Students can bring information about the current content on “life in the universe and future</w:t>
            </w:r>
          </w:p>
          <w:p>
            <w:pPr>
              <w:spacing w:after="0"/>
            </w:pPr>
            <w:r>
              <w:rPr>
                <w:b w:val="0"/>
                <w:sz w:val="19"/>
              </w:rPr>
              <w:t>with planet Earth; holidays; school holidays, places, activities, and plans for holidays” through</w:t>
            </w:r>
          </w:p>
          <w:p>
            <w:pPr>
              <w:spacing w:after="0"/>
            </w:pPr>
            <w:r>
              <w:rPr>
                <w:b w:val="0"/>
                <w:sz w:val="19"/>
              </w:rPr>
              <w:t>skimming (looking quickly at) the audio-visual elements and reading the content very quickly. ENG.5.8.R3. Students can make meaning of / derive meaning from the current content about “life in the</w:t>
            </w:r>
          </w:p>
          <w:p>
            <w:pPr>
              <w:spacing w:after="0"/>
            </w:pPr>
            <w:r>
              <w:rPr>
                <w:b w:val="0"/>
                <w:sz w:val="19"/>
              </w:rPr>
              <w:t>universe and future with planet Earth; holidays; school holidays, places, activities, and plans</w:t>
            </w:r>
          </w:p>
          <w:p>
            <w:pPr>
              <w:spacing w:after="0"/>
            </w:pPr>
            <w:r>
              <w:rPr>
                <w:b w:val="0"/>
                <w:sz w:val="19"/>
              </w:rPr>
              <w:t>for holidays” by reading it carefully. ENG.5.8.R 4. Students can convey their knowledge, experiences, thoughts, and feelings related to the</w:t>
            </w:r>
          </w:p>
          <w:p>
            <w:pPr>
              <w:spacing w:after="0"/>
            </w:pPr>
            <w:r>
              <w:rPr>
                <w:b w:val="0"/>
                <w:sz w:val="19"/>
              </w:rPr>
              <w:t>reading-comprehension process about the current content, “life in the universe and future</w:t>
            </w:r>
          </w:p>
          <w:p>
            <w:pPr>
              <w:spacing w:after="0"/>
            </w:pPr>
            <w:r>
              <w:rPr>
                <w:b w:val="0"/>
                <w:sz w:val="19"/>
              </w:rPr>
              <w:t>with planet Earth; holidays; school holidays, places, activities, and plans for holidays” in</w:t>
            </w:r>
          </w:p>
          <w:p>
            <w:pPr>
              <w:spacing w:after="0"/>
            </w:pPr>
            <w:r>
              <w:rPr>
                <w:b w:val="0"/>
                <w:sz w:val="19"/>
              </w:rPr>
              <w:t>relation to themselves or others, both individually and/or with others. ENG.5.8.V1. Students can select and use the target vocabulary of the current content about “life in the</w:t>
            </w:r>
          </w:p>
          <w:p>
            <w:pPr>
              <w:spacing w:after="0"/>
            </w:pPr>
            <w:r>
              <w:rPr>
                <w:b w:val="0"/>
                <w:sz w:val="19"/>
              </w:rPr>
              <w:t>universe and future with planet Earth; holidays; school holidays, places, activities, and plans</w:t>
            </w:r>
          </w:p>
          <w:p>
            <w:pPr>
              <w:spacing w:after="0"/>
            </w:pPr>
            <w:r>
              <w:rPr>
                <w:b w:val="0"/>
                <w:sz w:val="19"/>
              </w:rPr>
              <w:t>for holidays” accurately, authentically, spontaneously, and naturally and use it appropriately</w:t>
            </w:r>
          </w:p>
          <w:p>
            <w:pPr>
              <w:spacing w:after="0"/>
            </w:pPr>
            <w:r>
              <w:rPr>
                <w:b w:val="0"/>
                <w:sz w:val="19"/>
              </w:rPr>
              <w:t>and effectively when communicating with others. ENG.5.8.G1. Students can select and use the target grammatical elements of the current content about</w:t>
            </w:r>
          </w:p>
          <w:p>
            <w:pPr>
              <w:spacing w:after="0"/>
            </w:pPr>
            <w:r>
              <w:rPr>
                <w:b w:val="0"/>
                <w:sz w:val="19"/>
              </w:rPr>
              <w:t>“life in the universe and future with planet Earth; holidays; school holidays, places, activities, and plans for holidays” accurately, authentically, spontaneously, and naturally and use it</w:t>
            </w:r>
          </w:p>
          <w:p>
            <w:pPr>
              <w:spacing w:after="0"/>
            </w:pPr>
            <w:r>
              <w:rPr>
                <w:b w:val="0"/>
                <w:sz w:val="19"/>
              </w:rPr>
              <w:t>appropriately and effectively when communicating with others. ENG.5.8.W1. Students can get ready for the writing-expression process about the current content on “life</w:t>
            </w:r>
          </w:p>
          <w:p>
            <w:pPr>
              <w:spacing w:after="0"/>
            </w:pPr>
            <w:r>
              <w:rPr>
                <w:b w:val="0"/>
                <w:sz w:val="19"/>
              </w:rPr>
              <w:t>in the universe and future with planet Earth; holidays; school holidays, places, activities, and</w:t>
            </w:r>
          </w:p>
          <w:p>
            <w:pPr>
              <w:spacing w:after="0"/>
            </w:pPr>
            <w:r>
              <w:rPr>
                <w:b w:val="0"/>
                <w:sz w:val="19"/>
              </w:rPr>
              <w:t>plans for holidays”. ENG.5.8.W2. Students can understand the model/example for the writing task about the current content on</w:t>
            </w:r>
          </w:p>
          <w:p>
            <w:pPr>
              <w:spacing w:after="0"/>
            </w:pPr>
            <w:r>
              <w:rPr>
                <w:b w:val="0"/>
                <w:sz w:val="19"/>
              </w:rPr>
              <w:t>“life in the universe and future with planet Earth; holidays; school holidays, places, activities, and plans for holidays”. ENG.5.8.W3. Students can organise a content for the assigned writing task on the current content “life in</w:t>
            </w:r>
          </w:p>
          <w:p>
            <w:pPr>
              <w:spacing w:after="0"/>
            </w:pPr>
            <w:r>
              <w:rPr>
                <w:b w:val="0"/>
                <w:sz w:val="19"/>
              </w:rPr>
              <w:t>the universe and future with planet Earth; holidays; school holidays, places, activities, and</w:t>
            </w:r>
          </w:p>
          <w:p>
            <w:pPr>
              <w:spacing w:after="0"/>
            </w:pPr>
            <w:r>
              <w:rPr>
                <w:b w:val="0"/>
                <w:sz w:val="19"/>
              </w:rPr>
              <w:t>plans for holidays” based on the model/example provided. ENG.5.8.W4. Students can individually construct/form content for the assigned writing task on the current</w:t>
            </w:r>
          </w:p>
          <w:p>
            <w:pPr>
              <w:spacing w:after="0"/>
            </w:pPr>
            <w:r>
              <w:rPr>
                <w:b w:val="0"/>
                <w:sz w:val="19"/>
              </w:rPr>
              <w:t>content “life in the universe and future with planet Earth; holidays; school holidays, places, activities, and plans for holidays”. ENG.5.8.W5. Students can reorganise (reconstruct) and use information in the new written tasks about the</w:t>
            </w:r>
          </w:p>
          <w:p>
            <w:pPr>
              <w:spacing w:after="0"/>
            </w:pPr>
            <w:r>
              <w:rPr>
                <w:b w:val="0"/>
                <w:sz w:val="19"/>
              </w:rPr>
              <w:t>“life in the universe and future with planet Earth; holidays; school holidays, places, activities, and plans for holidays” to communicate with other people. ENG.5.8.W6. Students can reflect on their knowledge, experiences, thoughts, and feelings related to the</w:t>
            </w:r>
          </w:p>
          <w:p>
            <w:pPr>
              <w:spacing w:after="0"/>
            </w:pPr>
            <w:r>
              <w:rPr>
                <w:b w:val="0"/>
                <w:sz w:val="19"/>
              </w:rPr>
              <w:t>writing-expression process about the current content, “life in the universe and future with</w:t>
            </w:r>
          </w:p>
          <w:p>
            <w:pPr>
              <w:spacing w:after="0"/>
            </w:pPr>
            <w:r>
              <w:rPr>
                <w:b w:val="0"/>
                <w:sz w:val="19"/>
              </w:rPr>
              <w:t>planet Earth; holidays; school holidays, places, activities, and plans for holidays” in relation to</w:t>
            </w:r>
          </w:p>
          <w:p>
            <w:pPr>
              <w:spacing w:after="0"/>
            </w:pPr>
            <w:r>
              <w:rPr>
                <w:b w:val="0"/>
                <w:sz w:val="19"/>
              </w:rPr>
              <w:t>themselves or others, both individually and/or with others. ENG.5.8.S1. Students can get ready for speaking-expression process about the current content on “life</w:t>
            </w:r>
          </w:p>
          <w:p>
            <w:pPr>
              <w:spacing w:after="0"/>
            </w:pPr>
            <w:r>
              <w:rPr>
                <w:b w:val="0"/>
                <w:sz w:val="19"/>
              </w:rPr>
              <w:t>in the universe and future with planet Earth; holidays; school holidays, places, activities, and</w:t>
            </w:r>
          </w:p>
          <w:p>
            <w:pPr>
              <w:spacing w:after="0"/>
            </w:pPr>
            <w:r>
              <w:rPr>
                <w:b w:val="0"/>
                <w:sz w:val="19"/>
              </w:rPr>
              <w:t>plans for holidays”. ENG.5.8.S2. Students can use the model/example for producing verbal content about the current content</w:t>
            </w:r>
          </w:p>
          <w:p>
            <w:pPr>
              <w:spacing w:after="0"/>
            </w:pPr>
            <w:r>
              <w:rPr>
                <w:b w:val="0"/>
                <w:sz w:val="19"/>
              </w:rPr>
              <w:t>on “life in the universe and future with planet Earth; holidays; school holidays, places, activities, and plans for holidays”. ENG.5.8.S3. Students can organise a new verbal content on “life in the universe and future with planet Earth;</w:t>
            </w:r>
          </w:p>
          <w:p>
            <w:pPr>
              <w:spacing w:after="0"/>
            </w:pPr>
            <w:r>
              <w:rPr>
                <w:b w:val="0"/>
                <w:sz w:val="19"/>
              </w:rPr>
              <w:t>holidays; school holidays, places, activities, and plans for holidays” by speaking accurately, efficiently, and authentically. ENG.5.8.S4. Students can construct a new verbal content on “life in the universe and future with planet</w:t>
            </w:r>
          </w:p>
          <w:p>
            <w:pPr>
              <w:spacing w:after="0"/>
            </w:pPr>
            <w:r>
              <w:rPr>
                <w:b w:val="0"/>
                <w:sz w:val="19"/>
              </w:rPr>
              <w:t>Earth; holidays; school holidays, places, activities, and plans for holidays” by speaking</w:t>
            </w:r>
          </w:p>
          <w:p>
            <w:pPr>
              <w:spacing w:after="0"/>
            </w:pPr>
            <w:r>
              <w:rPr>
                <w:b w:val="0"/>
                <w:sz w:val="19"/>
              </w:rPr>
              <w:t>accurately, efficiently, and authentically. ENG.5.8.S5. Students can reorganise (reconstruct) and use information about the “life in the universe and</w:t>
            </w:r>
          </w:p>
          <w:p>
            <w:pPr>
              <w:spacing w:after="0"/>
            </w:pPr>
            <w:r>
              <w:rPr>
                <w:b w:val="0"/>
                <w:sz w:val="19"/>
              </w:rPr>
              <w:t>future with planet Earth; holidays; school holidays, places, activities, and plans for holidays”</w:t>
            </w:r>
          </w:p>
          <w:p>
            <w:pPr>
              <w:spacing w:after="0"/>
            </w:pPr>
            <w:r>
              <w:rPr>
                <w:b w:val="0"/>
                <w:sz w:val="19"/>
              </w:rPr>
              <w:t>to communicate with other people. ENG.5.8.S6. Students can convey their knowledge, experiences, thoughts, and feelings related to the</w:t>
            </w:r>
          </w:p>
          <w:p>
            <w:pPr>
              <w:spacing w:after="0"/>
            </w:pPr>
            <w:r>
              <w:rPr>
                <w:b w:val="0"/>
                <w:sz w:val="19"/>
              </w:rPr>
              <w:t>speaking-expression process about the current content, “life in the universe and future</w:t>
            </w:r>
          </w:p>
          <w:p>
            <w:pPr>
              <w:spacing w:after="0"/>
            </w:pPr>
            <w:r>
              <w:rPr>
                <w:b w:val="0"/>
                <w:sz w:val="19"/>
              </w:rPr>
              <w:t>with planet Earth; holidays; school holidays, places, activities, and plans for holidays” to</w:t>
            </w:r>
          </w:p>
          <w:p>
            <w:pPr>
              <w:spacing w:after="0"/>
            </w:pPr>
            <w:r>
              <w:rPr>
                <w:b w:val="0"/>
                <w:sz w:val="19"/>
              </w:rPr>
              <w:t>communicate with other people in relation to themselves or others, both individually and/or</w:t>
            </w:r>
          </w:p>
          <w:p>
            <w:pPr>
              <w:spacing w:after="0"/>
            </w:pPr>
            <w:r>
              <w:rPr>
                <w:b w:val="0"/>
                <w:sz w:val="19"/>
              </w:rPr>
              <w:t>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V5. Sensitivity, V6. Honesty, V7. Aesthetics, V9. Compassion, V10. Modesty, V11. Independence, V12. Patience, V16.</w:t>
            </w:r>
          </w:p>
          <w:p>
            <w:pPr>
              <w:spacing w:after="0"/>
            </w:pPr>
            <w:r>
              <w:rPr>
                <w:b w:val="0"/>
                <w:sz w:val="19"/>
              </w:rPr>
              <w:t>Responsibility, V18. Cleanliness,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(ENG.5.8.L1.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engage in conversations and to foster creativity about holidays and holiday plans in English by</w:t>
            </w:r>
          </w:p>
          <w:p>
            <w:pPr>
              <w:spacing w:after="0"/>
            </w:pPr>
            <w:r>
              <w:rPr>
                <w:b w:val="0"/>
                <w:sz w:val="19"/>
              </w:rPr>
              <w:t>using the target vocabulary and grammar chunks (Be going to Future Tense).</w:t>
            </w:r>
          </w:p>
          <w:p>
            <w:pPr>
              <w:spacing w:after="0"/>
            </w:pPr>
            <w:r>
              <w:rPr>
                <w:b w:val="0"/>
                <w:sz w:val="19"/>
              </w:rPr>
              <w:t>Activity 1: That’s so fun!</w:t>
            </w:r>
          </w:p>
          <w:p>
            <w:pPr>
              <w:spacing w:after="0"/>
            </w:pPr>
            <w:r>
              <w:rPr>
                <w:b w:val="0"/>
                <w:sz w:val="19"/>
              </w:rPr>
              <w:t>The teacher writes some words related to holiday plans (e.g., a tower, a museum, a desert, a lake, sky) on slips</w:t>
            </w:r>
          </w:p>
          <w:p>
            <w:pPr>
              <w:spacing w:after="0"/>
            </w:pPr>
            <w:r>
              <w:rPr>
                <w:b w:val="0"/>
                <w:sz w:val="19"/>
              </w:rPr>
              <w:t>of paper and places them into a box. She/He divides the class into groups of three/four and distributes the</w:t>
            </w:r>
          </w:p>
          <w:p>
            <w:pPr>
              <w:spacing w:after="0"/>
            </w:pPr>
            <w:r>
              <w:rPr>
                <w:b w:val="0"/>
                <w:sz w:val="19"/>
              </w:rPr>
              <w:t>boxes to each group. Then the students are asked to make sentences about their holiday plans by choosing</w:t>
            </w:r>
          </w:p>
          <w:p>
            <w:pPr>
              <w:spacing w:after="0"/>
            </w:pPr>
            <w:r>
              <w:rPr>
                <w:b w:val="0"/>
                <w:sz w:val="19"/>
              </w:rPr>
              <w:t>the words from the box for each student in the group and one of the plans is going to be really fun. When</w:t>
            </w:r>
          </w:p>
          <w:p>
            <w:pPr>
              <w:spacing w:after="0"/>
            </w:pPr>
            <w:r>
              <w:rPr>
                <w:b w:val="0"/>
                <w:sz w:val="19"/>
              </w:rPr>
              <w:t>they finish writing, each group is invited to the board to share their plans with the classmates (e.g., We are</w:t>
            </w:r>
          </w:p>
          <w:p>
            <w:pPr>
              <w:spacing w:after="0"/>
            </w:pPr>
            <w:r>
              <w:rPr>
                <w:b w:val="0"/>
                <w:sz w:val="19"/>
              </w:rPr>
              <w:t>going to climb up a tower., We are going to visit a museum., We are going to watch the sky in a desert., We are</w:t>
            </w:r>
          </w:p>
          <w:p>
            <w:pPr>
              <w:spacing w:after="0"/>
            </w:pPr>
            <w:r>
              <w:rPr>
                <w:b w:val="0"/>
                <w:sz w:val="19"/>
              </w:rPr>
              <w:t>going to swim in the sea with dolphins). Every one of the students tells a plan. The rest of the class is provided</w:t>
            </w:r>
          </w:p>
          <w:p>
            <w:pPr>
              <w:spacing w:after="0"/>
            </w:pPr>
            <w:r>
              <w:rPr>
                <w:b w:val="0"/>
                <w:sz w:val="19"/>
              </w:rPr>
              <w:t>with a form including five stars, which can be used to evaluate pair/group performance. They will be engaged</w:t>
            </w:r>
          </w:p>
          <w:p>
            <w:pPr>
              <w:spacing w:after="0"/>
            </w:pPr>
            <w:r>
              <w:rPr>
                <w:b w:val="0"/>
                <w:sz w:val="19"/>
              </w:rPr>
              <w:t>while listening to their classmates by colouring the stars to choose the most fun plan. The teacher provides</w:t>
            </w:r>
          </w:p>
          <w:p>
            <w:pPr>
              <w:spacing w:after="0"/>
            </w:pPr>
            <w:r>
              <w:rPr>
                <w:b w:val="0"/>
                <w:sz w:val="19"/>
              </w:rPr>
              <w:t>constructive feedback to each group. Students reflect on their thoughts and feelings about the activity.</w:t>
            </w:r>
          </w:p>
          <w:p>
            <w:pPr>
              <w:spacing w:after="0"/>
            </w:pPr>
            <w:r>
              <w:rPr>
                <w:b w:val="0"/>
                <w:sz w:val="19"/>
              </w:rPr>
              <w:t>Supporting</w:t>
            </w:r>
          </w:p>
          <w:p>
            <w:pPr>
              <w:spacing w:after="0"/>
            </w:pPr>
            <w:r>
              <w:rPr>
                <w:b w:val="0"/>
                <w:sz w:val="19"/>
              </w:rPr>
              <w:t>Objective: To engage in conversations and to foster creativity about holidays and holiday plans in English by</w:t>
            </w:r>
          </w:p>
          <w:p>
            <w:pPr>
              <w:spacing w:after="0"/>
            </w:pPr>
            <w:r>
              <w:rPr>
                <w:b w:val="0"/>
                <w:sz w:val="19"/>
              </w:rPr>
              <w:t>using the target vocabulary and the grammar chunks (Be going to Future Tense).</w:t>
            </w:r>
          </w:p>
          <w:p>
            <w:pPr>
              <w:spacing w:after="0"/>
            </w:pPr>
            <w:r>
              <w:rPr>
                <w:b w:val="0"/>
                <w:sz w:val="19"/>
              </w:rPr>
              <w:t>Activity 1: That’s so fun!</w:t>
            </w:r>
          </w:p>
          <w:p>
            <w:pPr>
              <w:spacing w:after="0"/>
            </w:pPr>
            <w:r>
              <w:rPr>
                <w:b w:val="0"/>
                <w:sz w:val="19"/>
              </w:rPr>
              <w:t>The teacher writes some phrases related to holiday plans (e.g., climb up a tower, visit a museum, go to a park, watch the sky in a desert, swim in the sea with dolphins) on slips of paper and place them into a box. She/He</w:t>
            </w:r>
          </w:p>
          <w:p>
            <w:pPr>
              <w:spacing w:after="0"/>
            </w:pPr>
            <w:r>
              <w:rPr>
                <w:b w:val="0"/>
                <w:sz w:val="19"/>
              </w:rPr>
              <w:t>divides the class into groups of three/four and distributes the boxes to each group. Then the students are</w:t>
            </w:r>
          </w:p>
          <w:p>
            <w:pPr>
              <w:spacing w:after="0"/>
            </w:pPr>
            <w:r>
              <w:rPr>
                <w:b w:val="0"/>
                <w:sz w:val="19"/>
              </w:rPr>
              <w:t>asked to make sentences about their holiday plans by choosing the phrases from the box for each student in</w:t>
            </w:r>
          </w:p>
          <w:p>
            <w:pPr>
              <w:spacing w:after="0"/>
            </w:pPr>
            <w:r>
              <w:rPr>
                <w:b w:val="0"/>
                <w:sz w:val="19"/>
              </w:rPr>
              <w:t>the group. When they finish writing, each group is invited to the board to share their plans with the classmates</w:t>
            </w:r>
          </w:p>
          <w:p>
            <w:pPr>
              <w:spacing w:after="0"/>
            </w:pPr>
            <w:r>
              <w:rPr>
                <w:b w:val="0"/>
                <w:sz w:val="19"/>
              </w:rPr>
              <w:t>(e.g., We are going to climb up a tower, We are going to visit a museum., We are going to watch the sky in a</w:t>
            </w:r>
          </w:p>
          <w:p>
            <w:pPr>
              <w:spacing w:after="0"/>
            </w:pPr>
            <w:r>
              <w:rPr>
                <w:b w:val="0"/>
                <w:sz w:val="19"/>
              </w:rPr>
              <w:t>desert., We are going to swim in the sea with dolphins.). Every one of the students tells a plan. The rest of</w:t>
            </w:r>
          </w:p>
          <w:p>
            <w:pPr>
              <w:spacing w:after="0"/>
            </w:pPr>
            <w:r>
              <w:rPr>
                <w:b w:val="0"/>
                <w:sz w:val="19"/>
              </w:rPr>
              <w:t>the class is provided with a form including five stars, which can be used to evaluate pair/group performance. They will be engaged while listening to their classmates by colouring the stars to choose the most fun plan.</w:t>
            </w:r>
          </w:p>
          <w:p>
            <w:pPr>
              <w:spacing w:after="0"/>
            </w:pPr>
            <w:r>
              <w:rPr>
                <w:b w:val="0"/>
                <w:sz w:val="19"/>
              </w:rPr>
              <w:t>The teacher provides constructive feedback to each group. Students reflect on their thoughts and feelings</w:t>
            </w:r>
          </w:p>
          <w:p>
            <w:pPr>
              <w:spacing w:after="0"/>
            </w:pPr>
            <w:r>
              <w:rPr>
                <w:b w:val="0"/>
                <w:sz w:val="19"/>
              </w:rPr>
              <w:t>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project about their dream summer holiday. The</w:t>
            </w:r>
          </w:p>
          <w:p>
            <w:pPr>
              <w:spacing w:after="0"/>
            </w:pPr>
            <w:r>
              <w:rPr>
                <w:b w:val="0"/>
                <w:sz w:val="19"/>
              </w:rPr>
              <w:t>project will include an internet search to find interesting places, collecting pictures, and recording sounds</w:t>
            </w:r>
          </w:p>
          <w:p>
            <w:pPr>
              <w:spacing w:after="0"/>
            </w:pPr>
            <w:r>
              <w:rPr>
                <w:b w:val="0"/>
                <w:sz w:val="19"/>
              </w:rPr>
              <w:t>that represent their ideal holiday. They can also add short descriptions and creative elements to show</w:t>
            </w:r>
          </w:p>
          <w:p>
            <w:pPr>
              <w:spacing w:after="0"/>
            </w:pPr>
            <w:r>
              <w:rPr>
                <w:b w:val="0"/>
                <w:sz w:val="19"/>
              </w:rPr>
              <w:t>what activities, places, and experiences they would like to enjoy during their dream summer vacation. The</w:t>
            </w:r>
          </w:p>
          <w:p>
            <w:pPr>
              <w:spacing w:after="0"/>
            </w:pPr>
            <w:r>
              <w:rPr>
                <w:b w:val="0"/>
                <w:sz w:val="19"/>
              </w:rPr>
              <w:t>assignment will be evaluated by using 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May, Conquest of İstanbul</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34: 31 May - 4 June</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June · Week 34: 31 May - 4 June</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8: LIFE IN THE UNIVERSE AND FUTURE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 Planet Earth; holidays; school holidays, places, activities, and plans for holidays</w:t>
            </w:r>
          </w:p>
          <w:p>
            <w:pPr>
              <w:spacing w:after="0"/>
            </w:pPr>
            <w:r>
              <w:rPr>
                <w:b w:val="0"/>
                <w:sz w:val="19"/>
              </w:rPr>
              <w:t>Target Vocabulary in Use:</w:t>
            </w:r>
          </w:p>
          <w:p>
            <w:pPr>
              <w:spacing w:after="0"/>
            </w:pPr>
            <w:r>
              <w:rPr>
                <w:b w:val="0"/>
                <w:sz w:val="19"/>
              </w:rPr>
              <w:t>Vocabulary for Planet Earth: Nouns: A climate, a continent, a desert, a valley, a lake, an ocean, a rock, a</w:t>
            </w:r>
          </w:p>
          <w:p>
            <w:pPr>
              <w:spacing w:after="0"/>
            </w:pPr>
            <w:r>
              <w:rPr>
                <w:b w:val="0"/>
                <w:sz w:val="19"/>
              </w:rPr>
              <w:t>season, sky, a temperature, a sand dune, a river, a coral reef, a canyon, an island. Verbs: To rise.</w:t>
            </w:r>
          </w:p>
          <w:p>
            <w:pPr>
              <w:spacing w:after="0"/>
            </w:pPr>
            <w:r>
              <w:rPr>
                <w:b w:val="0"/>
                <w:sz w:val="19"/>
              </w:rPr>
              <w:t>Vocabulary for school holidays: Nouns: Tourism, a summer/winter/spring/half-term holiday. Verbs: To pack, to recommend, to need, to explore, to visit. Adjectives: Fun, peaceful, historical, magical, amazing, historical, famous, calm. Prepositions: Including.</w:t>
            </w:r>
          </w:p>
          <w:p>
            <w:pPr>
              <w:spacing w:after="0"/>
            </w:pPr>
            <w:r>
              <w:rPr>
                <w:b w:val="0"/>
                <w:sz w:val="19"/>
              </w:rPr>
              <w:t>Vocabulary for school holidays, places, activities, and plans for holidays: Nouns: An opportunity, a tower, a</w:t>
            </w:r>
          </w:p>
          <w:p>
            <w:pPr>
              <w:spacing w:after="0"/>
            </w:pPr>
            <w:r>
              <w:rPr>
                <w:b w:val="0"/>
                <w:sz w:val="19"/>
              </w:rPr>
              <w:t>tour, a journey, a trip, sightseeing, a holiday (vacation-AmE), a beach, a museum, a zoo, an amusement park, a view, a bridge, a jolly, a seaside, a destination, a sandcastle, a seashell. Verbs: To invite, to involve, to rest, to book, to relax.</w:t>
            </w:r>
          </w:p>
          <w:p>
            <w:pPr>
              <w:spacing w:after="0"/>
            </w:pPr>
            <w:r>
              <w:rPr>
                <w:b w:val="0"/>
                <w:sz w:val="19"/>
              </w:rPr>
              <w:t>Target Grammatical Structures in Use:</w:t>
            </w:r>
          </w:p>
          <w:p>
            <w:pPr>
              <w:spacing w:after="0"/>
            </w:pPr>
            <w:r>
              <w:rPr>
                <w:b w:val="0"/>
                <w:sz w:val="19"/>
              </w:rPr>
              <w:t>-“Be Going to Future Tense” for plans: (My family is going to spend the holiday watching documentaries about</w:t>
            </w:r>
          </w:p>
          <w:p>
            <w:pPr>
              <w:spacing w:after="0"/>
            </w:pPr>
            <w:r>
              <w:rPr>
                <w:b w:val="0"/>
                <w:sz w:val="19"/>
              </w:rPr>
              <w:t>life in the universe).</w:t>
            </w:r>
          </w:p>
          <w:p>
            <w:pPr>
              <w:spacing w:after="0"/>
            </w:pPr>
            <w:r>
              <w:rPr>
                <w:b w:val="0"/>
                <w:sz w:val="19"/>
              </w:rPr>
              <w:t>Functions of the Target Grammatical Structures in Use:</w:t>
            </w:r>
          </w:p>
          <w:p>
            <w:pPr>
              <w:spacing w:after="0"/>
            </w:pPr>
            <w:r>
              <w:rPr>
                <w:b w:val="0"/>
                <w:sz w:val="19"/>
              </w:rPr>
              <w:t>-Use of “Be Going to Future Tense” for plans: Expressing actions and/or events that have already planned</w:t>
            </w:r>
          </w:p>
          <w:p>
            <w:pPr>
              <w:spacing w:after="0"/>
            </w:pPr>
            <w:r>
              <w:rPr>
                <w:b w:val="0"/>
                <w:sz w:val="19"/>
              </w:rPr>
              <w:t>and/or likely to happen in the future.</w:t>
            </w:r>
          </w:p>
          <w:p>
            <w:pPr>
              <w:spacing w:after="0"/>
            </w:pPr>
            <w:r>
              <w:rPr>
                <w:b w:val="0"/>
                <w:sz w:val="19"/>
              </w:rPr>
              <w:t>Target Social Language in Use:</w:t>
            </w:r>
          </w:p>
          <w:p>
            <w:pPr>
              <w:spacing w:after="0"/>
            </w:pPr>
            <w:r>
              <w:rPr>
                <w:b w:val="0"/>
                <w:sz w:val="19"/>
              </w:rPr>
              <w:t>Let’s take a stroll!</w:t>
            </w:r>
          </w:p>
          <w:p>
            <w:pPr>
              <w:spacing w:after="0"/>
            </w:pPr>
            <w:r>
              <w:rPr>
                <w:b w:val="0"/>
                <w:sz w:val="19"/>
              </w:rPr>
              <w:t>Let’s take a breather during the holiday!</w:t>
            </w:r>
          </w:p>
          <w:p>
            <w:pPr>
              <w:spacing w:after="0"/>
            </w:pPr>
            <w:r>
              <w:rPr>
                <w:b w:val="0"/>
                <w:sz w:val="19"/>
              </w:rPr>
              <w:t>We’re going on a jolly to the seaside!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Phonological Sounds in Use:</w:t>
            </w:r>
          </w:p>
          <w:p>
            <w:pPr>
              <w:spacing w:after="0"/>
            </w:pPr>
            <w:r>
              <w:rPr>
                <w:b w:val="0"/>
                <w:sz w:val="19"/>
              </w:rPr>
              <w:t>v, w, x, y, z</w:t>
            </w:r>
          </w:p>
          <w:p>
            <w:pPr>
              <w:spacing w:after="0"/>
            </w:pPr>
            <w:r>
              <w:rPr>
                <w:b w:val="0"/>
                <w:sz w:val="19"/>
              </w:rPr>
              <w:t>Consonants: v: (/viː/, /v/); w: (/w/); x: (/ɛks/, /ks/, /gz/); y: (/waɪ/), /j/, /ɪ/, /iː/); z: /zed/ (Br), /ziː/, (AmE), /z/).</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ENG.5.8.L1. Students can get ready for the listening/watching-comprehension process for the current</w:t>
            </w:r>
          </w:p>
          <w:p>
            <w:pPr>
              <w:spacing w:after="0"/>
            </w:pPr>
            <w:r>
              <w:rPr>
                <w:b w:val="0"/>
                <w:sz w:val="19"/>
              </w:rPr>
              <w:t>content on “life in the universe and future with planet Earth; holidays; school holidays, places, activities, and plans for holidays” carefully. ENG.5.8.L2. Students can bring information about the current content on “life in the universe and future</w:t>
            </w:r>
          </w:p>
          <w:p>
            <w:pPr>
              <w:spacing w:after="0"/>
            </w:pPr>
            <w:r>
              <w:rPr>
                <w:b w:val="0"/>
                <w:sz w:val="19"/>
              </w:rPr>
              <w:t>with planet Earth; holidays; school holidays, places, activities, and plans for holidays” together</w:t>
            </w:r>
          </w:p>
          <w:p>
            <w:pPr>
              <w:spacing w:after="0"/>
            </w:pPr>
            <w:r>
              <w:rPr>
                <w:b w:val="0"/>
                <w:sz w:val="19"/>
              </w:rPr>
              <w:t>through significant details and main components while listening/watching it. ENG.5.8.L3. Students can make meaning of/derive meaning from the current content on “life in the</w:t>
            </w:r>
          </w:p>
          <w:p>
            <w:pPr>
              <w:spacing w:after="0"/>
            </w:pPr>
            <w:r>
              <w:rPr>
                <w:b w:val="0"/>
                <w:sz w:val="19"/>
              </w:rPr>
              <w:t>universe and future with planet Earth; holidays; school holidays, places, activities, and plans</w:t>
            </w:r>
          </w:p>
          <w:p>
            <w:pPr>
              <w:spacing w:after="0"/>
            </w:pPr>
            <w:r>
              <w:rPr>
                <w:b w:val="0"/>
                <w:sz w:val="19"/>
              </w:rPr>
              <w:t>for holidays” through significant details by listening/watching it carefully. ENG.5.8.L4. Students can convey their knowledge, experience, thoughts, and feelings examined carefully</w:t>
            </w:r>
          </w:p>
          <w:p>
            <w:pPr>
              <w:spacing w:after="0"/>
            </w:pPr>
            <w:r>
              <w:rPr>
                <w:b w:val="0"/>
                <w:sz w:val="19"/>
              </w:rPr>
              <w:t>about the whole listening/watching-comprehension process in relation to the current</w:t>
            </w:r>
          </w:p>
          <w:p>
            <w:pPr>
              <w:spacing w:after="0"/>
            </w:pPr>
            <w:r>
              <w:rPr>
                <w:b w:val="0"/>
                <w:sz w:val="19"/>
              </w:rPr>
              <w:t>content on “life in the universe and future with planet Earth; holidays; school holidays, places, activities, and plans for holidays”. ENG.5.8.P1. Students can select and use the target phonological elements of the current content about</w:t>
            </w:r>
          </w:p>
          <w:p>
            <w:pPr>
              <w:spacing w:after="0"/>
            </w:pPr>
            <w:r>
              <w:rPr>
                <w:b w:val="0"/>
                <w:sz w:val="19"/>
              </w:rPr>
              <w:t>“life in the universe and future with planet Earth; holidays; school holidays, places, activities, and plans for holidays” accurately, authentically, and naturally through spontaneous decisionmaking</w:t>
            </w:r>
          </w:p>
          <w:p>
            <w:pPr>
              <w:spacing w:after="0"/>
            </w:pPr>
            <w:r>
              <w:rPr>
                <w:b w:val="0"/>
                <w:sz w:val="19"/>
              </w:rPr>
              <w:t>processes and use it in an appropriate and effective way when communicating with</w:t>
            </w:r>
          </w:p>
          <w:p>
            <w:pPr>
              <w:spacing w:after="0"/>
            </w:pPr>
            <w:r>
              <w:rPr>
                <w:b w:val="0"/>
                <w:sz w:val="19"/>
              </w:rPr>
              <w:t>others. ENG.5.8.R1. Students can get ready for the reading-comprehension process about the current content on</w:t>
            </w:r>
          </w:p>
          <w:p>
            <w:pPr>
              <w:spacing w:after="0"/>
            </w:pPr>
            <w:r>
              <w:rPr>
                <w:b w:val="0"/>
                <w:sz w:val="19"/>
              </w:rPr>
              <w:t>“life in the universe and future with planet Earth; holidays; school holidays, places, activities, and plans for holidays”. ENG.5.8.R2. Students can bring information about the current content on “life in the universe and future</w:t>
            </w:r>
          </w:p>
          <w:p>
            <w:pPr>
              <w:spacing w:after="0"/>
            </w:pPr>
            <w:r>
              <w:rPr>
                <w:b w:val="0"/>
                <w:sz w:val="19"/>
              </w:rPr>
              <w:t>with planet Earth; holidays; school holidays, places, activities, and plans for holidays” through</w:t>
            </w:r>
          </w:p>
          <w:p>
            <w:pPr>
              <w:spacing w:after="0"/>
            </w:pPr>
            <w:r>
              <w:rPr>
                <w:b w:val="0"/>
                <w:sz w:val="19"/>
              </w:rPr>
              <w:t>skimming (looking quickly at) the audio-visual elements and reading the content very quickly. ENG.5.8.R3. Students can make meaning of / derive meaning from the current content about “life in the</w:t>
            </w:r>
          </w:p>
          <w:p>
            <w:pPr>
              <w:spacing w:after="0"/>
            </w:pPr>
            <w:r>
              <w:rPr>
                <w:b w:val="0"/>
                <w:sz w:val="19"/>
              </w:rPr>
              <w:t>universe and future with planet Earth; holidays; school holidays, places, activities, and plans</w:t>
            </w:r>
          </w:p>
          <w:p>
            <w:pPr>
              <w:spacing w:after="0"/>
            </w:pPr>
            <w:r>
              <w:rPr>
                <w:b w:val="0"/>
                <w:sz w:val="19"/>
              </w:rPr>
              <w:t>for holidays” by reading it carefully. ENG.5.8.R 4. Students can convey their knowledge, experiences, thoughts, and feelings related to the</w:t>
            </w:r>
          </w:p>
          <w:p>
            <w:pPr>
              <w:spacing w:after="0"/>
            </w:pPr>
            <w:r>
              <w:rPr>
                <w:b w:val="0"/>
                <w:sz w:val="19"/>
              </w:rPr>
              <w:t>reading-comprehension process about the current content, “life in the universe and future</w:t>
            </w:r>
          </w:p>
          <w:p>
            <w:pPr>
              <w:spacing w:after="0"/>
            </w:pPr>
            <w:r>
              <w:rPr>
                <w:b w:val="0"/>
                <w:sz w:val="19"/>
              </w:rPr>
              <w:t>with planet Earth; holidays; school holidays, places, activities, and plans for holidays” in</w:t>
            </w:r>
          </w:p>
          <w:p>
            <w:pPr>
              <w:spacing w:after="0"/>
            </w:pPr>
            <w:r>
              <w:rPr>
                <w:b w:val="0"/>
                <w:sz w:val="19"/>
              </w:rPr>
              <w:t>relation to themselves or others, both individually and/or with others. ENG.5.8.V1. Students can select and use the target vocabulary of the current content about “life in the</w:t>
            </w:r>
          </w:p>
          <w:p>
            <w:pPr>
              <w:spacing w:after="0"/>
            </w:pPr>
            <w:r>
              <w:rPr>
                <w:b w:val="0"/>
                <w:sz w:val="19"/>
              </w:rPr>
              <w:t>universe and future with planet Earth; holidays; school holidays, places, activities, and plans</w:t>
            </w:r>
          </w:p>
          <w:p>
            <w:pPr>
              <w:spacing w:after="0"/>
            </w:pPr>
            <w:r>
              <w:rPr>
                <w:b w:val="0"/>
                <w:sz w:val="19"/>
              </w:rPr>
              <w:t>for holidays” accurately, authentically, spontaneously, and naturally and use it appropriately</w:t>
            </w:r>
          </w:p>
          <w:p>
            <w:pPr>
              <w:spacing w:after="0"/>
            </w:pPr>
            <w:r>
              <w:rPr>
                <w:b w:val="0"/>
                <w:sz w:val="19"/>
              </w:rPr>
              <w:t>and effectively when communicating with others. ENG.5.8.G1. Students can select and use the target grammatical elements of the current content about</w:t>
            </w:r>
          </w:p>
          <w:p>
            <w:pPr>
              <w:spacing w:after="0"/>
            </w:pPr>
            <w:r>
              <w:rPr>
                <w:b w:val="0"/>
                <w:sz w:val="19"/>
              </w:rPr>
              <w:t>“life in the universe and future with planet Earth; holidays; school holidays, places, activities, and plans for holidays” accurately, authentically, spontaneously, and naturally and use it</w:t>
            </w:r>
          </w:p>
          <w:p>
            <w:pPr>
              <w:spacing w:after="0"/>
            </w:pPr>
            <w:r>
              <w:rPr>
                <w:b w:val="0"/>
                <w:sz w:val="19"/>
              </w:rPr>
              <w:t>appropriately and effectively when communicating with others. ENG.5.8.W1. Students can get ready for the writing-expression process about the current content on “life</w:t>
            </w:r>
          </w:p>
          <w:p>
            <w:pPr>
              <w:spacing w:after="0"/>
            </w:pPr>
            <w:r>
              <w:rPr>
                <w:b w:val="0"/>
                <w:sz w:val="19"/>
              </w:rPr>
              <w:t>in the universe and future with planet Earth; holidays; school holidays, places, activities, and</w:t>
            </w:r>
          </w:p>
          <w:p>
            <w:pPr>
              <w:spacing w:after="0"/>
            </w:pPr>
            <w:r>
              <w:rPr>
                <w:b w:val="0"/>
                <w:sz w:val="19"/>
              </w:rPr>
              <w:t>plans for holidays”. ENG.5.8.W2. Students can understand the model/example for the writing task about the current content on</w:t>
            </w:r>
          </w:p>
          <w:p>
            <w:pPr>
              <w:spacing w:after="0"/>
            </w:pPr>
            <w:r>
              <w:rPr>
                <w:b w:val="0"/>
                <w:sz w:val="19"/>
              </w:rPr>
              <w:t>“life in the universe and future with planet Earth; holidays; school holidays, places, activities, and plans for holidays”. ENG.5.8.W3. Students can organise a content for the assigned writing task on the current content “life in</w:t>
            </w:r>
          </w:p>
          <w:p>
            <w:pPr>
              <w:spacing w:after="0"/>
            </w:pPr>
            <w:r>
              <w:rPr>
                <w:b w:val="0"/>
                <w:sz w:val="19"/>
              </w:rPr>
              <w:t>the universe and future with planet Earth; holidays; school holidays, places, activities, and</w:t>
            </w:r>
          </w:p>
          <w:p>
            <w:pPr>
              <w:spacing w:after="0"/>
            </w:pPr>
            <w:r>
              <w:rPr>
                <w:b w:val="0"/>
                <w:sz w:val="19"/>
              </w:rPr>
              <w:t>plans for holidays” based on the model/example provided. ENG.5.8.W4. Students can individually construct/form content for the assigned writing task on the current</w:t>
            </w:r>
          </w:p>
          <w:p>
            <w:pPr>
              <w:spacing w:after="0"/>
            </w:pPr>
            <w:r>
              <w:rPr>
                <w:b w:val="0"/>
                <w:sz w:val="19"/>
              </w:rPr>
              <w:t>content “life in the universe and future with planet Earth; holidays; school holidays, places, activities, and plans for holidays”. ENG.5.8.W5. Students can reorganise (reconstruct) and use information in the new written tasks about the</w:t>
            </w:r>
          </w:p>
          <w:p>
            <w:pPr>
              <w:spacing w:after="0"/>
            </w:pPr>
            <w:r>
              <w:rPr>
                <w:b w:val="0"/>
                <w:sz w:val="19"/>
              </w:rPr>
              <w:t>“life in the universe and future with planet Earth; holidays; school holidays, places, activities, and plans for holidays” to communicate with other people. ENG.5.8.W6. Students can reflect on their knowledge, experiences, thoughts, and feelings related to the</w:t>
            </w:r>
          </w:p>
          <w:p>
            <w:pPr>
              <w:spacing w:after="0"/>
            </w:pPr>
            <w:r>
              <w:rPr>
                <w:b w:val="0"/>
                <w:sz w:val="19"/>
              </w:rPr>
              <w:t>writing-expression process about the current content, “life in the universe and future with</w:t>
            </w:r>
          </w:p>
          <w:p>
            <w:pPr>
              <w:spacing w:after="0"/>
            </w:pPr>
            <w:r>
              <w:rPr>
                <w:b w:val="0"/>
                <w:sz w:val="19"/>
              </w:rPr>
              <w:t>planet Earth; holidays; school holidays, places, activities, and plans for holidays” in relation to</w:t>
            </w:r>
          </w:p>
          <w:p>
            <w:pPr>
              <w:spacing w:after="0"/>
            </w:pPr>
            <w:r>
              <w:rPr>
                <w:b w:val="0"/>
                <w:sz w:val="19"/>
              </w:rPr>
              <w:t>themselves or others, both individually and/or with others. ENG.5.8.S1. Students can get ready for speaking-expression process about the current content on “life</w:t>
            </w:r>
          </w:p>
          <w:p>
            <w:pPr>
              <w:spacing w:after="0"/>
            </w:pPr>
            <w:r>
              <w:rPr>
                <w:b w:val="0"/>
                <w:sz w:val="19"/>
              </w:rPr>
              <w:t>in the universe and future with planet Earth; holidays; school holidays, places, activities, and</w:t>
            </w:r>
          </w:p>
          <w:p>
            <w:pPr>
              <w:spacing w:after="0"/>
            </w:pPr>
            <w:r>
              <w:rPr>
                <w:b w:val="0"/>
                <w:sz w:val="19"/>
              </w:rPr>
              <w:t>plans for holidays”. ENG.5.8.S2. Students can use the model/example for producing verbal content about the current content</w:t>
            </w:r>
          </w:p>
          <w:p>
            <w:pPr>
              <w:spacing w:after="0"/>
            </w:pPr>
            <w:r>
              <w:rPr>
                <w:b w:val="0"/>
                <w:sz w:val="19"/>
              </w:rPr>
              <w:t>on “life in the universe and future with planet Earth; holidays; school holidays, places, activities, and plans for holidays”. ENG.5.8.S3. Students can organise a new verbal content on “life in the universe and future with planet Earth;</w:t>
            </w:r>
          </w:p>
          <w:p>
            <w:pPr>
              <w:spacing w:after="0"/>
            </w:pPr>
            <w:r>
              <w:rPr>
                <w:b w:val="0"/>
                <w:sz w:val="19"/>
              </w:rPr>
              <w:t>holidays; school holidays, places, activities, and plans for holidays” by speaking accurately, efficiently, and authentically. ENG.5.8.S4. Students can construct a new verbal content on “life in the universe and future with planet</w:t>
            </w:r>
          </w:p>
          <w:p>
            <w:pPr>
              <w:spacing w:after="0"/>
            </w:pPr>
            <w:r>
              <w:rPr>
                <w:b w:val="0"/>
                <w:sz w:val="19"/>
              </w:rPr>
              <w:t>Earth; holidays; school holidays, places, activities, and plans for holidays” by speaking</w:t>
            </w:r>
          </w:p>
          <w:p>
            <w:pPr>
              <w:spacing w:after="0"/>
            </w:pPr>
            <w:r>
              <w:rPr>
                <w:b w:val="0"/>
                <w:sz w:val="19"/>
              </w:rPr>
              <w:t>accurately, efficiently, and authentically. ENG.5.8.S5. Students can reorganise (reconstruct) and use information about the “life in the universe and</w:t>
            </w:r>
          </w:p>
          <w:p>
            <w:pPr>
              <w:spacing w:after="0"/>
            </w:pPr>
            <w:r>
              <w:rPr>
                <w:b w:val="0"/>
                <w:sz w:val="19"/>
              </w:rPr>
              <w:t>future with planet Earth; holidays; school holidays, places, activities, and plans for holidays”</w:t>
            </w:r>
          </w:p>
          <w:p>
            <w:pPr>
              <w:spacing w:after="0"/>
            </w:pPr>
            <w:r>
              <w:rPr>
                <w:b w:val="0"/>
                <w:sz w:val="19"/>
              </w:rPr>
              <w:t>to communicate with other people. ENG.5.8.S6. Students can convey their knowledge, experiences, thoughts, and feelings related to the</w:t>
            </w:r>
          </w:p>
          <w:p>
            <w:pPr>
              <w:spacing w:after="0"/>
            </w:pPr>
            <w:r>
              <w:rPr>
                <w:b w:val="0"/>
                <w:sz w:val="19"/>
              </w:rPr>
              <w:t>speaking-expression process about the current content, “life in the universe and future</w:t>
            </w:r>
          </w:p>
          <w:p>
            <w:pPr>
              <w:spacing w:after="0"/>
            </w:pPr>
            <w:r>
              <w:rPr>
                <w:b w:val="0"/>
                <w:sz w:val="19"/>
              </w:rPr>
              <w:t>with planet Earth; holidays; school holidays, places, activities, and plans for holidays” to</w:t>
            </w:r>
          </w:p>
          <w:p>
            <w:pPr>
              <w:spacing w:after="0"/>
            </w:pPr>
            <w:r>
              <w:rPr>
                <w:b w:val="0"/>
                <w:sz w:val="19"/>
              </w:rPr>
              <w:t>communicate with other people in relation to themselves or others, both individually and/or</w:t>
            </w:r>
          </w:p>
          <w:p>
            <w:pPr>
              <w:spacing w:after="0"/>
            </w:pPr>
            <w:r>
              <w:rPr>
                <w:b w:val="0"/>
                <w:sz w:val="19"/>
              </w:rPr>
              <w:t>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V5. Sensitivity, V6. Honesty, V7. Aesthetics, V9. Compassion, V10. Modesty, V11. Independence, V12. Patience, V16.</w:t>
            </w:r>
          </w:p>
          <w:p>
            <w:pPr>
              <w:spacing w:after="0"/>
            </w:pPr>
            <w:r>
              <w:rPr>
                <w:b w:val="0"/>
                <w:sz w:val="19"/>
              </w:rPr>
              <w:t>Responsibility, V18. Cleanliness,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(ENG.5.8.L1.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engage in conversations and to foster creativity about holidays and holiday plans in English by</w:t>
            </w:r>
          </w:p>
          <w:p>
            <w:pPr>
              <w:spacing w:after="0"/>
            </w:pPr>
            <w:r>
              <w:rPr>
                <w:b w:val="0"/>
                <w:sz w:val="19"/>
              </w:rPr>
              <w:t>using the target vocabulary and grammar chunks (Be going to Future Tense).</w:t>
            </w:r>
          </w:p>
          <w:p>
            <w:pPr>
              <w:spacing w:after="0"/>
            </w:pPr>
            <w:r>
              <w:rPr>
                <w:b w:val="0"/>
                <w:sz w:val="19"/>
              </w:rPr>
              <w:t>Activity 1: That’s so fun!</w:t>
            </w:r>
          </w:p>
          <w:p>
            <w:pPr>
              <w:spacing w:after="0"/>
            </w:pPr>
            <w:r>
              <w:rPr>
                <w:b w:val="0"/>
                <w:sz w:val="19"/>
              </w:rPr>
              <w:t>The teacher writes some words related to holiday plans (e.g., a tower, a museum, a desert, a lake, sky) on slips</w:t>
            </w:r>
          </w:p>
          <w:p>
            <w:pPr>
              <w:spacing w:after="0"/>
            </w:pPr>
            <w:r>
              <w:rPr>
                <w:b w:val="0"/>
                <w:sz w:val="19"/>
              </w:rPr>
              <w:t>of paper and places them into a box. She/He divides the class into groups of three/four and distributes the</w:t>
            </w:r>
          </w:p>
          <w:p>
            <w:pPr>
              <w:spacing w:after="0"/>
            </w:pPr>
            <w:r>
              <w:rPr>
                <w:b w:val="0"/>
                <w:sz w:val="19"/>
              </w:rPr>
              <w:t>boxes to each group. Then the students are asked to make sentences about their holiday plans by choosing</w:t>
            </w:r>
          </w:p>
          <w:p>
            <w:pPr>
              <w:spacing w:after="0"/>
            </w:pPr>
            <w:r>
              <w:rPr>
                <w:b w:val="0"/>
                <w:sz w:val="19"/>
              </w:rPr>
              <w:t>the words from the box for each student in the group and one of the plans is going to be really fun. When</w:t>
            </w:r>
          </w:p>
          <w:p>
            <w:pPr>
              <w:spacing w:after="0"/>
            </w:pPr>
            <w:r>
              <w:rPr>
                <w:b w:val="0"/>
                <w:sz w:val="19"/>
              </w:rPr>
              <w:t>they finish writing, each group is invited to the board to share their plans with the classmates (e.g., We are</w:t>
            </w:r>
          </w:p>
          <w:p>
            <w:pPr>
              <w:spacing w:after="0"/>
            </w:pPr>
            <w:r>
              <w:rPr>
                <w:b w:val="0"/>
                <w:sz w:val="19"/>
              </w:rPr>
              <w:t>going to climb up a tower., We are going to visit a museum., We are going to watch the sky in a desert., We are</w:t>
            </w:r>
          </w:p>
          <w:p>
            <w:pPr>
              <w:spacing w:after="0"/>
            </w:pPr>
            <w:r>
              <w:rPr>
                <w:b w:val="0"/>
                <w:sz w:val="19"/>
              </w:rPr>
              <w:t>going to swim in the sea with dolphins). Every one of the students tells a plan. The rest of the class is provided</w:t>
            </w:r>
          </w:p>
          <w:p>
            <w:pPr>
              <w:spacing w:after="0"/>
            </w:pPr>
            <w:r>
              <w:rPr>
                <w:b w:val="0"/>
                <w:sz w:val="19"/>
              </w:rPr>
              <w:t>with a form including five stars, which can be used to evaluate pair/group performance. They will be engaged</w:t>
            </w:r>
          </w:p>
          <w:p>
            <w:pPr>
              <w:spacing w:after="0"/>
            </w:pPr>
            <w:r>
              <w:rPr>
                <w:b w:val="0"/>
                <w:sz w:val="19"/>
              </w:rPr>
              <w:t>while listening to their classmates by colouring the stars to choose the most fun plan. The teacher provides</w:t>
            </w:r>
          </w:p>
          <w:p>
            <w:pPr>
              <w:spacing w:after="0"/>
            </w:pPr>
            <w:r>
              <w:rPr>
                <w:b w:val="0"/>
                <w:sz w:val="19"/>
              </w:rPr>
              <w:t>constructive feedback to each group. Students reflect on their thoughts and feelings about the activity.</w:t>
            </w:r>
          </w:p>
          <w:p>
            <w:pPr>
              <w:spacing w:after="0"/>
            </w:pPr>
            <w:r>
              <w:rPr>
                <w:b w:val="0"/>
                <w:sz w:val="19"/>
              </w:rPr>
              <w:t>Supporting</w:t>
            </w:r>
          </w:p>
          <w:p>
            <w:pPr>
              <w:spacing w:after="0"/>
            </w:pPr>
            <w:r>
              <w:rPr>
                <w:b w:val="0"/>
                <w:sz w:val="19"/>
              </w:rPr>
              <w:t>Objective: To engage in conversations and to foster creativity about holidays and holiday plans in English by</w:t>
            </w:r>
          </w:p>
          <w:p>
            <w:pPr>
              <w:spacing w:after="0"/>
            </w:pPr>
            <w:r>
              <w:rPr>
                <w:b w:val="0"/>
                <w:sz w:val="19"/>
              </w:rPr>
              <w:t>using the target vocabulary and the grammar chunks (Be going to Future Tense).</w:t>
            </w:r>
          </w:p>
          <w:p>
            <w:pPr>
              <w:spacing w:after="0"/>
            </w:pPr>
            <w:r>
              <w:rPr>
                <w:b w:val="0"/>
                <w:sz w:val="19"/>
              </w:rPr>
              <w:t>Activity 1: That’s so fun!</w:t>
            </w:r>
          </w:p>
          <w:p>
            <w:pPr>
              <w:spacing w:after="0"/>
            </w:pPr>
            <w:r>
              <w:rPr>
                <w:b w:val="0"/>
                <w:sz w:val="19"/>
              </w:rPr>
              <w:t>The teacher writes some phrases related to holiday plans (e.g., climb up a tower, visit a museum, go to a park, watch the sky in a desert, swim in the sea with dolphins) on slips of paper and place them into a box. She/He</w:t>
            </w:r>
          </w:p>
          <w:p>
            <w:pPr>
              <w:spacing w:after="0"/>
            </w:pPr>
            <w:r>
              <w:rPr>
                <w:b w:val="0"/>
                <w:sz w:val="19"/>
              </w:rPr>
              <w:t>divides the class into groups of three/four and distributes the boxes to each group. Then the students are</w:t>
            </w:r>
          </w:p>
          <w:p>
            <w:pPr>
              <w:spacing w:after="0"/>
            </w:pPr>
            <w:r>
              <w:rPr>
                <w:b w:val="0"/>
                <w:sz w:val="19"/>
              </w:rPr>
              <w:t>asked to make sentences about their holiday plans by choosing the phrases from the box for each student in</w:t>
            </w:r>
          </w:p>
          <w:p>
            <w:pPr>
              <w:spacing w:after="0"/>
            </w:pPr>
            <w:r>
              <w:rPr>
                <w:b w:val="0"/>
                <w:sz w:val="19"/>
              </w:rPr>
              <w:t>the group. When they finish writing, each group is invited to the board to share their plans with the classmates</w:t>
            </w:r>
          </w:p>
          <w:p>
            <w:pPr>
              <w:spacing w:after="0"/>
            </w:pPr>
            <w:r>
              <w:rPr>
                <w:b w:val="0"/>
                <w:sz w:val="19"/>
              </w:rPr>
              <w:t>(e.g., We are going to climb up a tower, We are going to visit a museum., We are going to watch the sky in a</w:t>
            </w:r>
          </w:p>
          <w:p>
            <w:pPr>
              <w:spacing w:after="0"/>
            </w:pPr>
            <w:r>
              <w:rPr>
                <w:b w:val="0"/>
                <w:sz w:val="19"/>
              </w:rPr>
              <w:t>desert., We are going to swim in the sea with dolphins.). Every one of the students tells a plan. The rest of</w:t>
            </w:r>
          </w:p>
          <w:p>
            <w:pPr>
              <w:spacing w:after="0"/>
            </w:pPr>
            <w:r>
              <w:rPr>
                <w:b w:val="0"/>
                <w:sz w:val="19"/>
              </w:rPr>
              <w:t>the class is provided with a form including five stars, which can be used to evaluate pair/group performance. They will be engaged while listening to their classmates by colouring the stars to choose the most fun plan.</w:t>
            </w:r>
          </w:p>
          <w:p>
            <w:pPr>
              <w:spacing w:after="0"/>
            </w:pPr>
            <w:r>
              <w:rPr>
                <w:b w:val="0"/>
                <w:sz w:val="19"/>
              </w:rPr>
              <w:t>The teacher provides constructive feedback to each group. Students reflect on their thoughts and feelings</w:t>
            </w:r>
          </w:p>
          <w:p>
            <w:pPr>
              <w:spacing w:after="0"/>
            </w:pPr>
            <w:r>
              <w:rPr>
                <w:b w:val="0"/>
                <w:sz w:val="19"/>
              </w:rPr>
              <w:t>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project about their dream summer holiday. The</w:t>
            </w:r>
          </w:p>
          <w:p>
            <w:pPr>
              <w:spacing w:after="0"/>
            </w:pPr>
            <w:r>
              <w:rPr>
                <w:b w:val="0"/>
                <w:sz w:val="19"/>
              </w:rPr>
              <w:t>project will include an internet search to find interesting places, collecting pictures, and recording sounds</w:t>
            </w:r>
          </w:p>
          <w:p>
            <w:pPr>
              <w:spacing w:after="0"/>
            </w:pPr>
            <w:r>
              <w:rPr>
                <w:b w:val="0"/>
                <w:sz w:val="19"/>
              </w:rPr>
              <w:t>that represent their ideal holiday. They can also add short descriptions and creative elements to show</w:t>
            </w:r>
          </w:p>
          <w:p>
            <w:pPr>
              <w:spacing w:after="0"/>
            </w:pPr>
            <w:r>
              <w:rPr>
                <w:b w:val="0"/>
                <w:sz w:val="19"/>
              </w:rPr>
              <w:t>what activities, places, and experiences they would like to enjoy during their dream summer vacation. The</w:t>
            </w:r>
          </w:p>
          <w:p>
            <w:pPr>
              <w:spacing w:after="0"/>
            </w:pPr>
            <w:r>
              <w:rPr>
                <w:b w:val="0"/>
                <w:sz w:val="19"/>
              </w:rPr>
              <w:t>assignment will be evaluated 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35: 7-11 June</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June · Week 35: 7-11 June</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8: LIFE IN THE UNIVERSE AND FUTURE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 Planet Earth; holidays; school holidays, places, activities, and plans for holidays</w:t>
            </w:r>
          </w:p>
          <w:p>
            <w:pPr>
              <w:spacing w:after="0"/>
            </w:pPr>
            <w:r>
              <w:rPr>
                <w:b w:val="0"/>
                <w:sz w:val="19"/>
              </w:rPr>
              <w:t>Target Vocabulary in Use:</w:t>
            </w:r>
          </w:p>
          <w:p>
            <w:pPr>
              <w:spacing w:after="0"/>
            </w:pPr>
            <w:r>
              <w:rPr>
                <w:b w:val="0"/>
                <w:sz w:val="19"/>
              </w:rPr>
              <w:t>Vocabulary for Planet Earth: Nouns: A climate, a continent, a desert, a valley, a lake, an ocean, a rock, a</w:t>
            </w:r>
          </w:p>
          <w:p>
            <w:pPr>
              <w:spacing w:after="0"/>
            </w:pPr>
            <w:r>
              <w:rPr>
                <w:b w:val="0"/>
                <w:sz w:val="19"/>
              </w:rPr>
              <w:t>season, sky, a temperature, a sand dune, a river, a coral reef, a canyon, an island. Verbs: To rise.</w:t>
            </w:r>
          </w:p>
          <w:p>
            <w:pPr>
              <w:spacing w:after="0"/>
            </w:pPr>
            <w:r>
              <w:rPr>
                <w:b w:val="0"/>
                <w:sz w:val="19"/>
              </w:rPr>
              <w:t>Vocabulary for school holidays: Nouns: Tourism, a summer/winter/spring/half-term holiday. Verbs: To pack, to recommend, to need, to explore, to visit. Adjectives: Fun, peaceful, historical, magical, amazing, historical, famous, calm. Prepositions: Including.</w:t>
            </w:r>
          </w:p>
          <w:p>
            <w:pPr>
              <w:spacing w:after="0"/>
            </w:pPr>
            <w:r>
              <w:rPr>
                <w:b w:val="0"/>
                <w:sz w:val="19"/>
              </w:rPr>
              <w:t>Vocabulary for school holidays, places, activities, and plans for holidays: Nouns: An opportunity, a tower, a</w:t>
            </w:r>
          </w:p>
          <w:p>
            <w:pPr>
              <w:spacing w:after="0"/>
            </w:pPr>
            <w:r>
              <w:rPr>
                <w:b w:val="0"/>
                <w:sz w:val="19"/>
              </w:rPr>
              <w:t>tour, a journey, a trip, sightseeing, a holiday (vacation-AmE), a beach, a museum, a zoo, an amusement park, a view, a bridge, a jolly, a seaside, a destination, a sandcastle, a seashell. Verbs: To invite, to involve, to rest, to book, to relax.</w:t>
            </w:r>
          </w:p>
          <w:p>
            <w:pPr>
              <w:spacing w:after="0"/>
            </w:pPr>
            <w:r>
              <w:rPr>
                <w:b w:val="0"/>
                <w:sz w:val="19"/>
              </w:rPr>
              <w:t>Target Grammatical Structures in Use:</w:t>
            </w:r>
          </w:p>
          <w:p>
            <w:pPr>
              <w:spacing w:after="0"/>
            </w:pPr>
            <w:r>
              <w:rPr>
                <w:b w:val="0"/>
                <w:sz w:val="19"/>
              </w:rPr>
              <w:t>-“Be Going to Future Tense” for plans: (My family is going to spend the holiday watching documentaries about</w:t>
            </w:r>
          </w:p>
          <w:p>
            <w:pPr>
              <w:spacing w:after="0"/>
            </w:pPr>
            <w:r>
              <w:rPr>
                <w:b w:val="0"/>
                <w:sz w:val="19"/>
              </w:rPr>
              <w:t>life in the universe).</w:t>
            </w:r>
          </w:p>
          <w:p>
            <w:pPr>
              <w:spacing w:after="0"/>
            </w:pPr>
            <w:r>
              <w:rPr>
                <w:b w:val="0"/>
                <w:sz w:val="19"/>
              </w:rPr>
              <w:t>Functions of the Target Grammatical Structures in Use:</w:t>
            </w:r>
          </w:p>
          <w:p>
            <w:pPr>
              <w:spacing w:after="0"/>
            </w:pPr>
            <w:r>
              <w:rPr>
                <w:b w:val="0"/>
                <w:sz w:val="19"/>
              </w:rPr>
              <w:t>-Use of “Be Going to Future Tense” for plans: Expressing actions and/or events that have already planned</w:t>
            </w:r>
          </w:p>
          <w:p>
            <w:pPr>
              <w:spacing w:after="0"/>
            </w:pPr>
            <w:r>
              <w:rPr>
                <w:b w:val="0"/>
                <w:sz w:val="19"/>
              </w:rPr>
              <w:t>and/or likely to happen in the future.</w:t>
            </w:r>
          </w:p>
          <w:p>
            <w:pPr>
              <w:spacing w:after="0"/>
            </w:pPr>
            <w:r>
              <w:rPr>
                <w:b w:val="0"/>
                <w:sz w:val="19"/>
              </w:rPr>
              <w:t>Target Social Language in Use:</w:t>
            </w:r>
          </w:p>
          <w:p>
            <w:pPr>
              <w:spacing w:after="0"/>
            </w:pPr>
            <w:r>
              <w:rPr>
                <w:b w:val="0"/>
                <w:sz w:val="19"/>
              </w:rPr>
              <w:t>Let’s take a stroll!</w:t>
            </w:r>
          </w:p>
          <w:p>
            <w:pPr>
              <w:spacing w:after="0"/>
            </w:pPr>
            <w:r>
              <w:rPr>
                <w:b w:val="0"/>
                <w:sz w:val="19"/>
              </w:rPr>
              <w:t>Let’s take a breather during the holiday!</w:t>
            </w:r>
          </w:p>
          <w:p>
            <w:pPr>
              <w:spacing w:after="0"/>
            </w:pPr>
            <w:r>
              <w:rPr>
                <w:b w:val="0"/>
                <w:sz w:val="19"/>
              </w:rPr>
              <w:t>We’re going on a jolly to the seaside!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Phonological Sounds in Use:</w:t>
            </w:r>
          </w:p>
          <w:p>
            <w:pPr>
              <w:spacing w:after="0"/>
            </w:pPr>
            <w:r>
              <w:rPr>
                <w:b w:val="0"/>
                <w:sz w:val="19"/>
              </w:rPr>
              <w:t>v, w, x, y, z</w:t>
            </w:r>
          </w:p>
          <w:p>
            <w:pPr>
              <w:spacing w:after="0"/>
            </w:pPr>
            <w:r>
              <w:rPr>
                <w:b w:val="0"/>
                <w:sz w:val="19"/>
              </w:rPr>
              <w:t>Consonants: v: (/viː/, /v/); w: (/w/); x: (/ɛks/, /ks/, /gz/); y: (/waɪ/), /j/, /ɪ/, /iː/); z: /zed/ (Br), /ziː/, (AmE), /z/).</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ENG.5.8.L1. Students can get ready for the listening/watching-comprehension process for the current</w:t>
            </w:r>
          </w:p>
          <w:p>
            <w:pPr>
              <w:spacing w:after="0"/>
            </w:pPr>
            <w:r>
              <w:rPr>
                <w:b w:val="0"/>
                <w:sz w:val="19"/>
              </w:rPr>
              <w:t>content on “life in the universe and future with planet Earth; holidays; school holidays, places, activities, and plans for holidays” carefully. ENG.5.8.L2. Students can bring information about the current content on “life in the universe and future</w:t>
            </w:r>
          </w:p>
          <w:p>
            <w:pPr>
              <w:spacing w:after="0"/>
            </w:pPr>
            <w:r>
              <w:rPr>
                <w:b w:val="0"/>
                <w:sz w:val="19"/>
              </w:rPr>
              <w:t>with planet Earth; holidays; school holidays, places, activities, and plans for holidays” together</w:t>
            </w:r>
          </w:p>
          <w:p>
            <w:pPr>
              <w:spacing w:after="0"/>
            </w:pPr>
            <w:r>
              <w:rPr>
                <w:b w:val="0"/>
                <w:sz w:val="19"/>
              </w:rPr>
              <w:t>through significant details and main components while listening/watching it. ENG.5.8.L3. Students can make meaning of/derive meaning from the current content on “life in the</w:t>
            </w:r>
          </w:p>
          <w:p>
            <w:pPr>
              <w:spacing w:after="0"/>
            </w:pPr>
            <w:r>
              <w:rPr>
                <w:b w:val="0"/>
                <w:sz w:val="19"/>
              </w:rPr>
              <w:t>universe and future with planet Earth; holidays; school holidays, places, activities, and plans</w:t>
            </w:r>
          </w:p>
          <w:p>
            <w:pPr>
              <w:spacing w:after="0"/>
            </w:pPr>
            <w:r>
              <w:rPr>
                <w:b w:val="0"/>
                <w:sz w:val="19"/>
              </w:rPr>
              <w:t>for holidays” through significant details by listening/watching it carefully. ENG.5.8.L4. Students can convey their knowledge, experience, thoughts, and feelings examined carefully</w:t>
            </w:r>
          </w:p>
          <w:p>
            <w:pPr>
              <w:spacing w:after="0"/>
            </w:pPr>
            <w:r>
              <w:rPr>
                <w:b w:val="0"/>
                <w:sz w:val="19"/>
              </w:rPr>
              <w:t>about the whole listening/watching-comprehension process in relation to the current</w:t>
            </w:r>
          </w:p>
          <w:p>
            <w:pPr>
              <w:spacing w:after="0"/>
            </w:pPr>
            <w:r>
              <w:rPr>
                <w:b w:val="0"/>
                <w:sz w:val="19"/>
              </w:rPr>
              <w:t>content on “life in the universe and future with planet Earth; holidays; school holidays, places, activities, and plans for holidays”. ENG.5.8.P1. Students can select and use the target phonological elements of the current content about</w:t>
            </w:r>
          </w:p>
          <w:p>
            <w:pPr>
              <w:spacing w:after="0"/>
            </w:pPr>
            <w:r>
              <w:rPr>
                <w:b w:val="0"/>
                <w:sz w:val="19"/>
              </w:rPr>
              <w:t>“life in the universe and future with planet Earth; holidays; school holidays, places, activities, and plans for holidays” accurately, authentically, and naturally through spontaneous decisionmaking</w:t>
            </w:r>
          </w:p>
          <w:p>
            <w:pPr>
              <w:spacing w:after="0"/>
            </w:pPr>
            <w:r>
              <w:rPr>
                <w:b w:val="0"/>
                <w:sz w:val="19"/>
              </w:rPr>
              <w:t>processes and use it in an appropriate and effective way when communicating with</w:t>
            </w:r>
          </w:p>
          <w:p>
            <w:pPr>
              <w:spacing w:after="0"/>
            </w:pPr>
            <w:r>
              <w:rPr>
                <w:b w:val="0"/>
                <w:sz w:val="19"/>
              </w:rPr>
              <w:t>others. ENG.5.8.R1. Students can get ready for the reading-comprehension process about the current content on</w:t>
            </w:r>
          </w:p>
          <w:p>
            <w:pPr>
              <w:spacing w:after="0"/>
            </w:pPr>
            <w:r>
              <w:rPr>
                <w:b w:val="0"/>
                <w:sz w:val="19"/>
              </w:rPr>
              <w:t>“life in the universe and future with planet Earth; holidays; school holidays, places, activities, and plans for holidays”. ENG.5.8.R2. Students can bring information about the current content on “life in the universe and future</w:t>
            </w:r>
          </w:p>
          <w:p>
            <w:pPr>
              <w:spacing w:after="0"/>
            </w:pPr>
            <w:r>
              <w:rPr>
                <w:b w:val="0"/>
                <w:sz w:val="19"/>
              </w:rPr>
              <w:t>with planet Earth; holidays; school holidays, places, activities, and plans for holidays” through</w:t>
            </w:r>
          </w:p>
          <w:p>
            <w:pPr>
              <w:spacing w:after="0"/>
            </w:pPr>
            <w:r>
              <w:rPr>
                <w:b w:val="0"/>
                <w:sz w:val="19"/>
              </w:rPr>
              <w:t>skimming (looking quickly at) the audio-visual elements and reading the content very quickly. ENG.5.8.R3. Students can make meaning of / derive meaning from the current content about “life in the</w:t>
            </w:r>
          </w:p>
          <w:p>
            <w:pPr>
              <w:spacing w:after="0"/>
            </w:pPr>
            <w:r>
              <w:rPr>
                <w:b w:val="0"/>
                <w:sz w:val="19"/>
              </w:rPr>
              <w:t>universe and future with planet Earth; holidays; school holidays, places, activities, and plans</w:t>
            </w:r>
          </w:p>
          <w:p>
            <w:pPr>
              <w:spacing w:after="0"/>
            </w:pPr>
            <w:r>
              <w:rPr>
                <w:b w:val="0"/>
                <w:sz w:val="19"/>
              </w:rPr>
              <w:t>for holidays” by reading it carefully. ENG.5.8.R 4. Students can convey their knowledge, experiences, thoughts, and feelings related to the</w:t>
            </w:r>
          </w:p>
          <w:p>
            <w:pPr>
              <w:spacing w:after="0"/>
            </w:pPr>
            <w:r>
              <w:rPr>
                <w:b w:val="0"/>
                <w:sz w:val="19"/>
              </w:rPr>
              <w:t>reading-comprehension process about the current content, “life in the universe and future</w:t>
            </w:r>
          </w:p>
          <w:p>
            <w:pPr>
              <w:spacing w:after="0"/>
            </w:pPr>
            <w:r>
              <w:rPr>
                <w:b w:val="0"/>
                <w:sz w:val="19"/>
              </w:rPr>
              <w:t>with planet Earth; holidays; school holidays, places, activities, and plans for holidays” in</w:t>
            </w:r>
          </w:p>
          <w:p>
            <w:pPr>
              <w:spacing w:after="0"/>
            </w:pPr>
            <w:r>
              <w:rPr>
                <w:b w:val="0"/>
                <w:sz w:val="19"/>
              </w:rPr>
              <w:t>relation to themselves or others, both individually and/or with others. ENG.5.8.V1. Students can select and use the target vocabulary of the current content about “life in the</w:t>
            </w:r>
          </w:p>
          <w:p>
            <w:pPr>
              <w:spacing w:after="0"/>
            </w:pPr>
            <w:r>
              <w:rPr>
                <w:b w:val="0"/>
                <w:sz w:val="19"/>
              </w:rPr>
              <w:t>universe and future with planet Earth; holidays; school holidays, places, activities, and plans</w:t>
            </w:r>
          </w:p>
          <w:p>
            <w:pPr>
              <w:spacing w:after="0"/>
            </w:pPr>
            <w:r>
              <w:rPr>
                <w:b w:val="0"/>
                <w:sz w:val="19"/>
              </w:rPr>
              <w:t>for holidays” accurately, authentically, spontaneously, and naturally and use it appropriately</w:t>
            </w:r>
          </w:p>
          <w:p>
            <w:pPr>
              <w:spacing w:after="0"/>
            </w:pPr>
            <w:r>
              <w:rPr>
                <w:b w:val="0"/>
                <w:sz w:val="19"/>
              </w:rPr>
              <w:t>and effectively when communicating with others. ENG.5.8.G1. Students can select and use the target grammatical elements of the current content about</w:t>
            </w:r>
          </w:p>
          <w:p>
            <w:pPr>
              <w:spacing w:after="0"/>
            </w:pPr>
            <w:r>
              <w:rPr>
                <w:b w:val="0"/>
                <w:sz w:val="19"/>
              </w:rPr>
              <w:t>“life in the universe and future with planet Earth; holidays; school holidays, places, activities, and plans for holidays” accurately, authentically, spontaneously, and naturally and use it</w:t>
            </w:r>
          </w:p>
          <w:p>
            <w:pPr>
              <w:spacing w:after="0"/>
            </w:pPr>
            <w:r>
              <w:rPr>
                <w:b w:val="0"/>
                <w:sz w:val="19"/>
              </w:rPr>
              <w:t>appropriately and effectively when communicating with others. ENG.5.8.W1. Students can get ready for the writing-expression process about the current content on “life</w:t>
            </w:r>
          </w:p>
          <w:p>
            <w:pPr>
              <w:spacing w:after="0"/>
            </w:pPr>
            <w:r>
              <w:rPr>
                <w:b w:val="0"/>
                <w:sz w:val="19"/>
              </w:rPr>
              <w:t>in the universe and future with planet Earth; holidays; school holidays, places, activities, and</w:t>
            </w:r>
          </w:p>
          <w:p>
            <w:pPr>
              <w:spacing w:after="0"/>
            </w:pPr>
            <w:r>
              <w:rPr>
                <w:b w:val="0"/>
                <w:sz w:val="19"/>
              </w:rPr>
              <w:t>plans for holidays”. ENG.5.8.W2. Students can understand the model/example for the writing task about the current content on</w:t>
            </w:r>
          </w:p>
          <w:p>
            <w:pPr>
              <w:spacing w:after="0"/>
            </w:pPr>
            <w:r>
              <w:rPr>
                <w:b w:val="0"/>
                <w:sz w:val="19"/>
              </w:rPr>
              <w:t>“life in the universe and future with planet Earth; holidays; school holidays, places, activities, and plans for holidays”. ENG.5.8.W3. Students can organise a content for the assigned writing task on the current content “life in</w:t>
            </w:r>
          </w:p>
          <w:p>
            <w:pPr>
              <w:spacing w:after="0"/>
            </w:pPr>
            <w:r>
              <w:rPr>
                <w:b w:val="0"/>
                <w:sz w:val="19"/>
              </w:rPr>
              <w:t>the universe and future with planet Earth; holidays; school holidays, places, activities, and</w:t>
            </w:r>
          </w:p>
          <w:p>
            <w:pPr>
              <w:spacing w:after="0"/>
            </w:pPr>
            <w:r>
              <w:rPr>
                <w:b w:val="0"/>
                <w:sz w:val="19"/>
              </w:rPr>
              <w:t>plans for holidays” based on the model/example provided. ENG.5.8.W4. Students can individually construct/form content for the assigned writing task on the current</w:t>
            </w:r>
          </w:p>
          <w:p>
            <w:pPr>
              <w:spacing w:after="0"/>
            </w:pPr>
            <w:r>
              <w:rPr>
                <w:b w:val="0"/>
                <w:sz w:val="19"/>
              </w:rPr>
              <w:t>content “life in the universe and future with planet Earth; holidays; school holidays, places, activities, and plans for holidays”. ENG.5.8.W5. Students can reorganise (reconstruct) and use information in the new written tasks about the</w:t>
            </w:r>
          </w:p>
          <w:p>
            <w:pPr>
              <w:spacing w:after="0"/>
            </w:pPr>
            <w:r>
              <w:rPr>
                <w:b w:val="0"/>
                <w:sz w:val="19"/>
              </w:rPr>
              <w:t>“life in the universe and future with planet Earth; holidays; school holidays, places, activities, and plans for holidays” to communicate with other people. ENG.5.8.W6. Students can reflect on their knowledge, experiences, thoughts, and feelings related to the</w:t>
            </w:r>
          </w:p>
          <w:p>
            <w:pPr>
              <w:spacing w:after="0"/>
            </w:pPr>
            <w:r>
              <w:rPr>
                <w:b w:val="0"/>
                <w:sz w:val="19"/>
              </w:rPr>
              <w:t>writing-expression process about the current content, “life in the universe and future with</w:t>
            </w:r>
          </w:p>
          <w:p>
            <w:pPr>
              <w:spacing w:after="0"/>
            </w:pPr>
            <w:r>
              <w:rPr>
                <w:b w:val="0"/>
                <w:sz w:val="19"/>
              </w:rPr>
              <w:t>planet Earth; holidays; school holidays, places, activities, and plans for holidays” in relation to</w:t>
            </w:r>
          </w:p>
          <w:p>
            <w:pPr>
              <w:spacing w:after="0"/>
            </w:pPr>
            <w:r>
              <w:rPr>
                <w:b w:val="0"/>
                <w:sz w:val="19"/>
              </w:rPr>
              <w:t>themselves or others, both individually and/or with others. ENG.5.8.S1. Students can get ready for speaking-expression process about the current content on “life</w:t>
            </w:r>
          </w:p>
          <w:p>
            <w:pPr>
              <w:spacing w:after="0"/>
            </w:pPr>
            <w:r>
              <w:rPr>
                <w:b w:val="0"/>
                <w:sz w:val="19"/>
              </w:rPr>
              <w:t>in the universe and future with planet Earth; holidays; school holidays, places, activities, and</w:t>
            </w:r>
          </w:p>
          <w:p>
            <w:pPr>
              <w:spacing w:after="0"/>
            </w:pPr>
            <w:r>
              <w:rPr>
                <w:b w:val="0"/>
                <w:sz w:val="19"/>
              </w:rPr>
              <w:t>plans for holidays”. ENG.5.8.S2. Students can use the model/example for producing verbal content about the current content</w:t>
            </w:r>
          </w:p>
          <w:p>
            <w:pPr>
              <w:spacing w:after="0"/>
            </w:pPr>
            <w:r>
              <w:rPr>
                <w:b w:val="0"/>
                <w:sz w:val="19"/>
              </w:rPr>
              <w:t>on “life in the universe and future with planet Earth; holidays; school holidays, places, activities, and plans for holidays”. ENG.5.8.S3. Students can organise a new verbal content on “life in the universe and future with planet Earth;</w:t>
            </w:r>
          </w:p>
          <w:p>
            <w:pPr>
              <w:spacing w:after="0"/>
            </w:pPr>
            <w:r>
              <w:rPr>
                <w:b w:val="0"/>
                <w:sz w:val="19"/>
              </w:rPr>
              <w:t>holidays; school holidays, places, activities, and plans for holidays” by speaking accurately, efficiently, and authentically. ENG.5.8.S4. Students can construct a new verbal content on “life in the universe and future with planet</w:t>
            </w:r>
          </w:p>
          <w:p>
            <w:pPr>
              <w:spacing w:after="0"/>
            </w:pPr>
            <w:r>
              <w:rPr>
                <w:b w:val="0"/>
                <w:sz w:val="19"/>
              </w:rPr>
              <w:t>Earth; holidays; school holidays, places, activities, and plans for holidays” by speaking</w:t>
            </w:r>
          </w:p>
          <w:p>
            <w:pPr>
              <w:spacing w:after="0"/>
            </w:pPr>
            <w:r>
              <w:rPr>
                <w:b w:val="0"/>
                <w:sz w:val="19"/>
              </w:rPr>
              <w:t>accurately, efficiently, and authentically. ENG.5.8.S5. Students can reorganise (reconstruct) and use information about the “life in the universe and</w:t>
            </w:r>
          </w:p>
          <w:p>
            <w:pPr>
              <w:spacing w:after="0"/>
            </w:pPr>
            <w:r>
              <w:rPr>
                <w:b w:val="0"/>
                <w:sz w:val="19"/>
              </w:rPr>
              <w:t>future with planet Earth; holidays; school holidays, places, activities, and plans for holidays”</w:t>
            </w:r>
          </w:p>
          <w:p>
            <w:pPr>
              <w:spacing w:after="0"/>
            </w:pPr>
            <w:r>
              <w:rPr>
                <w:b w:val="0"/>
                <w:sz w:val="19"/>
              </w:rPr>
              <w:t>to communicate with other people. ENG.5.8.S6. Students can convey their knowledge, experiences, thoughts, and feelings related to the</w:t>
            </w:r>
          </w:p>
          <w:p>
            <w:pPr>
              <w:spacing w:after="0"/>
            </w:pPr>
            <w:r>
              <w:rPr>
                <w:b w:val="0"/>
                <w:sz w:val="19"/>
              </w:rPr>
              <w:t>speaking-expression process about the current content, “life in the universe and future</w:t>
            </w:r>
          </w:p>
          <w:p>
            <w:pPr>
              <w:spacing w:after="0"/>
            </w:pPr>
            <w:r>
              <w:rPr>
                <w:b w:val="0"/>
                <w:sz w:val="19"/>
              </w:rPr>
              <w:t>with planet Earth; holidays; school holidays, places, activities, and plans for holidays” to</w:t>
            </w:r>
          </w:p>
          <w:p>
            <w:pPr>
              <w:spacing w:after="0"/>
            </w:pPr>
            <w:r>
              <w:rPr>
                <w:b w:val="0"/>
                <w:sz w:val="19"/>
              </w:rPr>
              <w:t>communicate with other people in relation to themselves or others, both individually and/or</w:t>
            </w:r>
          </w:p>
          <w:p>
            <w:pPr>
              <w:spacing w:after="0"/>
            </w:pPr>
            <w:r>
              <w:rPr>
                <w:b w:val="0"/>
                <w:sz w:val="19"/>
              </w:rPr>
              <w:t>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V5. Sensitivity, V6. Honesty, V7. Aesthetics, V9. Compassion, V10. Modesty, V11. Independence, V12. Patience, V16.</w:t>
            </w:r>
          </w:p>
          <w:p>
            <w:pPr>
              <w:spacing w:after="0"/>
            </w:pPr>
            <w:r>
              <w:rPr>
                <w:b w:val="0"/>
                <w:sz w:val="19"/>
              </w:rPr>
              <w:t>Responsibility, V18. Cleanliness,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(ENG.5.8.L1.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engage in conversations and to foster creativity about holidays and holiday plans in English by</w:t>
            </w:r>
          </w:p>
          <w:p>
            <w:pPr>
              <w:spacing w:after="0"/>
            </w:pPr>
            <w:r>
              <w:rPr>
                <w:b w:val="0"/>
                <w:sz w:val="19"/>
              </w:rPr>
              <w:t>using the target vocabulary and grammar chunks (Be going to Future Tense).</w:t>
            </w:r>
          </w:p>
          <w:p>
            <w:pPr>
              <w:spacing w:after="0"/>
            </w:pPr>
            <w:r>
              <w:rPr>
                <w:b w:val="0"/>
                <w:sz w:val="19"/>
              </w:rPr>
              <w:t>Activity 1: That’s so fun!</w:t>
            </w:r>
          </w:p>
          <w:p>
            <w:pPr>
              <w:spacing w:after="0"/>
            </w:pPr>
            <w:r>
              <w:rPr>
                <w:b w:val="0"/>
                <w:sz w:val="19"/>
              </w:rPr>
              <w:t>The teacher writes some words related to holiday plans (e.g., a tower, a museum, a desert, a lake, sky) on slips</w:t>
            </w:r>
          </w:p>
          <w:p>
            <w:pPr>
              <w:spacing w:after="0"/>
            </w:pPr>
            <w:r>
              <w:rPr>
                <w:b w:val="0"/>
                <w:sz w:val="19"/>
              </w:rPr>
              <w:t>of paper and places them into a box. She/He divides the class into groups of three/four and distributes the</w:t>
            </w:r>
          </w:p>
          <w:p>
            <w:pPr>
              <w:spacing w:after="0"/>
            </w:pPr>
            <w:r>
              <w:rPr>
                <w:b w:val="0"/>
                <w:sz w:val="19"/>
              </w:rPr>
              <w:t>boxes to each group. Then the students are asked to make sentences about their holiday plans by choosing</w:t>
            </w:r>
          </w:p>
          <w:p>
            <w:pPr>
              <w:spacing w:after="0"/>
            </w:pPr>
            <w:r>
              <w:rPr>
                <w:b w:val="0"/>
                <w:sz w:val="19"/>
              </w:rPr>
              <w:t>the words from the box for each student in the group and one of the plans is going to be really fun. When</w:t>
            </w:r>
          </w:p>
          <w:p>
            <w:pPr>
              <w:spacing w:after="0"/>
            </w:pPr>
            <w:r>
              <w:rPr>
                <w:b w:val="0"/>
                <w:sz w:val="19"/>
              </w:rPr>
              <w:t>they finish writing, each group is invited to the board to share their plans with the classmates (e.g., We are</w:t>
            </w:r>
          </w:p>
          <w:p>
            <w:pPr>
              <w:spacing w:after="0"/>
            </w:pPr>
            <w:r>
              <w:rPr>
                <w:b w:val="0"/>
                <w:sz w:val="19"/>
              </w:rPr>
              <w:t>going to climb up a tower., We are going to visit a museum., We are going to watch the sky in a desert., We are</w:t>
            </w:r>
          </w:p>
          <w:p>
            <w:pPr>
              <w:spacing w:after="0"/>
            </w:pPr>
            <w:r>
              <w:rPr>
                <w:b w:val="0"/>
                <w:sz w:val="19"/>
              </w:rPr>
              <w:t>going to swim in the sea with dolphins). Every one of the students tells a plan. The rest of the class is provided</w:t>
            </w:r>
          </w:p>
          <w:p>
            <w:pPr>
              <w:spacing w:after="0"/>
            </w:pPr>
            <w:r>
              <w:rPr>
                <w:b w:val="0"/>
                <w:sz w:val="19"/>
              </w:rPr>
              <w:t>with a form including five stars, which can be used to evaluate pair/group performance. They will be engaged</w:t>
            </w:r>
          </w:p>
          <w:p>
            <w:pPr>
              <w:spacing w:after="0"/>
            </w:pPr>
            <w:r>
              <w:rPr>
                <w:b w:val="0"/>
                <w:sz w:val="19"/>
              </w:rPr>
              <w:t>while listening to their classmates by colouring the stars to choose the most fun plan. The teacher provides</w:t>
            </w:r>
          </w:p>
          <w:p>
            <w:pPr>
              <w:spacing w:after="0"/>
            </w:pPr>
            <w:r>
              <w:rPr>
                <w:b w:val="0"/>
                <w:sz w:val="19"/>
              </w:rPr>
              <w:t>constructive feedback to each group. Students reflect on their thoughts and feelings about the activity.</w:t>
            </w:r>
          </w:p>
          <w:p>
            <w:pPr>
              <w:spacing w:after="0"/>
            </w:pPr>
            <w:r>
              <w:rPr>
                <w:b w:val="0"/>
                <w:sz w:val="19"/>
              </w:rPr>
              <w:t>Supporting</w:t>
            </w:r>
          </w:p>
          <w:p>
            <w:pPr>
              <w:spacing w:after="0"/>
            </w:pPr>
            <w:r>
              <w:rPr>
                <w:b w:val="0"/>
                <w:sz w:val="19"/>
              </w:rPr>
              <w:t>Objective: To engage in conversations and to foster creativity about holidays and holiday plans in English by</w:t>
            </w:r>
          </w:p>
          <w:p>
            <w:pPr>
              <w:spacing w:after="0"/>
            </w:pPr>
            <w:r>
              <w:rPr>
                <w:b w:val="0"/>
                <w:sz w:val="19"/>
              </w:rPr>
              <w:t>using the target vocabulary and the grammar chunks (Be going to Future Tense).</w:t>
            </w:r>
          </w:p>
          <w:p>
            <w:pPr>
              <w:spacing w:after="0"/>
            </w:pPr>
            <w:r>
              <w:rPr>
                <w:b w:val="0"/>
                <w:sz w:val="19"/>
              </w:rPr>
              <w:t>Activity 1: That’s so fun!</w:t>
            </w:r>
          </w:p>
          <w:p>
            <w:pPr>
              <w:spacing w:after="0"/>
            </w:pPr>
            <w:r>
              <w:rPr>
                <w:b w:val="0"/>
                <w:sz w:val="19"/>
              </w:rPr>
              <w:t>The teacher writes some phrases related to holiday plans (e.g., climb up a tower, visit a museum, go to a park, watch the sky in a desert, swim in the sea with dolphins) on slips of paper and place them into a box. She/He</w:t>
            </w:r>
          </w:p>
          <w:p>
            <w:pPr>
              <w:spacing w:after="0"/>
            </w:pPr>
            <w:r>
              <w:rPr>
                <w:b w:val="0"/>
                <w:sz w:val="19"/>
              </w:rPr>
              <w:t>divides the class into groups of three/four and distributes the boxes to each group. Then the students are</w:t>
            </w:r>
          </w:p>
          <w:p>
            <w:pPr>
              <w:spacing w:after="0"/>
            </w:pPr>
            <w:r>
              <w:rPr>
                <w:b w:val="0"/>
                <w:sz w:val="19"/>
              </w:rPr>
              <w:t>asked to make sentences about their holiday plans by choosing the phrases from the box for each student in</w:t>
            </w:r>
          </w:p>
          <w:p>
            <w:pPr>
              <w:spacing w:after="0"/>
            </w:pPr>
            <w:r>
              <w:rPr>
                <w:b w:val="0"/>
                <w:sz w:val="19"/>
              </w:rPr>
              <w:t>the group. When they finish writing, each group is invited to the board to share their plans with the classmates</w:t>
            </w:r>
          </w:p>
          <w:p>
            <w:pPr>
              <w:spacing w:after="0"/>
            </w:pPr>
            <w:r>
              <w:rPr>
                <w:b w:val="0"/>
                <w:sz w:val="19"/>
              </w:rPr>
              <w:t>(e.g., We are going to climb up a tower, We are going to visit a museum., We are going to watch the sky in a</w:t>
            </w:r>
          </w:p>
          <w:p>
            <w:pPr>
              <w:spacing w:after="0"/>
            </w:pPr>
            <w:r>
              <w:rPr>
                <w:b w:val="0"/>
                <w:sz w:val="19"/>
              </w:rPr>
              <w:t>desert., We are going to swim in the sea with dolphins.). Every one of the students tells a plan. The rest of</w:t>
            </w:r>
          </w:p>
          <w:p>
            <w:pPr>
              <w:spacing w:after="0"/>
            </w:pPr>
            <w:r>
              <w:rPr>
                <w:b w:val="0"/>
                <w:sz w:val="19"/>
              </w:rPr>
              <w:t>the class is provided with a form including five stars, which can be used to evaluate pair/group performance. They will be engaged while listening to their classmates by colouring the stars to choose the most fun plan.</w:t>
            </w:r>
          </w:p>
          <w:p>
            <w:pPr>
              <w:spacing w:after="0"/>
            </w:pPr>
            <w:r>
              <w:rPr>
                <w:b w:val="0"/>
                <w:sz w:val="19"/>
              </w:rPr>
              <w:t>The teacher provides constructive feedback to each group. Students reflect on their thoughts and feelings</w:t>
            </w:r>
          </w:p>
          <w:p>
            <w:pPr>
              <w:spacing w:after="0"/>
            </w:pPr>
            <w:r>
              <w:rPr>
                <w:b w:val="0"/>
                <w:sz w:val="19"/>
              </w:rPr>
              <w:t>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project about their dream summer holiday. The</w:t>
            </w:r>
          </w:p>
          <w:p>
            <w:pPr>
              <w:spacing w:after="0"/>
            </w:pPr>
            <w:r>
              <w:rPr>
                <w:b w:val="0"/>
                <w:sz w:val="19"/>
              </w:rPr>
              <w:t>project will include an internet search to find interesting places, collecting pictures, and recording sounds</w:t>
            </w:r>
          </w:p>
          <w:p>
            <w:pPr>
              <w:spacing w:after="0"/>
            </w:pPr>
            <w:r>
              <w:rPr>
                <w:b w:val="0"/>
                <w:sz w:val="19"/>
              </w:rPr>
              <w:t>that represent their ideal holiday. They can also add short descriptions and creative elements to show</w:t>
            </w:r>
          </w:p>
          <w:p>
            <w:pPr>
              <w:spacing w:after="0"/>
            </w:pPr>
            <w:r>
              <w:rPr>
                <w:b w:val="0"/>
                <w:sz w:val="19"/>
              </w:rPr>
              <w:t>what activities, places, and experiences they would like to enjoy during their dream summer vacation. The</w:t>
            </w:r>
          </w:p>
          <w:p>
            <w:pPr>
              <w:spacing w:after="0"/>
            </w:pPr>
            <w:r>
              <w:rPr>
                <w:b w:val="0"/>
                <w:sz w:val="19"/>
              </w:rPr>
              <w:t>assignment will be evaluated 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36: 14-18 June</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June · Week 36: 14-18 June</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8: LIFE IN THE UNIVERSE AND FUTURE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 Planet Earth; holidays; school holidays, places, activities, and plans for holidays</w:t>
            </w:r>
          </w:p>
          <w:p>
            <w:pPr>
              <w:spacing w:after="0"/>
            </w:pPr>
            <w:r>
              <w:rPr>
                <w:b w:val="0"/>
                <w:sz w:val="19"/>
              </w:rPr>
              <w:t>Target Vocabulary in Use:</w:t>
            </w:r>
          </w:p>
          <w:p>
            <w:pPr>
              <w:spacing w:after="0"/>
            </w:pPr>
            <w:r>
              <w:rPr>
                <w:b w:val="0"/>
                <w:sz w:val="19"/>
              </w:rPr>
              <w:t>Vocabulary for Planet Earth: Nouns: A climate, a continent, a desert, a valley, a lake, an ocean, a rock, a</w:t>
            </w:r>
          </w:p>
          <w:p>
            <w:pPr>
              <w:spacing w:after="0"/>
            </w:pPr>
            <w:r>
              <w:rPr>
                <w:b w:val="0"/>
                <w:sz w:val="19"/>
              </w:rPr>
              <w:t>season, sky, a temperature, a sand dune, a river, a coral reef, a canyon, an island. Verbs: To rise.</w:t>
            </w:r>
          </w:p>
          <w:p>
            <w:pPr>
              <w:spacing w:after="0"/>
            </w:pPr>
            <w:r>
              <w:rPr>
                <w:b w:val="0"/>
                <w:sz w:val="19"/>
              </w:rPr>
              <w:t>Vocabulary for school holidays: Nouns: Tourism, a summer/winter/spring/half-term holiday. Verbs: To pack, to recommend, to need, to explore, to visit. Adjectives: Fun, peaceful, historical, magical, amazing, historical, famous, calm. Prepositions: Including.</w:t>
            </w:r>
          </w:p>
          <w:p>
            <w:pPr>
              <w:spacing w:after="0"/>
            </w:pPr>
            <w:r>
              <w:rPr>
                <w:b w:val="0"/>
                <w:sz w:val="19"/>
              </w:rPr>
              <w:t>Vocabulary for school holidays, places, activities, and plans for holidays: Nouns: An opportunity, a tower, a</w:t>
            </w:r>
          </w:p>
          <w:p>
            <w:pPr>
              <w:spacing w:after="0"/>
            </w:pPr>
            <w:r>
              <w:rPr>
                <w:b w:val="0"/>
                <w:sz w:val="19"/>
              </w:rPr>
              <w:t>tour, a journey, a trip, sightseeing, a holiday (vacation-AmE), a beach, a museum, a zoo, an amusement park, a view, a bridge, a jolly, a seaside, a destination, a sandcastle, a seashell. Verbs: To invite, to involve, to rest, to book, to relax.</w:t>
            </w:r>
          </w:p>
          <w:p>
            <w:pPr>
              <w:spacing w:after="0"/>
            </w:pPr>
            <w:r>
              <w:rPr>
                <w:b w:val="0"/>
                <w:sz w:val="19"/>
              </w:rPr>
              <w:t>Target Grammatical Structures in Use:</w:t>
            </w:r>
          </w:p>
          <w:p>
            <w:pPr>
              <w:spacing w:after="0"/>
            </w:pPr>
            <w:r>
              <w:rPr>
                <w:b w:val="0"/>
                <w:sz w:val="19"/>
              </w:rPr>
              <w:t>-“Be Going to Future Tense” for plans: (My family is going to spend the holiday watching documentaries about</w:t>
            </w:r>
          </w:p>
          <w:p>
            <w:pPr>
              <w:spacing w:after="0"/>
            </w:pPr>
            <w:r>
              <w:rPr>
                <w:b w:val="0"/>
                <w:sz w:val="19"/>
              </w:rPr>
              <w:t>life in the universe).</w:t>
            </w:r>
          </w:p>
          <w:p>
            <w:pPr>
              <w:spacing w:after="0"/>
            </w:pPr>
            <w:r>
              <w:rPr>
                <w:b w:val="0"/>
                <w:sz w:val="19"/>
              </w:rPr>
              <w:t>Functions of the Target Grammatical Structures in Use:</w:t>
            </w:r>
          </w:p>
          <w:p>
            <w:pPr>
              <w:spacing w:after="0"/>
            </w:pPr>
            <w:r>
              <w:rPr>
                <w:b w:val="0"/>
                <w:sz w:val="19"/>
              </w:rPr>
              <w:t>-Use of “Be Going to Future Tense” for plans: Expressing actions and/or events that have already planned</w:t>
            </w:r>
          </w:p>
          <w:p>
            <w:pPr>
              <w:spacing w:after="0"/>
            </w:pPr>
            <w:r>
              <w:rPr>
                <w:b w:val="0"/>
                <w:sz w:val="19"/>
              </w:rPr>
              <w:t>and/or likely to happen in the future.</w:t>
            </w:r>
          </w:p>
          <w:p>
            <w:pPr>
              <w:spacing w:after="0"/>
            </w:pPr>
            <w:r>
              <w:rPr>
                <w:b w:val="0"/>
                <w:sz w:val="19"/>
              </w:rPr>
              <w:t>Target Social Language in Use:</w:t>
            </w:r>
          </w:p>
          <w:p>
            <w:pPr>
              <w:spacing w:after="0"/>
            </w:pPr>
            <w:r>
              <w:rPr>
                <w:b w:val="0"/>
                <w:sz w:val="19"/>
              </w:rPr>
              <w:t>Let’s take a stroll!</w:t>
            </w:r>
          </w:p>
          <w:p>
            <w:pPr>
              <w:spacing w:after="0"/>
            </w:pPr>
            <w:r>
              <w:rPr>
                <w:b w:val="0"/>
                <w:sz w:val="19"/>
              </w:rPr>
              <w:t>Let’s take a breather during the holiday!</w:t>
            </w:r>
          </w:p>
          <w:p>
            <w:pPr>
              <w:spacing w:after="0"/>
            </w:pPr>
            <w:r>
              <w:rPr>
                <w:b w:val="0"/>
                <w:sz w:val="19"/>
              </w:rPr>
              <w:t>We’re going on a jolly to the seaside!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Phonological Sounds in Use:</w:t>
            </w:r>
          </w:p>
          <w:p>
            <w:pPr>
              <w:spacing w:after="0"/>
            </w:pPr>
            <w:r>
              <w:rPr>
                <w:b w:val="0"/>
                <w:sz w:val="19"/>
              </w:rPr>
              <w:t>v, w, x, y, z</w:t>
            </w:r>
          </w:p>
          <w:p>
            <w:pPr>
              <w:spacing w:after="0"/>
            </w:pPr>
            <w:r>
              <w:rPr>
                <w:b w:val="0"/>
                <w:sz w:val="19"/>
              </w:rPr>
              <w:t>Consonants: v: (/viː/, /v/); w: (/w/); x: (/ɛks/, /ks/, /gz/); y: (/waɪ/), /j/, /ɪ/, /iː/); z: /zed/ (Br), /ziː/, (AmE), /z/).</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ENG.5.8.L1. Students can get ready for the listening/watching-comprehension process for the current</w:t>
            </w:r>
          </w:p>
          <w:p>
            <w:pPr>
              <w:spacing w:after="0"/>
            </w:pPr>
            <w:r>
              <w:rPr>
                <w:b w:val="0"/>
                <w:sz w:val="19"/>
              </w:rPr>
              <w:t>content on “life in the universe and future with planet Earth; holidays; school holidays, places, activities, and plans for holidays” carefully. ENG.5.8.L2. Students can bring information about the current content on “life in the universe and future</w:t>
            </w:r>
          </w:p>
          <w:p>
            <w:pPr>
              <w:spacing w:after="0"/>
            </w:pPr>
            <w:r>
              <w:rPr>
                <w:b w:val="0"/>
                <w:sz w:val="19"/>
              </w:rPr>
              <w:t>with planet Earth; holidays; school holidays, places, activities, and plans for holidays” together</w:t>
            </w:r>
          </w:p>
          <w:p>
            <w:pPr>
              <w:spacing w:after="0"/>
            </w:pPr>
            <w:r>
              <w:rPr>
                <w:b w:val="0"/>
                <w:sz w:val="19"/>
              </w:rPr>
              <w:t>through significant details and main components while listening/watching it. ENG.5.8.L3. Students can make meaning of/derive meaning from the current content on “life in the</w:t>
            </w:r>
          </w:p>
          <w:p>
            <w:pPr>
              <w:spacing w:after="0"/>
            </w:pPr>
            <w:r>
              <w:rPr>
                <w:b w:val="0"/>
                <w:sz w:val="19"/>
              </w:rPr>
              <w:t>universe and future with planet Earth; holidays; school holidays, places, activities, and plans</w:t>
            </w:r>
          </w:p>
          <w:p>
            <w:pPr>
              <w:spacing w:after="0"/>
            </w:pPr>
            <w:r>
              <w:rPr>
                <w:b w:val="0"/>
                <w:sz w:val="19"/>
              </w:rPr>
              <w:t>for holidays” through significant details by listening/watching it carefully. ENG.5.8.L4. Students can convey their knowledge, experience, thoughts, and feelings examined carefully</w:t>
            </w:r>
          </w:p>
          <w:p>
            <w:pPr>
              <w:spacing w:after="0"/>
            </w:pPr>
            <w:r>
              <w:rPr>
                <w:b w:val="0"/>
                <w:sz w:val="19"/>
              </w:rPr>
              <w:t>about the whole listening/watching-comprehension process in relation to the current</w:t>
            </w:r>
          </w:p>
          <w:p>
            <w:pPr>
              <w:spacing w:after="0"/>
            </w:pPr>
            <w:r>
              <w:rPr>
                <w:b w:val="0"/>
                <w:sz w:val="19"/>
              </w:rPr>
              <w:t>content on “life in the universe and future with planet Earth; holidays; school holidays, places, activities, and plans for holidays”. ENG.5.8.P1. Students can select and use the target phonological elements of the current content about</w:t>
            </w:r>
          </w:p>
          <w:p>
            <w:pPr>
              <w:spacing w:after="0"/>
            </w:pPr>
            <w:r>
              <w:rPr>
                <w:b w:val="0"/>
                <w:sz w:val="19"/>
              </w:rPr>
              <w:t>“life in the universe and future with planet Earth; holidays; school holidays, places, activities, and plans for holidays” accurately, authentically, and naturally through spontaneous decisionmaking</w:t>
            </w:r>
          </w:p>
          <w:p>
            <w:pPr>
              <w:spacing w:after="0"/>
            </w:pPr>
            <w:r>
              <w:rPr>
                <w:b w:val="0"/>
                <w:sz w:val="19"/>
              </w:rPr>
              <w:t>processes and use it in an appropriate and effective way when communicating with</w:t>
            </w:r>
          </w:p>
          <w:p>
            <w:pPr>
              <w:spacing w:after="0"/>
            </w:pPr>
            <w:r>
              <w:rPr>
                <w:b w:val="0"/>
                <w:sz w:val="19"/>
              </w:rPr>
              <w:t>others. ENG.5.8.R1. Students can get ready for the reading-comprehension process about the current content on</w:t>
            </w:r>
          </w:p>
          <w:p>
            <w:pPr>
              <w:spacing w:after="0"/>
            </w:pPr>
            <w:r>
              <w:rPr>
                <w:b w:val="0"/>
                <w:sz w:val="19"/>
              </w:rPr>
              <w:t>“life in the universe and future with planet Earth; holidays; school holidays, places, activities, and plans for holidays”. ENG.5.8.R2. Students can bring information about the current content on “life in the universe and future</w:t>
            </w:r>
          </w:p>
          <w:p>
            <w:pPr>
              <w:spacing w:after="0"/>
            </w:pPr>
            <w:r>
              <w:rPr>
                <w:b w:val="0"/>
                <w:sz w:val="19"/>
              </w:rPr>
              <w:t>with planet Earth; holidays; school holidays, places, activities, and plans for holidays” through</w:t>
            </w:r>
          </w:p>
          <w:p>
            <w:pPr>
              <w:spacing w:after="0"/>
            </w:pPr>
            <w:r>
              <w:rPr>
                <w:b w:val="0"/>
                <w:sz w:val="19"/>
              </w:rPr>
              <w:t>skimming (looking quickly at) the audio-visual elements and reading the content very quickly. ENG.5.8.R3. Students can make meaning of / derive meaning from the current content about “life in the</w:t>
            </w:r>
          </w:p>
          <w:p>
            <w:pPr>
              <w:spacing w:after="0"/>
            </w:pPr>
            <w:r>
              <w:rPr>
                <w:b w:val="0"/>
                <w:sz w:val="19"/>
              </w:rPr>
              <w:t>universe and future with planet Earth; holidays; school holidays, places, activities, and plans</w:t>
            </w:r>
          </w:p>
          <w:p>
            <w:pPr>
              <w:spacing w:after="0"/>
            </w:pPr>
            <w:r>
              <w:rPr>
                <w:b w:val="0"/>
                <w:sz w:val="19"/>
              </w:rPr>
              <w:t>for holidays” by reading it carefully. ENG.5.8.R 4. Students can convey their knowledge, experiences, thoughts, and feelings related to the</w:t>
            </w:r>
          </w:p>
          <w:p>
            <w:pPr>
              <w:spacing w:after="0"/>
            </w:pPr>
            <w:r>
              <w:rPr>
                <w:b w:val="0"/>
                <w:sz w:val="19"/>
              </w:rPr>
              <w:t>reading-comprehension process about the current content, “life in the universe and future</w:t>
            </w:r>
          </w:p>
          <w:p>
            <w:pPr>
              <w:spacing w:after="0"/>
            </w:pPr>
            <w:r>
              <w:rPr>
                <w:b w:val="0"/>
                <w:sz w:val="19"/>
              </w:rPr>
              <w:t>with planet Earth; holidays; school holidays, places, activities, and plans for holidays” in</w:t>
            </w:r>
          </w:p>
          <w:p>
            <w:pPr>
              <w:spacing w:after="0"/>
            </w:pPr>
            <w:r>
              <w:rPr>
                <w:b w:val="0"/>
                <w:sz w:val="19"/>
              </w:rPr>
              <w:t>relation to themselves or others, both individually and/or with others. ENG.5.8.V1. Students can select and use the target vocabulary of the current content about “life in the</w:t>
            </w:r>
          </w:p>
          <w:p>
            <w:pPr>
              <w:spacing w:after="0"/>
            </w:pPr>
            <w:r>
              <w:rPr>
                <w:b w:val="0"/>
                <w:sz w:val="19"/>
              </w:rPr>
              <w:t>universe and future with planet Earth; holidays; school holidays, places, activities, and plans</w:t>
            </w:r>
          </w:p>
          <w:p>
            <w:pPr>
              <w:spacing w:after="0"/>
            </w:pPr>
            <w:r>
              <w:rPr>
                <w:b w:val="0"/>
                <w:sz w:val="19"/>
              </w:rPr>
              <w:t>for holidays” accurately, authentically, spontaneously, and naturally and use it appropriately</w:t>
            </w:r>
          </w:p>
          <w:p>
            <w:pPr>
              <w:spacing w:after="0"/>
            </w:pPr>
            <w:r>
              <w:rPr>
                <w:b w:val="0"/>
                <w:sz w:val="19"/>
              </w:rPr>
              <w:t>and effectively when communicating with others. ENG.5.8.G1. Students can select and use the target grammatical elements of the current content about</w:t>
            </w:r>
          </w:p>
          <w:p>
            <w:pPr>
              <w:spacing w:after="0"/>
            </w:pPr>
            <w:r>
              <w:rPr>
                <w:b w:val="0"/>
                <w:sz w:val="19"/>
              </w:rPr>
              <w:t>“life in the universe and future with planet Earth; holidays; school holidays, places, activities, and plans for holidays” accurately, authentically, spontaneously, and naturally and use it</w:t>
            </w:r>
          </w:p>
          <w:p>
            <w:pPr>
              <w:spacing w:after="0"/>
            </w:pPr>
            <w:r>
              <w:rPr>
                <w:b w:val="0"/>
                <w:sz w:val="19"/>
              </w:rPr>
              <w:t>appropriately and effectively when communicating with others. ENG.5.8.W1. Students can get ready for the writing-expression process about the current content on “life</w:t>
            </w:r>
          </w:p>
          <w:p>
            <w:pPr>
              <w:spacing w:after="0"/>
            </w:pPr>
            <w:r>
              <w:rPr>
                <w:b w:val="0"/>
                <w:sz w:val="19"/>
              </w:rPr>
              <w:t>in the universe and future with planet Earth; holidays; school holidays, places, activities, and</w:t>
            </w:r>
          </w:p>
          <w:p>
            <w:pPr>
              <w:spacing w:after="0"/>
            </w:pPr>
            <w:r>
              <w:rPr>
                <w:b w:val="0"/>
                <w:sz w:val="19"/>
              </w:rPr>
              <w:t>plans for holidays”. ENG.5.8.W2. Students can understand the model/example for the writing task about the current content on</w:t>
            </w:r>
          </w:p>
          <w:p>
            <w:pPr>
              <w:spacing w:after="0"/>
            </w:pPr>
            <w:r>
              <w:rPr>
                <w:b w:val="0"/>
                <w:sz w:val="19"/>
              </w:rPr>
              <w:t>“life in the universe and future with planet Earth; holidays; school holidays, places, activities, and plans for holidays”. ENG.5.8.W3. Students can organise a content for the assigned writing task on the current content “life in</w:t>
            </w:r>
          </w:p>
          <w:p>
            <w:pPr>
              <w:spacing w:after="0"/>
            </w:pPr>
            <w:r>
              <w:rPr>
                <w:b w:val="0"/>
                <w:sz w:val="19"/>
              </w:rPr>
              <w:t>the universe and future with planet Earth; holidays; school holidays, places, activities, and</w:t>
            </w:r>
          </w:p>
          <w:p>
            <w:pPr>
              <w:spacing w:after="0"/>
            </w:pPr>
            <w:r>
              <w:rPr>
                <w:b w:val="0"/>
                <w:sz w:val="19"/>
              </w:rPr>
              <w:t>plans for holidays” based on the model/example provided. ENG.5.8.W4. Students can individually construct/form content for the assigned writing task on the current</w:t>
            </w:r>
          </w:p>
          <w:p>
            <w:pPr>
              <w:spacing w:after="0"/>
            </w:pPr>
            <w:r>
              <w:rPr>
                <w:b w:val="0"/>
                <w:sz w:val="19"/>
              </w:rPr>
              <w:t>content “life in the universe and future with planet Earth; holidays; school holidays, places, activities, and plans for holidays”. ENG.5.8.W5. Students can reorganise (reconstruct) and use information in the new written tasks about the</w:t>
            </w:r>
          </w:p>
          <w:p>
            <w:pPr>
              <w:spacing w:after="0"/>
            </w:pPr>
            <w:r>
              <w:rPr>
                <w:b w:val="0"/>
                <w:sz w:val="19"/>
              </w:rPr>
              <w:t>“life in the universe and future with planet Earth; holidays; school holidays, places, activities, and plans for holidays” to communicate with other people. ENG.5.8.W6. Students can reflect on their knowledge, experiences, thoughts, and feelings related to the</w:t>
            </w:r>
          </w:p>
          <w:p>
            <w:pPr>
              <w:spacing w:after="0"/>
            </w:pPr>
            <w:r>
              <w:rPr>
                <w:b w:val="0"/>
                <w:sz w:val="19"/>
              </w:rPr>
              <w:t>writing-expression process about the current content, “life in the universe and future with</w:t>
            </w:r>
          </w:p>
          <w:p>
            <w:pPr>
              <w:spacing w:after="0"/>
            </w:pPr>
            <w:r>
              <w:rPr>
                <w:b w:val="0"/>
                <w:sz w:val="19"/>
              </w:rPr>
              <w:t>planet Earth; holidays; school holidays, places, activities, and plans for holidays” in relation to</w:t>
            </w:r>
          </w:p>
          <w:p>
            <w:pPr>
              <w:spacing w:after="0"/>
            </w:pPr>
            <w:r>
              <w:rPr>
                <w:b w:val="0"/>
                <w:sz w:val="19"/>
              </w:rPr>
              <w:t>themselves or others, both individually and/or with others. ENG.5.8.S1. Students can get ready for speaking-expression process about the current content on “life</w:t>
            </w:r>
          </w:p>
          <w:p>
            <w:pPr>
              <w:spacing w:after="0"/>
            </w:pPr>
            <w:r>
              <w:rPr>
                <w:b w:val="0"/>
                <w:sz w:val="19"/>
              </w:rPr>
              <w:t>in the universe and future with planet Earth; holidays; school holidays, places, activities, and</w:t>
            </w:r>
          </w:p>
          <w:p>
            <w:pPr>
              <w:spacing w:after="0"/>
            </w:pPr>
            <w:r>
              <w:rPr>
                <w:b w:val="0"/>
                <w:sz w:val="19"/>
              </w:rPr>
              <w:t>plans for holidays”. ENG.5.8.S2. Students can use the model/example for producing verbal content about the current content</w:t>
            </w:r>
          </w:p>
          <w:p>
            <w:pPr>
              <w:spacing w:after="0"/>
            </w:pPr>
            <w:r>
              <w:rPr>
                <w:b w:val="0"/>
                <w:sz w:val="19"/>
              </w:rPr>
              <w:t>on “life in the universe and future with planet Earth; holidays; school holidays, places, activities, and plans for holidays”. ENG.5.8.S3. Students can organise a new verbal content on “life in the universe and future with planet Earth;</w:t>
            </w:r>
          </w:p>
          <w:p>
            <w:pPr>
              <w:spacing w:after="0"/>
            </w:pPr>
            <w:r>
              <w:rPr>
                <w:b w:val="0"/>
                <w:sz w:val="19"/>
              </w:rPr>
              <w:t>holidays; school holidays, places, activities, and plans for holidays” by speaking accurately, efficiently, and authentically. ENG.5.8.S4. Students can construct a new verbal content on “life in the universe and future with planet</w:t>
            </w:r>
          </w:p>
          <w:p>
            <w:pPr>
              <w:spacing w:after="0"/>
            </w:pPr>
            <w:r>
              <w:rPr>
                <w:b w:val="0"/>
                <w:sz w:val="19"/>
              </w:rPr>
              <w:t>Earth; holidays; school holidays, places, activities, and plans for holidays” by speaking</w:t>
            </w:r>
          </w:p>
          <w:p>
            <w:pPr>
              <w:spacing w:after="0"/>
            </w:pPr>
            <w:r>
              <w:rPr>
                <w:b w:val="0"/>
                <w:sz w:val="19"/>
              </w:rPr>
              <w:t>accurately, efficiently, and authentically. ENG.5.8.S5. Students can reorganise (reconstruct) and use information about the “life in the universe and</w:t>
            </w:r>
          </w:p>
          <w:p>
            <w:pPr>
              <w:spacing w:after="0"/>
            </w:pPr>
            <w:r>
              <w:rPr>
                <w:b w:val="0"/>
                <w:sz w:val="19"/>
              </w:rPr>
              <w:t>future with planet Earth; holidays; school holidays, places, activities, and plans for holidays”</w:t>
            </w:r>
          </w:p>
          <w:p>
            <w:pPr>
              <w:spacing w:after="0"/>
            </w:pPr>
            <w:r>
              <w:rPr>
                <w:b w:val="0"/>
                <w:sz w:val="19"/>
              </w:rPr>
              <w:t>to communicate with other people. ENG.5.8.S6. Students can convey their knowledge, experiences, thoughts, and feelings related to the</w:t>
            </w:r>
          </w:p>
          <w:p>
            <w:pPr>
              <w:spacing w:after="0"/>
            </w:pPr>
            <w:r>
              <w:rPr>
                <w:b w:val="0"/>
                <w:sz w:val="19"/>
              </w:rPr>
              <w:t>speaking-expression process about the current content, “life in the universe and future</w:t>
            </w:r>
          </w:p>
          <w:p>
            <w:pPr>
              <w:spacing w:after="0"/>
            </w:pPr>
            <w:r>
              <w:rPr>
                <w:b w:val="0"/>
                <w:sz w:val="19"/>
              </w:rPr>
              <w:t>with planet Earth; holidays; school holidays, places, activities, and plans for holidays” to</w:t>
            </w:r>
          </w:p>
          <w:p>
            <w:pPr>
              <w:spacing w:after="0"/>
            </w:pPr>
            <w:r>
              <w:rPr>
                <w:b w:val="0"/>
                <w:sz w:val="19"/>
              </w:rPr>
              <w:t>communicate with other people in relation to themselves or others, both individually and/or</w:t>
            </w:r>
          </w:p>
          <w:p>
            <w:pPr>
              <w:spacing w:after="0"/>
            </w:pPr>
            <w:r>
              <w:rPr>
                <w:b w:val="0"/>
                <w:sz w:val="19"/>
              </w:rPr>
              <w:t>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V5. Sensitivity, V6. Honesty, V7. Aesthetics, V9. Compassion, V10. Modesty, V11. Independence, V12. Patience, V16.</w:t>
            </w:r>
          </w:p>
          <w:p>
            <w:pPr>
              <w:spacing w:after="0"/>
            </w:pPr>
            <w:r>
              <w:rPr>
                <w:b w:val="0"/>
                <w:sz w:val="19"/>
              </w:rPr>
              <w:t>Responsibility, V18. Cleanliness,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(ENG.5.8.L1.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engage in conversations and to foster creativity about holidays and holiday plans in English by</w:t>
            </w:r>
          </w:p>
          <w:p>
            <w:pPr>
              <w:spacing w:after="0"/>
            </w:pPr>
            <w:r>
              <w:rPr>
                <w:b w:val="0"/>
                <w:sz w:val="19"/>
              </w:rPr>
              <w:t>using the target vocabulary and grammar chunks (Be going to Future Tense).</w:t>
            </w:r>
          </w:p>
          <w:p>
            <w:pPr>
              <w:spacing w:after="0"/>
            </w:pPr>
            <w:r>
              <w:rPr>
                <w:b w:val="0"/>
                <w:sz w:val="19"/>
              </w:rPr>
              <w:t>Activity 1: That’s so fun!</w:t>
            </w:r>
          </w:p>
          <w:p>
            <w:pPr>
              <w:spacing w:after="0"/>
            </w:pPr>
            <w:r>
              <w:rPr>
                <w:b w:val="0"/>
                <w:sz w:val="19"/>
              </w:rPr>
              <w:t>The teacher writes some words related to holiday plans (e.g., a tower, a museum, a desert, a lake, sky) on slips</w:t>
            </w:r>
          </w:p>
          <w:p>
            <w:pPr>
              <w:spacing w:after="0"/>
            </w:pPr>
            <w:r>
              <w:rPr>
                <w:b w:val="0"/>
                <w:sz w:val="19"/>
              </w:rPr>
              <w:t>of paper and places them into a box. She/He divides the class into groups of three/four and distributes the</w:t>
            </w:r>
          </w:p>
          <w:p>
            <w:pPr>
              <w:spacing w:after="0"/>
            </w:pPr>
            <w:r>
              <w:rPr>
                <w:b w:val="0"/>
                <w:sz w:val="19"/>
              </w:rPr>
              <w:t>boxes to each group. Then the students are asked to make sentences about their holiday plans by choosing</w:t>
            </w:r>
          </w:p>
          <w:p>
            <w:pPr>
              <w:spacing w:after="0"/>
            </w:pPr>
            <w:r>
              <w:rPr>
                <w:b w:val="0"/>
                <w:sz w:val="19"/>
              </w:rPr>
              <w:t>the words from the box for each student in the group and one of the plans is going to be really fun. When</w:t>
            </w:r>
          </w:p>
          <w:p>
            <w:pPr>
              <w:spacing w:after="0"/>
            </w:pPr>
            <w:r>
              <w:rPr>
                <w:b w:val="0"/>
                <w:sz w:val="19"/>
              </w:rPr>
              <w:t>they finish writing, each group is invited to the board to share their plans with the classmates (e.g., We are</w:t>
            </w:r>
          </w:p>
          <w:p>
            <w:pPr>
              <w:spacing w:after="0"/>
            </w:pPr>
            <w:r>
              <w:rPr>
                <w:b w:val="0"/>
                <w:sz w:val="19"/>
              </w:rPr>
              <w:t>going to climb up a tower., We are going to visit a museum., We are going to watch the sky in a desert., We are</w:t>
            </w:r>
          </w:p>
          <w:p>
            <w:pPr>
              <w:spacing w:after="0"/>
            </w:pPr>
            <w:r>
              <w:rPr>
                <w:b w:val="0"/>
                <w:sz w:val="19"/>
              </w:rPr>
              <w:t>going to swim in the sea with dolphins). Every one of the students tells a plan. The rest of the class is provided</w:t>
            </w:r>
          </w:p>
          <w:p>
            <w:pPr>
              <w:spacing w:after="0"/>
            </w:pPr>
            <w:r>
              <w:rPr>
                <w:b w:val="0"/>
                <w:sz w:val="19"/>
              </w:rPr>
              <w:t>with a form including five stars, which can be used to evaluate pair/group performance. They will be engaged</w:t>
            </w:r>
          </w:p>
          <w:p>
            <w:pPr>
              <w:spacing w:after="0"/>
            </w:pPr>
            <w:r>
              <w:rPr>
                <w:b w:val="0"/>
                <w:sz w:val="19"/>
              </w:rPr>
              <w:t>while listening to their classmates by colouring the stars to choose the most fun plan. The teacher provides</w:t>
            </w:r>
          </w:p>
          <w:p>
            <w:pPr>
              <w:spacing w:after="0"/>
            </w:pPr>
            <w:r>
              <w:rPr>
                <w:b w:val="0"/>
                <w:sz w:val="19"/>
              </w:rPr>
              <w:t>constructive feedback to each group. Students reflect on their thoughts and feelings about the activity.</w:t>
            </w:r>
          </w:p>
          <w:p>
            <w:pPr>
              <w:spacing w:after="0"/>
            </w:pPr>
            <w:r>
              <w:rPr>
                <w:b w:val="0"/>
                <w:sz w:val="19"/>
              </w:rPr>
              <w:t>Supporting</w:t>
            </w:r>
          </w:p>
          <w:p>
            <w:pPr>
              <w:spacing w:after="0"/>
            </w:pPr>
            <w:r>
              <w:rPr>
                <w:b w:val="0"/>
                <w:sz w:val="19"/>
              </w:rPr>
              <w:t>Objective: To engage in conversations and to foster creativity about holidays and holiday plans in English by</w:t>
            </w:r>
          </w:p>
          <w:p>
            <w:pPr>
              <w:spacing w:after="0"/>
            </w:pPr>
            <w:r>
              <w:rPr>
                <w:b w:val="0"/>
                <w:sz w:val="19"/>
              </w:rPr>
              <w:t>using the target vocabulary and the grammar chunks (Be going to Future Tense).</w:t>
            </w:r>
          </w:p>
          <w:p>
            <w:pPr>
              <w:spacing w:after="0"/>
            </w:pPr>
            <w:r>
              <w:rPr>
                <w:b w:val="0"/>
                <w:sz w:val="19"/>
              </w:rPr>
              <w:t>Activity 1: That’s so fun!</w:t>
            </w:r>
          </w:p>
          <w:p>
            <w:pPr>
              <w:spacing w:after="0"/>
            </w:pPr>
            <w:r>
              <w:rPr>
                <w:b w:val="0"/>
                <w:sz w:val="19"/>
              </w:rPr>
              <w:t>The teacher writes some phrases related to holiday plans (e.g., climb up a tower, visit a museum, go to a park, watch the sky in a desert, swim in the sea with dolphins) on slips of paper and place them into a box. She/He</w:t>
            </w:r>
          </w:p>
          <w:p>
            <w:pPr>
              <w:spacing w:after="0"/>
            </w:pPr>
            <w:r>
              <w:rPr>
                <w:b w:val="0"/>
                <w:sz w:val="19"/>
              </w:rPr>
              <w:t>divides the class into groups of three/four and distributes the boxes to each group. Then the students are</w:t>
            </w:r>
          </w:p>
          <w:p>
            <w:pPr>
              <w:spacing w:after="0"/>
            </w:pPr>
            <w:r>
              <w:rPr>
                <w:b w:val="0"/>
                <w:sz w:val="19"/>
              </w:rPr>
              <w:t>asked to make sentences about their holiday plans by choosing the phrases from the box for each student in</w:t>
            </w:r>
          </w:p>
          <w:p>
            <w:pPr>
              <w:spacing w:after="0"/>
            </w:pPr>
            <w:r>
              <w:rPr>
                <w:b w:val="0"/>
                <w:sz w:val="19"/>
              </w:rPr>
              <w:t>the group. When they finish writing, each group is invited to the board to share their plans with the classmates</w:t>
            </w:r>
          </w:p>
          <w:p>
            <w:pPr>
              <w:spacing w:after="0"/>
            </w:pPr>
            <w:r>
              <w:rPr>
                <w:b w:val="0"/>
                <w:sz w:val="19"/>
              </w:rPr>
              <w:t>(e.g., We are going to climb up a tower, We are going to visit a museum., We are going to watch the sky in a</w:t>
            </w:r>
          </w:p>
          <w:p>
            <w:pPr>
              <w:spacing w:after="0"/>
            </w:pPr>
            <w:r>
              <w:rPr>
                <w:b w:val="0"/>
                <w:sz w:val="19"/>
              </w:rPr>
              <w:t>desert., We are going to swim in the sea with dolphins.). Every one of the students tells a plan. The rest of</w:t>
            </w:r>
          </w:p>
          <w:p>
            <w:pPr>
              <w:spacing w:after="0"/>
            </w:pPr>
            <w:r>
              <w:rPr>
                <w:b w:val="0"/>
                <w:sz w:val="19"/>
              </w:rPr>
              <w:t>the class is provided with a form including five stars, which can be used to evaluate pair/group performance. They will be engaged while listening to their classmates by colouring the stars to choose the most fun plan.</w:t>
            </w:r>
          </w:p>
          <w:p>
            <w:pPr>
              <w:spacing w:after="0"/>
            </w:pPr>
            <w:r>
              <w:rPr>
                <w:b w:val="0"/>
                <w:sz w:val="19"/>
              </w:rPr>
              <w:t>The teacher provides constructive feedback to each group. Students reflect on their thoughts and feelings</w:t>
            </w:r>
          </w:p>
          <w:p>
            <w:pPr>
              <w:spacing w:after="0"/>
            </w:pPr>
            <w:r>
              <w:rPr>
                <w:b w:val="0"/>
                <w:sz w:val="19"/>
              </w:rPr>
              <w:t>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project about their dream summer holiday. The</w:t>
            </w:r>
          </w:p>
          <w:p>
            <w:pPr>
              <w:spacing w:after="0"/>
            </w:pPr>
            <w:r>
              <w:rPr>
                <w:b w:val="0"/>
                <w:sz w:val="19"/>
              </w:rPr>
              <w:t>project will include an internet search to find interesting places, collecting pictures, and recording sounds</w:t>
            </w:r>
          </w:p>
          <w:p>
            <w:pPr>
              <w:spacing w:after="0"/>
            </w:pPr>
            <w:r>
              <w:rPr>
                <w:b w:val="0"/>
                <w:sz w:val="19"/>
              </w:rPr>
              <w:t>that represent their ideal holiday. They can also add short descriptions and creative elements to show</w:t>
            </w:r>
          </w:p>
          <w:p>
            <w:pPr>
              <w:spacing w:after="0"/>
            </w:pPr>
            <w:r>
              <w:rPr>
                <w:b w:val="0"/>
                <w:sz w:val="19"/>
              </w:rPr>
              <w:t>what activities, places, and experiences they would like to enjoy during their dream summer vacation. The</w:t>
            </w:r>
          </w:p>
          <w:p>
            <w:pPr>
              <w:spacing w:after="0"/>
            </w:pPr>
            <w:r>
              <w:rPr>
                <w:b w:val="0"/>
                <w:sz w:val="19"/>
              </w:rPr>
              <w:t>assignment will be evaluated 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İNGİLİZCE DERSİ GÜNLÜK PLANI</w:t>
      </w:r>
    </w:p>
    <w:p>
      <w:pPr>
        <w:spacing w:after="80"/>
        <w:jc w:val="center"/>
      </w:pPr>
      <w:r>
        <w:rPr>
          <w:sz w:val="20"/>
        </w:rPr>
        <w:t>2026-2027 Eğitim Öğretim Yılı · Week 37: 21-25 June</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June · Week 37: 21-25 June</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SOCIAL ACTIVITIES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5. Sınıf İngilizce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