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8A"/>
          <w:sz w:val="25"/>
        </w:rPr>
        <w:t>5. SINIF TÜRKÇE DERSİ GÜNLÜK PLANI</w:t>
      </w:r>
    </w:p>
    <w:p>
      <w:pPr>
        <w:spacing w:after="80"/>
        <w:jc w:val="center"/>
      </w:pPr>
      <w:r>
        <w:rPr>
          <w:sz w:val="20"/>
        </w:rPr>
        <w:t>2026-2027 Eğitim Öğretim Yılı · 1. Hafta 14-18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1. Hafta 14-18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OYUN DÜNYASI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Strateji, yöntem ve teknik</w:t>
            </w:r>
          </w:p>
          <w:p>
            <w:pPr>
              <w:spacing w:after="0"/>
            </w:pPr>
            <w:r>
              <w:rPr>
                <w:b w:val="0"/>
                <w:sz w:val="19"/>
              </w:rPr>
              <w:t>*Konuşma süreci</w:t>
            </w:r>
          </w:p>
          <w:p>
            <w:pPr>
              <w:spacing w:after="0"/>
            </w:pPr>
            <w:r>
              <w:rPr>
                <w:b w:val="0"/>
                <w:sz w:val="19"/>
              </w:rPr>
              <w:t>*Söz varlığı</w:t>
            </w:r>
          </w:p>
          <w:p>
            <w:pPr>
              <w:spacing w:after="0"/>
            </w:pPr>
            <w:r>
              <w:rPr>
                <w:b w:val="0"/>
                <w:sz w:val="19"/>
              </w:rPr>
              <w:t>*Yüzey anlam</w:t>
            </w:r>
          </w:p>
          <w:p>
            <w:pPr>
              <w:spacing w:after="0"/>
            </w:pPr>
            <w:r>
              <w:rPr>
                <w:b w:val="0"/>
                <w:sz w:val="19"/>
              </w:rPr>
              <w:t>*Görsel unsurlar</w:t>
            </w:r>
          </w:p>
          <w:p>
            <w:pPr>
              <w:spacing w:after="0"/>
            </w:pPr>
            <w:r>
              <w:rPr>
                <w:b w:val="0"/>
                <w:sz w:val="19"/>
              </w:rPr>
              <w:t>*Akıcı okuma</w:t>
            </w:r>
          </w:p>
          <w:p>
            <w:pPr>
              <w:spacing w:after="0"/>
            </w:pPr>
            <w:r>
              <w:rPr>
                <w:b w:val="0"/>
                <w:sz w:val="19"/>
              </w:rPr>
              <w:t>*Metnin anahtar kelimeleri</w:t>
            </w:r>
          </w:p>
          <w:p>
            <w:pPr>
              <w:spacing w:after="0"/>
            </w:pPr>
            <w:r>
              <w:rPr>
                <w:b w:val="0"/>
                <w:sz w:val="19"/>
              </w:rPr>
              <w:t>*Hazırlıksız konuşma</w:t>
            </w:r>
          </w:p>
          <w:p>
            <w:pPr>
              <w:spacing w:after="0"/>
            </w:pPr>
            <w:r>
              <w:rPr>
                <w:b w:val="0"/>
                <w:sz w:val="19"/>
              </w:rPr>
              <w:t xml:space="preserve">*Yazıda içerik ve yapı </w:t>
            </w:r>
          </w:p>
          <w:p>
            <w:pPr>
              <w:spacing w:after="0"/>
            </w:pPr>
            <w:r>
              <w:rPr>
                <w:b w:val="0"/>
                <w:sz w:val="19"/>
              </w:rPr>
              <w:t xml:space="preserve">*Beden dili </w:t>
            </w:r>
          </w:p>
          <w:p>
            <w:pPr>
              <w:spacing w:after="0"/>
            </w:pPr>
            <w:r>
              <w:rPr>
                <w:b w:val="0"/>
                <w:sz w:val="19"/>
              </w:rPr>
              <w:t>*Yazım kuralları</w:t>
            </w:r>
          </w:p>
          <w:p>
            <w:pPr>
              <w:spacing w:after="0"/>
            </w:pPr>
            <w:r>
              <w:rPr>
                <w:b w:val="0"/>
                <w:sz w:val="19"/>
              </w:rPr>
              <w:t>*Noktalama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D4. Dostluk</w:t>
            </w:r>
          </w:p>
          <w:p>
            <w:pPr>
              <w:spacing w:after="0"/>
            </w:pPr>
            <w:r>
              <w:rPr>
                <w:b w:val="0"/>
                <w:sz w:val="19"/>
              </w:rPr>
              <w:t xml:space="preserve"> D8. Mahremiyet</w:t>
            </w:r>
          </w:p>
          <w:p>
            <w:pPr>
              <w:spacing w:after="0"/>
            </w:pPr>
            <w:r>
              <w:rPr>
                <w:b w:val="0"/>
                <w:sz w:val="19"/>
              </w:rPr>
              <w:t xml:space="preserve">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p>
            <w:pPr>
              <w:spacing w:after="0"/>
            </w:pPr>
            <w:r>
              <w:rPr>
                <w:b w:val="0"/>
                <w:sz w:val="19"/>
              </w:rPr>
              <w:t xml:space="preserve"> 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Temadan hareketle özgün bir oyun (kutu oyunu, kâğıt kalem oyunları, sokak oyunu, temel kodlamaya dayalı dijital oyunlar vb.) tasarlanması ve tasarlanan oyunun sınıfta ya da uygun ortamlarda tanıtılması istenebilir.</w:t>
            </w:r>
          </w:p>
          <w:p>
            <w:pPr>
              <w:spacing w:after="0"/>
            </w:pPr>
            <w:r>
              <w:rPr>
                <w:b w:val="0"/>
                <w:sz w:val="19"/>
              </w:rPr>
              <w:t>Aile büyükleri birincil kaynak olmak üzere “geleneksel çocuk oyunları” üzerine bir araştırma yapılması; eskiden oynanan çocuk oyunları ile günümüzde oynanan çocuk oyunlarının karşılaştırılması, bu karşılaştırmayla birlikte araştırmada ulaşılan oyunlardan oluşan bir tanıtım içeriğinin hazırlanıp sınıfta ya da uygun dijital ortamlarda sunulması istenebilir.</w:t>
            </w:r>
          </w:p>
          <w:p>
            <w:pPr>
              <w:spacing w:after="0"/>
            </w:pPr>
            <w:r>
              <w:rPr>
                <w:b w:val="0"/>
                <w:sz w:val="19"/>
              </w:rPr>
              <w:t>“Geleneksel çocuk oyunları” üzerine alanında uzman kişiler, öğretmen, ebeveyn vb. ile röportaj yapılması ve bu röportajın ses dosyası ya da video kaydının dijital araçlar kullanılarak içerik hâline getirilmesi ve bu içeriğin paylaşılması istenir.</w:t>
            </w:r>
          </w:p>
          <w:p>
            <w:pPr>
              <w:spacing w:after="0"/>
            </w:pPr>
            <w:r>
              <w:rPr>
                <w:b w:val="0"/>
                <w:sz w:val="19"/>
              </w:rPr>
              <w:t>Film, kısa film ya da animasyonlarda yer alan “geleneksel çocuk oyunlarına” ilişkin örneklerin tespit edilmesi ve bu örneklerin eleştirel bir gözle değerlendirilerek tespitlerin sınıfta ya da uygun dijital ortamlarda sunulması istenebilir.</w:t>
            </w:r>
          </w:p>
          <w:p>
            <w:pPr>
              <w:spacing w:after="0"/>
            </w:pPr>
            <w:r>
              <w:rPr>
                <w:b w:val="0"/>
                <w:sz w:val="19"/>
              </w:rPr>
              <w:t>Destekleme</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Tema kapsamındaki öğrenme çıktılarına yönelik çalışmalar yapılırken iş birlikli öğrenme ortamlarının oluşturulması sağlanabilir.</w:t>
            </w:r>
          </w:p>
          <w:p>
            <w:pPr>
              <w:spacing w:after="0"/>
            </w:pPr>
            <w:r>
              <w:rPr>
                <w:b w:val="0"/>
                <w:sz w:val="19"/>
              </w:rPr>
              <w:t>Dinleme/izleme, okuma metni ya da tema içerisinde yer alan “dijital eğitici oyunlar”, “geleneksel çocuk oyunları”, “eğitici kutu oyunları" vb. kavramlar; görsel işitsel araçların sunumu ve şematik düzenleyicilerin kullanımı ile somutlaştırılabilir.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*Öğrenci ürün dosyaları</w:t>
            </w:r>
          </w:p>
          <w:p>
            <w:pPr>
              <w:spacing w:after="0"/>
            </w:pPr>
            <w:r>
              <w:rPr>
                <w:b w:val="0"/>
                <w:sz w:val="19"/>
              </w:rPr>
              <w:t>*Boşluk doldurma, açık uçlu soru, cümle tamamlama vb. çalışmaları</w:t>
            </w:r>
          </w:p>
          <w:p>
            <w:pPr>
              <w:spacing w:after="0"/>
            </w:pPr>
            <w:r>
              <w:rPr>
                <w:b w:val="0"/>
                <w:sz w:val="19"/>
              </w:rPr>
              <w:t>*Gelişim çizelgesi ve akran değerlendirme</w:t>
            </w:r>
          </w:p>
          <w:p>
            <w:pPr>
              <w:spacing w:after="0"/>
            </w:pPr>
            <w:r>
              <w:rPr>
                <w:b w:val="0"/>
                <w:sz w:val="19"/>
              </w:rPr>
              <w:t>ölçme araçları</w:t>
            </w:r>
          </w:p>
          <w:p>
            <w:pPr>
              <w:spacing w:after="0"/>
            </w:pPr>
            <w:r>
              <w:rPr>
                <w:b w:val="0"/>
                <w:sz w:val="19"/>
              </w:rPr>
              <w:t>*Çoktan seçmeli, açık uçlu soru ve iki bileşenli maddeler (doğru-yanlış, evet-hayır vb.) gibi çalışmalar</w:t>
            </w:r>
          </w:p>
          <w:p>
            <w:pPr>
              <w:spacing w:after="0"/>
            </w:pPr>
            <w:r>
              <w:rPr>
                <w:b w:val="0"/>
                <w:sz w:val="19"/>
              </w:rPr>
              <w:t>*Kavram haritası</w:t>
            </w:r>
          </w:p>
          <w:p>
            <w:pPr>
              <w:spacing w:after="0"/>
            </w:pPr>
            <w:r>
              <w:rPr>
                <w:b w:val="0"/>
                <w:sz w:val="19"/>
              </w:rPr>
              <w:t>*Karşılıklı konuşma, canlandırma vb. çalışmalar</w:t>
            </w:r>
          </w:p>
          <w:p>
            <w:pPr>
              <w:spacing w:after="0"/>
            </w:pPr>
            <w:r>
              <w:rPr>
                <w:b w:val="0"/>
                <w:sz w:val="19"/>
              </w:rPr>
              <w:t>*Eşleştirme, boşluk doldurma vb.</w:t>
            </w:r>
          </w:p>
          <w:p>
            <w:pPr>
              <w:spacing w:after="0"/>
            </w:pPr>
            <w:r>
              <w:rPr>
                <w:b w:val="0"/>
                <w:sz w:val="19"/>
              </w:rPr>
              <w:t>çalışmalar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2. Hafta 21-25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2. Hafta 21-25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OYUN DÜNYASI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Strateji, yöntem ve teknik</w:t>
            </w:r>
          </w:p>
          <w:p>
            <w:pPr>
              <w:spacing w:after="0"/>
            </w:pPr>
            <w:r>
              <w:rPr>
                <w:b w:val="0"/>
                <w:sz w:val="19"/>
              </w:rPr>
              <w:t>*Konuşma süreci</w:t>
            </w:r>
          </w:p>
          <w:p>
            <w:pPr>
              <w:spacing w:after="0"/>
            </w:pPr>
            <w:r>
              <w:rPr>
                <w:b w:val="0"/>
                <w:sz w:val="19"/>
              </w:rPr>
              <w:t>*Söz varlığı</w:t>
            </w:r>
          </w:p>
          <w:p>
            <w:pPr>
              <w:spacing w:after="0"/>
            </w:pPr>
            <w:r>
              <w:rPr>
                <w:b w:val="0"/>
                <w:sz w:val="19"/>
              </w:rPr>
              <w:t>*Yüzey anlam</w:t>
            </w:r>
          </w:p>
          <w:p>
            <w:pPr>
              <w:spacing w:after="0"/>
            </w:pPr>
            <w:r>
              <w:rPr>
                <w:b w:val="0"/>
                <w:sz w:val="19"/>
              </w:rPr>
              <w:t>*Görsel unsurlar</w:t>
            </w:r>
          </w:p>
          <w:p>
            <w:pPr>
              <w:spacing w:after="0"/>
            </w:pPr>
            <w:r>
              <w:rPr>
                <w:b w:val="0"/>
                <w:sz w:val="19"/>
              </w:rPr>
              <w:t>*Akıcı okuma</w:t>
            </w:r>
          </w:p>
          <w:p>
            <w:pPr>
              <w:spacing w:after="0"/>
            </w:pPr>
            <w:r>
              <w:rPr>
                <w:b w:val="0"/>
                <w:sz w:val="19"/>
              </w:rPr>
              <w:t>*Metnin anahtar kelimeleri</w:t>
            </w:r>
          </w:p>
          <w:p>
            <w:pPr>
              <w:spacing w:after="0"/>
            </w:pPr>
            <w:r>
              <w:rPr>
                <w:b w:val="0"/>
                <w:sz w:val="19"/>
              </w:rPr>
              <w:t>*Hazırlıksız konuşma</w:t>
            </w:r>
          </w:p>
          <w:p>
            <w:pPr>
              <w:spacing w:after="0"/>
            </w:pPr>
            <w:r>
              <w:rPr>
                <w:b w:val="0"/>
                <w:sz w:val="19"/>
              </w:rPr>
              <w:t xml:space="preserve">*Yazıda içerik ve yapı </w:t>
            </w:r>
          </w:p>
          <w:p>
            <w:pPr>
              <w:spacing w:after="0"/>
            </w:pPr>
            <w:r>
              <w:rPr>
                <w:b w:val="0"/>
                <w:sz w:val="19"/>
              </w:rPr>
              <w:t xml:space="preserve">*Beden dili </w:t>
            </w:r>
          </w:p>
          <w:p>
            <w:pPr>
              <w:spacing w:after="0"/>
            </w:pPr>
            <w:r>
              <w:rPr>
                <w:b w:val="0"/>
                <w:sz w:val="19"/>
              </w:rPr>
              <w:t>*Yazım kuralları</w:t>
            </w:r>
          </w:p>
          <w:p>
            <w:pPr>
              <w:spacing w:after="0"/>
            </w:pPr>
            <w:r>
              <w:rPr>
                <w:b w:val="0"/>
                <w:sz w:val="19"/>
              </w:rPr>
              <w:t>*Noktalama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D4. Dostluk</w:t>
            </w:r>
          </w:p>
          <w:p>
            <w:pPr>
              <w:spacing w:after="0"/>
            </w:pPr>
            <w:r>
              <w:rPr>
                <w:b w:val="0"/>
                <w:sz w:val="19"/>
              </w:rPr>
              <w:t xml:space="preserve"> D8. Mahremiyet</w:t>
            </w:r>
          </w:p>
          <w:p>
            <w:pPr>
              <w:spacing w:after="0"/>
            </w:pPr>
            <w:r>
              <w:rPr>
                <w:b w:val="0"/>
                <w:sz w:val="19"/>
              </w:rPr>
              <w:t xml:space="preserve">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p>
            <w:pPr>
              <w:spacing w:after="0"/>
            </w:pPr>
            <w:r>
              <w:rPr>
                <w:b w:val="0"/>
                <w:sz w:val="19"/>
              </w:rPr>
              <w:t xml:space="preserve"> 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Temadan hareketle özgün bir oyun (kutu oyunu, kâğıt kalem oyunları, sokak oyunu, temel kodlamaya dayalı dijital oyunlar vb.) tasarlanması ve tasarlanan oyunun sınıfta ya da uygun ortamlarda tanıtılması istenebilir.</w:t>
            </w:r>
          </w:p>
          <w:p>
            <w:pPr>
              <w:spacing w:after="0"/>
            </w:pPr>
            <w:r>
              <w:rPr>
                <w:b w:val="0"/>
                <w:sz w:val="19"/>
              </w:rPr>
              <w:t>Aile büyükleri birincil kaynak olmak üzere “geleneksel çocuk oyunları” üzerine bir araştırma yapılması; eskiden oynanan çocuk oyunları ile günümüzde oynanan çocuk oyunlarının karşılaştırılması, bu karşılaştırmayla birlikte araştırmada ulaşılan oyunlardan oluşan bir tanıtım içeriğinin hazırlanıp sınıfta ya da uygun dijital ortamlarda sunulması istenebilir.</w:t>
            </w:r>
          </w:p>
          <w:p>
            <w:pPr>
              <w:spacing w:after="0"/>
            </w:pPr>
            <w:r>
              <w:rPr>
                <w:b w:val="0"/>
                <w:sz w:val="19"/>
              </w:rPr>
              <w:t>“Geleneksel çocuk oyunları” üzerine alanında uzman kişiler, öğretmen, ebeveyn vb. ile röportaj yapılması ve bu röportajın ses dosyası ya da video kaydının dijital araçlar kullanılarak içerik hâline getirilmesi ve bu içeriğin paylaşılması istenir.</w:t>
            </w:r>
          </w:p>
          <w:p>
            <w:pPr>
              <w:spacing w:after="0"/>
            </w:pPr>
            <w:r>
              <w:rPr>
                <w:b w:val="0"/>
                <w:sz w:val="19"/>
              </w:rPr>
              <w:t>Film, kısa film ya da animasyonlarda yer alan “geleneksel çocuk oyunlarına” ilişkin örneklerin tespit edilmesi ve bu örneklerin eleştirel bir gözle değerlendirilerek tespitlerin sınıfta ya da uygun dijital ortamlarda sunulması istenebilir.</w:t>
            </w:r>
          </w:p>
          <w:p>
            <w:pPr>
              <w:spacing w:after="0"/>
            </w:pPr>
            <w:r>
              <w:rPr>
                <w:b w:val="0"/>
                <w:sz w:val="19"/>
              </w:rPr>
              <w:t>Destekleme</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Tema kapsamındaki öğrenme çıktılarına yönelik çalışmalar yapılırken iş birlikli öğrenme ortamlarının oluşturulması sağlanabilir.</w:t>
            </w:r>
          </w:p>
          <w:p>
            <w:pPr>
              <w:spacing w:after="0"/>
            </w:pPr>
            <w:r>
              <w:rPr>
                <w:b w:val="0"/>
                <w:sz w:val="19"/>
              </w:rPr>
              <w:t>Dinleme/izleme, okuma metni ya da tema içerisinde yer alan “dijital eğitici oyunlar”, “geleneksel çocuk oyunları”, “eğitici kutu oyunları" vb. kavramlar; görsel işitsel araçların sunumu ve şematik düzenleyicilerin kullanımı ile somutlaştırılabilir.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*Öğrenci ürün dosyaları</w:t>
            </w:r>
          </w:p>
          <w:p>
            <w:pPr>
              <w:spacing w:after="0"/>
            </w:pPr>
            <w:r>
              <w:rPr>
                <w:b w:val="0"/>
                <w:sz w:val="19"/>
              </w:rPr>
              <w:t>*Boşluk doldurma, açık uçlu soru, cümle tamamlama vb. çalışmaları</w:t>
            </w:r>
          </w:p>
          <w:p>
            <w:pPr>
              <w:spacing w:after="0"/>
            </w:pPr>
            <w:r>
              <w:rPr>
                <w:b w:val="0"/>
                <w:sz w:val="19"/>
              </w:rPr>
              <w:t>*Gelişim çizelgesi ve akran değerlendirme</w:t>
            </w:r>
          </w:p>
          <w:p>
            <w:pPr>
              <w:spacing w:after="0"/>
            </w:pPr>
            <w:r>
              <w:rPr>
                <w:b w:val="0"/>
                <w:sz w:val="19"/>
              </w:rPr>
              <w:t>ölçme araçları</w:t>
            </w:r>
          </w:p>
          <w:p>
            <w:pPr>
              <w:spacing w:after="0"/>
            </w:pPr>
            <w:r>
              <w:rPr>
                <w:b w:val="0"/>
                <w:sz w:val="19"/>
              </w:rPr>
              <w:t>*Çoktan seçmeli, açık uçlu soru ve iki bileşenli maddeler (doğru-yanlış, evet-hayır vb.) gibi çalışmalar</w:t>
            </w:r>
          </w:p>
          <w:p>
            <w:pPr>
              <w:spacing w:after="0"/>
            </w:pPr>
            <w:r>
              <w:rPr>
                <w:b w:val="0"/>
                <w:sz w:val="19"/>
              </w:rPr>
              <w:t>*Kavram haritası</w:t>
            </w:r>
          </w:p>
          <w:p>
            <w:pPr>
              <w:spacing w:after="0"/>
            </w:pPr>
            <w:r>
              <w:rPr>
                <w:b w:val="0"/>
                <w:sz w:val="19"/>
              </w:rPr>
              <w:t>*Karşılıklı konuşma, canlandırma vb. çalışmalar</w:t>
            </w:r>
          </w:p>
          <w:p>
            <w:pPr>
              <w:spacing w:after="0"/>
            </w:pPr>
            <w:r>
              <w:rPr>
                <w:b w:val="0"/>
                <w:sz w:val="19"/>
              </w:rPr>
              <w:t>*Eşleştirme, boşluk doldurma vb.</w:t>
            </w:r>
          </w:p>
          <w:p>
            <w:pPr>
              <w:spacing w:after="0"/>
            </w:pPr>
            <w:r>
              <w:rPr>
                <w:b w:val="0"/>
                <w:sz w:val="19"/>
              </w:rPr>
              <w:t>çalışmalar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15 Temmuz Demokrasi ve </w:t>
            </w:r>
          </w:p>
          <w:p>
            <w:pPr>
              <w:spacing w:after="0"/>
            </w:pPr>
            <w:r>
              <w:rPr>
                <w:b w:val="0"/>
                <w:sz w:val="19"/>
              </w:rPr>
              <w:t>Millî Birlik Günü</w:t>
            </w:r>
          </w:p>
          <w:p>
            <w:pPr>
              <w:spacing w:after="0"/>
            </w:pPr>
            <w:r>
              <w:rPr>
                <w:b w:val="0"/>
                <w:sz w:val="19"/>
              </w:rPr>
              <w:t xml:space="preserve">İlköğretim Haftası </w:t>
            </w:r>
          </w:p>
          <w:p>
            <w:pPr>
              <w:spacing w:after="0"/>
            </w:pPr>
            <w:r>
              <w:rPr>
                <w:b w:val="0"/>
                <w:sz w:val="19"/>
              </w:rPr>
              <w:t>(Eylül ayının 3. haftası)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3. Hafta 28 Eylül-02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3. Hafta 28 Eylül-02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OYUN DÜNYASI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Strateji, yöntem ve teknik</w:t>
            </w:r>
          </w:p>
          <w:p>
            <w:pPr>
              <w:spacing w:after="0"/>
            </w:pPr>
            <w:r>
              <w:rPr>
                <w:b w:val="0"/>
                <w:sz w:val="19"/>
              </w:rPr>
              <w:t>*Konuşma süreci</w:t>
            </w:r>
          </w:p>
          <w:p>
            <w:pPr>
              <w:spacing w:after="0"/>
            </w:pPr>
            <w:r>
              <w:rPr>
                <w:b w:val="0"/>
                <w:sz w:val="19"/>
              </w:rPr>
              <w:t>*Söz varlığı</w:t>
            </w:r>
          </w:p>
          <w:p>
            <w:pPr>
              <w:spacing w:after="0"/>
            </w:pPr>
            <w:r>
              <w:rPr>
                <w:b w:val="0"/>
                <w:sz w:val="19"/>
              </w:rPr>
              <w:t>*Yüzey anlam</w:t>
            </w:r>
          </w:p>
          <w:p>
            <w:pPr>
              <w:spacing w:after="0"/>
            </w:pPr>
            <w:r>
              <w:rPr>
                <w:b w:val="0"/>
                <w:sz w:val="19"/>
              </w:rPr>
              <w:t>*Görsel unsurlar</w:t>
            </w:r>
          </w:p>
          <w:p>
            <w:pPr>
              <w:spacing w:after="0"/>
            </w:pPr>
            <w:r>
              <w:rPr>
                <w:b w:val="0"/>
                <w:sz w:val="19"/>
              </w:rPr>
              <w:t>*Akıcı okuma</w:t>
            </w:r>
          </w:p>
          <w:p>
            <w:pPr>
              <w:spacing w:after="0"/>
            </w:pPr>
            <w:r>
              <w:rPr>
                <w:b w:val="0"/>
                <w:sz w:val="19"/>
              </w:rPr>
              <w:t>*Metnin anahtar kelimeleri</w:t>
            </w:r>
          </w:p>
          <w:p>
            <w:pPr>
              <w:spacing w:after="0"/>
            </w:pPr>
            <w:r>
              <w:rPr>
                <w:b w:val="0"/>
                <w:sz w:val="19"/>
              </w:rPr>
              <w:t>*Hazırlıksız konuşma</w:t>
            </w:r>
          </w:p>
          <w:p>
            <w:pPr>
              <w:spacing w:after="0"/>
            </w:pPr>
            <w:r>
              <w:rPr>
                <w:b w:val="0"/>
                <w:sz w:val="19"/>
              </w:rPr>
              <w:t xml:space="preserve">*Yazıda içerik ve yapı </w:t>
            </w:r>
          </w:p>
          <w:p>
            <w:pPr>
              <w:spacing w:after="0"/>
            </w:pPr>
            <w:r>
              <w:rPr>
                <w:b w:val="0"/>
                <w:sz w:val="19"/>
              </w:rPr>
              <w:t xml:space="preserve">*Beden dili </w:t>
            </w:r>
          </w:p>
          <w:p>
            <w:pPr>
              <w:spacing w:after="0"/>
            </w:pPr>
            <w:r>
              <w:rPr>
                <w:b w:val="0"/>
                <w:sz w:val="19"/>
              </w:rPr>
              <w:t>*Yazım kuralları</w:t>
            </w:r>
          </w:p>
          <w:p>
            <w:pPr>
              <w:spacing w:after="0"/>
            </w:pPr>
            <w:r>
              <w:rPr>
                <w:b w:val="0"/>
                <w:sz w:val="19"/>
              </w:rPr>
              <w:t>*Noktalama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D4. Dostluk</w:t>
            </w:r>
          </w:p>
          <w:p>
            <w:pPr>
              <w:spacing w:after="0"/>
            </w:pPr>
            <w:r>
              <w:rPr>
                <w:b w:val="0"/>
                <w:sz w:val="19"/>
              </w:rPr>
              <w:t xml:space="preserve"> D8. Mahremiyet</w:t>
            </w:r>
          </w:p>
          <w:p>
            <w:pPr>
              <w:spacing w:after="0"/>
            </w:pPr>
            <w:r>
              <w:rPr>
                <w:b w:val="0"/>
                <w:sz w:val="19"/>
              </w:rPr>
              <w:t xml:space="preserve">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p>
            <w:pPr>
              <w:spacing w:after="0"/>
            </w:pPr>
            <w:r>
              <w:rPr>
                <w:b w:val="0"/>
                <w:sz w:val="19"/>
              </w:rPr>
              <w:t xml:space="preserve"> 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Temadan hareketle özgün bir oyun (kutu oyunu, kâğıt kalem oyunları, sokak oyunu, temel kodlamaya dayalı dijital oyunlar vb.) tasarlanması ve tasarlanan oyunun sınıfta ya da uygun ortamlarda tanıtılması istenebilir.</w:t>
            </w:r>
          </w:p>
          <w:p>
            <w:pPr>
              <w:spacing w:after="0"/>
            </w:pPr>
            <w:r>
              <w:rPr>
                <w:b w:val="0"/>
                <w:sz w:val="19"/>
              </w:rPr>
              <w:t>Aile büyükleri birincil kaynak olmak üzere “geleneksel çocuk oyunları” üzerine bir araştırma yapılması; eskiden oynanan çocuk oyunları ile günümüzde oynanan çocuk oyunlarının karşılaştırılması, bu karşılaştırmayla birlikte araştırmada ulaşılan oyunlardan oluşan bir tanıtım içeriğinin hazırlanıp sınıfta ya da uygun dijital ortamlarda sunulması istenebilir.</w:t>
            </w:r>
          </w:p>
          <w:p>
            <w:pPr>
              <w:spacing w:after="0"/>
            </w:pPr>
            <w:r>
              <w:rPr>
                <w:b w:val="0"/>
                <w:sz w:val="19"/>
              </w:rPr>
              <w:t>“Geleneksel çocuk oyunları” üzerine alanında uzman kişiler, öğretmen, ebeveyn vb. ile röportaj yapılması ve bu röportajın ses dosyası ya da video kaydının dijital araçlar kullanılarak içerik hâline getirilmesi ve bu içeriğin paylaşılması istenir.</w:t>
            </w:r>
          </w:p>
          <w:p>
            <w:pPr>
              <w:spacing w:after="0"/>
            </w:pPr>
            <w:r>
              <w:rPr>
                <w:b w:val="0"/>
                <w:sz w:val="19"/>
              </w:rPr>
              <w:t>Film, kısa film ya da animasyonlarda yer alan “geleneksel çocuk oyunlarına” ilişkin örneklerin tespit edilmesi ve bu örneklerin eleştirel bir gözle değerlendirilerek tespitlerin sınıfta ya da uygun dijital ortamlarda sunulması istenebilir.</w:t>
            </w:r>
          </w:p>
          <w:p>
            <w:pPr>
              <w:spacing w:after="0"/>
            </w:pPr>
            <w:r>
              <w:rPr>
                <w:b w:val="0"/>
                <w:sz w:val="19"/>
              </w:rPr>
              <w:t>Destekleme</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Tema kapsamındaki öğrenme çıktılarına yönelik çalışmalar yapılırken iş birlikli öğrenme ortamlarının oluşturulması sağlanabilir.</w:t>
            </w:r>
          </w:p>
          <w:p>
            <w:pPr>
              <w:spacing w:after="0"/>
            </w:pPr>
            <w:r>
              <w:rPr>
                <w:b w:val="0"/>
                <w:sz w:val="19"/>
              </w:rPr>
              <w:t>Dinleme/izleme, okuma metni ya da tema içerisinde yer alan “dijital eğitici oyunlar”, “geleneksel çocuk oyunları”, “eğitici kutu oyunları" vb. kavramlar; görsel işitsel araçların sunumu ve şematik düzenleyicilerin kullanımı ile somutlaştırılabilir.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*Öğrenci ürün dosyaları</w:t>
            </w:r>
          </w:p>
          <w:p>
            <w:pPr>
              <w:spacing w:after="0"/>
            </w:pPr>
            <w:r>
              <w:rPr>
                <w:b w:val="0"/>
                <w:sz w:val="19"/>
              </w:rPr>
              <w:t>*Boşluk doldurma, açık uçlu soru, cümle tamamlama vb. çalışmaları</w:t>
            </w:r>
          </w:p>
          <w:p>
            <w:pPr>
              <w:spacing w:after="0"/>
            </w:pPr>
            <w:r>
              <w:rPr>
                <w:b w:val="0"/>
                <w:sz w:val="19"/>
              </w:rPr>
              <w:t>*Gelişim çizelgesi ve akran değerlendirme</w:t>
            </w:r>
          </w:p>
          <w:p>
            <w:pPr>
              <w:spacing w:after="0"/>
            </w:pPr>
            <w:r>
              <w:rPr>
                <w:b w:val="0"/>
                <w:sz w:val="19"/>
              </w:rPr>
              <w:t>ölçme araçları</w:t>
            </w:r>
          </w:p>
          <w:p>
            <w:pPr>
              <w:spacing w:after="0"/>
            </w:pPr>
            <w:r>
              <w:rPr>
                <w:b w:val="0"/>
                <w:sz w:val="19"/>
              </w:rPr>
              <w:t>*Çoktan seçmeli, açık uçlu soru ve iki bileşenli maddeler (doğru-yanlış, evet-hayır vb.) gibi çalışmalar</w:t>
            </w:r>
          </w:p>
          <w:p>
            <w:pPr>
              <w:spacing w:after="0"/>
            </w:pPr>
            <w:r>
              <w:rPr>
                <w:b w:val="0"/>
                <w:sz w:val="19"/>
              </w:rPr>
              <w:t>*Kavram haritası</w:t>
            </w:r>
          </w:p>
          <w:p>
            <w:pPr>
              <w:spacing w:after="0"/>
            </w:pPr>
            <w:r>
              <w:rPr>
                <w:b w:val="0"/>
                <w:sz w:val="19"/>
              </w:rPr>
              <w:t>*Karşılıklı konuşma, canlandırma vb. çalışmalar</w:t>
            </w:r>
          </w:p>
          <w:p>
            <w:pPr>
              <w:spacing w:after="0"/>
            </w:pPr>
            <w:r>
              <w:rPr>
                <w:b w:val="0"/>
                <w:sz w:val="19"/>
              </w:rPr>
              <w:t>*Eşleştirme, boşluk doldurma vb.</w:t>
            </w:r>
          </w:p>
          <w:p>
            <w:pPr>
              <w:spacing w:after="0"/>
            </w:pPr>
            <w:r>
              <w:rPr>
                <w:b w:val="0"/>
                <w:sz w:val="19"/>
              </w:rPr>
              <w:t>çalışmalar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4. Hafta 05-09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4. Hafta 05-09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OYUN DÜNYASI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Strateji, yöntem ve teknik</w:t>
            </w:r>
          </w:p>
          <w:p>
            <w:pPr>
              <w:spacing w:after="0"/>
            </w:pPr>
            <w:r>
              <w:rPr>
                <w:b w:val="0"/>
                <w:sz w:val="19"/>
              </w:rPr>
              <w:t>*Konuşma süreci</w:t>
            </w:r>
          </w:p>
          <w:p>
            <w:pPr>
              <w:spacing w:after="0"/>
            </w:pPr>
            <w:r>
              <w:rPr>
                <w:b w:val="0"/>
                <w:sz w:val="19"/>
              </w:rPr>
              <w:t>*Söz varlığı</w:t>
            </w:r>
          </w:p>
          <w:p>
            <w:pPr>
              <w:spacing w:after="0"/>
            </w:pPr>
            <w:r>
              <w:rPr>
                <w:b w:val="0"/>
                <w:sz w:val="19"/>
              </w:rPr>
              <w:t>*Yüzey anlam</w:t>
            </w:r>
          </w:p>
          <w:p>
            <w:pPr>
              <w:spacing w:after="0"/>
            </w:pPr>
            <w:r>
              <w:rPr>
                <w:b w:val="0"/>
                <w:sz w:val="19"/>
              </w:rPr>
              <w:t>*Görsel unsurlar</w:t>
            </w:r>
          </w:p>
          <w:p>
            <w:pPr>
              <w:spacing w:after="0"/>
            </w:pPr>
            <w:r>
              <w:rPr>
                <w:b w:val="0"/>
                <w:sz w:val="19"/>
              </w:rPr>
              <w:t>*Akıcı okuma</w:t>
            </w:r>
          </w:p>
          <w:p>
            <w:pPr>
              <w:spacing w:after="0"/>
            </w:pPr>
            <w:r>
              <w:rPr>
                <w:b w:val="0"/>
                <w:sz w:val="19"/>
              </w:rPr>
              <w:t>*Metnin anahtar kelimeleri</w:t>
            </w:r>
          </w:p>
          <w:p>
            <w:pPr>
              <w:spacing w:after="0"/>
            </w:pPr>
            <w:r>
              <w:rPr>
                <w:b w:val="0"/>
                <w:sz w:val="19"/>
              </w:rPr>
              <w:t>*Hazırlıksız konuşma</w:t>
            </w:r>
          </w:p>
          <w:p>
            <w:pPr>
              <w:spacing w:after="0"/>
            </w:pPr>
            <w:r>
              <w:rPr>
                <w:b w:val="0"/>
                <w:sz w:val="19"/>
              </w:rPr>
              <w:t xml:space="preserve">*Yazıda içerik ve yapı </w:t>
            </w:r>
          </w:p>
          <w:p>
            <w:pPr>
              <w:spacing w:after="0"/>
            </w:pPr>
            <w:r>
              <w:rPr>
                <w:b w:val="0"/>
                <w:sz w:val="19"/>
              </w:rPr>
              <w:t xml:space="preserve">*Beden dili </w:t>
            </w:r>
          </w:p>
          <w:p>
            <w:pPr>
              <w:spacing w:after="0"/>
            </w:pPr>
            <w:r>
              <w:rPr>
                <w:b w:val="0"/>
                <w:sz w:val="19"/>
              </w:rPr>
              <w:t>*Yazım kuralları</w:t>
            </w:r>
          </w:p>
          <w:p>
            <w:pPr>
              <w:spacing w:after="0"/>
            </w:pPr>
            <w:r>
              <w:rPr>
                <w:b w:val="0"/>
                <w:sz w:val="19"/>
              </w:rPr>
              <w:t>*Noktalama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D4. Dostluk</w:t>
            </w:r>
          </w:p>
          <w:p>
            <w:pPr>
              <w:spacing w:after="0"/>
            </w:pPr>
            <w:r>
              <w:rPr>
                <w:b w:val="0"/>
                <w:sz w:val="19"/>
              </w:rPr>
              <w:t xml:space="preserve"> D8. Mahremiyet</w:t>
            </w:r>
          </w:p>
          <w:p>
            <w:pPr>
              <w:spacing w:after="0"/>
            </w:pPr>
            <w:r>
              <w:rPr>
                <w:b w:val="0"/>
                <w:sz w:val="19"/>
              </w:rPr>
              <w:t xml:space="preserve">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p>
            <w:pPr>
              <w:spacing w:after="0"/>
            </w:pPr>
            <w:r>
              <w:rPr>
                <w:b w:val="0"/>
                <w:sz w:val="19"/>
              </w:rPr>
              <w:t xml:space="preserve"> 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Temadan hareketle özgün bir oyun (kutu oyunu, kâğıt kalem oyunları, sokak oyunu, temel kodlamaya dayalı dijital oyunlar vb.) tasarlanması ve tasarlanan oyunun sınıfta ya da uygun ortamlarda tanıtılması istenebilir.</w:t>
            </w:r>
          </w:p>
          <w:p>
            <w:pPr>
              <w:spacing w:after="0"/>
            </w:pPr>
            <w:r>
              <w:rPr>
                <w:b w:val="0"/>
                <w:sz w:val="19"/>
              </w:rPr>
              <w:t>Aile büyükleri birincil kaynak olmak üzere “geleneksel çocuk oyunları” üzerine bir araştırma yapılması; eskiden oynanan çocuk oyunları ile günümüzde oynanan çocuk oyunlarının karşılaştırılması, bu karşılaştırmayla birlikte araştırmada ulaşılan oyunlardan oluşan bir tanıtım içeriğinin hazırlanıp sınıfta ya da uygun dijital ortamlarda sunulması istenebilir.</w:t>
            </w:r>
          </w:p>
          <w:p>
            <w:pPr>
              <w:spacing w:after="0"/>
            </w:pPr>
            <w:r>
              <w:rPr>
                <w:b w:val="0"/>
                <w:sz w:val="19"/>
              </w:rPr>
              <w:t>“Geleneksel çocuk oyunları” üzerine alanında uzman kişiler, öğretmen, ebeveyn vb. ile röportaj yapılması ve bu röportajın ses dosyası ya da video kaydının dijital araçlar kullanılarak içerik hâline getirilmesi ve bu içeriğin paylaşılması istenir.</w:t>
            </w:r>
          </w:p>
          <w:p>
            <w:pPr>
              <w:spacing w:after="0"/>
            </w:pPr>
            <w:r>
              <w:rPr>
                <w:b w:val="0"/>
                <w:sz w:val="19"/>
              </w:rPr>
              <w:t>Film, kısa film ya da animasyonlarda yer alan “geleneksel çocuk oyunlarına” ilişkin örneklerin tespit edilmesi ve bu örneklerin eleştirel bir gözle değerlendirilerek tespitlerin sınıfta ya da uygun dijital ortamlarda sunulması istenebilir.</w:t>
            </w:r>
          </w:p>
          <w:p>
            <w:pPr>
              <w:spacing w:after="0"/>
            </w:pPr>
            <w:r>
              <w:rPr>
                <w:b w:val="0"/>
                <w:sz w:val="19"/>
              </w:rPr>
              <w:t>Destekleme</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Tema kapsamındaki öğrenme çıktılarına yönelik çalışmalar yapılırken iş birlikli öğrenme ortamlarının oluşturulması sağlanabilir.</w:t>
            </w:r>
          </w:p>
          <w:p>
            <w:pPr>
              <w:spacing w:after="0"/>
            </w:pPr>
            <w:r>
              <w:rPr>
                <w:b w:val="0"/>
                <w:sz w:val="19"/>
              </w:rPr>
              <w:t>Dinleme/izleme, okuma metni ya da tema içerisinde yer alan “dijital eğitici oyunlar”, “geleneksel çocuk oyunları”, “eğitici kutu oyunları" vb. kavramlar; görsel işitsel araçların sunumu ve şematik düzenleyicilerin kullanımı ile somutlaştırılabilir.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*Öğrenci ürün dosyaları</w:t>
            </w:r>
          </w:p>
          <w:p>
            <w:pPr>
              <w:spacing w:after="0"/>
            </w:pPr>
            <w:r>
              <w:rPr>
                <w:b w:val="0"/>
                <w:sz w:val="19"/>
              </w:rPr>
              <w:t>*Boşluk doldurma, açık uçlu soru, cümle tamamlama vb. çalışmaları</w:t>
            </w:r>
          </w:p>
          <w:p>
            <w:pPr>
              <w:spacing w:after="0"/>
            </w:pPr>
            <w:r>
              <w:rPr>
                <w:b w:val="0"/>
                <w:sz w:val="19"/>
              </w:rPr>
              <w:t>*Gelişim çizelgesi ve akran değerlendirme</w:t>
            </w:r>
          </w:p>
          <w:p>
            <w:pPr>
              <w:spacing w:after="0"/>
            </w:pPr>
            <w:r>
              <w:rPr>
                <w:b w:val="0"/>
                <w:sz w:val="19"/>
              </w:rPr>
              <w:t>ölçme araçları</w:t>
            </w:r>
          </w:p>
          <w:p>
            <w:pPr>
              <w:spacing w:after="0"/>
            </w:pPr>
            <w:r>
              <w:rPr>
                <w:b w:val="0"/>
                <w:sz w:val="19"/>
              </w:rPr>
              <w:t>*Çoktan seçmeli, açık uçlu soru ve iki bileşenli maddeler (doğru-yanlış, evet-hayır vb.) gibi çalışmalar</w:t>
            </w:r>
          </w:p>
          <w:p>
            <w:pPr>
              <w:spacing w:after="0"/>
            </w:pPr>
            <w:r>
              <w:rPr>
                <w:b w:val="0"/>
                <w:sz w:val="19"/>
              </w:rPr>
              <w:t>*Kavram haritası</w:t>
            </w:r>
          </w:p>
          <w:p>
            <w:pPr>
              <w:spacing w:after="0"/>
            </w:pPr>
            <w:r>
              <w:rPr>
                <w:b w:val="0"/>
                <w:sz w:val="19"/>
              </w:rPr>
              <w:t>*Karşılıklı konuşma, canlandırma vb. çalışmalar</w:t>
            </w:r>
          </w:p>
          <w:p>
            <w:pPr>
              <w:spacing w:after="0"/>
            </w:pPr>
            <w:r>
              <w:rPr>
                <w:b w:val="0"/>
                <w:sz w:val="19"/>
              </w:rPr>
              <w:t>*Eşleştirme, boşluk doldurma vb.</w:t>
            </w:r>
          </w:p>
          <w:p>
            <w:pPr>
              <w:spacing w:after="0"/>
            </w:pPr>
            <w:r>
              <w:rPr>
                <w:b w:val="0"/>
                <w:sz w:val="19"/>
              </w:rPr>
              <w:t>çalışmalar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4. Hafta 05-09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4. Hafta 05-09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OYUN DÜNYASI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Strateji, yöntem ve teknik</w:t>
            </w:r>
          </w:p>
          <w:p>
            <w:pPr>
              <w:spacing w:after="0"/>
            </w:pPr>
            <w:r>
              <w:rPr>
                <w:b w:val="0"/>
                <w:sz w:val="19"/>
              </w:rPr>
              <w:t>*Konuşma süreci</w:t>
            </w:r>
          </w:p>
          <w:p>
            <w:pPr>
              <w:spacing w:after="0"/>
            </w:pPr>
            <w:r>
              <w:rPr>
                <w:b w:val="0"/>
                <w:sz w:val="19"/>
              </w:rPr>
              <w:t>*Söz varlığı</w:t>
            </w:r>
          </w:p>
          <w:p>
            <w:pPr>
              <w:spacing w:after="0"/>
            </w:pPr>
            <w:r>
              <w:rPr>
                <w:b w:val="0"/>
                <w:sz w:val="19"/>
              </w:rPr>
              <w:t>*Yüzey anlam</w:t>
            </w:r>
          </w:p>
          <w:p>
            <w:pPr>
              <w:spacing w:after="0"/>
            </w:pPr>
            <w:r>
              <w:rPr>
                <w:b w:val="0"/>
                <w:sz w:val="19"/>
              </w:rPr>
              <w:t>*Görsel unsurlar</w:t>
            </w:r>
          </w:p>
          <w:p>
            <w:pPr>
              <w:spacing w:after="0"/>
            </w:pPr>
            <w:r>
              <w:rPr>
                <w:b w:val="0"/>
                <w:sz w:val="19"/>
              </w:rPr>
              <w:t>*Akıcı okuma</w:t>
            </w:r>
          </w:p>
          <w:p>
            <w:pPr>
              <w:spacing w:after="0"/>
            </w:pPr>
            <w:r>
              <w:rPr>
                <w:b w:val="0"/>
                <w:sz w:val="19"/>
              </w:rPr>
              <w:t>*Metnin anahtar kelimeleri</w:t>
            </w:r>
          </w:p>
          <w:p>
            <w:pPr>
              <w:spacing w:after="0"/>
            </w:pPr>
            <w:r>
              <w:rPr>
                <w:b w:val="0"/>
                <w:sz w:val="19"/>
              </w:rPr>
              <w:t>*Hazırlıksız konuşma</w:t>
            </w:r>
          </w:p>
          <w:p>
            <w:pPr>
              <w:spacing w:after="0"/>
            </w:pPr>
            <w:r>
              <w:rPr>
                <w:b w:val="0"/>
                <w:sz w:val="19"/>
              </w:rPr>
              <w:t xml:space="preserve">*Yazıda içerik ve yapı </w:t>
            </w:r>
          </w:p>
          <w:p>
            <w:pPr>
              <w:spacing w:after="0"/>
            </w:pPr>
            <w:r>
              <w:rPr>
                <w:b w:val="0"/>
                <w:sz w:val="19"/>
              </w:rPr>
              <w:t xml:space="preserve">*Beden dili </w:t>
            </w:r>
          </w:p>
          <w:p>
            <w:pPr>
              <w:spacing w:after="0"/>
            </w:pPr>
            <w:r>
              <w:rPr>
                <w:b w:val="0"/>
                <w:sz w:val="19"/>
              </w:rPr>
              <w:t>*Yazım kuralları</w:t>
            </w:r>
          </w:p>
          <w:p>
            <w:pPr>
              <w:spacing w:after="0"/>
            </w:pPr>
            <w:r>
              <w:rPr>
                <w:b w:val="0"/>
                <w:sz w:val="19"/>
              </w:rPr>
              <w:t>*Noktalama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D4. Dostluk</w:t>
            </w:r>
          </w:p>
          <w:p>
            <w:pPr>
              <w:spacing w:after="0"/>
            </w:pPr>
            <w:r>
              <w:rPr>
                <w:b w:val="0"/>
                <w:sz w:val="19"/>
              </w:rPr>
              <w:t xml:space="preserve"> D8. Mahremiyet</w:t>
            </w:r>
          </w:p>
          <w:p>
            <w:pPr>
              <w:spacing w:after="0"/>
            </w:pPr>
            <w:r>
              <w:rPr>
                <w:b w:val="0"/>
                <w:sz w:val="19"/>
              </w:rPr>
              <w:t xml:space="preserve">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p>
            <w:pPr>
              <w:spacing w:after="0"/>
            </w:pPr>
            <w:r>
              <w:rPr>
                <w:b w:val="0"/>
                <w:sz w:val="19"/>
              </w:rPr>
              <w:t xml:space="preserve"> 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Temadan hareketle özgün bir oyun (kutu oyunu, kâğıt kalem oyunları, sokak oyunu, temel kodlamaya dayalı dijital oyunlar vb.) tasarlanması ve tasarlanan oyunun sınıfta ya da uygun ortamlarda tanıtılması istenebilir.</w:t>
            </w:r>
          </w:p>
          <w:p>
            <w:pPr>
              <w:spacing w:after="0"/>
            </w:pPr>
            <w:r>
              <w:rPr>
                <w:b w:val="0"/>
                <w:sz w:val="19"/>
              </w:rPr>
              <w:t>Aile büyükleri birincil kaynak olmak üzere “geleneksel çocuk oyunları” üzerine bir araştırma yapılması; eskiden oynanan çocuk oyunları ile günümüzde oynanan çocuk oyunlarının karşılaştırılması, bu karşılaştırmayla birlikte araştırmada ulaşılan oyunlardan oluşan bir tanıtım içeriğinin hazırlanıp sınıfta ya da uygun dijital ortamlarda sunulması istenebilir.</w:t>
            </w:r>
          </w:p>
          <w:p>
            <w:pPr>
              <w:spacing w:after="0"/>
            </w:pPr>
            <w:r>
              <w:rPr>
                <w:b w:val="0"/>
                <w:sz w:val="19"/>
              </w:rPr>
              <w:t>“Geleneksel çocuk oyunları” üzerine alanında uzman kişiler, öğretmen, ebeveyn vb. ile röportaj yapılması ve bu röportajın ses dosyası ya da video kaydının dijital araçlar kullanılarak içerik hâline getirilmesi ve bu içeriğin paylaşılması istenir.</w:t>
            </w:r>
          </w:p>
          <w:p>
            <w:pPr>
              <w:spacing w:after="0"/>
            </w:pPr>
            <w:r>
              <w:rPr>
                <w:b w:val="0"/>
                <w:sz w:val="19"/>
              </w:rPr>
              <w:t>Film, kısa film ya da animasyonlarda yer alan “geleneksel çocuk oyunlarına” ilişkin örneklerin tespit edilmesi ve bu örneklerin eleştirel bir gözle değerlendirilerek tespitlerin sınıfta ya da uygun dijital ortamlarda sunulması istenebilir.</w:t>
            </w:r>
          </w:p>
          <w:p>
            <w:pPr>
              <w:spacing w:after="0"/>
            </w:pPr>
            <w:r>
              <w:rPr>
                <w:b w:val="0"/>
                <w:sz w:val="19"/>
              </w:rPr>
              <w:t>Destekleme</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Tema kapsamındaki öğrenme çıktılarına yönelik çalışmalar yapılırken iş birlikli öğrenme ortamlarının oluşturulması sağlanabilir.</w:t>
            </w:r>
          </w:p>
          <w:p>
            <w:pPr>
              <w:spacing w:after="0"/>
            </w:pPr>
            <w:r>
              <w:rPr>
                <w:b w:val="0"/>
                <w:sz w:val="19"/>
              </w:rPr>
              <w:t>Dinleme/izleme, okuma metni ya da tema içerisinde yer alan “dijital eğitici oyunlar”, “geleneksel çocuk oyunları”, “eğitici kutu oyunları" vb. kavramlar; görsel işitsel araçların sunumu ve şematik düzenleyicilerin kullanımı ile somutlaştırılabilir.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*Öğrenci ürün dosyaları</w:t>
            </w:r>
          </w:p>
          <w:p>
            <w:pPr>
              <w:spacing w:after="0"/>
            </w:pPr>
            <w:r>
              <w:rPr>
                <w:b w:val="0"/>
                <w:sz w:val="19"/>
              </w:rPr>
              <w:t>*Boşluk doldurma, açık uçlu soru, cümle tamamlama vb. çalışmaları</w:t>
            </w:r>
          </w:p>
          <w:p>
            <w:pPr>
              <w:spacing w:after="0"/>
            </w:pPr>
            <w:r>
              <w:rPr>
                <w:b w:val="0"/>
                <w:sz w:val="19"/>
              </w:rPr>
              <w:t>*Gelişim çizelgesi ve akran değerlendirme</w:t>
            </w:r>
          </w:p>
          <w:p>
            <w:pPr>
              <w:spacing w:after="0"/>
            </w:pPr>
            <w:r>
              <w:rPr>
                <w:b w:val="0"/>
                <w:sz w:val="19"/>
              </w:rPr>
              <w:t>ölçme araçları</w:t>
            </w:r>
          </w:p>
          <w:p>
            <w:pPr>
              <w:spacing w:after="0"/>
            </w:pPr>
            <w:r>
              <w:rPr>
                <w:b w:val="0"/>
                <w:sz w:val="19"/>
              </w:rPr>
              <w:t>*Çoktan seçmeli, açık uçlu soru ve iki bileşenli maddeler (doğru-yanlış, evet-hayır vb.) gibi çalışmalar</w:t>
            </w:r>
          </w:p>
          <w:p>
            <w:pPr>
              <w:spacing w:after="0"/>
            </w:pPr>
            <w:r>
              <w:rPr>
                <w:b w:val="0"/>
                <w:sz w:val="19"/>
              </w:rPr>
              <w:t>*Kavram haritası</w:t>
            </w:r>
          </w:p>
          <w:p>
            <w:pPr>
              <w:spacing w:after="0"/>
            </w:pPr>
            <w:r>
              <w:rPr>
                <w:b w:val="0"/>
                <w:sz w:val="19"/>
              </w:rPr>
              <w:t>*Karşılıklı konuşma, canlandırma vb. çalışmalar</w:t>
            </w:r>
          </w:p>
          <w:p>
            <w:pPr>
              <w:spacing w:after="0"/>
            </w:pPr>
            <w:r>
              <w:rPr>
                <w:b w:val="0"/>
                <w:sz w:val="19"/>
              </w:rPr>
              <w:t>*Eşleştirme, boşluk doldurma vb.</w:t>
            </w:r>
          </w:p>
          <w:p>
            <w:pPr>
              <w:spacing w:after="0"/>
            </w:pPr>
            <w:r>
              <w:rPr>
                <w:b w:val="0"/>
                <w:sz w:val="19"/>
              </w:rPr>
              <w:t>çalışmalar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5. Hafta 12-16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5. Hafta 12-16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OYUN DÜNYASI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Strateji, yöntem ve teknik</w:t>
            </w:r>
          </w:p>
          <w:p>
            <w:pPr>
              <w:spacing w:after="0"/>
            </w:pPr>
            <w:r>
              <w:rPr>
                <w:b w:val="0"/>
                <w:sz w:val="19"/>
              </w:rPr>
              <w:t>*Konuşma süreci</w:t>
            </w:r>
          </w:p>
          <w:p>
            <w:pPr>
              <w:spacing w:after="0"/>
            </w:pPr>
            <w:r>
              <w:rPr>
                <w:b w:val="0"/>
                <w:sz w:val="19"/>
              </w:rPr>
              <w:t>*Söz varlığı</w:t>
            </w:r>
          </w:p>
          <w:p>
            <w:pPr>
              <w:spacing w:after="0"/>
            </w:pPr>
            <w:r>
              <w:rPr>
                <w:b w:val="0"/>
                <w:sz w:val="19"/>
              </w:rPr>
              <w:t>*Yüzey anlam</w:t>
            </w:r>
          </w:p>
          <w:p>
            <w:pPr>
              <w:spacing w:after="0"/>
            </w:pPr>
            <w:r>
              <w:rPr>
                <w:b w:val="0"/>
                <w:sz w:val="19"/>
              </w:rPr>
              <w:t>*Görsel unsurlar</w:t>
            </w:r>
          </w:p>
          <w:p>
            <w:pPr>
              <w:spacing w:after="0"/>
            </w:pPr>
            <w:r>
              <w:rPr>
                <w:b w:val="0"/>
                <w:sz w:val="19"/>
              </w:rPr>
              <w:t>*Akıcı okuma</w:t>
            </w:r>
          </w:p>
          <w:p>
            <w:pPr>
              <w:spacing w:after="0"/>
            </w:pPr>
            <w:r>
              <w:rPr>
                <w:b w:val="0"/>
                <w:sz w:val="19"/>
              </w:rPr>
              <w:t>*Metnin anahtar kelimeleri</w:t>
            </w:r>
          </w:p>
          <w:p>
            <w:pPr>
              <w:spacing w:after="0"/>
            </w:pPr>
            <w:r>
              <w:rPr>
                <w:b w:val="0"/>
                <w:sz w:val="19"/>
              </w:rPr>
              <w:t>*Hazırlıksız konuşma</w:t>
            </w:r>
          </w:p>
          <w:p>
            <w:pPr>
              <w:spacing w:after="0"/>
            </w:pPr>
            <w:r>
              <w:rPr>
                <w:b w:val="0"/>
                <w:sz w:val="19"/>
              </w:rPr>
              <w:t xml:space="preserve">*Yazıda içerik ve yapı </w:t>
            </w:r>
          </w:p>
          <w:p>
            <w:pPr>
              <w:spacing w:after="0"/>
            </w:pPr>
            <w:r>
              <w:rPr>
                <w:b w:val="0"/>
                <w:sz w:val="19"/>
              </w:rPr>
              <w:t xml:space="preserve">*Beden dili </w:t>
            </w:r>
          </w:p>
          <w:p>
            <w:pPr>
              <w:spacing w:after="0"/>
            </w:pPr>
            <w:r>
              <w:rPr>
                <w:b w:val="0"/>
                <w:sz w:val="19"/>
              </w:rPr>
              <w:t>*Yazım kuralları</w:t>
            </w:r>
          </w:p>
          <w:p>
            <w:pPr>
              <w:spacing w:after="0"/>
            </w:pPr>
            <w:r>
              <w:rPr>
                <w:b w:val="0"/>
                <w:sz w:val="19"/>
              </w:rPr>
              <w:t>*Noktalama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D4. Dostluk</w:t>
            </w:r>
          </w:p>
          <w:p>
            <w:pPr>
              <w:spacing w:after="0"/>
            </w:pPr>
            <w:r>
              <w:rPr>
                <w:b w:val="0"/>
                <w:sz w:val="19"/>
              </w:rPr>
              <w:t xml:space="preserve"> D8. Mahremiyet</w:t>
            </w:r>
          </w:p>
          <w:p>
            <w:pPr>
              <w:spacing w:after="0"/>
            </w:pPr>
            <w:r>
              <w:rPr>
                <w:b w:val="0"/>
                <w:sz w:val="19"/>
              </w:rPr>
              <w:t xml:space="preserve">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p>
            <w:pPr>
              <w:spacing w:after="0"/>
            </w:pPr>
            <w:r>
              <w:rPr>
                <w:b w:val="0"/>
                <w:sz w:val="19"/>
              </w:rPr>
              <w:t xml:space="preserve"> 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Temadan hareketle özgün bir oyun (kutu oyunu, kâğıt kalem oyunları, sokak oyunu, temel kodlamaya dayalı dijital oyunlar vb.) tasarlanması ve tasarlanan oyunun sınıfta ya da uygun ortamlarda tanıtılması istenebilir.</w:t>
            </w:r>
          </w:p>
          <w:p>
            <w:pPr>
              <w:spacing w:after="0"/>
            </w:pPr>
            <w:r>
              <w:rPr>
                <w:b w:val="0"/>
                <w:sz w:val="19"/>
              </w:rPr>
              <w:t>Aile büyükleri birincil kaynak olmak üzere “geleneksel çocuk oyunları” üzerine bir araştırma yapılması; eskiden oynanan çocuk oyunları ile günümüzde oynanan çocuk oyunlarının karşılaştırılması, bu karşılaştırmayla birlikte araştırmada ulaşılan oyunlardan oluşan bir tanıtım içeriğinin hazırlanıp sınıfta ya da uygun dijital ortamlarda sunulması istenebilir.</w:t>
            </w:r>
          </w:p>
          <w:p>
            <w:pPr>
              <w:spacing w:after="0"/>
            </w:pPr>
            <w:r>
              <w:rPr>
                <w:b w:val="0"/>
                <w:sz w:val="19"/>
              </w:rPr>
              <w:t>“Geleneksel çocuk oyunları” üzerine alanında uzman kişiler, öğretmen, ebeveyn vb. ile röportaj yapılması ve bu röportajın ses dosyası ya da video kaydının dijital araçlar kullanılarak içerik hâline getirilmesi ve bu içeriğin paylaşılması istenir.</w:t>
            </w:r>
          </w:p>
          <w:p>
            <w:pPr>
              <w:spacing w:after="0"/>
            </w:pPr>
            <w:r>
              <w:rPr>
                <w:b w:val="0"/>
                <w:sz w:val="19"/>
              </w:rPr>
              <w:t>Film, kısa film ya da animasyonlarda yer alan “geleneksel çocuk oyunlarına” ilişkin örneklerin tespit edilmesi ve bu örneklerin eleştirel bir gözle değerlendirilerek tespitlerin sınıfta ya da uygun dijital ortamlarda sunulması istenebilir.</w:t>
            </w:r>
          </w:p>
          <w:p>
            <w:pPr>
              <w:spacing w:after="0"/>
            </w:pPr>
            <w:r>
              <w:rPr>
                <w:b w:val="0"/>
                <w:sz w:val="19"/>
              </w:rPr>
              <w:t>Destekleme</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Tema kapsamındaki öğrenme çıktılarına yönelik çalışmalar yapılırken iş birlikli öğrenme ortamlarının oluşturulması sağlanabilir.</w:t>
            </w:r>
          </w:p>
          <w:p>
            <w:pPr>
              <w:spacing w:after="0"/>
            </w:pPr>
            <w:r>
              <w:rPr>
                <w:b w:val="0"/>
                <w:sz w:val="19"/>
              </w:rPr>
              <w:t>Dinleme/izleme, okuma metni ya da tema içerisinde yer alan “dijital eğitici oyunlar”, “geleneksel çocuk oyunları”, “eğitici kutu oyunları" vb. kavramlar; görsel işitsel araçların sunumu ve şematik düzenleyicilerin kullanımı ile somutlaştırılabilir.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*Öğrenci ürün dosyaları</w:t>
            </w:r>
          </w:p>
          <w:p>
            <w:pPr>
              <w:spacing w:after="0"/>
            </w:pPr>
            <w:r>
              <w:rPr>
                <w:b w:val="0"/>
                <w:sz w:val="19"/>
              </w:rPr>
              <w:t>*Boşluk doldurma, açık uçlu soru, cümle tamamlama vb. çalışmaları</w:t>
            </w:r>
          </w:p>
          <w:p>
            <w:pPr>
              <w:spacing w:after="0"/>
            </w:pPr>
            <w:r>
              <w:rPr>
                <w:b w:val="0"/>
                <w:sz w:val="19"/>
              </w:rPr>
              <w:t>*Gelişim çizelgesi ve akran değerlendirme</w:t>
            </w:r>
          </w:p>
          <w:p>
            <w:pPr>
              <w:spacing w:after="0"/>
            </w:pPr>
            <w:r>
              <w:rPr>
                <w:b w:val="0"/>
                <w:sz w:val="19"/>
              </w:rPr>
              <w:t>ölçme araçları</w:t>
            </w:r>
          </w:p>
          <w:p>
            <w:pPr>
              <w:spacing w:after="0"/>
            </w:pPr>
            <w:r>
              <w:rPr>
                <w:b w:val="0"/>
                <w:sz w:val="19"/>
              </w:rPr>
              <w:t>*Çoktan seçmeli, açık uçlu soru ve iki bileşenli maddeler (doğru-yanlış, evet-hayır vb.) gibi çalışmalar</w:t>
            </w:r>
          </w:p>
          <w:p>
            <w:pPr>
              <w:spacing w:after="0"/>
            </w:pPr>
            <w:r>
              <w:rPr>
                <w:b w:val="0"/>
                <w:sz w:val="19"/>
              </w:rPr>
              <w:t>*Kavram haritası</w:t>
            </w:r>
          </w:p>
          <w:p>
            <w:pPr>
              <w:spacing w:after="0"/>
            </w:pPr>
            <w:r>
              <w:rPr>
                <w:b w:val="0"/>
                <w:sz w:val="19"/>
              </w:rPr>
              <w:t>*Karşılıklı konuşma, canlandırma vb. çalışmalar</w:t>
            </w:r>
          </w:p>
          <w:p>
            <w:pPr>
              <w:spacing w:after="0"/>
            </w:pPr>
            <w:r>
              <w:rPr>
                <w:b w:val="0"/>
                <w:sz w:val="19"/>
              </w:rPr>
              <w:t>*Eşleştirme, boşluk doldurma vb.</w:t>
            </w:r>
          </w:p>
          <w:p>
            <w:pPr>
              <w:spacing w:after="0"/>
            </w:pPr>
            <w:r>
              <w:rPr>
                <w:b w:val="0"/>
                <w:sz w:val="19"/>
              </w:rPr>
              <w:t>çalışmalar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5. Hafta 12-16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5. Hafta 12-16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OYUN DÜNYASI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Strateji, yöntem ve teknik</w:t>
            </w:r>
          </w:p>
          <w:p>
            <w:pPr>
              <w:spacing w:after="0"/>
            </w:pPr>
            <w:r>
              <w:rPr>
                <w:b w:val="0"/>
                <w:sz w:val="19"/>
              </w:rPr>
              <w:t>*Konuşma süreci</w:t>
            </w:r>
          </w:p>
          <w:p>
            <w:pPr>
              <w:spacing w:after="0"/>
            </w:pPr>
            <w:r>
              <w:rPr>
                <w:b w:val="0"/>
                <w:sz w:val="19"/>
              </w:rPr>
              <w:t>*Söz varlığı</w:t>
            </w:r>
          </w:p>
          <w:p>
            <w:pPr>
              <w:spacing w:after="0"/>
            </w:pPr>
            <w:r>
              <w:rPr>
                <w:b w:val="0"/>
                <w:sz w:val="19"/>
              </w:rPr>
              <w:t>*Yüzey anlam</w:t>
            </w:r>
          </w:p>
          <w:p>
            <w:pPr>
              <w:spacing w:after="0"/>
            </w:pPr>
            <w:r>
              <w:rPr>
                <w:b w:val="0"/>
                <w:sz w:val="19"/>
              </w:rPr>
              <w:t>*Görsel unsurlar</w:t>
            </w:r>
          </w:p>
          <w:p>
            <w:pPr>
              <w:spacing w:after="0"/>
            </w:pPr>
            <w:r>
              <w:rPr>
                <w:b w:val="0"/>
                <w:sz w:val="19"/>
              </w:rPr>
              <w:t>*Akıcı okuma</w:t>
            </w:r>
          </w:p>
          <w:p>
            <w:pPr>
              <w:spacing w:after="0"/>
            </w:pPr>
            <w:r>
              <w:rPr>
                <w:b w:val="0"/>
                <w:sz w:val="19"/>
              </w:rPr>
              <w:t>*Metnin anahtar kelimeleri</w:t>
            </w:r>
          </w:p>
          <w:p>
            <w:pPr>
              <w:spacing w:after="0"/>
            </w:pPr>
            <w:r>
              <w:rPr>
                <w:b w:val="0"/>
                <w:sz w:val="19"/>
              </w:rPr>
              <w:t>*Hazırlıksız konuşma</w:t>
            </w:r>
          </w:p>
          <w:p>
            <w:pPr>
              <w:spacing w:after="0"/>
            </w:pPr>
            <w:r>
              <w:rPr>
                <w:b w:val="0"/>
                <w:sz w:val="19"/>
              </w:rPr>
              <w:t xml:space="preserve">*Yazıda içerik ve yapı </w:t>
            </w:r>
          </w:p>
          <w:p>
            <w:pPr>
              <w:spacing w:after="0"/>
            </w:pPr>
            <w:r>
              <w:rPr>
                <w:b w:val="0"/>
                <w:sz w:val="19"/>
              </w:rPr>
              <w:t xml:space="preserve">*Beden dili </w:t>
            </w:r>
          </w:p>
          <w:p>
            <w:pPr>
              <w:spacing w:after="0"/>
            </w:pPr>
            <w:r>
              <w:rPr>
                <w:b w:val="0"/>
                <w:sz w:val="19"/>
              </w:rPr>
              <w:t>*Yazım kuralları</w:t>
            </w:r>
          </w:p>
          <w:p>
            <w:pPr>
              <w:spacing w:after="0"/>
            </w:pPr>
            <w:r>
              <w:rPr>
                <w:b w:val="0"/>
                <w:sz w:val="19"/>
              </w:rPr>
              <w:t>*Noktalama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D4. Dostluk</w:t>
            </w:r>
          </w:p>
          <w:p>
            <w:pPr>
              <w:spacing w:after="0"/>
            </w:pPr>
            <w:r>
              <w:rPr>
                <w:b w:val="0"/>
                <w:sz w:val="19"/>
              </w:rPr>
              <w:t xml:space="preserve"> D8. Mahremiyet</w:t>
            </w:r>
          </w:p>
          <w:p>
            <w:pPr>
              <w:spacing w:after="0"/>
            </w:pPr>
            <w:r>
              <w:rPr>
                <w:b w:val="0"/>
                <w:sz w:val="19"/>
              </w:rPr>
              <w:t xml:space="preserve">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p>
            <w:pPr>
              <w:spacing w:after="0"/>
            </w:pPr>
            <w:r>
              <w:rPr>
                <w:b w:val="0"/>
                <w:sz w:val="19"/>
              </w:rPr>
              <w:t xml:space="preserve"> 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Temadan hareketle özgün bir oyun (kutu oyunu, kâğıt kalem oyunları, sokak oyunu, temel kodlamaya dayalı dijital oyunlar vb.) tasarlanması ve tasarlanan oyunun sınıfta ya da uygun ortamlarda tanıtılması istenebilir.</w:t>
            </w:r>
          </w:p>
          <w:p>
            <w:pPr>
              <w:spacing w:after="0"/>
            </w:pPr>
            <w:r>
              <w:rPr>
                <w:b w:val="0"/>
                <w:sz w:val="19"/>
              </w:rPr>
              <w:t>Aile büyükleri birincil kaynak olmak üzere “geleneksel çocuk oyunları” üzerine bir araştırma yapılması; eskiden oynanan çocuk oyunları ile günümüzde oynanan çocuk oyunlarının karşılaştırılması, bu karşılaştırmayla birlikte araştırmada ulaşılan oyunlardan oluşan bir tanıtım içeriğinin hazırlanıp sınıfta ya da uygun dijital ortamlarda sunulması istenebilir.</w:t>
            </w:r>
          </w:p>
          <w:p>
            <w:pPr>
              <w:spacing w:after="0"/>
            </w:pPr>
            <w:r>
              <w:rPr>
                <w:b w:val="0"/>
                <w:sz w:val="19"/>
              </w:rPr>
              <w:t>“Geleneksel çocuk oyunları” üzerine alanında uzman kişiler, öğretmen, ebeveyn vb. ile röportaj yapılması ve bu röportajın ses dosyası ya da video kaydının dijital araçlar kullanılarak içerik hâline getirilmesi ve bu içeriğin paylaşılması istenir.</w:t>
            </w:r>
          </w:p>
          <w:p>
            <w:pPr>
              <w:spacing w:after="0"/>
            </w:pPr>
            <w:r>
              <w:rPr>
                <w:b w:val="0"/>
                <w:sz w:val="19"/>
              </w:rPr>
              <w:t>Film, kısa film ya da animasyonlarda yer alan “geleneksel çocuk oyunlarına” ilişkin örneklerin tespit edilmesi ve bu örneklerin eleştirel bir gözle değerlendirilerek tespitlerin sınıfta ya da uygun dijital ortamlarda sunulması istenebilir.</w:t>
            </w:r>
          </w:p>
          <w:p>
            <w:pPr>
              <w:spacing w:after="0"/>
            </w:pPr>
            <w:r>
              <w:rPr>
                <w:b w:val="0"/>
                <w:sz w:val="19"/>
              </w:rPr>
              <w:t>Destekleme</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Tema kapsamındaki öğrenme çıktılarına yönelik çalışmalar yapılırken iş birlikli öğrenme ortamlarının oluşturulması sağlanabilir.</w:t>
            </w:r>
          </w:p>
          <w:p>
            <w:pPr>
              <w:spacing w:after="0"/>
            </w:pPr>
            <w:r>
              <w:rPr>
                <w:b w:val="0"/>
                <w:sz w:val="19"/>
              </w:rPr>
              <w:t>Dinleme/izleme, okuma metni ya da tema içerisinde yer alan “dijital eğitici oyunlar”, “geleneksel çocuk oyunları”, “eğitici kutu oyunları" vb. kavramlar; görsel işitsel araçların sunumu ve şematik düzenleyicilerin kullanımı ile somutlaştırılabilir.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*Öğrenci ürün dosyaları</w:t>
            </w:r>
          </w:p>
          <w:p>
            <w:pPr>
              <w:spacing w:after="0"/>
            </w:pPr>
            <w:r>
              <w:rPr>
                <w:b w:val="0"/>
                <w:sz w:val="19"/>
              </w:rPr>
              <w:t>*Boşluk doldurma, açık uçlu soru, cümle tamamlama vb. çalışmaları</w:t>
            </w:r>
          </w:p>
          <w:p>
            <w:pPr>
              <w:spacing w:after="0"/>
            </w:pPr>
            <w:r>
              <w:rPr>
                <w:b w:val="0"/>
                <w:sz w:val="19"/>
              </w:rPr>
              <w:t>*Gelişim çizelgesi ve akran değerlendirme</w:t>
            </w:r>
          </w:p>
          <w:p>
            <w:pPr>
              <w:spacing w:after="0"/>
            </w:pPr>
            <w:r>
              <w:rPr>
                <w:b w:val="0"/>
                <w:sz w:val="19"/>
              </w:rPr>
              <w:t>ölçme araçları</w:t>
            </w:r>
          </w:p>
          <w:p>
            <w:pPr>
              <w:spacing w:after="0"/>
            </w:pPr>
            <w:r>
              <w:rPr>
                <w:b w:val="0"/>
                <w:sz w:val="19"/>
              </w:rPr>
              <w:t>*Çoktan seçmeli, açık uçlu soru ve iki bileşenli maddeler (doğru-yanlış, evet-hayır vb.) gibi çalışmalar</w:t>
            </w:r>
          </w:p>
          <w:p>
            <w:pPr>
              <w:spacing w:after="0"/>
            </w:pPr>
            <w:r>
              <w:rPr>
                <w:b w:val="0"/>
                <w:sz w:val="19"/>
              </w:rPr>
              <w:t>*Kavram haritası</w:t>
            </w:r>
          </w:p>
          <w:p>
            <w:pPr>
              <w:spacing w:after="0"/>
            </w:pPr>
            <w:r>
              <w:rPr>
                <w:b w:val="0"/>
                <w:sz w:val="19"/>
              </w:rPr>
              <w:t>*Karşılıklı konuşma, canlandırma vb. çalışmalar</w:t>
            </w:r>
          </w:p>
          <w:p>
            <w:pPr>
              <w:spacing w:after="0"/>
            </w:pPr>
            <w:r>
              <w:rPr>
                <w:b w:val="0"/>
                <w:sz w:val="19"/>
              </w:rPr>
              <w:t>*Eşleştirme, boşluk doldurma vb.</w:t>
            </w:r>
          </w:p>
          <w:p>
            <w:pPr>
              <w:spacing w:after="0"/>
            </w:pPr>
            <w:r>
              <w:rPr>
                <w:b w:val="0"/>
                <w:sz w:val="19"/>
              </w:rPr>
              <w:t>çalışmalar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6. Hafta 19-23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6. Hafta 19-23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OYUN DÜNYASI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Strateji, yöntem ve teknik</w:t>
            </w:r>
          </w:p>
          <w:p>
            <w:pPr>
              <w:spacing w:after="0"/>
            </w:pPr>
            <w:r>
              <w:rPr>
                <w:b w:val="0"/>
                <w:sz w:val="19"/>
              </w:rPr>
              <w:t>*Konuşma süreci</w:t>
            </w:r>
          </w:p>
          <w:p>
            <w:pPr>
              <w:spacing w:after="0"/>
            </w:pPr>
            <w:r>
              <w:rPr>
                <w:b w:val="0"/>
                <w:sz w:val="19"/>
              </w:rPr>
              <w:t>*Söz varlığı</w:t>
            </w:r>
          </w:p>
          <w:p>
            <w:pPr>
              <w:spacing w:after="0"/>
            </w:pPr>
            <w:r>
              <w:rPr>
                <w:b w:val="0"/>
                <w:sz w:val="19"/>
              </w:rPr>
              <w:t>*Yüzey anlam</w:t>
            </w:r>
          </w:p>
          <w:p>
            <w:pPr>
              <w:spacing w:after="0"/>
            </w:pPr>
            <w:r>
              <w:rPr>
                <w:b w:val="0"/>
                <w:sz w:val="19"/>
              </w:rPr>
              <w:t>*Görsel unsurlar</w:t>
            </w:r>
          </w:p>
          <w:p>
            <w:pPr>
              <w:spacing w:after="0"/>
            </w:pPr>
            <w:r>
              <w:rPr>
                <w:b w:val="0"/>
                <w:sz w:val="19"/>
              </w:rPr>
              <w:t>*Akıcı okuma</w:t>
            </w:r>
          </w:p>
          <w:p>
            <w:pPr>
              <w:spacing w:after="0"/>
            </w:pPr>
            <w:r>
              <w:rPr>
                <w:b w:val="0"/>
                <w:sz w:val="19"/>
              </w:rPr>
              <w:t>*Metnin anahtar kelimeleri</w:t>
            </w:r>
          </w:p>
          <w:p>
            <w:pPr>
              <w:spacing w:after="0"/>
            </w:pPr>
            <w:r>
              <w:rPr>
                <w:b w:val="0"/>
                <w:sz w:val="19"/>
              </w:rPr>
              <w:t>*Hazırlıksız konuşma</w:t>
            </w:r>
          </w:p>
          <w:p>
            <w:pPr>
              <w:spacing w:after="0"/>
            </w:pPr>
            <w:r>
              <w:rPr>
                <w:b w:val="0"/>
                <w:sz w:val="19"/>
              </w:rPr>
              <w:t xml:space="preserve">*Yazıda içerik ve yapı </w:t>
            </w:r>
          </w:p>
          <w:p>
            <w:pPr>
              <w:spacing w:after="0"/>
            </w:pPr>
            <w:r>
              <w:rPr>
                <w:b w:val="0"/>
                <w:sz w:val="19"/>
              </w:rPr>
              <w:t xml:space="preserve">*Beden dili </w:t>
            </w:r>
          </w:p>
          <w:p>
            <w:pPr>
              <w:spacing w:after="0"/>
            </w:pPr>
            <w:r>
              <w:rPr>
                <w:b w:val="0"/>
                <w:sz w:val="19"/>
              </w:rPr>
              <w:t>*Yazım kuralları</w:t>
            </w:r>
          </w:p>
          <w:p>
            <w:pPr>
              <w:spacing w:after="0"/>
            </w:pPr>
            <w:r>
              <w:rPr>
                <w:b w:val="0"/>
                <w:sz w:val="19"/>
              </w:rPr>
              <w:t>*Noktalama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D4. Dostluk</w:t>
            </w:r>
          </w:p>
          <w:p>
            <w:pPr>
              <w:spacing w:after="0"/>
            </w:pPr>
            <w:r>
              <w:rPr>
                <w:b w:val="0"/>
                <w:sz w:val="19"/>
              </w:rPr>
              <w:t xml:space="preserve"> D8. Mahremiyet</w:t>
            </w:r>
          </w:p>
          <w:p>
            <w:pPr>
              <w:spacing w:after="0"/>
            </w:pPr>
            <w:r>
              <w:rPr>
                <w:b w:val="0"/>
                <w:sz w:val="19"/>
              </w:rPr>
              <w:t xml:space="preserve">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p>
            <w:pPr>
              <w:spacing w:after="0"/>
            </w:pPr>
            <w:r>
              <w:rPr>
                <w:b w:val="0"/>
                <w:sz w:val="19"/>
              </w:rPr>
              <w:t xml:space="preserve"> 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Temadan hareketle özgün bir oyun (kutu oyunu, kâğıt kalem oyunları, sokak oyunu, temel kodlamaya dayalı dijital oyunlar vb.) tasarlanması ve tasarlanan oyunun sınıfta ya da uygun ortamlarda tanıtılması istenebilir.</w:t>
            </w:r>
          </w:p>
          <w:p>
            <w:pPr>
              <w:spacing w:after="0"/>
            </w:pPr>
            <w:r>
              <w:rPr>
                <w:b w:val="0"/>
                <w:sz w:val="19"/>
              </w:rPr>
              <w:t>Aile büyükleri birincil kaynak olmak üzere “geleneksel çocuk oyunları” üzerine bir araştırma yapılması; eskiden oynanan çocuk oyunları ile günümüzde oynanan çocuk oyunlarının karşılaştırılması, bu karşılaştırmayla birlikte araştırmada ulaşılan oyunlardan oluşan bir tanıtım içeriğinin hazırlanıp sınıfta ya da uygun dijital ortamlarda sunulması istenebilir.</w:t>
            </w:r>
          </w:p>
          <w:p>
            <w:pPr>
              <w:spacing w:after="0"/>
            </w:pPr>
            <w:r>
              <w:rPr>
                <w:b w:val="0"/>
                <w:sz w:val="19"/>
              </w:rPr>
              <w:t>“Geleneksel çocuk oyunları” üzerine alanında uzman kişiler, öğretmen, ebeveyn vb. ile röportaj yapılması ve bu röportajın ses dosyası ya da video kaydının dijital araçlar kullanılarak içerik hâline getirilmesi ve bu içeriğin paylaşılması istenir.</w:t>
            </w:r>
          </w:p>
          <w:p>
            <w:pPr>
              <w:spacing w:after="0"/>
            </w:pPr>
            <w:r>
              <w:rPr>
                <w:b w:val="0"/>
                <w:sz w:val="19"/>
              </w:rPr>
              <w:t>Film, kısa film ya da animasyonlarda yer alan “geleneksel çocuk oyunlarına” ilişkin örneklerin tespit edilmesi ve bu örneklerin eleştirel bir gözle değerlendirilerek tespitlerin sınıfta ya da uygun dijital ortamlarda sunulması istenebilir.</w:t>
            </w:r>
          </w:p>
          <w:p>
            <w:pPr>
              <w:spacing w:after="0"/>
            </w:pPr>
            <w:r>
              <w:rPr>
                <w:b w:val="0"/>
                <w:sz w:val="19"/>
              </w:rPr>
              <w:t>Destekleme</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Tema kapsamındaki öğrenme çıktılarına yönelik çalışmalar yapılırken iş birlikli öğrenme ortamlarının oluşturulması sağlanabilir.</w:t>
            </w:r>
          </w:p>
          <w:p>
            <w:pPr>
              <w:spacing w:after="0"/>
            </w:pPr>
            <w:r>
              <w:rPr>
                <w:b w:val="0"/>
                <w:sz w:val="19"/>
              </w:rPr>
              <w:t>Dinleme/izleme, okuma metni ya da tema içerisinde yer alan “dijital eğitici oyunlar”, “geleneksel çocuk oyunları”, “eğitici kutu oyunları" vb. kavramlar; görsel işitsel araçların sunumu ve şematik düzenleyicilerin kullanımı ile somutlaştırılabilir.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*Öğrenci ürün dosyaları</w:t>
            </w:r>
          </w:p>
          <w:p>
            <w:pPr>
              <w:spacing w:after="0"/>
            </w:pPr>
            <w:r>
              <w:rPr>
                <w:b w:val="0"/>
                <w:sz w:val="19"/>
              </w:rPr>
              <w:t>*Boşluk doldurma, açık uçlu soru, cümle tamamlama vb. çalışmaları</w:t>
            </w:r>
          </w:p>
          <w:p>
            <w:pPr>
              <w:spacing w:after="0"/>
            </w:pPr>
            <w:r>
              <w:rPr>
                <w:b w:val="0"/>
                <w:sz w:val="19"/>
              </w:rPr>
              <w:t>*Gelişim çizelgesi ve akran değerlendirme</w:t>
            </w:r>
          </w:p>
          <w:p>
            <w:pPr>
              <w:spacing w:after="0"/>
            </w:pPr>
            <w:r>
              <w:rPr>
                <w:b w:val="0"/>
                <w:sz w:val="19"/>
              </w:rPr>
              <w:t>ölçme araçları</w:t>
            </w:r>
          </w:p>
          <w:p>
            <w:pPr>
              <w:spacing w:after="0"/>
            </w:pPr>
            <w:r>
              <w:rPr>
                <w:b w:val="0"/>
                <w:sz w:val="19"/>
              </w:rPr>
              <w:t>*Çoktan seçmeli, açık uçlu soru ve iki bileşenli maddeler (doğru-yanlış, evet-hayır vb.) gibi çalışmalar</w:t>
            </w:r>
          </w:p>
          <w:p>
            <w:pPr>
              <w:spacing w:after="0"/>
            </w:pPr>
            <w:r>
              <w:rPr>
                <w:b w:val="0"/>
                <w:sz w:val="19"/>
              </w:rPr>
              <w:t>*Kavram haritası</w:t>
            </w:r>
          </w:p>
          <w:p>
            <w:pPr>
              <w:spacing w:after="0"/>
            </w:pPr>
            <w:r>
              <w:rPr>
                <w:b w:val="0"/>
                <w:sz w:val="19"/>
              </w:rPr>
              <w:t>*Karşılıklı konuşma, canlandırma vb. çalışmalar</w:t>
            </w:r>
          </w:p>
          <w:p>
            <w:pPr>
              <w:spacing w:after="0"/>
            </w:pPr>
            <w:r>
              <w:rPr>
                <w:b w:val="0"/>
                <w:sz w:val="19"/>
              </w:rPr>
              <w:t>*Eşleştirme, boşluk doldurma vb.</w:t>
            </w:r>
          </w:p>
          <w:p>
            <w:pPr>
              <w:spacing w:after="0"/>
            </w:pPr>
            <w:r>
              <w:rPr>
                <w:b w:val="0"/>
                <w:sz w:val="19"/>
              </w:rPr>
              <w:t>çalışmalar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6. Hafta 19-23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6. Hafta 19-23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ATATÜRK'Ü TANIMAK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 *Strateji, yöntem ve teknik</w:t>
            </w:r>
          </w:p>
          <w:p>
            <w:pPr>
              <w:spacing w:after="0"/>
            </w:pPr>
            <w:r>
              <w:rPr>
                <w:b w:val="0"/>
                <w:sz w:val="19"/>
              </w:rPr>
              <w:t>*Söz varlığı</w:t>
            </w:r>
          </w:p>
          <w:p>
            <w:pPr>
              <w:spacing w:after="0"/>
            </w:pPr>
            <w:r>
              <w:rPr>
                <w:b w:val="0"/>
                <w:sz w:val="19"/>
              </w:rPr>
              <w:t>*Yüzey anlam</w:t>
            </w:r>
          </w:p>
          <w:p>
            <w:pPr>
              <w:spacing w:after="0"/>
            </w:pPr>
            <w:r>
              <w:rPr>
                <w:b w:val="0"/>
                <w:sz w:val="19"/>
              </w:rPr>
              <w:t>*Şiir</w:t>
            </w:r>
          </w:p>
          <w:p>
            <w:pPr>
              <w:spacing w:after="0"/>
            </w:pPr>
            <w:r>
              <w:rPr>
                <w:b w:val="0"/>
                <w:sz w:val="19"/>
              </w:rPr>
              <w:t>*Söz sanatları</w:t>
            </w:r>
          </w:p>
          <w:p>
            <w:pPr>
              <w:spacing w:after="0"/>
            </w:pPr>
            <w:r>
              <w:rPr>
                <w:b w:val="0"/>
                <w:sz w:val="19"/>
              </w:rPr>
              <w:t>*Öyküleyici metin *Metnin bölümleri *Akıcı okuma</w:t>
            </w:r>
          </w:p>
          <w:p>
            <w:pPr>
              <w:spacing w:after="0"/>
            </w:pPr>
            <w:r>
              <w:rPr>
                <w:b w:val="0"/>
                <w:sz w:val="19"/>
              </w:rPr>
              <w:t>*Yazıda içerik ve yapı *Konuşmada amaç</w:t>
            </w:r>
          </w:p>
          <w:p>
            <w:pPr>
              <w:spacing w:after="0"/>
            </w:pPr>
            <w:r>
              <w:rPr>
                <w:b w:val="0"/>
                <w:sz w:val="19"/>
              </w:rPr>
              <w:t>ve içerik</w:t>
            </w:r>
          </w:p>
          <w:p>
            <w:pPr>
              <w:spacing w:after="0"/>
            </w:pPr>
            <w:r>
              <w:rPr>
                <w:b w:val="0"/>
                <w:sz w:val="19"/>
              </w:rPr>
              <w:t>*Bağlantı ifadeleri *Yazım kuralları *Noktalama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SDB1.3. Kendine Uyarlama (Öz Yansıtma)</w:t>
            </w:r>
          </w:p>
          <w:p>
            <w:pPr>
              <w:spacing w:after="0"/>
            </w:pPr>
            <w:r>
              <w:rPr>
                <w:b w:val="0"/>
                <w:sz w:val="19"/>
              </w:rPr>
              <w:t>SDB2.1. İletişim</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D11. Özgürlük</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OB5. Kültür Okuryazarlığı</w:t>
            </w:r>
          </w:p>
          <w:p>
            <w:pPr>
              <w:spacing w:after="0"/>
            </w:pPr>
            <w:r>
              <w:rPr>
                <w:b w:val="0"/>
                <w:sz w:val="19"/>
              </w:rPr>
              <w:t>OB6. 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*Kavram haritası çalışması</w:t>
            </w:r>
          </w:p>
          <w:p>
            <w:pPr>
              <w:spacing w:after="0"/>
            </w:pPr>
            <w:r>
              <w:rPr>
                <w:b w:val="0"/>
                <w:sz w:val="19"/>
              </w:rPr>
              <w:t>*eşleştirme, paragraf yazma</w:t>
            </w:r>
          </w:p>
          <w:p>
            <w:pPr>
              <w:spacing w:after="0"/>
            </w:pPr>
            <w:r>
              <w:rPr>
                <w:b w:val="0"/>
                <w:sz w:val="19"/>
              </w:rPr>
              <w:t>vb. çalışmalar</w:t>
            </w:r>
          </w:p>
          <w:p>
            <w:pPr>
              <w:spacing w:after="0"/>
            </w:pPr>
            <w:r>
              <w:rPr>
                <w:b w:val="0"/>
                <w:sz w:val="19"/>
              </w:rPr>
              <w:t>*Boşluk</w:t>
            </w:r>
          </w:p>
          <w:p>
            <w:pPr>
              <w:spacing w:after="0"/>
            </w:pPr>
            <w:r>
              <w:rPr>
                <w:b w:val="0"/>
                <w:sz w:val="19"/>
              </w:rPr>
              <w:t>doldurma, açık uçlu soru, cümle tamamlama</w:t>
            </w:r>
          </w:p>
          <w:p>
            <w:pPr>
              <w:spacing w:after="0"/>
            </w:pPr>
            <w:r>
              <w:rPr>
                <w:b w:val="0"/>
                <w:sz w:val="19"/>
              </w:rPr>
              <w:t>*Çoktan seçmeli soru, boşluk doldurma vb.</w:t>
            </w:r>
          </w:p>
          <w:p>
            <w:pPr>
              <w:spacing w:after="0"/>
            </w:pPr>
            <w:r>
              <w:rPr>
                <w:b w:val="0"/>
                <w:sz w:val="19"/>
              </w:rPr>
              <w:t>çalışmalar</w:t>
            </w:r>
          </w:p>
          <w:p>
            <w:pPr>
              <w:spacing w:after="0"/>
            </w:pPr>
            <w:r>
              <w:rPr>
                <w:b w:val="0"/>
                <w:sz w:val="19"/>
              </w:rPr>
              <w:t>*Dereceli puanlama</w:t>
            </w:r>
          </w:p>
          <w:p>
            <w:pPr>
              <w:spacing w:after="0"/>
            </w:pPr>
            <w:r>
              <w:rPr>
                <w:b w:val="0"/>
                <w:sz w:val="19"/>
              </w:rPr>
              <w:t>anahtarı</w:t>
            </w:r>
          </w:p>
          <w:p>
            <w:pPr>
              <w:spacing w:after="0"/>
            </w:pPr>
            <w:r>
              <w:rPr>
                <w:b w:val="0"/>
                <w:sz w:val="19"/>
              </w:rPr>
              <w:t>*Sorulardan, kavramlardan, görsellerden hareketle sözlü metin oluşturma çalışması</w:t>
            </w:r>
          </w:p>
          <w:p>
            <w:pPr>
              <w:spacing w:after="0"/>
            </w:pPr>
            <w:r>
              <w:rPr>
                <w:b w:val="0"/>
                <w:sz w:val="19"/>
              </w:rPr>
              <w:t>*Öz bildirim</w:t>
            </w:r>
          </w:p>
          <w:p>
            <w:pPr>
              <w:spacing w:after="0"/>
            </w:pPr>
            <w:r>
              <w:rPr>
                <w:b w:val="0"/>
                <w:sz w:val="19"/>
              </w:rPr>
              <w:t>*Cümle, paragraf, not, kısa ileti yazma ve dikte gibi çalışmalar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7. Hafta 26-30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7. Hafta 26-30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ATATÜRK'Ü TANIMAK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 *Strateji, yöntem ve teknik</w:t>
            </w:r>
          </w:p>
          <w:p>
            <w:pPr>
              <w:spacing w:after="0"/>
            </w:pPr>
            <w:r>
              <w:rPr>
                <w:b w:val="0"/>
                <w:sz w:val="19"/>
              </w:rPr>
              <w:t>*Söz varlığı</w:t>
            </w:r>
          </w:p>
          <w:p>
            <w:pPr>
              <w:spacing w:after="0"/>
            </w:pPr>
            <w:r>
              <w:rPr>
                <w:b w:val="0"/>
                <w:sz w:val="19"/>
              </w:rPr>
              <w:t>*Yüzey anlam</w:t>
            </w:r>
          </w:p>
          <w:p>
            <w:pPr>
              <w:spacing w:after="0"/>
            </w:pPr>
            <w:r>
              <w:rPr>
                <w:b w:val="0"/>
                <w:sz w:val="19"/>
              </w:rPr>
              <w:t>*Şiir</w:t>
            </w:r>
          </w:p>
          <w:p>
            <w:pPr>
              <w:spacing w:after="0"/>
            </w:pPr>
            <w:r>
              <w:rPr>
                <w:b w:val="0"/>
                <w:sz w:val="19"/>
              </w:rPr>
              <w:t>*Söz sanatları</w:t>
            </w:r>
          </w:p>
          <w:p>
            <w:pPr>
              <w:spacing w:after="0"/>
            </w:pPr>
            <w:r>
              <w:rPr>
                <w:b w:val="0"/>
                <w:sz w:val="19"/>
              </w:rPr>
              <w:t>*Öyküleyici metin *Metnin bölümleri *Akıcı okuma</w:t>
            </w:r>
          </w:p>
          <w:p>
            <w:pPr>
              <w:spacing w:after="0"/>
            </w:pPr>
            <w:r>
              <w:rPr>
                <w:b w:val="0"/>
                <w:sz w:val="19"/>
              </w:rPr>
              <w:t>*Yazıda içerik ve yapı *Konuşmada amaç</w:t>
            </w:r>
          </w:p>
          <w:p>
            <w:pPr>
              <w:spacing w:after="0"/>
            </w:pPr>
            <w:r>
              <w:rPr>
                <w:b w:val="0"/>
                <w:sz w:val="19"/>
              </w:rPr>
              <w:t>ve içerik</w:t>
            </w:r>
          </w:p>
          <w:p>
            <w:pPr>
              <w:spacing w:after="0"/>
            </w:pPr>
            <w:r>
              <w:rPr>
                <w:b w:val="0"/>
                <w:sz w:val="19"/>
              </w:rPr>
              <w:t>*Bağlantı ifadeleri *Yazım kuralları *Noktalama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SDB1.3. Kendine Uyarlama (Öz Yansıtma)</w:t>
            </w:r>
          </w:p>
          <w:p>
            <w:pPr>
              <w:spacing w:after="0"/>
            </w:pPr>
            <w:r>
              <w:rPr>
                <w:b w:val="0"/>
                <w:sz w:val="19"/>
              </w:rPr>
              <w:t>SDB2.1. İletişim</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D11. Özgürlük</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OB5. Kültür Okuryazarlığı</w:t>
            </w:r>
          </w:p>
          <w:p>
            <w:pPr>
              <w:spacing w:after="0"/>
            </w:pPr>
            <w:r>
              <w:rPr>
                <w:b w:val="0"/>
                <w:sz w:val="19"/>
              </w:rPr>
              <w:t>OB6. 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Atatürk’ün insani yönlerine yönelik araştırma yapılması ve edinilen bilgilerin dijital içerik hâline getirilip sınıfta ya da uygun dijital ortamlarda sunulması istenebilir.</w:t>
            </w:r>
          </w:p>
          <w:p>
            <w:pPr>
              <w:spacing w:after="0"/>
            </w:pPr>
            <w:r>
              <w:rPr>
                <w:b w:val="0"/>
                <w:sz w:val="19"/>
              </w:rPr>
              <w:t>Bulunulan yerdeki -varsa- “Atatürk Müze Evleri ve Köşkleri”, “Çanakkale Zaferi”, “Millî Mücadele” ve “Cumhuriyet”e ilişkin müzeler ya da konuya ilişkin sanal müzeler gezilir. Bu geziler sonucunda elde edilen bilgilerle daha önce okunan kaynaklardan edinilen bilgilerin eleştirel bir bakış açısıyla karşılaştırıldığı bir değerlendirme yazısı yazılması istenebilir.</w:t>
            </w:r>
          </w:p>
          <w:p>
            <w:pPr>
              <w:spacing w:after="0"/>
            </w:pPr>
            <w:r>
              <w:rPr>
                <w:b w:val="0"/>
                <w:sz w:val="19"/>
              </w:rPr>
              <w:t>Atatürk’ün yazdığı kitapların görsellerinden oluşan bir duvar panosu hazırlanarak “Gençliğe Hitabe bu kitaplardan hangisindedir?” gibi araştırmaya yönelik merak uyandırıcı sorularla kitaplar hakkında araştırma yapılması ve Gençliğe Hitabe’nin bulunduğu “Nutuk” adlı eserin sınıf kütüphanesine dâhil edilmesi istenebilir.</w:t>
            </w:r>
          </w:p>
          <w:p>
            <w:pPr>
              <w:spacing w:after="0"/>
            </w:pPr>
            <w:r>
              <w:rPr>
                <w:b w:val="0"/>
                <w:sz w:val="19"/>
              </w:rPr>
              <w:t xml:space="preserve">Öğrencilerden temada işlenen konuya yönelik dijital öyküleme aşamalarına göre özgün öykü yazmaları, yazdıkları öyküyü senaryolaştırarak canlandırmaları istenebilir. </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Dinleme/izleme, okuma metni ya da tema içerisinde yer alan “Millî Mücadele” ile ilişkili kavramlar görsel işitsel araçların sunumu ve uygun şematik düzenleyicilerin kullanımı ile somutlaştırılabilir.</w:t>
            </w:r>
          </w:p>
          <w:p>
            <w:pPr>
              <w:spacing w:after="0"/>
            </w:pPr>
            <w:r>
              <w:rPr>
                <w:b w:val="0"/>
                <w:sz w:val="19"/>
              </w:rPr>
              <w:t>Tema kapsamındaki öğrenme çıktılarına yönelik çalışmalar yapılırken iş birlikli öğrenme ortamlarının oluşturulması sağlanabilir.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*Kavram haritası çalışması</w:t>
            </w:r>
          </w:p>
          <w:p>
            <w:pPr>
              <w:spacing w:after="0"/>
            </w:pPr>
            <w:r>
              <w:rPr>
                <w:b w:val="0"/>
                <w:sz w:val="19"/>
              </w:rPr>
              <w:t>*eşleştirme, paragraf yazma</w:t>
            </w:r>
          </w:p>
          <w:p>
            <w:pPr>
              <w:spacing w:after="0"/>
            </w:pPr>
            <w:r>
              <w:rPr>
                <w:b w:val="0"/>
                <w:sz w:val="19"/>
              </w:rPr>
              <w:t>vb. çalışmalar</w:t>
            </w:r>
          </w:p>
          <w:p>
            <w:pPr>
              <w:spacing w:after="0"/>
            </w:pPr>
            <w:r>
              <w:rPr>
                <w:b w:val="0"/>
                <w:sz w:val="19"/>
              </w:rPr>
              <w:t>*Boşluk</w:t>
            </w:r>
          </w:p>
          <w:p>
            <w:pPr>
              <w:spacing w:after="0"/>
            </w:pPr>
            <w:r>
              <w:rPr>
                <w:b w:val="0"/>
                <w:sz w:val="19"/>
              </w:rPr>
              <w:t>doldurma, açık uçlu soru, cümle tamamlama</w:t>
            </w:r>
          </w:p>
          <w:p>
            <w:pPr>
              <w:spacing w:after="0"/>
            </w:pPr>
            <w:r>
              <w:rPr>
                <w:b w:val="0"/>
                <w:sz w:val="19"/>
              </w:rPr>
              <w:t>*Çoktan seçmeli soru, boşluk doldurma vb.</w:t>
            </w:r>
          </w:p>
          <w:p>
            <w:pPr>
              <w:spacing w:after="0"/>
            </w:pPr>
            <w:r>
              <w:rPr>
                <w:b w:val="0"/>
                <w:sz w:val="19"/>
              </w:rPr>
              <w:t>çalışmalar</w:t>
            </w:r>
          </w:p>
          <w:p>
            <w:pPr>
              <w:spacing w:after="0"/>
            </w:pPr>
            <w:r>
              <w:rPr>
                <w:b w:val="0"/>
                <w:sz w:val="19"/>
              </w:rPr>
              <w:t>*Dereceli puanlama</w:t>
            </w:r>
          </w:p>
          <w:p>
            <w:pPr>
              <w:spacing w:after="0"/>
            </w:pPr>
            <w:r>
              <w:rPr>
                <w:b w:val="0"/>
                <w:sz w:val="19"/>
              </w:rPr>
              <w:t>anahtarı</w:t>
            </w:r>
          </w:p>
          <w:p>
            <w:pPr>
              <w:spacing w:after="0"/>
            </w:pPr>
            <w:r>
              <w:rPr>
                <w:b w:val="0"/>
                <w:sz w:val="19"/>
              </w:rPr>
              <w:t>*Sorulardan, kavramlardan, görsellerden hareketle sözlü metin oluşturma çalışması</w:t>
            </w:r>
          </w:p>
          <w:p>
            <w:pPr>
              <w:spacing w:after="0"/>
            </w:pPr>
            <w:r>
              <w:rPr>
                <w:b w:val="0"/>
                <w:sz w:val="19"/>
              </w:rPr>
              <w:t>*Öz bildirim</w:t>
            </w:r>
          </w:p>
          <w:p>
            <w:pPr>
              <w:spacing w:after="0"/>
            </w:pPr>
            <w:r>
              <w:rPr>
                <w:b w:val="0"/>
                <w:sz w:val="19"/>
              </w:rPr>
              <w:t>*Cümle, paragraf, not, kısa ileti yazma ve dikte gibi çalışmalar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29 Ekim Cumhuriyet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7. Hafta 26-30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7. Hafta 26-30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ATATÜRK'Ü TANIMAK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 *Strateji, yöntem ve teknik</w:t>
            </w:r>
          </w:p>
          <w:p>
            <w:pPr>
              <w:spacing w:after="0"/>
            </w:pPr>
            <w:r>
              <w:rPr>
                <w:b w:val="0"/>
                <w:sz w:val="19"/>
              </w:rPr>
              <w:t>*Söz varlığı</w:t>
            </w:r>
          </w:p>
          <w:p>
            <w:pPr>
              <w:spacing w:after="0"/>
            </w:pPr>
            <w:r>
              <w:rPr>
                <w:b w:val="0"/>
                <w:sz w:val="19"/>
              </w:rPr>
              <w:t>*Yüzey anlam</w:t>
            </w:r>
          </w:p>
          <w:p>
            <w:pPr>
              <w:spacing w:after="0"/>
            </w:pPr>
            <w:r>
              <w:rPr>
                <w:b w:val="0"/>
                <w:sz w:val="19"/>
              </w:rPr>
              <w:t>*Şiir</w:t>
            </w:r>
          </w:p>
          <w:p>
            <w:pPr>
              <w:spacing w:after="0"/>
            </w:pPr>
            <w:r>
              <w:rPr>
                <w:b w:val="0"/>
                <w:sz w:val="19"/>
              </w:rPr>
              <w:t>*Söz sanatları</w:t>
            </w:r>
          </w:p>
          <w:p>
            <w:pPr>
              <w:spacing w:after="0"/>
            </w:pPr>
            <w:r>
              <w:rPr>
                <w:b w:val="0"/>
                <w:sz w:val="19"/>
              </w:rPr>
              <w:t>*Öyküleyici metin *Metnin bölümleri *Akıcı okuma</w:t>
            </w:r>
          </w:p>
          <w:p>
            <w:pPr>
              <w:spacing w:after="0"/>
            </w:pPr>
            <w:r>
              <w:rPr>
                <w:b w:val="0"/>
                <w:sz w:val="19"/>
              </w:rPr>
              <w:t>*Yazıda içerik ve yapı *Konuşmada amaç</w:t>
            </w:r>
          </w:p>
          <w:p>
            <w:pPr>
              <w:spacing w:after="0"/>
            </w:pPr>
            <w:r>
              <w:rPr>
                <w:b w:val="0"/>
                <w:sz w:val="19"/>
              </w:rPr>
              <w:t>ve içerik</w:t>
            </w:r>
          </w:p>
          <w:p>
            <w:pPr>
              <w:spacing w:after="0"/>
            </w:pPr>
            <w:r>
              <w:rPr>
                <w:b w:val="0"/>
                <w:sz w:val="19"/>
              </w:rPr>
              <w:t>*Bağlantı ifadeleri *Yazım kuralları *Noktalama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SDB1.3. Kendine Uyarlama (Öz Yansıtma)</w:t>
            </w:r>
          </w:p>
          <w:p>
            <w:pPr>
              <w:spacing w:after="0"/>
            </w:pPr>
            <w:r>
              <w:rPr>
                <w:b w:val="0"/>
                <w:sz w:val="19"/>
              </w:rPr>
              <w:t>SDB2.1. İletişim</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D11. Özgürlük</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OB5. Kültür Okuryazarlığı</w:t>
            </w:r>
          </w:p>
          <w:p>
            <w:pPr>
              <w:spacing w:after="0"/>
            </w:pPr>
            <w:r>
              <w:rPr>
                <w:b w:val="0"/>
                <w:sz w:val="19"/>
              </w:rPr>
              <w:t>OB6. 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Atatürk’ün insani yönlerine yönelik araştırma yapılması ve edinilen bilgilerin dijital içerik hâline getirilip sınıfta ya da uygun dijital ortamlarda sunulması istenebilir.</w:t>
            </w:r>
          </w:p>
          <w:p>
            <w:pPr>
              <w:spacing w:after="0"/>
            </w:pPr>
            <w:r>
              <w:rPr>
                <w:b w:val="0"/>
                <w:sz w:val="19"/>
              </w:rPr>
              <w:t>Bulunulan yerdeki -varsa- “Atatürk Müze Evleri ve Köşkleri”, “Çanakkale Zaferi”, “Millî Mücadele” ve “Cumhuriyet”e ilişkin müzeler ya da konuya ilişkin sanal müzeler gezilir. Bu geziler sonucunda elde edilen bilgilerle daha önce okunan kaynaklardan edinilen bilgilerin eleştirel bir bakış açısıyla karşılaştırıldığı bir değerlendirme yazısı yazılması istenebilir.</w:t>
            </w:r>
          </w:p>
          <w:p>
            <w:pPr>
              <w:spacing w:after="0"/>
            </w:pPr>
            <w:r>
              <w:rPr>
                <w:b w:val="0"/>
                <w:sz w:val="19"/>
              </w:rPr>
              <w:t>Atatürk’ün yazdığı kitapların görsellerinden oluşan bir duvar panosu hazırlanarak “Gençliğe Hitabe bu kitaplardan hangisindedir?” gibi araştırmaya yönelik merak uyandırıcı sorularla kitaplar hakkında araştırma yapılması ve Gençliğe Hitabe’nin bulunduğu “Nutuk” adlı eserin sınıf kütüphanesine dâhil edilmesi istenebilir.</w:t>
            </w:r>
          </w:p>
          <w:p>
            <w:pPr>
              <w:spacing w:after="0"/>
            </w:pPr>
            <w:r>
              <w:rPr>
                <w:b w:val="0"/>
                <w:sz w:val="19"/>
              </w:rPr>
              <w:t xml:space="preserve">Öğrencilerden temada işlenen konuya yönelik dijital öyküleme aşamalarına göre özgün öykü yazmaları, yazdıkları öyküyü senaryolaştırarak canlandırmaları istenebilir. </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Dinleme/izleme, okuma metni ya da tema içerisinde yer alan “Millî Mücadele” ile ilişkili kavramlar görsel işitsel araçların sunumu ve uygun şematik düzenleyicilerin kullanımı ile somutlaştırılabilir.</w:t>
            </w:r>
          </w:p>
          <w:p>
            <w:pPr>
              <w:spacing w:after="0"/>
            </w:pPr>
            <w:r>
              <w:rPr>
                <w:b w:val="0"/>
                <w:sz w:val="19"/>
              </w:rPr>
              <w:t>Tema kapsamındaki öğrenme çıktılarına yönelik çalışmalar yapılırken iş birlikli öğrenme ortamlarının oluşturulması sağlanabilir.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*Kavram haritası çalışması</w:t>
            </w:r>
          </w:p>
          <w:p>
            <w:pPr>
              <w:spacing w:after="0"/>
            </w:pPr>
            <w:r>
              <w:rPr>
                <w:b w:val="0"/>
                <w:sz w:val="19"/>
              </w:rPr>
              <w:t>*eşleştirme, paragraf yazma</w:t>
            </w:r>
          </w:p>
          <w:p>
            <w:pPr>
              <w:spacing w:after="0"/>
            </w:pPr>
            <w:r>
              <w:rPr>
                <w:b w:val="0"/>
                <w:sz w:val="19"/>
              </w:rPr>
              <w:t>vb. çalışmalar</w:t>
            </w:r>
          </w:p>
          <w:p>
            <w:pPr>
              <w:spacing w:after="0"/>
            </w:pPr>
            <w:r>
              <w:rPr>
                <w:b w:val="0"/>
                <w:sz w:val="19"/>
              </w:rPr>
              <w:t>*Boşluk</w:t>
            </w:r>
          </w:p>
          <w:p>
            <w:pPr>
              <w:spacing w:after="0"/>
            </w:pPr>
            <w:r>
              <w:rPr>
                <w:b w:val="0"/>
                <w:sz w:val="19"/>
              </w:rPr>
              <w:t>doldurma, açık uçlu soru, cümle tamamlama</w:t>
            </w:r>
          </w:p>
          <w:p>
            <w:pPr>
              <w:spacing w:after="0"/>
            </w:pPr>
            <w:r>
              <w:rPr>
                <w:b w:val="0"/>
                <w:sz w:val="19"/>
              </w:rPr>
              <w:t>*Çoktan seçmeli soru, boşluk doldurma vb.</w:t>
            </w:r>
          </w:p>
          <w:p>
            <w:pPr>
              <w:spacing w:after="0"/>
            </w:pPr>
            <w:r>
              <w:rPr>
                <w:b w:val="0"/>
                <w:sz w:val="19"/>
              </w:rPr>
              <w:t>çalışmalar</w:t>
            </w:r>
          </w:p>
          <w:p>
            <w:pPr>
              <w:spacing w:after="0"/>
            </w:pPr>
            <w:r>
              <w:rPr>
                <w:b w:val="0"/>
                <w:sz w:val="19"/>
              </w:rPr>
              <w:t>*Dereceli puanlama</w:t>
            </w:r>
          </w:p>
          <w:p>
            <w:pPr>
              <w:spacing w:after="0"/>
            </w:pPr>
            <w:r>
              <w:rPr>
                <w:b w:val="0"/>
                <w:sz w:val="19"/>
              </w:rPr>
              <w:t>anahtarı</w:t>
            </w:r>
          </w:p>
          <w:p>
            <w:pPr>
              <w:spacing w:after="0"/>
            </w:pPr>
            <w:r>
              <w:rPr>
                <w:b w:val="0"/>
                <w:sz w:val="19"/>
              </w:rPr>
              <w:t>*Sorulardan, kavramlardan, görsellerden hareketle sözlü metin oluşturma çalışması</w:t>
            </w:r>
          </w:p>
          <w:p>
            <w:pPr>
              <w:spacing w:after="0"/>
            </w:pPr>
            <w:r>
              <w:rPr>
                <w:b w:val="0"/>
                <w:sz w:val="19"/>
              </w:rPr>
              <w:t>*Öz bildirim</w:t>
            </w:r>
          </w:p>
          <w:p>
            <w:pPr>
              <w:spacing w:after="0"/>
            </w:pPr>
            <w:r>
              <w:rPr>
                <w:b w:val="0"/>
                <w:sz w:val="19"/>
              </w:rPr>
              <w:t>*Cümle, paragraf, not, kısa ileti yazma ve dikte gibi çalışmalar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29 Ekim Cumhuriyet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7. Hafta 26-30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7. Hafta 26-30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ATATÜRK'Ü TANIMAK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 *Strateji, yöntem ve teknik</w:t>
            </w:r>
          </w:p>
          <w:p>
            <w:pPr>
              <w:spacing w:after="0"/>
            </w:pPr>
            <w:r>
              <w:rPr>
                <w:b w:val="0"/>
                <w:sz w:val="19"/>
              </w:rPr>
              <w:t>*Söz varlığı</w:t>
            </w:r>
          </w:p>
          <w:p>
            <w:pPr>
              <w:spacing w:after="0"/>
            </w:pPr>
            <w:r>
              <w:rPr>
                <w:b w:val="0"/>
                <w:sz w:val="19"/>
              </w:rPr>
              <w:t>*Yüzey anlam</w:t>
            </w:r>
          </w:p>
          <w:p>
            <w:pPr>
              <w:spacing w:after="0"/>
            </w:pPr>
            <w:r>
              <w:rPr>
                <w:b w:val="0"/>
                <w:sz w:val="19"/>
              </w:rPr>
              <w:t>*Şiir</w:t>
            </w:r>
          </w:p>
          <w:p>
            <w:pPr>
              <w:spacing w:after="0"/>
            </w:pPr>
            <w:r>
              <w:rPr>
                <w:b w:val="0"/>
                <w:sz w:val="19"/>
              </w:rPr>
              <w:t>*Söz sanatları</w:t>
            </w:r>
          </w:p>
          <w:p>
            <w:pPr>
              <w:spacing w:after="0"/>
            </w:pPr>
            <w:r>
              <w:rPr>
                <w:b w:val="0"/>
                <w:sz w:val="19"/>
              </w:rPr>
              <w:t>*Öyküleyici metin *Metnin bölümleri *Akıcı okuma</w:t>
            </w:r>
          </w:p>
          <w:p>
            <w:pPr>
              <w:spacing w:after="0"/>
            </w:pPr>
            <w:r>
              <w:rPr>
                <w:b w:val="0"/>
                <w:sz w:val="19"/>
              </w:rPr>
              <w:t>*Yazıda içerik ve yapı *Konuşmada amaç</w:t>
            </w:r>
          </w:p>
          <w:p>
            <w:pPr>
              <w:spacing w:after="0"/>
            </w:pPr>
            <w:r>
              <w:rPr>
                <w:b w:val="0"/>
                <w:sz w:val="19"/>
              </w:rPr>
              <w:t>ve içerik</w:t>
            </w:r>
          </w:p>
          <w:p>
            <w:pPr>
              <w:spacing w:after="0"/>
            </w:pPr>
            <w:r>
              <w:rPr>
                <w:b w:val="0"/>
                <w:sz w:val="19"/>
              </w:rPr>
              <w:t>*Bağlantı ifadeleri *Yazım kuralları *Noktalama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SDB1.3. Kendine Uyarlama (Öz Yansıtma)</w:t>
            </w:r>
          </w:p>
          <w:p>
            <w:pPr>
              <w:spacing w:after="0"/>
            </w:pPr>
            <w:r>
              <w:rPr>
                <w:b w:val="0"/>
                <w:sz w:val="19"/>
              </w:rPr>
              <w:t>SDB2.1. İletişim</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D11. Özgürlük</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OB5. Kültür Okuryazarlığı</w:t>
            </w:r>
          </w:p>
          <w:p>
            <w:pPr>
              <w:spacing w:after="0"/>
            </w:pPr>
            <w:r>
              <w:rPr>
                <w:b w:val="0"/>
                <w:sz w:val="19"/>
              </w:rPr>
              <w:t>OB6. 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Atatürk’ün insani yönlerine yönelik araştırma yapılması ve edinilen bilgilerin dijital içerik hâline getirilip sınıfta ya da uygun dijital ortamlarda sunulması istenebilir.</w:t>
            </w:r>
          </w:p>
          <w:p>
            <w:pPr>
              <w:spacing w:after="0"/>
            </w:pPr>
            <w:r>
              <w:rPr>
                <w:b w:val="0"/>
                <w:sz w:val="19"/>
              </w:rPr>
              <w:t>Bulunulan yerdeki -varsa- “Atatürk Müze Evleri ve Köşkleri”, “Çanakkale Zaferi”, “Millî Mücadele” ve “Cumhuriyet”e ilişkin müzeler ya da konuya ilişkin sanal müzeler gezilir. Bu geziler sonucunda elde edilen bilgilerle daha önce okunan kaynaklardan edinilen bilgilerin eleştirel bir bakış açısıyla karşılaştırıldığı bir değerlendirme yazısı yazılması istenebilir.</w:t>
            </w:r>
          </w:p>
          <w:p>
            <w:pPr>
              <w:spacing w:after="0"/>
            </w:pPr>
            <w:r>
              <w:rPr>
                <w:b w:val="0"/>
                <w:sz w:val="19"/>
              </w:rPr>
              <w:t>Atatürk’ün yazdığı kitapların görsellerinden oluşan bir duvar panosu hazırlanarak “Gençliğe Hitabe bu kitaplardan hangisindedir?” gibi araştırmaya yönelik merak uyandırıcı sorularla kitaplar hakkında araştırma yapılması ve Gençliğe Hitabe’nin bulunduğu “Nutuk” adlı eserin sınıf kütüphanesine dâhil edilmesi istenebilir.</w:t>
            </w:r>
          </w:p>
          <w:p>
            <w:pPr>
              <w:spacing w:after="0"/>
            </w:pPr>
            <w:r>
              <w:rPr>
                <w:b w:val="0"/>
                <w:sz w:val="19"/>
              </w:rPr>
              <w:t xml:space="preserve">Öğrencilerden temada işlenen konuya yönelik dijital öyküleme aşamalarına göre özgün öykü yazmaları, yazdıkları öyküyü senaryolaştırarak canlandırmaları istenebilir. </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Dinleme/izleme, okuma metni ya da tema içerisinde yer alan “Millî Mücadele” ile ilişkili kavramlar görsel işitsel araçların sunumu ve uygun şematik düzenleyicilerin kullanımı ile somutlaştırılabilir.</w:t>
            </w:r>
          </w:p>
          <w:p>
            <w:pPr>
              <w:spacing w:after="0"/>
            </w:pPr>
            <w:r>
              <w:rPr>
                <w:b w:val="0"/>
                <w:sz w:val="19"/>
              </w:rPr>
              <w:t>Tema kapsamındaki öğrenme çıktılarına yönelik çalışmalar yapılırken iş birlikli öğrenme ortamlarının oluşturulması sağlanabilir.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*Kavram haritası çalışması</w:t>
            </w:r>
          </w:p>
          <w:p>
            <w:pPr>
              <w:spacing w:after="0"/>
            </w:pPr>
            <w:r>
              <w:rPr>
                <w:b w:val="0"/>
                <w:sz w:val="19"/>
              </w:rPr>
              <w:t>*eşleştirme, paragraf yazma</w:t>
            </w:r>
          </w:p>
          <w:p>
            <w:pPr>
              <w:spacing w:after="0"/>
            </w:pPr>
            <w:r>
              <w:rPr>
                <w:b w:val="0"/>
                <w:sz w:val="19"/>
              </w:rPr>
              <w:t>vb. çalışmalar</w:t>
            </w:r>
          </w:p>
          <w:p>
            <w:pPr>
              <w:spacing w:after="0"/>
            </w:pPr>
            <w:r>
              <w:rPr>
                <w:b w:val="0"/>
                <w:sz w:val="19"/>
              </w:rPr>
              <w:t>*Boşluk</w:t>
            </w:r>
          </w:p>
          <w:p>
            <w:pPr>
              <w:spacing w:after="0"/>
            </w:pPr>
            <w:r>
              <w:rPr>
                <w:b w:val="0"/>
                <w:sz w:val="19"/>
              </w:rPr>
              <w:t>doldurma, açık uçlu soru, cümle tamamlama</w:t>
            </w:r>
          </w:p>
          <w:p>
            <w:pPr>
              <w:spacing w:after="0"/>
            </w:pPr>
            <w:r>
              <w:rPr>
                <w:b w:val="0"/>
                <w:sz w:val="19"/>
              </w:rPr>
              <w:t>*Çoktan seçmeli soru, boşluk doldurma vb.</w:t>
            </w:r>
          </w:p>
          <w:p>
            <w:pPr>
              <w:spacing w:after="0"/>
            </w:pPr>
            <w:r>
              <w:rPr>
                <w:b w:val="0"/>
                <w:sz w:val="19"/>
              </w:rPr>
              <w:t>çalışmalar</w:t>
            </w:r>
          </w:p>
          <w:p>
            <w:pPr>
              <w:spacing w:after="0"/>
            </w:pPr>
            <w:r>
              <w:rPr>
                <w:b w:val="0"/>
                <w:sz w:val="19"/>
              </w:rPr>
              <w:t>*Dereceli puanlama</w:t>
            </w:r>
          </w:p>
          <w:p>
            <w:pPr>
              <w:spacing w:after="0"/>
            </w:pPr>
            <w:r>
              <w:rPr>
                <w:b w:val="0"/>
                <w:sz w:val="19"/>
              </w:rPr>
              <w:t>anahtarı</w:t>
            </w:r>
          </w:p>
          <w:p>
            <w:pPr>
              <w:spacing w:after="0"/>
            </w:pPr>
            <w:r>
              <w:rPr>
                <w:b w:val="0"/>
                <w:sz w:val="19"/>
              </w:rPr>
              <w:t>*Sorulardan, kavramlardan, görsellerden hareketle sözlü metin oluşturma çalışması</w:t>
            </w:r>
          </w:p>
          <w:p>
            <w:pPr>
              <w:spacing w:after="0"/>
            </w:pPr>
            <w:r>
              <w:rPr>
                <w:b w:val="0"/>
                <w:sz w:val="19"/>
              </w:rPr>
              <w:t>*Öz bildirim</w:t>
            </w:r>
          </w:p>
          <w:p>
            <w:pPr>
              <w:spacing w:after="0"/>
            </w:pPr>
            <w:r>
              <w:rPr>
                <w:b w:val="0"/>
                <w:sz w:val="19"/>
              </w:rPr>
              <w:t>*Cümle, paragraf, not, kısa ileti yazma ve dikte gibi çalışmalar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29 Ekim Cumhuriyet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8. Hafta 02-06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8. Hafta 02-06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ATATÜRK'Ü TANIMAK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 *Strateji, yöntem ve teknik</w:t>
            </w:r>
          </w:p>
          <w:p>
            <w:pPr>
              <w:spacing w:after="0"/>
            </w:pPr>
            <w:r>
              <w:rPr>
                <w:b w:val="0"/>
                <w:sz w:val="19"/>
              </w:rPr>
              <w:t>*Söz varlığı</w:t>
            </w:r>
          </w:p>
          <w:p>
            <w:pPr>
              <w:spacing w:after="0"/>
            </w:pPr>
            <w:r>
              <w:rPr>
                <w:b w:val="0"/>
                <w:sz w:val="19"/>
              </w:rPr>
              <w:t>*Yüzey anlam</w:t>
            </w:r>
          </w:p>
          <w:p>
            <w:pPr>
              <w:spacing w:after="0"/>
            </w:pPr>
            <w:r>
              <w:rPr>
                <w:b w:val="0"/>
                <w:sz w:val="19"/>
              </w:rPr>
              <w:t>*Şiir</w:t>
            </w:r>
          </w:p>
          <w:p>
            <w:pPr>
              <w:spacing w:after="0"/>
            </w:pPr>
            <w:r>
              <w:rPr>
                <w:b w:val="0"/>
                <w:sz w:val="19"/>
              </w:rPr>
              <w:t>*Söz sanatları</w:t>
            </w:r>
          </w:p>
          <w:p>
            <w:pPr>
              <w:spacing w:after="0"/>
            </w:pPr>
            <w:r>
              <w:rPr>
                <w:b w:val="0"/>
                <w:sz w:val="19"/>
              </w:rPr>
              <w:t>*Öyküleyici metin *Metnin bölümleri *Akıcı okuma</w:t>
            </w:r>
          </w:p>
          <w:p>
            <w:pPr>
              <w:spacing w:after="0"/>
            </w:pPr>
            <w:r>
              <w:rPr>
                <w:b w:val="0"/>
                <w:sz w:val="19"/>
              </w:rPr>
              <w:t>*Yazıda içerik ve yapı *Konuşmada amaç</w:t>
            </w:r>
          </w:p>
          <w:p>
            <w:pPr>
              <w:spacing w:after="0"/>
            </w:pPr>
            <w:r>
              <w:rPr>
                <w:b w:val="0"/>
                <w:sz w:val="19"/>
              </w:rPr>
              <w:t>ve içerik</w:t>
            </w:r>
          </w:p>
          <w:p>
            <w:pPr>
              <w:spacing w:after="0"/>
            </w:pPr>
            <w:r>
              <w:rPr>
                <w:b w:val="0"/>
                <w:sz w:val="19"/>
              </w:rPr>
              <w:t>*Bağlantı ifadeleri *Yazım kuralları *Noktalama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SDB1.3. Kendine Uyarlama (Öz Yansıtma)</w:t>
            </w:r>
          </w:p>
          <w:p>
            <w:pPr>
              <w:spacing w:after="0"/>
            </w:pPr>
            <w:r>
              <w:rPr>
                <w:b w:val="0"/>
                <w:sz w:val="19"/>
              </w:rPr>
              <w:t>SDB2.1. İletişim</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D11. Özgürlük</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OB5. Kültür Okuryazarlığı</w:t>
            </w:r>
          </w:p>
          <w:p>
            <w:pPr>
              <w:spacing w:after="0"/>
            </w:pPr>
            <w:r>
              <w:rPr>
                <w:b w:val="0"/>
                <w:sz w:val="19"/>
              </w:rPr>
              <w:t>OB6. 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Atatürk’ün insani yönlerine yönelik araştırma yapılması ve edinilen bilgilerin dijital içerik hâline getirilip sınıfta ya da uygun dijital ortamlarda sunulması istenebilir.</w:t>
            </w:r>
          </w:p>
          <w:p>
            <w:pPr>
              <w:spacing w:after="0"/>
            </w:pPr>
            <w:r>
              <w:rPr>
                <w:b w:val="0"/>
                <w:sz w:val="19"/>
              </w:rPr>
              <w:t>Bulunulan yerdeki -varsa- “Atatürk Müze Evleri ve Köşkleri”, “Çanakkale Zaferi”, “Millî Mücadele” ve “Cumhuriyet”e ilişkin müzeler ya da konuya ilişkin sanal müzeler gezilir. Bu geziler sonucunda elde edilen bilgilerle daha önce okunan kaynaklardan edinilen bilgilerin eleştirel bir bakış açısıyla karşılaştırıldığı bir değerlendirme yazısı yazılması istenebilir.</w:t>
            </w:r>
          </w:p>
          <w:p>
            <w:pPr>
              <w:spacing w:after="0"/>
            </w:pPr>
            <w:r>
              <w:rPr>
                <w:b w:val="0"/>
                <w:sz w:val="19"/>
              </w:rPr>
              <w:t>Atatürk’ün yazdığı kitapların görsellerinden oluşan bir duvar panosu hazırlanarak “Gençliğe Hitabe bu kitaplardan hangisindedir?” gibi araştırmaya yönelik merak uyandırıcı sorularla kitaplar hakkında araştırma yapılması ve Gençliğe Hitabe’nin bulunduğu “Nutuk” adlı eserin sınıf kütüphanesine dâhil edilmesi istenebilir.</w:t>
            </w:r>
          </w:p>
          <w:p>
            <w:pPr>
              <w:spacing w:after="0"/>
            </w:pPr>
            <w:r>
              <w:rPr>
                <w:b w:val="0"/>
                <w:sz w:val="19"/>
              </w:rPr>
              <w:t xml:space="preserve">Öğrencilerden temada işlenen konuya yönelik dijital öyküleme aşamalarına göre özgün öykü yazmaları, yazdıkları öyküyü senaryolaştırarak canlandırmaları istenebilir. </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Dinleme/izleme, okuma metni ya da tema içerisinde yer alan “Millî Mücadele” ile ilişkili kavramlar görsel işitsel araçların sunumu ve uygun şematik düzenleyicilerin kullanımı ile somutlaştırılabilir.</w:t>
            </w:r>
          </w:p>
          <w:p>
            <w:pPr>
              <w:spacing w:after="0"/>
            </w:pPr>
            <w:r>
              <w:rPr>
                <w:b w:val="0"/>
                <w:sz w:val="19"/>
              </w:rPr>
              <w:t>Tema kapsamındaki öğrenme çıktılarına yönelik çalışmalar yapılırken iş birlikli öğrenme ortamlarının oluşturulması sağlanabilir.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*Kavram haritası çalışması</w:t>
            </w:r>
          </w:p>
          <w:p>
            <w:pPr>
              <w:spacing w:after="0"/>
            </w:pPr>
            <w:r>
              <w:rPr>
                <w:b w:val="0"/>
                <w:sz w:val="19"/>
              </w:rPr>
              <w:t>*eşleştirme, paragraf yazma</w:t>
            </w:r>
          </w:p>
          <w:p>
            <w:pPr>
              <w:spacing w:after="0"/>
            </w:pPr>
            <w:r>
              <w:rPr>
                <w:b w:val="0"/>
                <w:sz w:val="19"/>
              </w:rPr>
              <w:t>vb. çalışmalar</w:t>
            </w:r>
          </w:p>
          <w:p>
            <w:pPr>
              <w:spacing w:after="0"/>
            </w:pPr>
            <w:r>
              <w:rPr>
                <w:b w:val="0"/>
                <w:sz w:val="19"/>
              </w:rPr>
              <w:t>*Boşluk</w:t>
            </w:r>
          </w:p>
          <w:p>
            <w:pPr>
              <w:spacing w:after="0"/>
            </w:pPr>
            <w:r>
              <w:rPr>
                <w:b w:val="0"/>
                <w:sz w:val="19"/>
              </w:rPr>
              <w:t>doldurma, açık uçlu soru, cümle tamamlama</w:t>
            </w:r>
          </w:p>
          <w:p>
            <w:pPr>
              <w:spacing w:after="0"/>
            </w:pPr>
            <w:r>
              <w:rPr>
                <w:b w:val="0"/>
                <w:sz w:val="19"/>
              </w:rPr>
              <w:t>*Çoktan seçmeli soru, boşluk doldurma vb.</w:t>
            </w:r>
          </w:p>
          <w:p>
            <w:pPr>
              <w:spacing w:after="0"/>
            </w:pPr>
            <w:r>
              <w:rPr>
                <w:b w:val="0"/>
                <w:sz w:val="19"/>
              </w:rPr>
              <w:t>çalışmalar</w:t>
            </w:r>
          </w:p>
          <w:p>
            <w:pPr>
              <w:spacing w:after="0"/>
            </w:pPr>
            <w:r>
              <w:rPr>
                <w:b w:val="0"/>
                <w:sz w:val="19"/>
              </w:rPr>
              <w:t>*Dereceli puanlama</w:t>
            </w:r>
          </w:p>
          <w:p>
            <w:pPr>
              <w:spacing w:after="0"/>
            </w:pPr>
            <w:r>
              <w:rPr>
                <w:b w:val="0"/>
                <w:sz w:val="19"/>
              </w:rPr>
              <w:t>anahtarı</w:t>
            </w:r>
          </w:p>
          <w:p>
            <w:pPr>
              <w:spacing w:after="0"/>
            </w:pPr>
            <w:r>
              <w:rPr>
                <w:b w:val="0"/>
                <w:sz w:val="19"/>
              </w:rPr>
              <w:t>*Sorulardan, kavramlardan, görsellerden hareketle sözlü metin oluşturma çalışması</w:t>
            </w:r>
          </w:p>
          <w:p>
            <w:pPr>
              <w:spacing w:after="0"/>
            </w:pPr>
            <w:r>
              <w:rPr>
                <w:b w:val="0"/>
                <w:sz w:val="19"/>
              </w:rPr>
              <w:t>*Öz bildirim</w:t>
            </w:r>
          </w:p>
          <w:p>
            <w:pPr>
              <w:spacing w:after="0"/>
            </w:pPr>
            <w:r>
              <w:rPr>
                <w:b w:val="0"/>
                <w:sz w:val="19"/>
              </w:rPr>
              <w:t>*Cümle, paragraf, not, kısa ileti yazma ve dikte gibi çalışmalar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Kızılay Haftası (29 Ekim-4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8. Hafta 02-06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8. Hafta 02-06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ATATÜRK'Ü TANIMAK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 *Strateji, yöntem ve teknik</w:t>
            </w:r>
          </w:p>
          <w:p>
            <w:pPr>
              <w:spacing w:after="0"/>
            </w:pPr>
            <w:r>
              <w:rPr>
                <w:b w:val="0"/>
                <w:sz w:val="19"/>
              </w:rPr>
              <w:t>*Söz varlığı</w:t>
            </w:r>
          </w:p>
          <w:p>
            <w:pPr>
              <w:spacing w:after="0"/>
            </w:pPr>
            <w:r>
              <w:rPr>
                <w:b w:val="0"/>
                <w:sz w:val="19"/>
              </w:rPr>
              <w:t>*Yüzey anlam</w:t>
            </w:r>
          </w:p>
          <w:p>
            <w:pPr>
              <w:spacing w:after="0"/>
            </w:pPr>
            <w:r>
              <w:rPr>
                <w:b w:val="0"/>
                <w:sz w:val="19"/>
              </w:rPr>
              <w:t>*Şiir</w:t>
            </w:r>
          </w:p>
          <w:p>
            <w:pPr>
              <w:spacing w:after="0"/>
            </w:pPr>
            <w:r>
              <w:rPr>
                <w:b w:val="0"/>
                <w:sz w:val="19"/>
              </w:rPr>
              <w:t>*Söz sanatları</w:t>
            </w:r>
          </w:p>
          <w:p>
            <w:pPr>
              <w:spacing w:after="0"/>
            </w:pPr>
            <w:r>
              <w:rPr>
                <w:b w:val="0"/>
                <w:sz w:val="19"/>
              </w:rPr>
              <w:t>*Öyküleyici metin *Metnin bölümleri *Akıcı okuma</w:t>
            </w:r>
          </w:p>
          <w:p>
            <w:pPr>
              <w:spacing w:after="0"/>
            </w:pPr>
            <w:r>
              <w:rPr>
                <w:b w:val="0"/>
                <w:sz w:val="19"/>
              </w:rPr>
              <w:t>*Yazıda içerik ve yapı *Konuşmada amaç</w:t>
            </w:r>
          </w:p>
          <w:p>
            <w:pPr>
              <w:spacing w:after="0"/>
            </w:pPr>
            <w:r>
              <w:rPr>
                <w:b w:val="0"/>
                <w:sz w:val="19"/>
              </w:rPr>
              <w:t>ve içerik</w:t>
            </w:r>
          </w:p>
          <w:p>
            <w:pPr>
              <w:spacing w:after="0"/>
            </w:pPr>
            <w:r>
              <w:rPr>
                <w:b w:val="0"/>
                <w:sz w:val="19"/>
              </w:rPr>
              <w:t>*Bağlantı ifadeleri *Yazım kuralları *Noktalama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SDB1.3. Kendine Uyarlama (Öz Yansıtma)</w:t>
            </w:r>
          </w:p>
          <w:p>
            <w:pPr>
              <w:spacing w:after="0"/>
            </w:pPr>
            <w:r>
              <w:rPr>
                <w:b w:val="0"/>
                <w:sz w:val="19"/>
              </w:rPr>
              <w:t>SDB2.1. İletişim</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D11. Özgürlük</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OB5. Kültür Okuryazarlığı</w:t>
            </w:r>
          </w:p>
          <w:p>
            <w:pPr>
              <w:spacing w:after="0"/>
            </w:pPr>
            <w:r>
              <w:rPr>
                <w:b w:val="0"/>
                <w:sz w:val="19"/>
              </w:rPr>
              <w:t>OB6. 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Atatürk’ün insani yönlerine yönelik araştırma yapılması ve edinilen bilgilerin dijital içerik hâline getirilip sınıfta ya da uygun dijital ortamlarda sunulması istenebilir.</w:t>
            </w:r>
          </w:p>
          <w:p>
            <w:pPr>
              <w:spacing w:after="0"/>
            </w:pPr>
            <w:r>
              <w:rPr>
                <w:b w:val="0"/>
                <w:sz w:val="19"/>
              </w:rPr>
              <w:t>Bulunulan yerdeki -varsa- “Atatürk Müze Evleri ve Köşkleri”, “Çanakkale Zaferi”, “Millî Mücadele” ve “Cumhuriyet”e ilişkin müzeler ya da konuya ilişkin sanal müzeler gezilir. Bu geziler sonucunda elde edilen bilgilerle daha önce okunan kaynaklardan edinilen bilgilerin eleştirel bir bakış açısıyla karşılaştırıldığı bir değerlendirme yazısı yazılması istenebilir.</w:t>
            </w:r>
          </w:p>
          <w:p>
            <w:pPr>
              <w:spacing w:after="0"/>
            </w:pPr>
            <w:r>
              <w:rPr>
                <w:b w:val="0"/>
                <w:sz w:val="19"/>
              </w:rPr>
              <w:t>Atatürk’ün yazdığı kitapların görsellerinden oluşan bir duvar panosu hazırlanarak “Gençliğe Hitabe bu kitaplardan hangisindedir?” gibi araştırmaya yönelik merak uyandırıcı sorularla kitaplar hakkında araştırma yapılması ve Gençliğe Hitabe’nin bulunduğu “Nutuk” adlı eserin sınıf kütüphanesine dâhil edilmesi istenebilir.</w:t>
            </w:r>
          </w:p>
          <w:p>
            <w:pPr>
              <w:spacing w:after="0"/>
            </w:pPr>
            <w:r>
              <w:rPr>
                <w:b w:val="0"/>
                <w:sz w:val="19"/>
              </w:rPr>
              <w:t xml:space="preserve">Öğrencilerden temada işlenen konuya yönelik dijital öyküleme aşamalarına göre özgün öykü yazmaları, yazdıkları öyküyü senaryolaştırarak canlandırmaları istenebilir. </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Dinleme/izleme, okuma metni ya da tema içerisinde yer alan “Millî Mücadele” ile ilişkili kavramlar görsel işitsel araçların sunumu ve uygun şematik düzenleyicilerin kullanımı ile somutlaştırılabilir.</w:t>
            </w:r>
          </w:p>
          <w:p>
            <w:pPr>
              <w:spacing w:after="0"/>
            </w:pPr>
            <w:r>
              <w:rPr>
                <w:b w:val="0"/>
                <w:sz w:val="19"/>
              </w:rPr>
              <w:t>Tema kapsamındaki öğrenme çıktılarına yönelik çalışmalar yapılırken iş birlikli öğrenme ortamlarının oluşturulması sağlanabilir.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*Kavram haritası çalışması</w:t>
            </w:r>
          </w:p>
          <w:p>
            <w:pPr>
              <w:spacing w:after="0"/>
            </w:pPr>
            <w:r>
              <w:rPr>
                <w:b w:val="0"/>
                <w:sz w:val="19"/>
              </w:rPr>
              <w:t>*eşleştirme, paragraf yazma</w:t>
            </w:r>
          </w:p>
          <w:p>
            <w:pPr>
              <w:spacing w:after="0"/>
            </w:pPr>
            <w:r>
              <w:rPr>
                <w:b w:val="0"/>
                <w:sz w:val="19"/>
              </w:rPr>
              <w:t>vb. çalışmalar</w:t>
            </w:r>
          </w:p>
          <w:p>
            <w:pPr>
              <w:spacing w:after="0"/>
            </w:pPr>
            <w:r>
              <w:rPr>
                <w:b w:val="0"/>
                <w:sz w:val="19"/>
              </w:rPr>
              <w:t>*Boşluk</w:t>
            </w:r>
          </w:p>
          <w:p>
            <w:pPr>
              <w:spacing w:after="0"/>
            </w:pPr>
            <w:r>
              <w:rPr>
                <w:b w:val="0"/>
                <w:sz w:val="19"/>
              </w:rPr>
              <w:t>doldurma, açık uçlu soru, cümle tamamlama</w:t>
            </w:r>
          </w:p>
          <w:p>
            <w:pPr>
              <w:spacing w:after="0"/>
            </w:pPr>
            <w:r>
              <w:rPr>
                <w:b w:val="0"/>
                <w:sz w:val="19"/>
              </w:rPr>
              <w:t>*Çoktan seçmeli soru, boşluk doldurma vb.</w:t>
            </w:r>
          </w:p>
          <w:p>
            <w:pPr>
              <w:spacing w:after="0"/>
            </w:pPr>
            <w:r>
              <w:rPr>
                <w:b w:val="0"/>
                <w:sz w:val="19"/>
              </w:rPr>
              <w:t>çalışmalar</w:t>
            </w:r>
          </w:p>
          <w:p>
            <w:pPr>
              <w:spacing w:after="0"/>
            </w:pPr>
            <w:r>
              <w:rPr>
                <w:b w:val="0"/>
                <w:sz w:val="19"/>
              </w:rPr>
              <w:t>*Dereceli puanlama</w:t>
            </w:r>
          </w:p>
          <w:p>
            <w:pPr>
              <w:spacing w:after="0"/>
            </w:pPr>
            <w:r>
              <w:rPr>
                <w:b w:val="0"/>
                <w:sz w:val="19"/>
              </w:rPr>
              <w:t>anahtarı</w:t>
            </w:r>
          </w:p>
          <w:p>
            <w:pPr>
              <w:spacing w:after="0"/>
            </w:pPr>
            <w:r>
              <w:rPr>
                <w:b w:val="0"/>
                <w:sz w:val="19"/>
              </w:rPr>
              <w:t>*Sorulardan, kavramlardan, görsellerden hareketle sözlü metin oluşturma çalışması</w:t>
            </w:r>
          </w:p>
          <w:p>
            <w:pPr>
              <w:spacing w:after="0"/>
            </w:pPr>
            <w:r>
              <w:rPr>
                <w:b w:val="0"/>
                <w:sz w:val="19"/>
              </w:rPr>
              <w:t>*Öz bildirim</w:t>
            </w:r>
          </w:p>
          <w:p>
            <w:pPr>
              <w:spacing w:after="0"/>
            </w:pPr>
            <w:r>
              <w:rPr>
                <w:b w:val="0"/>
                <w:sz w:val="19"/>
              </w:rPr>
              <w:t>*Cümle, paragraf, not, kısa ileti yazma ve dikte gibi çalışmalar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Kızılay Haftası (29 Ekim-4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9. Hafta 09-13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09-13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ATATÜRK'Ü TANIMAK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 *Strateji, yöntem ve teknik</w:t>
            </w:r>
          </w:p>
          <w:p>
            <w:pPr>
              <w:spacing w:after="0"/>
            </w:pPr>
            <w:r>
              <w:rPr>
                <w:b w:val="0"/>
                <w:sz w:val="19"/>
              </w:rPr>
              <w:t>*Söz varlığı</w:t>
            </w:r>
          </w:p>
          <w:p>
            <w:pPr>
              <w:spacing w:after="0"/>
            </w:pPr>
            <w:r>
              <w:rPr>
                <w:b w:val="0"/>
                <w:sz w:val="19"/>
              </w:rPr>
              <w:t>*Yüzey anlam</w:t>
            </w:r>
          </w:p>
          <w:p>
            <w:pPr>
              <w:spacing w:after="0"/>
            </w:pPr>
            <w:r>
              <w:rPr>
                <w:b w:val="0"/>
                <w:sz w:val="19"/>
              </w:rPr>
              <w:t>*Şiir</w:t>
            </w:r>
          </w:p>
          <w:p>
            <w:pPr>
              <w:spacing w:after="0"/>
            </w:pPr>
            <w:r>
              <w:rPr>
                <w:b w:val="0"/>
                <w:sz w:val="19"/>
              </w:rPr>
              <w:t>*Söz sanatları</w:t>
            </w:r>
          </w:p>
          <w:p>
            <w:pPr>
              <w:spacing w:after="0"/>
            </w:pPr>
            <w:r>
              <w:rPr>
                <w:b w:val="0"/>
                <w:sz w:val="19"/>
              </w:rPr>
              <w:t>*Öyküleyici metin *Metnin bölümleri *Akıcı okuma</w:t>
            </w:r>
          </w:p>
          <w:p>
            <w:pPr>
              <w:spacing w:after="0"/>
            </w:pPr>
            <w:r>
              <w:rPr>
                <w:b w:val="0"/>
                <w:sz w:val="19"/>
              </w:rPr>
              <w:t>*Yazıda içerik ve yapı *Konuşmada amaç</w:t>
            </w:r>
          </w:p>
          <w:p>
            <w:pPr>
              <w:spacing w:after="0"/>
            </w:pPr>
            <w:r>
              <w:rPr>
                <w:b w:val="0"/>
                <w:sz w:val="19"/>
              </w:rPr>
              <w:t>ve içerik</w:t>
            </w:r>
          </w:p>
          <w:p>
            <w:pPr>
              <w:spacing w:after="0"/>
            </w:pPr>
            <w:r>
              <w:rPr>
                <w:b w:val="0"/>
                <w:sz w:val="19"/>
              </w:rPr>
              <w:t>*Bağlantı ifadeleri *Yazım kuralları *Noktalama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SDB1.3. Kendine Uyarlama (Öz Yansıtma)</w:t>
            </w:r>
          </w:p>
          <w:p>
            <w:pPr>
              <w:spacing w:after="0"/>
            </w:pPr>
            <w:r>
              <w:rPr>
                <w:b w:val="0"/>
                <w:sz w:val="19"/>
              </w:rPr>
              <w:t>SDB2.1. İletişim</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D11. Özgürlük</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OB5. Kültür Okuryazarlığı</w:t>
            </w:r>
          </w:p>
          <w:p>
            <w:pPr>
              <w:spacing w:after="0"/>
            </w:pPr>
            <w:r>
              <w:rPr>
                <w:b w:val="0"/>
                <w:sz w:val="19"/>
              </w:rPr>
              <w:t>OB6. 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Atatürk’ün insani yönlerine yönelik araştırma yapılması ve edinilen bilgilerin dijital içerik hâline getirilip sınıfta ya da uygun dijital ortamlarda sunulması istenebilir.</w:t>
            </w:r>
          </w:p>
          <w:p>
            <w:pPr>
              <w:spacing w:after="0"/>
            </w:pPr>
            <w:r>
              <w:rPr>
                <w:b w:val="0"/>
                <w:sz w:val="19"/>
              </w:rPr>
              <w:t>Bulunulan yerdeki -varsa- “Atatürk Müze Evleri ve Köşkleri”, “Çanakkale Zaferi”, “Millî Mücadele” ve “Cumhuriyet”e ilişkin müzeler ya da konuya ilişkin sanal müzeler gezilir. Bu geziler sonucunda elde edilen bilgilerle daha önce okunan kaynaklardan edinilen bilgilerin eleştirel bir bakış açısıyla karşılaştırıldığı bir değerlendirme yazısı yazılması istenebilir.</w:t>
            </w:r>
          </w:p>
          <w:p>
            <w:pPr>
              <w:spacing w:after="0"/>
            </w:pPr>
            <w:r>
              <w:rPr>
                <w:b w:val="0"/>
                <w:sz w:val="19"/>
              </w:rPr>
              <w:t>Atatürk’ün yazdığı kitapların görsellerinden oluşan bir duvar panosu hazırlanarak “Gençliğe Hitabe bu kitaplardan hangisindedir?” gibi araştırmaya yönelik merak uyandırıcı sorularla kitaplar hakkında araştırma yapılması ve Gençliğe Hitabe’nin bulunduğu “Nutuk” adlı eserin sınıf kütüphanesine dâhil edilmesi istenebilir.</w:t>
            </w:r>
          </w:p>
          <w:p>
            <w:pPr>
              <w:spacing w:after="0"/>
            </w:pPr>
            <w:r>
              <w:rPr>
                <w:b w:val="0"/>
                <w:sz w:val="19"/>
              </w:rPr>
              <w:t xml:space="preserve">Öğrencilerden temada işlenen konuya yönelik dijital öyküleme aşamalarına göre özgün öykü yazmaları, yazdıkları öyküyü senaryolaştırarak canlandırmaları istenebilir. </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Dinleme/izleme, okuma metni ya da tema içerisinde yer alan “Millî Mücadele” ile ilişkili kavramlar görsel işitsel araçların sunumu ve uygun şematik düzenleyicilerin kullanımı ile somutlaştırılabilir.</w:t>
            </w:r>
          </w:p>
          <w:p>
            <w:pPr>
              <w:spacing w:after="0"/>
            </w:pPr>
            <w:r>
              <w:rPr>
                <w:b w:val="0"/>
                <w:sz w:val="19"/>
              </w:rPr>
              <w:t>Tema kapsamındaki öğrenme çıktılarına yönelik çalışmalar yapılırken iş birlikli öğrenme ortamlarının oluşturulması sağlanabilir.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*Kavram haritası çalışması</w:t>
            </w:r>
          </w:p>
          <w:p>
            <w:pPr>
              <w:spacing w:after="0"/>
            </w:pPr>
            <w:r>
              <w:rPr>
                <w:b w:val="0"/>
                <w:sz w:val="19"/>
              </w:rPr>
              <w:t>*eşleştirme, paragraf yazma</w:t>
            </w:r>
          </w:p>
          <w:p>
            <w:pPr>
              <w:spacing w:after="0"/>
            </w:pPr>
            <w:r>
              <w:rPr>
                <w:b w:val="0"/>
                <w:sz w:val="19"/>
              </w:rPr>
              <w:t>vb. çalışmalar</w:t>
            </w:r>
          </w:p>
          <w:p>
            <w:pPr>
              <w:spacing w:after="0"/>
            </w:pPr>
            <w:r>
              <w:rPr>
                <w:b w:val="0"/>
                <w:sz w:val="19"/>
              </w:rPr>
              <w:t>*Boşluk</w:t>
            </w:r>
          </w:p>
          <w:p>
            <w:pPr>
              <w:spacing w:after="0"/>
            </w:pPr>
            <w:r>
              <w:rPr>
                <w:b w:val="0"/>
                <w:sz w:val="19"/>
              </w:rPr>
              <w:t>doldurma, açık uçlu soru, cümle tamamlama</w:t>
            </w:r>
          </w:p>
          <w:p>
            <w:pPr>
              <w:spacing w:after="0"/>
            </w:pPr>
            <w:r>
              <w:rPr>
                <w:b w:val="0"/>
                <w:sz w:val="19"/>
              </w:rPr>
              <w:t>*Çoktan seçmeli soru, boşluk doldurma vb.</w:t>
            </w:r>
          </w:p>
          <w:p>
            <w:pPr>
              <w:spacing w:after="0"/>
            </w:pPr>
            <w:r>
              <w:rPr>
                <w:b w:val="0"/>
                <w:sz w:val="19"/>
              </w:rPr>
              <w:t>çalışmalar</w:t>
            </w:r>
          </w:p>
          <w:p>
            <w:pPr>
              <w:spacing w:after="0"/>
            </w:pPr>
            <w:r>
              <w:rPr>
                <w:b w:val="0"/>
                <w:sz w:val="19"/>
              </w:rPr>
              <w:t>*Dereceli puanlama</w:t>
            </w:r>
          </w:p>
          <w:p>
            <w:pPr>
              <w:spacing w:after="0"/>
            </w:pPr>
            <w:r>
              <w:rPr>
                <w:b w:val="0"/>
                <w:sz w:val="19"/>
              </w:rPr>
              <w:t>anahtarı</w:t>
            </w:r>
          </w:p>
          <w:p>
            <w:pPr>
              <w:spacing w:after="0"/>
            </w:pPr>
            <w:r>
              <w:rPr>
                <w:b w:val="0"/>
                <w:sz w:val="19"/>
              </w:rPr>
              <w:t>*Sorulardan, kavramlardan, görsellerden hareketle sözlü metin oluşturma çalışması</w:t>
            </w:r>
          </w:p>
          <w:p>
            <w:pPr>
              <w:spacing w:after="0"/>
            </w:pPr>
            <w:r>
              <w:rPr>
                <w:b w:val="0"/>
                <w:sz w:val="19"/>
              </w:rPr>
              <w:t>*Öz bildirim</w:t>
            </w:r>
          </w:p>
          <w:p>
            <w:pPr>
              <w:spacing w:after="0"/>
            </w:pPr>
            <w:r>
              <w:rPr>
                <w:b w:val="0"/>
                <w:sz w:val="19"/>
              </w:rPr>
              <w:t>*Cümle, paragraf, not, kısa ileti yazma ve dikte gibi çalışmalar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 (10-16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9. Hafta 09-13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09-13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ATATÜRK'Ü TANIMAK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 *Strateji, yöntem ve teknik</w:t>
            </w:r>
          </w:p>
          <w:p>
            <w:pPr>
              <w:spacing w:after="0"/>
            </w:pPr>
            <w:r>
              <w:rPr>
                <w:b w:val="0"/>
                <w:sz w:val="19"/>
              </w:rPr>
              <w:t>*Söz varlığı</w:t>
            </w:r>
          </w:p>
          <w:p>
            <w:pPr>
              <w:spacing w:after="0"/>
            </w:pPr>
            <w:r>
              <w:rPr>
                <w:b w:val="0"/>
                <w:sz w:val="19"/>
              </w:rPr>
              <w:t>*Yüzey anlam</w:t>
            </w:r>
          </w:p>
          <w:p>
            <w:pPr>
              <w:spacing w:after="0"/>
            </w:pPr>
            <w:r>
              <w:rPr>
                <w:b w:val="0"/>
                <w:sz w:val="19"/>
              </w:rPr>
              <w:t>*Şiir</w:t>
            </w:r>
          </w:p>
          <w:p>
            <w:pPr>
              <w:spacing w:after="0"/>
            </w:pPr>
            <w:r>
              <w:rPr>
                <w:b w:val="0"/>
                <w:sz w:val="19"/>
              </w:rPr>
              <w:t>*Söz sanatları</w:t>
            </w:r>
          </w:p>
          <w:p>
            <w:pPr>
              <w:spacing w:after="0"/>
            </w:pPr>
            <w:r>
              <w:rPr>
                <w:b w:val="0"/>
                <w:sz w:val="19"/>
              </w:rPr>
              <w:t>*Öyküleyici metin *Metnin bölümleri *Akıcı okuma</w:t>
            </w:r>
          </w:p>
          <w:p>
            <w:pPr>
              <w:spacing w:after="0"/>
            </w:pPr>
            <w:r>
              <w:rPr>
                <w:b w:val="0"/>
                <w:sz w:val="19"/>
              </w:rPr>
              <w:t>*Yazıda içerik ve yapı *Konuşmada amaç</w:t>
            </w:r>
          </w:p>
          <w:p>
            <w:pPr>
              <w:spacing w:after="0"/>
            </w:pPr>
            <w:r>
              <w:rPr>
                <w:b w:val="0"/>
                <w:sz w:val="19"/>
              </w:rPr>
              <w:t>ve içerik</w:t>
            </w:r>
          </w:p>
          <w:p>
            <w:pPr>
              <w:spacing w:after="0"/>
            </w:pPr>
            <w:r>
              <w:rPr>
                <w:b w:val="0"/>
                <w:sz w:val="19"/>
              </w:rPr>
              <w:t>*Bağlantı ifadeleri *Yazım kuralları *Noktalama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SDB1.3. Kendine Uyarlama (Öz Yansıtma)</w:t>
            </w:r>
          </w:p>
          <w:p>
            <w:pPr>
              <w:spacing w:after="0"/>
            </w:pPr>
            <w:r>
              <w:rPr>
                <w:b w:val="0"/>
                <w:sz w:val="19"/>
              </w:rPr>
              <w:t>SDB2.1. İletişim</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D11. Özgürlük</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OB5. Kültür Okuryazarlığı</w:t>
            </w:r>
          </w:p>
          <w:p>
            <w:pPr>
              <w:spacing w:after="0"/>
            </w:pPr>
            <w:r>
              <w:rPr>
                <w:b w:val="0"/>
                <w:sz w:val="19"/>
              </w:rPr>
              <w:t>OB6. 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Atatürk’ün insani yönlerine yönelik araştırma yapılması ve edinilen bilgilerin dijital içerik hâline getirilip sınıfta ya da uygun dijital ortamlarda sunulması istenebilir.</w:t>
            </w:r>
          </w:p>
          <w:p>
            <w:pPr>
              <w:spacing w:after="0"/>
            </w:pPr>
            <w:r>
              <w:rPr>
                <w:b w:val="0"/>
                <w:sz w:val="19"/>
              </w:rPr>
              <w:t>Bulunulan yerdeki -varsa- “Atatürk Müze Evleri ve Köşkleri”, “Çanakkale Zaferi”, “Millî Mücadele” ve “Cumhuriyet”e ilişkin müzeler ya da konuya ilişkin sanal müzeler gezilir. Bu geziler sonucunda elde edilen bilgilerle daha önce okunan kaynaklardan edinilen bilgilerin eleştirel bir bakış açısıyla karşılaştırıldığı bir değerlendirme yazısı yazılması istenebilir.</w:t>
            </w:r>
          </w:p>
          <w:p>
            <w:pPr>
              <w:spacing w:after="0"/>
            </w:pPr>
            <w:r>
              <w:rPr>
                <w:b w:val="0"/>
                <w:sz w:val="19"/>
              </w:rPr>
              <w:t>Atatürk’ün yazdığı kitapların görsellerinden oluşan bir duvar panosu hazırlanarak “Gençliğe Hitabe bu kitaplardan hangisindedir?” gibi araştırmaya yönelik merak uyandırıcı sorularla kitaplar hakkında araştırma yapılması ve Gençliğe Hitabe’nin bulunduğu “Nutuk” adlı eserin sınıf kütüphanesine dâhil edilmesi istenebilir.</w:t>
            </w:r>
          </w:p>
          <w:p>
            <w:pPr>
              <w:spacing w:after="0"/>
            </w:pPr>
            <w:r>
              <w:rPr>
                <w:b w:val="0"/>
                <w:sz w:val="19"/>
              </w:rPr>
              <w:t xml:space="preserve">Öğrencilerden temada işlenen konuya yönelik dijital öyküleme aşamalarına göre özgün öykü yazmaları, yazdıkları öyküyü senaryolaştırarak canlandırmaları istenebilir. </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Dinleme/izleme, okuma metni ya da tema içerisinde yer alan “Millî Mücadele” ile ilişkili kavramlar görsel işitsel araçların sunumu ve uygun şematik düzenleyicilerin kullanımı ile somutlaştırılabilir.</w:t>
            </w:r>
          </w:p>
          <w:p>
            <w:pPr>
              <w:spacing w:after="0"/>
            </w:pPr>
            <w:r>
              <w:rPr>
                <w:b w:val="0"/>
                <w:sz w:val="19"/>
              </w:rPr>
              <w:t>Tema kapsamındaki öğrenme çıktılarına yönelik çalışmalar yapılırken iş birlikli öğrenme ortamlarının oluşturulması sağlanabilir.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*Kavram haritası çalışması</w:t>
            </w:r>
          </w:p>
          <w:p>
            <w:pPr>
              <w:spacing w:after="0"/>
            </w:pPr>
            <w:r>
              <w:rPr>
                <w:b w:val="0"/>
                <w:sz w:val="19"/>
              </w:rPr>
              <w:t>*eşleştirme, paragraf yazma</w:t>
            </w:r>
          </w:p>
          <w:p>
            <w:pPr>
              <w:spacing w:after="0"/>
            </w:pPr>
            <w:r>
              <w:rPr>
                <w:b w:val="0"/>
                <w:sz w:val="19"/>
              </w:rPr>
              <w:t>vb. çalışmalar</w:t>
            </w:r>
          </w:p>
          <w:p>
            <w:pPr>
              <w:spacing w:after="0"/>
            </w:pPr>
            <w:r>
              <w:rPr>
                <w:b w:val="0"/>
                <w:sz w:val="19"/>
              </w:rPr>
              <w:t>*Boşluk</w:t>
            </w:r>
          </w:p>
          <w:p>
            <w:pPr>
              <w:spacing w:after="0"/>
            </w:pPr>
            <w:r>
              <w:rPr>
                <w:b w:val="0"/>
                <w:sz w:val="19"/>
              </w:rPr>
              <w:t>doldurma, açık uçlu soru, cümle tamamlama</w:t>
            </w:r>
          </w:p>
          <w:p>
            <w:pPr>
              <w:spacing w:after="0"/>
            </w:pPr>
            <w:r>
              <w:rPr>
                <w:b w:val="0"/>
                <w:sz w:val="19"/>
              </w:rPr>
              <w:t>*Çoktan seçmeli soru, boşluk doldurma vb.</w:t>
            </w:r>
          </w:p>
          <w:p>
            <w:pPr>
              <w:spacing w:after="0"/>
            </w:pPr>
            <w:r>
              <w:rPr>
                <w:b w:val="0"/>
                <w:sz w:val="19"/>
              </w:rPr>
              <w:t>çalışmalar</w:t>
            </w:r>
          </w:p>
          <w:p>
            <w:pPr>
              <w:spacing w:after="0"/>
            </w:pPr>
            <w:r>
              <w:rPr>
                <w:b w:val="0"/>
                <w:sz w:val="19"/>
              </w:rPr>
              <w:t>*Dereceli puanlama</w:t>
            </w:r>
          </w:p>
          <w:p>
            <w:pPr>
              <w:spacing w:after="0"/>
            </w:pPr>
            <w:r>
              <w:rPr>
                <w:b w:val="0"/>
                <w:sz w:val="19"/>
              </w:rPr>
              <w:t>anahtarı</w:t>
            </w:r>
          </w:p>
          <w:p>
            <w:pPr>
              <w:spacing w:after="0"/>
            </w:pPr>
            <w:r>
              <w:rPr>
                <w:b w:val="0"/>
                <w:sz w:val="19"/>
              </w:rPr>
              <w:t>*Sorulardan, kavramlardan, görsellerden hareketle sözlü metin oluşturma çalışması</w:t>
            </w:r>
          </w:p>
          <w:p>
            <w:pPr>
              <w:spacing w:after="0"/>
            </w:pPr>
            <w:r>
              <w:rPr>
                <w:b w:val="0"/>
                <w:sz w:val="19"/>
              </w:rPr>
              <w:t>*Öz bildirim</w:t>
            </w:r>
          </w:p>
          <w:p>
            <w:pPr>
              <w:spacing w:after="0"/>
            </w:pPr>
            <w:r>
              <w:rPr>
                <w:b w:val="0"/>
                <w:sz w:val="19"/>
              </w:rPr>
              <w:t>*Cümle, paragraf, not, kısa ileti yazma ve dikte gibi çalışmalar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 (10-16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9. Hafta 09-13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09-13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Atatürk’ün insani yönlerine yönelik araştırma yapılması ve edinilen bilgilerin dijital içerik hâline getirilip sınıfta ya da uygun dijital ortamlarda sunulması istenebilir.</w:t>
            </w:r>
          </w:p>
          <w:p>
            <w:pPr>
              <w:spacing w:after="0"/>
            </w:pPr>
            <w:r>
              <w:rPr>
                <w:b w:val="0"/>
                <w:sz w:val="19"/>
              </w:rPr>
              <w:t>Bulunulan yerdeki -varsa- “Atatürk Müze Evleri ve Köşkleri”, “Çanakkale Zaferi”, “Millî Mücadele” ve “Cumhuriyet”e ilişkin müzeler ya da konuya ilişkin sanal müzeler gezilir. Bu geziler sonucunda elde edilen bilgilerle daha önce okunan kaynaklardan edinilen bilgilerin eleştirel bir bakış açısıyla karşılaştırıldığı bir değerlendirme yazısı yazılması istenebilir.</w:t>
            </w:r>
          </w:p>
          <w:p>
            <w:pPr>
              <w:spacing w:after="0"/>
            </w:pPr>
            <w:r>
              <w:rPr>
                <w:b w:val="0"/>
                <w:sz w:val="19"/>
              </w:rPr>
              <w:t>Atatürk’ün yazdığı kitapların görsellerinden oluşan bir duvar panosu hazırlanarak “Gençliğe Hitabe bu kitaplardan hangisindedir?” gibi araştırmaya yönelik merak uyandırıcı sorularla kitaplar hakkında araştırma yapılması ve Gençliğe Hitabe’nin bulunduğu “Nutuk” adlı eserin sınıf kütüphanesine dâhil edilmesi istenebilir.</w:t>
            </w:r>
          </w:p>
          <w:p>
            <w:pPr>
              <w:spacing w:after="0"/>
            </w:pPr>
            <w:r>
              <w:rPr>
                <w:b w:val="0"/>
                <w:sz w:val="19"/>
              </w:rPr>
              <w:t xml:space="preserve">Öğrencilerden temada işlenen konuya yönelik dijital öyküleme aşamalarına göre özgün öykü yazmaları, yazdıkları öyküyü senaryolaştırarak canlandırmaları istenebilir. </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Dinleme/izleme, okuma metni ya da tema içerisinde yer alan “Millî Mücadele” ile ilişkili kavramlar görsel işitsel araçların sunumu ve uygun şematik düzenleyicilerin kullanımı ile somutlaştırılabilir.</w:t>
            </w:r>
          </w:p>
          <w:p>
            <w:pPr>
              <w:spacing w:after="0"/>
            </w:pPr>
            <w:r>
              <w:rPr>
                <w:b w:val="0"/>
                <w:sz w:val="19"/>
              </w:rPr>
              <w:t>Tema kapsamındaki öğrenme çıktılarına yönelik çalışmalar yapılırken iş birlikli öğrenme ortamlarının oluşturulması sağlanabilir.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 (10-16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9. Hafta 09-13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09-13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Atatürk’ün insani yönlerine yönelik araştırma yapılması ve edinilen bilgilerin dijital içerik hâline getirilip sınıfta ya da uygun dijital ortamlarda sunulması istenebilir.</w:t>
            </w:r>
          </w:p>
          <w:p>
            <w:pPr>
              <w:spacing w:after="0"/>
            </w:pPr>
            <w:r>
              <w:rPr>
                <w:b w:val="0"/>
                <w:sz w:val="19"/>
              </w:rPr>
              <w:t>Bulunulan yerdeki -varsa- “Atatürk Müze Evleri ve Köşkleri”, “Çanakkale Zaferi”, “Millî Mücadele” ve “Cumhuriyet”e ilişkin müzeler ya da konuya ilişkin sanal müzeler gezilir. Bu geziler sonucunda elde edilen bilgilerle daha önce okunan kaynaklardan edinilen bilgilerin eleştirel bir bakış açısıyla karşılaştırıldığı bir değerlendirme yazısı yazılması istenebilir.</w:t>
            </w:r>
          </w:p>
          <w:p>
            <w:pPr>
              <w:spacing w:after="0"/>
            </w:pPr>
            <w:r>
              <w:rPr>
                <w:b w:val="0"/>
                <w:sz w:val="19"/>
              </w:rPr>
              <w:t>Atatürk’ün yazdığı kitapların görsellerinden oluşan bir duvar panosu hazırlanarak “Gençliğe Hitabe bu kitaplardan hangisindedir?” gibi araştırmaya yönelik merak uyandırıcı sorularla kitaplar hakkında araştırma yapılması ve Gençliğe Hitabe’nin bulunduğu “Nutuk” adlı eserin sınıf kütüphanesine dâhil edilmesi istenebilir.</w:t>
            </w:r>
          </w:p>
          <w:p>
            <w:pPr>
              <w:spacing w:after="0"/>
            </w:pPr>
            <w:r>
              <w:rPr>
                <w:b w:val="0"/>
                <w:sz w:val="19"/>
              </w:rPr>
              <w:t xml:space="preserve">Öğrencilerden temada işlenen konuya yönelik dijital öyküleme aşamalarına göre özgün öykü yazmaları, yazdıkları öyküyü senaryolaştırarak canlandırmaları istenebilir. </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Dinleme/izleme, okuma metni ya da tema içerisinde yer alan “Millî Mücadele” ile ilişkili kavramlar görsel işitsel araçların sunumu ve uygun şematik düzenleyicilerin kullanımı ile somutlaştırılabilir.</w:t>
            </w:r>
          </w:p>
          <w:p>
            <w:pPr>
              <w:spacing w:after="0"/>
            </w:pPr>
            <w:r>
              <w:rPr>
                <w:b w:val="0"/>
                <w:sz w:val="19"/>
              </w:rPr>
              <w:t>Tema kapsamındaki öğrenme çıktılarına yönelik çalışmalar yapılırken iş birlikli öğrenme ortamlarının oluşturulması sağlanabilir.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 (10-16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10. Hafta 23-27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10. Hafta 23-27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ATATÜRK'Ü TANIMAK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 *Strateji, yöntem ve teknik</w:t>
            </w:r>
          </w:p>
          <w:p>
            <w:pPr>
              <w:spacing w:after="0"/>
            </w:pPr>
            <w:r>
              <w:rPr>
                <w:b w:val="0"/>
                <w:sz w:val="19"/>
              </w:rPr>
              <w:t>*Söz varlığı</w:t>
            </w:r>
          </w:p>
          <w:p>
            <w:pPr>
              <w:spacing w:after="0"/>
            </w:pPr>
            <w:r>
              <w:rPr>
                <w:b w:val="0"/>
                <w:sz w:val="19"/>
              </w:rPr>
              <w:t>*Yüzey anlam</w:t>
            </w:r>
          </w:p>
          <w:p>
            <w:pPr>
              <w:spacing w:after="0"/>
            </w:pPr>
            <w:r>
              <w:rPr>
                <w:b w:val="0"/>
                <w:sz w:val="19"/>
              </w:rPr>
              <w:t>*Şiir</w:t>
            </w:r>
          </w:p>
          <w:p>
            <w:pPr>
              <w:spacing w:after="0"/>
            </w:pPr>
            <w:r>
              <w:rPr>
                <w:b w:val="0"/>
                <w:sz w:val="19"/>
              </w:rPr>
              <w:t>*Söz sanatları</w:t>
            </w:r>
          </w:p>
          <w:p>
            <w:pPr>
              <w:spacing w:after="0"/>
            </w:pPr>
            <w:r>
              <w:rPr>
                <w:b w:val="0"/>
                <w:sz w:val="19"/>
              </w:rPr>
              <w:t>*Öyküleyici metin *Metnin bölümleri *Akıcı okuma</w:t>
            </w:r>
          </w:p>
          <w:p>
            <w:pPr>
              <w:spacing w:after="0"/>
            </w:pPr>
            <w:r>
              <w:rPr>
                <w:b w:val="0"/>
                <w:sz w:val="19"/>
              </w:rPr>
              <w:t>*Yazıda içerik ve yapı *Konuşmada amaç</w:t>
            </w:r>
          </w:p>
          <w:p>
            <w:pPr>
              <w:spacing w:after="0"/>
            </w:pPr>
            <w:r>
              <w:rPr>
                <w:b w:val="0"/>
                <w:sz w:val="19"/>
              </w:rPr>
              <w:t>ve içerik</w:t>
            </w:r>
          </w:p>
          <w:p>
            <w:pPr>
              <w:spacing w:after="0"/>
            </w:pPr>
            <w:r>
              <w:rPr>
                <w:b w:val="0"/>
                <w:sz w:val="19"/>
              </w:rPr>
              <w:t>*Bağlantı ifadeleri *Yazım kuralları *Noktalama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SDB1.3. Kendine Uyarlama (Öz Yansıtma)</w:t>
            </w:r>
          </w:p>
          <w:p>
            <w:pPr>
              <w:spacing w:after="0"/>
            </w:pPr>
            <w:r>
              <w:rPr>
                <w:b w:val="0"/>
                <w:sz w:val="19"/>
              </w:rPr>
              <w:t>SDB2.1. İletişim</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D11. Özgürlük</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OB5. Kültür Okuryazarlığı</w:t>
            </w:r>
          </w:p>
          <w:p>
            <w:pPr>
              <w:spacing w:after="0"/>
            </w:pPr>
            <w:r>
              <w:rPr>
                <w:b w:val="0"/>
                <w:sz w:val="19"/>
              </w:rPr>
              <w:t>OB6. 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Atatürk’ün insani yönlerine yönelik araştırma yapılması ve edinilen bilgilerin dijital içerik hâline getirilip sınıfta ya da uygun dijital ortamlarda sunulması istenebilir.</w:t>
            </w:r>
          </w:p>
          <w:p>
            <w:pPr>
              <w:spacing w:after="0"/>
            </w:pPr>
            <w:r>
              <w:rPr>
                <w:b w:val="0"/>
                <w:sz w:val="19"/>
              </w:rPr>
              <w:t>Bulunulan yerdeki -varsa- “Atatürk Müze Evleri ve Köşkleri”, “Çanakkale Zaferi”, “Millî Mücadele” ve “Cumhuriyet”e ilişkin müzeler ya da konuya ilişkin sanal müzeler gezilir. Bu geziler sonucunda elde edilen bilgilerle daha önce okunan kaynaklardan edinilen bilgilerin eleştirel bir bakış açısıyla karşılaştırıldığı bir değerlendirme yazısı yazılması istenebilir.</w:t>
            </w:r>
          </w:p>
          <w:p>
            <w:pPr>
              <w:spacing w:after="0"/>
            </w:pPr>
            <w:r>
              <w:rPr>
                <w:b w:val="0"/>
                <w:sz w:val="19"/>
              </w:rPr>
              <w:t>Atatürk’ün yazdığı kitapların görsellerinden oluşan bir duvar panosu hazırlanarak “Gençliğe Hitabe bu kitaplardan hangisindedir?” gibi araştırmaya yönelik merak uyandırıcı sorularla kitaplar hakkında araştırma yapılması ve Gençliğe Hitabe’nin bulunduğu “Nutuk” adlı eserin sınıf kütüphanesine dâhil edilmesi istenebilir.</w:t>
            </w:r>
          </w:p>
          <w:p>
            <w:pPr>
              <w:spacing w:after="0"/>
            </w:pPr>
            <w:r>
              <w:rPr>
                <w:b w:val="0"/>
                <w:sz w:val="19"/>
              </w:rPr>
              <w:t xml:space="preserve">Öğrencilerden temada işlenen konuya yönelik dijital öyküleme aşamalarına göre özgün öykü yazmaları, yazdıkları öyküyü senaryolaştırarak canlandırmaları istenebilir. </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Dinleme/izleme, okuma metni ya da tema içerisinde yer alan “Millî Mücadele” ile ilişkili kavramlar görsel işitsel araçların sunumu ve uygun şematik düzenleyicilerin kullanımı ile somutlaştırılabilir.</w:t>
            </w:r>
          </w:p>
          <w:p>
            <w:pPr>
              <w:spacing w:after="0"/>
            </w:pPr>
            <w:r>
              <w:rPr>
                <w:b w:val="0"/>
                <w:sz w:val="19"/>
              </w:rPr>
              <w:t>Tema kapsamındaki öğrenme çıktılarına yönelik çalışmalar yapılırken iş birlikli öğrenme ortamlarının oluşturulması sağlanabilir.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*Kavram haritası çalışması</w:t>
            </w:r>
          </w:p>
          <w:p>
            <w:pPr>
              <w:spacing w:after="0"/>
            </w:pPr>
            <w:r>
              <w:rPr>
                <w:b w:val="0"/>
                <w:sz w:val="19"/>
              </w:rPr>
              <w:t>*eşleştirme, paragraf yazma</w:t>
            </w:r>
          </w:p>
          <w:p>
            <w:pPr>
              <w:spacing w:after="0"/>
            </w:pPr>
            <w:r>
              <w:rPr>
                <w:b w:val="0"/>
                <w:sz w:val="19"/>
              </w:rPr>
              <w:t>vb. çalışmalar</w:t>
            </w:r>
          </w:p>
          <w:p>
            <w:pPr>
              <w:spacing w:after="0"/>
            </w:pPr>
            <w:r>
              <w:rPr>
                <w:b w:val="0"/>
                <w:sz w:val="19"/>
              </w:rPr>
              <w:t>*Boşluk</w:t>
            </w:r>
          </w:p>
          <w:p>
            <w:pPr>
              <w:spacing w:after="0"/>
            </w:pPr>
            <w:r>
              <w:rPr>
                <w:b w:val="0"/>
                <w:sz w:val="19"/>
              </w:rPr>
              <w:t>doldurma, açık uçlu soru, cümle tamamlama</w:t>
            </w:r>
          </w:p>
          <w:p>
            <w:pPr>
              <w:spacing w:after="0"/>
            </w:pPr>
            <w:r>
              <w:rPr>
                <w:b w:val="0"/>
                <w:sz w:val="19"/>
              </w:rPr>
              <w:t>*Çoktan seçmeli soru, boşluk doldurma vb.</w:t>
            </w:r>
          </w:p>
          <w:p>
            <w:pPr>
              <w:spacing w:after="0"/>
            </w:pPr>
            <w:r>
              <w:rPr>
                <w:b w:val="0"/>
                <w:sz w:val="19"/>
              </w:rPr>
              <w:t>çalışmalar</w:t>
            </w:r>
          </w:p>
          <w:p>
            <w:pPr>
              <w:spacing w:after="0"/>
            </w:pPr>
            <w:r>
              <w:rPr>
                <w:b w:val="0"/>
                <w:sz w:val="19"/>
              </w:rPr>
              <w:t>*Dereceli puanlama</w:t>
            </w:r>
          </w:p>
          <w:p>
            <w:pPr>
              <w:spacing w:after="0"/>
            </w:pPr>
            <w:r>
              <w:rPr>
                <w:b w:val="0"/>
                <w:sz w:val="19"/>
              </w:rPr>
              <w:t>anahtarı</w:t>
            </w:r>
          </w:p>
          <w:p>
            <w:pPr>
              <w:spacing w:after="0"/>
            </w:pPr>
            <w:r>
              <w:rPr>
                <w:b w:val="0"/>
                <w:sz w:val="19"/>
              </w:rPr>
              <w:t>*Sorulardan, kavramlardan, görsellerden hareketle sözlü metin oluşturma çalışması</w:t>
            </w:r>
          </w:p>
          <w:p>
            <w:pPr>
              <w:spacing w:after="0"/>
            </w:pPr>
            <w:r>
              <w:rPr>
                <w:b w:val="0"/>
                <w:sz w:val="19"/>
              </w:rPr>
              <w:t>*Öz bildirim</w:t>
            </w:r>
          </w:p>
          <w:p>
            <w:pPr>
              <w:spacing w:after="0"/>
            </w:pPr>
            <w:r>
              <w:rPr>
                <w:b w:val="0"/>
                <w:sz w:val="19"/>
              </w:rPr>
              <w:t>*Cümle, paragraf, not, kısa ileti yazma ve dikte gibi çalışmalar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24 Kasım Öğretmenler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11. Hafta 30 Kasım-04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11. Hafta 30 Kasım-04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ATATÜRK'Ü TANIMAK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 *Strateji, yöntem ve teknik</w:t>
            </w:r>
          </w:p>
          <w:p>
            <w:pPr>
              <w:spacing w:after="0"/>
            </w:pPr>
            <w:r>
              <w:rPr>
                <w:b w:val="0"/>
                <w:sz w:val="19"/>
              </w:rPr>
              <w:t>*Söz varlığı</w:t>
            </w:r>
          </w:p>
          <w:p>
            <w:pPr>
              <w:spacing w:after="0"/>
            </w:pPr>
            <w:r>
              <w:rPr>
                <w:b w:val="0"/>
                <w:sz w:val="19"/>
              </w:rPr>
              <w:t>*Yüzey anlam</w:t>
            </w:r>
          </w:p>
          <w:p>
            <w:pPr>
              <w:spacing w:after="0"/>
            </w:pPr>
            <w:r>
              <w:rPr>
                <w:b w:val="0"/>
                <w:sz w:val="19"/>
              </w:rPr>
              <w:t>*Şiir</w:t>
            </w:r>
          </w:p>
          <w:p>
            <w:pPr>
              <w:spacing w:after="0"/>
            </w:pPr>
            <w:r>
              <w:rPr>
                <w:b w:val="0"/>
                <w:sz w:val="19"/>
              </w:rPr>
              <w:t>*Söz sanatları</w:t>
            </w:r>
          </w:p>
          <w:p>
            <w:pPr>
              <w:spacing w:after="0"/>
            </w:pPr>
            <w:r>
              <w:rPr>
                <w:b w:val="0"/>
                <w:sz w:val="19"/>
              </w:rPr>
              <w:t>*Öyküleyici metin *Metnin bölümleri *Akıcı okuma</w:t>
            </w:r>
          </w:p>
          <w:p>
            <w:pPr>
              <w:spacing w:after="0"/>
            </w:pPr>
            <w:r>
              <w:rPr>
                <w:b w:val="0"/>
                <w:sz w:val="19"/>
              </w:rPr>
              <w:t>*Yazıda içerik ve yapı *Konuşmada amaç</w:t>
            </w:r>
          </w:p>
          <w:p>
            <w:pPr>
              <w:spacing w:after="0"/>
            </w:pPr>
            <w:r>
              <w:rPr>
                <w:b w:val="0"/>
                <w:sz w:val="19"/>
              </w:rPr>
              <w:t>ve içerik</w:t>
            </w:r>
          </w:p>
          <w:p>
            <w:pPr>
              <w:spacing w:after="0"/>
            </w:pPr>
            <w:r>
              <w:rPr>
                <w:b w:val="0"/>
                <w:sz w:val="19"/>
              </w:rPr>
              <w:t>*Bağlantı ifadeleri *Yazım kuralları *Noktalama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SDB1.3. Kendine Uyarlama (Öz Yansıtma)</w:t>
            </w:r>
          </w:p>
          <w:p>
            <w:pPr>
              <w:spacing w:after="0"/>
            </w:pPr>
            <w:r>
              <w:rPr>
                <w:b w:val="0"/>
                <w:sz w:val="19"/>
              </w:rPr>
              <w:t>SDB2.1. İletişim</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D11. Özgürlük</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OB5. Kültür Okuryazarlığı</w:t>
            </w:r>
          </w:p>
          <w:p>
            <w:pPr>
              <w:spacing w:after="0"/>
            </w:pPr>
            <w:r>
              <w:rPr>
                <w:b w:val="0"/>
                <w:sz w:val="19"/>
              </w:rPr>
              <w:t>OB6. 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Atatürk’ün insani yönlerine yönelik araştırma yapılması ve edinilen bilgilerin dijital içerik hâline getirilip sınıfta ya da uygun dijital ortamlarda sunulması istenebilir.</w:t>
            </w:r>
          </w:p>
          <w:p>
            <w:pPr>
              <w:spacing w:after="0"/>
            </w:pPr>
            <w:r>
              <w:rPr>
                <w:b w:val="0"/>
                <w:sz w:val="19"/>
              </w:rPr>
              <w:t>Bulunulan yerdeki -varsa- “Atatürk Müze Evleri ve Köşkleri”, “Çanakkale Zaferi”, “Millî Mücadele” ve “Cumhuriyet”e ilişkin müzeler ya da konuya ilişkin sanal müzeler gezilir. Bu geziler sonucunda elde edilen bilgilerle daha önce okunan kaynaklardan edinilen bilgilerin eleştirel bir bakış açısıyla karşılaştırıldığı bir değerlendirme yazısı yazılması istenebilir.</w:t>
            </w:r>
          </w:p>
          <w:p>
            <w:pPr>
              <w:spacing w:after="0"/>
            </w:pPr>
            <w:r>
              <w:rPr>
                <w:b w:val="0"/>
                <w:sz w:val="19"/>
              </w:rPr>
              <w:t>Atatürk’ün yazdığı kitapların görsellerinden oluşan bir duvar panosu hazırlanarak “Gençliğe Hitabe bu kitaplardan hangisindedir?” gibi araştırmaya yönelik merak uyandırıcı sorularla kitaplar hakkında araştırma yapılması ve Gençliğe Hitabe’nin bulunduğu “Nutuk” adlı eserin sınıf kütüphanesine dâhil edilmesi istenebilir.</w:t>
            </w:r>
          </w:p>
          <w:p>
            <w:pPr>
              <w:spacing w:after="0"/>
            </w:pPr>
            <w:r>
              <w:rPr>
                <w:b w:val="0"/>
                <w:sz w:val="19"/>
              </w:rPr>
              <w:t xml:space="preserve">Öğrencilerden temada işlenen konuya yönelik dijital öyküleme aşamalarına göre özgün öykü yazmaları, yazdıkları öyküyü senaryolaştırarak canlandırmaları istenebilir. </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Dinleme/izleme, okuma metni ya da tema içerisinde yer alan “Millî Mücadele” ile ilişkili kavramlar görsel işitsel araçların sunumu ve uygun şematik düzenleyicilerin kullanımı ile somutlaştırılabilir.</w:t>
            </w:r>
          </w:p>
          <w:p>
            <w:pPr>
              <w:spacing w:after="0"/>
            </w:pPr>
            <w:r>
              <w:rPr>
                <w:b w:val="0"/>
                <w:sz w:val="19"/>
              </w:rPr>
              <w:t>Tema kapsamındaki öğrenme çıktılarına yönelik çalışmalar yapılırken iş birlikli öğrenme ortamlarının oluşturulması sağlanabilir.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*Kavram haritası çalışması</w:t>
            </w:r>
          </w:p>
          <w:p>
            <w:pPr>
              <w:spacing w:after="0"/>
            </w:pPr>
            <w:r>
              <w:rPr>
                <w:b w:val="0"/>
                <w:sz w:val="19"/>
              </w:rPr>
              <w:t>*eşleştirme, paragraf yazma</w:t>
            </w:r>
          </w:p>
          <w:p>
            <w:pPr>
              <w:spacing w:after="0"/>
            </w:pPr>
            <w:r>
              <w:rPr>
                <w:b w:val="0"/>
                <w:sz w:val="19"/>
              </w:rPr>
              <w:t>vb. çalışmalar</w:t>
            </w:r>
          </w:p>
          <w:p>
            <w:pPr>
              <w:spacing w:after="0"/>
            </w:pPr>
            <w:r>
              <w:rPr>
                <w:b w:val="0"/>
                <w:sz w:val="19"/>
              </w:rPr>
              <w:t>*Boşluk</w:t>
            </w:r>
          </w:p>
          <w:p>
            <w:pPr>
              <w:spacing w:after="0"/>
            </w:pPr>
            <w:r>
              <w:rPr>
                <w:b w:val="0"/>
                <w:sz w:val="19"/>
              </w:rPr>
              <w:t>doldurma, açık uçlu soru, cümle tamamlama</w:t>
            </w:r>
          </w:p>
          <w:p>
            <w:pPr>
              <w:spacing w:after="0"/>
            </w:pPr>
            <w:r>
              <w:rPr>
                <w:b w:val="0"/>
                <w:sz w:val="19"/>
              </w:rPr>
              <w:t>*Çoktan seçmeli soru, boşluk doldurma vb.</w:t>
            </w:r>
          </w:p>
          <w:p>
            <w:pPr>
              <w:spacing w:after="0"/>
            </w:pPr>
            <w:r>
              <w:rPr>
                <w:b w:val="0"/>
                <w:sz w:val="19"/>
              </w:rPr>
              <w:t>çalışmalar</w:t>
            </w:r>
          </w:p>
          <w:p>
            <w:pPr>
              <w:spacing w:after="0"/>
            </w:pPr>
            <w:r>
              <w:rPr>
                <w:b w:val="0"/>
                <w:sz w:val="19"/>
              </w:rPr>
              <w:t>*Dereceli puanlama</w:t>
            </w:r>
          </w:p>
          <w:p>
            <w:pPr>
              <w:spacing w:after="0"/>
            </w:pPr>
            <w:r>
              <w:rPr>
                <w:b w:val="0"/>
                <w:sz w:val="19"/>
              </w:rPr>
              <w:t>anahtarı</w:t>
            </w:r>
          </w:p>
          <w:p>
            <w:pPr>
              <w:spacing w:after="0"/>
            </w:pPr>
            <w:r>
              <w:rPr>
                <w:b w:val="0"/>
                <w:sz w:val="19"/>
              </w:rPr>
              <w:t>*Sorulardan, kavramlardan, görsellerden hareketle sözlü metin oluşturma çalışması</w:t>
            </w:r>
          </w:p>
          <w:p>
            <w:pPr>
              <w:spacing w:after="0"/>
            </w:pPr>
            <w:r>
              <w:rPr>
                <w:b w:val="0"/>
                <w:sz w:val="19"/>
              </w:rPr>
              <w:t>*Öz bildirim</w:t>
            </w:r>
          </w:p>
          <w:p>
            <w:pPr>
              <w:spacing w:after="0"/>
            </w:pPr>
            <w:r>
              <w:rPr>
                <w:b w:val="0"/>
                <w:sz w:val="19"/>
              </w:rPr>
              <w:t>*Cümle, paragraf, not, kısa ileti yazma ve dikte gibi çalışmalar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3 Aralık Dünya Engelliler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12. Hafta 07-11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12. Hafta 07-11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ATATÜRK'Ü TANIMAK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 *Strateji, yöntem ve teknik</w:t>
            </w:r>
          </w:p>
          <w:p>
            <w:pPr>
              <w:spacing w:after="0"/>
            </w:pPr>
            <w:r>
              <w:rPr>
                <w:b w:val="0"/>
                <w:sz w:val="19"/>
              </w:rPr>
              <w:t>*Söz varlığı</w:t>
            </w:r>
          </w:p>
          <w:p>
            <w:pPr>
              <w:spacing w:after="0"/>
            </w:pPr>
            <w:r>
              <w:rPr>
                <w:b w:val="0"/>
                <w:sz w:val="19"/>
              </w:rPr>
              <w:t>*Yüzey anlam</w:t>
            </w:r>
          </w:p>
          <w:p>
            <w:pPr>
              <w:spacing w:after="0"/>
            </w:pPr>
            <w:r>
              <w:rPr>
                <w:b w:val="0"/>
                <w:sz w:val="19"/>
              </w:rPr>
              <w:t>*Şiir</w:t>
            </w:r>
          </w:p>
          <w:p>
            <w:pPr>
              <w:spacing w:after="0"/>
            </w:pPr>
            <w:r>
              <w:rPr>
                <w:b w:val="0"/>
                <w:sz w:val="19"/>
              </w:rPr>
              <w:t>*Söz sanatları</w:t>
            </w:r>
          </w:p>
          <w:p>
            <w:pPr>
              <w:spacing w:after="0"/>
            </w:pPr>
            <w:r>
              <w:rPr>
                <w:b w:val="0"/>
                <w:sz w:val="19"/>
              </w:rPr>
              <w:t>*Öyküleyici metin *Metnin bölümleri *Akıcı okuma</w:t>
            </w:r>
          </w:p>
          <w:p>
            <w:pPr>
              <w:spacing w:after="0"/>
            </w:pPr>
            <w:r>
              <w:rPr>
                <w:b w:val="0"/>
                <w:sz w:val="19"/>
              </w:rPr>
              <w:t>*Yazıda içerik ve yapı *Konuşmada amaç</w:t>
            </w:r>
          </w:p>
          <w:p>
            <w:pPr>
              <w:spacing w:after="0"/>
            </w:pPr>
            <w:r>
              <w:rPr>
                <w:b w:val="0"/>
                <w:sz w:val="19"/>
              </w:rPr>
              <w:t>ve içerik</w:t>
            </w:r>
          </w:p>
          <w:p>
            <w:pPr>
              <w:spacing w:after="0"/>
            </w:pPr>
            <w:r>
              <w:rPr>
                <w:b w:val="0"/>
                <w:sz w:val="19"/>
              </w:rPr>
              <w:t>*Bağlantı ifadeleri *Yazım kuralları *Noktalama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SDB1.3. Kendine Uyarlama (Öz Yansıtma)</w:t>
            </w:r>
          </w:p>
          <w:p>
            <w:pPr>
              <w:spacing w:after="0"/>
            </w:pPr>
            <w:r>
              <w:rPr>
                <w:b w:val="0"/>
                <w:sz w:val="19"/>
              </w:rPr>
              <w:t>SDB2.1. İletişim</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D11. Özgürlük</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OB5. Kültür Okuryazarlığı</w:t>
            </w:r>
          </w:p>
          <w:p>
            <w:pPr>
              <w:spacing w:after="0"/>
            </w:pPr>
            <w:r>
              <w:rPr>
                <w:b w:val="0"/>
                <w:sz w:val="19"/>
              </w:rPr>
              <w:t>OB6. 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Atatürk’ün insani yönlerine yönelik araştırma yapılması ve edinilen bilgilerin dijital içerik hâline getirilip sınıfta ya da uygun dijital ortamlarda sunulması istenebilir.</w:t>
            </w:r>
          </w:p>
          <w:p>
            <w:pPr>
              <w:spacing w:after="0"/>
            </w:pPr>
            <w:r>
              <w:rPr>
                <w:b w:val="0"/>
                <w:sz w:val="19"/>
              </w:rPr>
              <w:t>Bulunulan yerdeki -varsa- “Atatürk Müze Evleri ve Köşkleri”, “Çanakkale Zaferi”, “Millî Mücadele” ve “Cumhuriyet”e ilişkin müzeler ya da konuya ilişkin sanal müzeler gezilir. Bu geziler sonucunda elde edilen bilgilerle daha önce okunan kaynaklardan edinilen bilgilerin eleştirel bir bakış açısıyla karşılaştırıldığı bir değerlendirme yazısı yazılması istenebilir.</w:t>
            </w:r>
          </w:p>
          <w:p>
            <w:pPr>
              <w:spacing w:after="0"/>
            </w:pPr>
            <w:r>
              <w:rPr>
                <w:b w:val="0"/>
                <w:sz w:val="19"/>
              </w:rPr>
              <w:t>Atatürk’ün yazdığı kitapların görsellerinden oluşan bir duvar panosu hazırlanarak “Gençliğe Hitabe bu kitaplardan hangisindedir?” gibi araştırmaya yönelik merak uyandırıcı sorularla kitaplar hakkında araştırma yapılması ve Gençliğe Hitabe’nin bulunduğu “Nutuk” adlı eserin sınıf kütüphanesine dâhil edilmesi istenebilir.</w:t>
            </w:r>
          </w:p>
          <w:p>
            <w:pPr>
              <w:spacing w:after="0"/>
            </w:pPr>
            <w:r>
              <w:rPr>
                <w:b w:val="0"/>
                <w:sz w:val="19"/>
              </w:rPr>
              <w:t xml:space="preserve">Öğrencilerden temada işlenen konuya yönelik dijital öyküleme aşamalarına göre özgün öykü yazmaları, yazdıkları öyküyü senaryolaştırarak canlandırmaları istenebilir. </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Dinleme/izleme, okuma metni ya da tema içerisinde yer alan “Millî Mücadele” ile ilişkili kavramlar görsel işitsel araçların sunumu ve uygun şematik düzenleyicilerin kullanımı ile somutlaştırılabilir.</w:t>
            </w:r>
          </w:p>
          <w:p>
            <w:pPr>
              <w:spacing w:after="0"/>
            </w:pPr>
            <w:r>
              <w:rPr>
                <w:b w:val="0"/>
                <w:sz w:val="19"/>
              </w:rPr>
              <w:t>Tema kapsamındaki öğrenme çıktılarına yönelik çalışmalar yapılırken iş birlikli öğrenme ortamlarının oluşturulması sağlanabilir.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*Kavram haritası çalışması</w:t>
            </w:r>
          </w:p>
          <w:p>
            <w:pPr>
              <w:spacing w:after="0"/>
            </w:pPr>
            <w:r>
              <w:rPr>
                <w:b w:val="0"/>
                <w:sz w:val="19"/>
              </w:rPr>
              <w:t>*eşleştirme, paragraf yazma</w:t>
            </w:r>
          </w:p>
          <w:p>
            <w:pPr>
              <w:spacing w:after="0"/>
            </w:pPr>
            <w:r>
              <w:rPr>
                <w:b w:val="0"/>
                <w:sz w:val="19"/>
              </w:rPr>
              <w:t>vb. çalışmalar</w:t>
            </w:r>
          </w:p>
          <w:p>
            <w:pPr>
              <w:spacing w:after="0"/>
            </w:pPr>
            <w:r>
              <w:rPr>
                <w:b w:val="0"/>
                <w:sz w:val="19"/>
              </w:rPr>
              <w:t>*Boşluk</w:t>
            </w:r>
          </w:p>
          <w:p>
            <w:pPr>
              <w:spacing w:after="0"/>
            </w:pPr>
            <w:r>
              <w:rPr>
                <w:b w:val="0"/>
                <w:sz w:val="19"/>
              </w:rPr>
              <w:t>doldurma, açık uçlu soru, cümle tamamlama</w:t>
            </w:r>
          </w:p>
          <w:p>
            <w:pPr>
              <w:spacing w:after="0"/>
            </w:pPr>
            <w:r>
              <w:rPr>
                <w:b w:val="0"/>
                <w:sz w:val="19"/>
              </w:rPr>
              <w:t>*Çoktan seçmeli soru, boşluk doldurma vb.</w:t>
            </w:r>
          </w:p>
          <w:p>
            <w:pPr>
              <w:spacing w:after="0"/>
            </w:pPr>
            <w:r>
              <w:rPr>
                <w:b w:val="0"/>
                <w:sz w:val="19"/>
              </w:rPr>
              <w:t>çalışmalar</w:t>
            </w:r>
          </w:p>
          <w:p>
            <w:pPr>
              <w:spacing w:after="0"/>
            </w:pPr>
            <w:r>
              <w:rPr>
                <w:b w:val="0"/>
                <w:sz w:val="19"/>
              </w:rPr>
              <w:t>*Dereceli puanlama</w:t>
            </w:r>
          </w:p>
          <w:p>
            <w:pPr>
              <w:spacing w:after="0"/>
            </w:pPr>
            <w:r>
              <w:rPr>
                <w:b w:val="0"/>
                <w:sz w:val="19"/>
              </w:rPr>
              <w:t>anahtarı</w:t>
            </w:r>
          </w:p>
          <w:p>
            <w:pPr>
              <w:spacing w:after="0"/>
            </w:pPr>
            <w:r>
              <w:rPr>
                <w:b w:val="0"/>
                <w:sz w:val="19"/>
              </w:rPr>
              <w:t>*Sorulardan, kavramlardan, görsellerden hareketle sözlü metin oluşturma çalışması</w:t>
            </w:r>
          </w:p>
          <w:p>
            <w:pPr>
              <w:spacing w:after="0"/>
            </w:pPr>
            <w:r>
              <w:rPr>
                <w:b w:val="0"/>
                <w:sz w:val="19"/>
              </w:rPr>
              <w:t>*Öz bildirim</w:t>
            </w:r>
          </w:p>
          <w:p>
            <w:pPr>
              <w:spacing w:after="0"/>
            </w:pPr>
            <w:r>
              <w:rPr>
                <w:b w:val="0"/>
                <w:sz w:val="19"/>
              </w:rPr>
              <w:t>*Cümle, paragraf, not, kısa ileti yazma ve dikte gibi çalışmalar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13. 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 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DUYGULARIMI TANIYORUM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 *Strateji, yöntem ve teknik</w:t>
            </w:r>
          </w:p>
          <w:p>
            <w:pPr>
              <w:spacing w:after="0"/>
            </w:pPr>
            <w:r>
              <w:rPr>
                <w:b w:val="0"/>
                <w:sz w:val="19"/>
              </w:rPr>
              <w:t>*Söz varlığı</w:t>
            </w:r>
          </w:p>
          <w:p>
            <w:pPr>
              <w:spacing w:after="0"/>
            </w:pPr>
            <w:r>
              <w:rPr>
                <w:b w:val="0"/>
                <w:sz w:val="19"/>
              </w:rPr>
              <w:t>*Yüzey anlam</w:t>
            </w:r>
          </w:p>
          <w:p>
            <w:pPr>
              <w:spacing w:after="0"/>
            </w:pPr>
            <w:r>
              <w:rPr>
                <w:b w:val="0"/>
                <w:sz w:val="19"/>
              </w:rPr>
              <w:t>*Derin anlam</w:t>
            </w:r>
          </w:p>
          <w:p>
            <w:pPr>
              <w:spacing w:after="0"/>
            </w:pPr>
            <w:r>
              <w:rPr>
                <w:b w:val="0"/>
                <w:sz w:val="19"/>
              </w:rPr>
              <w:t>*Hikâye unsurları *Metnin bölümleri *Düşünceyi geliştirme yolları</w:t>
            </w:r>
          </w:p>
          <w:p>
            <w:pPr>
              <w:spacing w:after="0"/>
            </w:pPr>
            <w:r>
              <w:rPr>
                <w:b w:val="0"/>
                <w:sz w:val="19"/>
              </w:rPr>
              <w:t>*Çoklu ortam ögeleri *Yaratıcı konuşma ve yazma</w:t>
            </w:r>
          </w:p>
          <w:p>
            <w:pPr>
              <w:spacing w:after="0"/>
            </w:pPr>
            <w:r>
              <w:rPr>
                <w:b w:val="0"/>
                <w:sz w:val="19"/>
              </w:rPr>
              <w:t>*Yazıda içerik ve yapı *Soru sorma</w:t>
            </w:r>
          </w:p>
          <w:p>
            <w:pPr>
              <w:spacing w:after="0"/>
            </w:pPr>
            <w:r>
              <w:rPr>
                <w:b w:val="0"/>
                <w:sz w:val="19"/>
              </w:rPr>
              <w:t>*Bağlantı ifadeleri *Yazım kuralları</w:t>
            </w:r>
          </w:p>
          <w:p>
            <w:pPr>
              <w:spacing w:after="0"/>
            </w:pPr>
            <w:r>
              <w:rPr>
                <w:b w:val="0"/>
                <w:sz w:val="19"/>
              </w:rPr>
              <w:t>*Noktalama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SDB1.1. Kendini Tanıma (Öz Farkındalık)</w:t>
            </w:r>
          </w:p>
          <w:p>
            <w:pPr>
              <w:spacing w:after="0"/>
            </w:pPr>
            <w:r>
              <w:rPr>
                <w:b w:val="0"/>
                <w:sz w:val="19"/>
              </w:rPr>
              <w:t>SDB1.3. Kendine Uyarlama (Öz Yansıtma)</w:t>
            </w:r>
          </w:p>
          <w:p>
            <w:pPr>
              <w:spacing w:after="0"/>
            </w:pPr>
            <w:r>
              <w:rPr>
                <w:b w:val="0"/>
                <w:sz w:val="19"/>
              </w:rPr>
              <w:t>SDB2.1. İletişim</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D6. Dürüstlük</w:t>
            </w:r>
          </w:p>
          <w:p>
            <w:pPr>
              <w:spacing w:after="0"/>
            </w:pPr>
            <w:r>
              <w:rPr>
                <w:b w:val="0"/>
                <w:sz w:val="19"/>
              </w:rPr>
              <w:t>D9. Merhamet</w:t>
            </w:r>
          </w:p>
          <w:p>
            <w:pPr>
              <w:spacing w:after="0"/>
            </w:pPr>
            <w:r>
              <w:rPr>
                <w:b w:val="0"/>
                <w:sz w:val="19"/>
              </w:rPr>
              <w:t>D12. Sabır</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İzlenen bir film, kısa film ya da videodaki derin anlamların belirlenmesi, belirlenen derin anlamların sınıfta ya da uygun dijital ortamlarda paylaşılması istenebilir.</w:t>
            </w:r>
          </w:p>
          <w:p>
            <w:pPr>
              <w:spacing w:after="0"/>
            </w:pPr>
            <w:r>
              <w:rPr>
                <w:b w:val="0"/>
                <w:sz w:val="19"/>
              </w:rPr>
              <w:t>Duygu kartları hazırlanarak iletişimde duyguların dramatize edilmesi istenebilir.</w:t>
            </w:r>
          </w:p>
          <w:p>
            <w:pPr>
              <w:spacing w:after="0"/>
            </w:pPr>
            <w:r>
              <w:rPr>
                <w:b w:val="0"/>
                <w:sz w:val="19"/>
              </w:rPr>
              <w:t>Şiirlerdeki tematik unsurların duygu haritalarının çıkarılması ve bu duyguların ifade edildiği masal, hikâye gibi metinlerin yazılması istenebilir.</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Kuklalar ile duygular konulu bir oyun sergilenmesi veya izletilmesi ve bu çalışmalar yapılırken iş birlikli öğrenme ortamlarının oluşturulması sağlanabilir.</w:t>
            </w:r>
          </w:p>
          <w:p>
            <w:pPr>
              <w:spacing w:after="0"/>
            </w:pPr>
            <w:r>
              <w:rPr>
                <w:b w:val="0"/>
                <w:sz w:val="19"/>
              </w:rPr>
              <w:t>Duyguların anlatıldığı bir bilmece etkinliği hazırlanabilir.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*Boşluk doldurma, açık uçlu ve çoktan seçmeli soru gibi çalışmalar</w:t>
            </w:r>
          </w:p>
          <w:p>
            <w:pPr>
              <w:spacing w:after="0"/>
            </w:pPr>
            <w:r>
              <w:rPr>
                <w:b w:val="0"/>
                <w:sz w:val="19"/>
              </w:rPr>
              <w:t>*Açık uçlu, çoktan seçmeli soru vb. çalışmalar</w:t>
            </w:r>
          </w:p>
          <w:p>
            <w:pPr>
              <w:spacing w:after="0"/>
            </w:pPr>
            <w:r>
              <w:rPr>
                <w:b w:val="0"/>
                <w:sz w:val="19"/>
              </w:rPr>
              <w:t>*Kontrol listesi</w:t>
            </w:r>
          </w:p>
          <w:p>
            <w:pPr>
              <w:spacing w:after="0"/>
            </w:pPr>
            <w:r>
              <w:rPr>
                <w:b w:val="0"/>
                <w:sz w:val="19"/>
              </w:rPr>
              <w:t>*Kavram haritası</w:t>
            </w:r>
          </w:p>
          <w:p>
            <w:pPr>
              <w:spacing w:after="0"/>
            </w:pPr>
            <w:r>
              <w:rPr>
                <w:b w:val="0"/>
                <w:sz w:val="19"/>
              </w:rPr>
              <w:t>*Eşleştirme, paragraf yazma vb. çalışmalar</w:t>
            </w:r>
          </w:p>
          <w:p>
            <w:pPr>
              <w:spacing w:after="0"/>
            </w:pPr>
            <w:r>
              <w:rPr>
                <w:b w:val="0"/>
                <w:sz w:val="19"/>
              </w:rPr>
              <w:t>*Karşılıklı konuşma çalışması</w:t>
            </w:r>
          </w:p>
          <w:p>
            <w:pPr>
              <w:spacing w:after="0"/>
            </w:pPr>
            <w:r>
              <w:rPr>
                <w:b w:val="0"/>
                <w:sz w:val="19"/>
              </w:rPr>
              <w:t>*Öz değerlendirme araçları</w:t>
            </w:r>
          </w:p>
          <w:p>
            <w:pPr>
              <w:spacing w:after="0"/>
            </w:pPr>
            <w:r>
              <w:rPr>
                <w:b w:val="0"/>
                <w:sz w:val="19"/>
              </w:rPr>
              <w:t>*Çoklu ortam tasarımı çalışması</w:t>
            </w:r>
          </w:p>
          <w:p>
            <w:pPr>
              <w:spacing w:after="0"/>
            </w:pPr>
            <w:r>
              <w:rPr>
                <w:b w:val="0"/>
                <w:sz w:val="19"/>
              </w:rPr>
              <w:t>*Kelime ve kavram havuzundan seçerek yazma çalışması</w:t>
            </w:r>
          </w:p>
          <w:p>
            <w:pPr>
              <w:spacing w:after="0"/>
            </w:pPr>
            <w:r>
              <w:rPr>
                <w:b w:val="0"/>
                <w:sz w:val="19"/>
              </w:rPr>
              <w:t>*Cümle, paragraf, not, kısa ileti yazma gibi çalışmalar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Tutum, Yatırım ve Türk Malları Haftası </w:t>
            </w:r>
          </w:p>
          <w:p>
            <w:pPr>
              <w:spacing w:after="0"/>
            </w:pPr>
            <w:r>
              <w:rPr>
                <w:b w:val="0"/>
                <w:sz w:val="19"/>
              </w:rPr>
              <w:t>(12-18 Aralık)</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13. 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 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DUYGULARIMI TANIYORUM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 *Strateji, yöntem ve teknik</w:t>
            </w:r>
          </w:p>
          <w:p>
            <w:pPr>
              <w:spacing w:after="0"/>
            </w:pPr>
            <w:r>
              <w:rPr>
                <w:b w:val="0"/>
                <w:sz w:val="19"/>
              </w:rPr>
              <w:t>*Söz varlığı</w:t>
            </w:r>
          </w:p>
          <w:p>
            <w:pPr>
              <w:spacing w:after="0"/>
            </w:pPr>
            <w:r>
              <w:rPr>
                <w:b w:val="0"/>
                <w:sz w:val="19"/>
              </w:rPr>
              <w:t>*Yüzey anlam</w:t>
            </w:r>
          </w:p>
          <w:p>
            <w:pPr>
              <w:spacing w:after="0"/>
            </w:pPr>
            <w:r>
              <w:rPr>
                <w:b w:val="0"/>
                <w:sz w:val="19"/>
              </w:rPr>
              <w:t>*Derin anlam</w:t>
            </w:r>
          </w:p>
          <w:p>
            <w:pPr>
              <w:spacing w:after="0"/>
            </w:pPr>
            <w:r>
              <w:rPr>
                <w:b w:val="0"/>
                <w:sz w:val="19"/>
              </w:rPr>
              <w:t>*Hikâye unsurları *Metnin bölümleri *Düşünceyi geliştirme yolları</w:t>
            </w:r>
          </w:p>
          <w:p>
            <w:pPr>
              <w:spacing w:after="0"/>
            </w:pPr>
            <w:r>
              <w:rPr>
                <w:b w:val="0"/>
                <w:sz w:val="19"/>
              </w:rPr>
              <w:t>*Çoklu ortam ögeleri *Yaratıcı konuşma ve yazma</w:t>
            </w:r>
          </w:p>
          <w:p>
            <w:pPr>
              <w:spacing w:after="0"/>
            </w:pPr>
            <w:r>
              <w:rPr>
                <w:b w:val="0"/>
                <w:sz w:val="19"/>
              </w:rPr>
              <w:t>*Yazıda içerik ve yapı *Soru sorma</w:t>
            </w:r>
          </w:p>
          <w:p>
            <w:pPr>
              <w:spacing w:after="0"/>
            </w:pPr>
            <w:r>
              <w:rPr>
                <w:b w:val="0"/>
                <w:sz w:val="19"/>
              </w:rPr>
              <w:t>*Bağlantı ifadeleri *Yazım kuralları</w:t>
            </w:r>
          </w:p>
          <w:p>
            <w:pPr>
              <w:spacing w:after="0"/>
            </w:pPr>
            <w:r>
              <w:rPr>
                <w:b w:val="0"/>
                <w:sz w:val="19"/>
              </w:rPr>
              <w:t>*Noktalama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SDB1.1. Kendini Tanıma (Öz Farkındalık)</w:t>
            </w:r>
          </w:p>
          <w:p>
            <w:pPr>
              <w:spacing w:after="0"/>
            </w:pPr>
            <w:r>
              <w:rPr>
                <w:b w:val="0"/>
                <w:sz w:val="19"/>
              </w:rPr>
              <w:t>SDB1.3. Kendine Uyarlama (Öz Yansıtma)</w:t>
            </w:r>
          </w:p>
          <w:p>
            <w:pPr>
              <w:spacing w:after="0"/>
            </w:pPr>
            <w:r>
              <w:rPr>
                <w:b w:val="0"/>
                <w:sz w:val="19"/>
              </w:rPr>
              <w:t>SDB2.1. İletişim</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D6. Dürüstlük</w:t>
            </w:r>
          </w:p>
          <w:p>
            <w:pPr>
              <w:spacing w:after="0"/>
            </w:pPr>
            <w:r>
              <w:rPr>
                <w:b w:val="0"/>
                <w:sz w:val="19"/>
              </w:rPr>
              <w:t>D9. Merhamet</w:t>
            </w:r>
          </w:p>
          <w:p>
            <w:pPr>
              <w:spacing w:after="0"/>
            </w:pPr>
            <w:r>
              <w:rPr>
                <w:b w:val="0"/>
                <w:sz w:val="19"/>
              </w:rPr>
              <w:t>D12. Sabır</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İzlenen bir film, kısa film ya da videodaki derin anlamların belirlenmesi, belirlenen derin anlamların sınıfta ya da uygun dijital ortamlarda paylaşılması istenebilir.</w:t>
            </w:r>
          </w:p>
          <w:p>
            <w:pPr>
              <w:spacing w:after="0"/>
            </w:pPr>
            <w:r>
              <w:rPr>
                <w:b w:val="0"/>
                <w:sz w:val="19"/>
              </w:rPr>
              <w:t>Duygu kartları hazırlanarak iletişimde duyguların dramatize edilmesi istenebilir.</w:t>
            </w:r>
          </w:p>
          <w:p>
            <w:pPr>
              <w:spacing w:after="0"/>
            </w:pPr>
            <w:r>
              <w:rPr>
                <w:b w:val="0"/>
                <w:sz w:val="19"/>
              </w:rPr>
              <w:t>Şiirlerdeki tematik unsurların duygu haritalarının çıkarılması ve bu duyguların ifade edildiği masal, hikâye gibi metinlerin yazılması istenebilir.</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Kuklalar ile duygular konulu bir oyun sergilenmesi veya izletilmesi ve bu çalışmalar yapılırken iş birlikli öğrenme ortamlarının oluşturulması sağlanabilir.</w:t>
            </w:r>
          </w:p>
          <w:p>
            <w:pPr>
              <w:spacing w:after="0"/>
            </w:pPr>
            <w:r>
              <w:rPr>
                <w:b w:val="0"/>
                <w:sz w:val="19"/>
              </w:rPr>
              <w:t>Duyguların anlatıldığı bir bilmece etkinliği hazırlanabilir.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*Boşluk doldurma, açık uçlu ve çoktan seçmeli soru gibi çalışmalar</w:t>
            </w:r>
          </w:p>
          <w:p>
            <w:pPr>
              <w:spacing w:after="0"/>
            </w:pPr>
            <w:r>
              <w:rPr>
                <w:b w:val="0"/>
                <w:sz w:val="19"/>
              </w:rPr>
              <w:t>*Açık uçlu, çoktan seçmeli soru vb. çalışmalar</w:t>
            </w:r>
          </w:p>
          <w:p>
            <w:pPr>
              <w:spacing w:after="0"/>
            </w:pPr>
            <w:r>
              <w:rPr>
                <w:b w:val="0"/>
                <w:sz w:val="19"/>
              </w:rPr>
              <w:t>*Kontrol listesi</w:t>
            </w:r>
          </w:p>
          <w:p>
            <w:pPr>
              <w:spacing w:after="0"/>
            </w:pPr>
            <w:r>
              <w:rPr>
                <w:b w:val="0"/>
                <w:sz w:val="19"/>
              </w:rPr>
              <w:t>*Kavram haritası</w:t>
            </w:r>
          </w:p>
          <w:p>
            <w:pPr>
              <w:spacing w:after="0"/>
            </w:pPr>
            <w:r>
              <w:rPr>
                <w:b w:val="0"/>
                <w:sz w:val="19"/>
              </w:rPr>
              <w:t>*Eşleştirme, paragraf yazma vb. çalışmalar</w:t>
            </w:r>
          </w:p>
          <w:p>
            <w:pPr>
              <w:spacing w:after="0"/>
            </w:pPr>
            <w:r>
              <w:rPr>
                <w:b w:val="0"/>
                <w:sz w:val="19"/>
              </w:rPr>
              <w:t>*Karşılıklı konuşma çalışması</w:t>
            </w:r>
          </w:p>
          <w:p>
            <w:pPr>
              <w:spacing w:after="0"/>
            </w:pPr>
            <w:r>
              <w:rPr>
                <w:b w:val="0"/>
                <w:sz w:val="19"/>
              </w:rPr>
              <w:t>*Öz değerlendirme araçları</w:t>
            </w:r>
          </w:p>
          <w:p>
            <w:pPr>
              <w:spacing w:after="0"/>
            </w:pPr>
            <w:r>
              <w:rPr>
                <w:b w:val="0"/>
                <w:sz w:val="19"/>
              </w:rPr>
              <w:t>*Çoklu ortam tasarımı çalışması</w:t>
            </w:r>
          </w:p>
          <w:p>
            <w:pPr>
              <w:spacing w:after="0"/>
            </w:pPr>
            <w:r>
              <w:rPr>
                <w:b w:val="0"/>
                <w:sz w:val="19"/>
              </w:rPr>
              <w:t>*Kelime ve kavram havuzundan seçerek yazma çalışması</w:t>
            </w:r>
          </w:p>
          <w:p>
            <w:pPr>
              <w:spacing w:after="0"/>
            </w:pPr>
            <w:r>
              <w:rPr>
                <w:b w:val="0"/>
                <w:sz w:val="19"/>
              </w:rPr>
              <w:t>*Cümle, paragraf, not, kısa ileti yazma gibi çalışmalar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Tutum, Yatırım ve Türk Malları Haftası </w:t>
            </w:r>
          </w:p>
          <w:p>
            <w:pPr>
              <w:spacing w:after="0"/>
            </w:pPr>
            <w:r>
              <w:rPr>
                <w:b w:val="0"/>
                <w:sz w:val="19"/>
              </w:rPr>
              <w:t>(12-18 Aralık)</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13. 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 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DUYGULARIMI TANIYORUM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 *Strateji, yöntem ve teknik</w:t>
            </w:r>
          </w:p>
          <w:p>
            <w:pPr>
              <w:spacing w:after="0"/>
            </w:pPr>
            <w:r>
              <w:rPr>
                <w:b w:val="0"/>
                <w:sz w:val="19"/>
              </w:rPr>
              <w:t>*Söz varlığı</w:t>
            </w:r>
          </w:p>
          <w:p>
            <w:pPr>
              <w:spacing w:after="0"/>
            </w:pPr>
            <w:r>
              <w:rPr>
                <w:b w:val="0"/>
                <w:sz w:val="19"/>
              </w:rPr>
              <w:t>*Yüzey anlam</w:t>
            </w:r>
          </w:p>
          <w:p>
            <w:pPr>
              <w:spacing w:after="0"/>
            </w:pPr>
            <w:r>
              <w:rPr>
                <w:b w:val="0"/>
                <w:sz w:val="19"/>
              </w:rPr>
              <w:t>*Derin anlam</w:t>
            </w:r>
          </w:p>
          <w:p>
            <w:pPr>
              <w:spacing w:after="0"/>
            </w:pPr>
            <w:r>
              <w:rPr>
                <w:b w:val="0"/>
                <w:sz w:val="19"/>
              </w:rPr>
              <w:t>*Hikâye unsurları *Metnin bölümleri *Düşünceyi geliştirme yolları</w:t>
            </w:r>
          </w:p>
          <w:p>
            <w:pPr>
              <w:spacing w:after="0"/>
            </w:pPr>
            <w:r>
              <w:rPr>
                <w:b w:val="0"/>
                <w:sz w:val="19"/>
              </w:rPr>
              <w:t>*Çoklu ortam ögeleri *Yaratıcı konuşma ve yazma</w:t>
            </w:r>
          </w:p>
          <w:p>
            <w:pPr>
              <w:spacing w:after="0"/>
            </w:pPr>
            <w:r>
              <w:rPr>
                <w:b w:val="0"/>
                <w:sz w:val="19"/>
              </w:rPr>
              <w:t>*Yazıda içerik ve yapı *Soru sorma</w:t>
            </w:r>
          </w:p>
          <w:p>
            <w:pPr>
              <w:spacing w:after="0"/>
            </w:pPr>
            <w:r>
              <w:rPr>
                <w:b w:val="0"/>
                <w:sz w:val="19"/>
              </w:rPr>
              <w:t>*Bağlantı ifadeleri *Yazım kuralları</w:t>
            </w:r>
          </w:p>
          <w:p>
            <w:pPr>
              <w:spacing w:after="0"/>
            </w:pPr>
            <w:r>
              <w:rPr>
                <w:b w:val="0"/>
                <w:sz w:val="19"/>
              </w:rPr>
              <w:t>*Noktalama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SDB1.1. Kendini Tanıma (Öz Farkındalık)</w:t>
            </w:r>
          </w:p>
          <w:p>
            <w:pPr>
              <w:spacing w:after="0"/>
            </w:pPr>
            <w:r>
              <w:rPr>
                <w:b w:val="0"/>
                <w:sz w:val="19"/>
              </w:rPr>
              <w:t>SDB1.3. Kendine Uyarlama (Öz Yansıtma)</w:t>
            </w:r>
          </w:p>
          <w:p>
            <w:pPr>
              <w:spacing w:after="0"/>
            </w:pPr>
            <w:r>
              <w:rPr>
                <w:b w:val="0"/>
                <w:sz w:val="19"/>
              </w:rPr>
              <w:t>SDB2.1. İletişim</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D6. Dürüstlük</w:t>
            </w:r>
          </w:p>
          <w:p>
            <w:pPr>
              <w:spacing w:after="0"/>
            </w:pPr>
            <w:r>
              <w:rPr>
                <w:b w:val="0"/>
                <w:sz w:val="19"/>
              </w:rPr>
              <w:t>D9. Merhamet</w:t>
            </w:r>
          </w:p>
          <w:p>
            <w:pPr>
              <w:spacing w:after="0"/>
            </w:pPr>
            <w:r>
              <w:rPr>
                <w:b w:val="0"/>
                <w:sz w:val="19"/>
              </w:rPr>
              <w:t>D12. Sabır</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İzlenen bir film, kısa film ya da videodaki derin anlamların belirlenmesi, belirlenen derin anlamların sınıfta ya da uygun dijital ortamlarda paylaşılması istenebilir.</w:t>
            </w:r>
          </w:p>
          <w:p>
            <w:pPr>
              <w:spacing w:after="0"/>
            </w:pPr>
            <w:r>
              <w:rPr>
                <w:b w:val="0"/>
                <w:sz w:val="19"/>
              </w:rPr>
              <w:t>Duygu kartları hazırlanarak iletişimde duyguların dramatize edilmesi istenebilir.</w:t>
            </w:r>
          </w:p>
          <w:p>
            <w:pPr>
              <w:spacing w:after="0"/>
            </w:pPr>
            <w:r>
              <w:rPr>
                <w:b w:val="0"/>
                <w:sz w:val="19"/>
              </w:rPr>
              <w:t>Şiirlerdeki tematik unsurların duygu haritalarının çıkarılması ve bu duyguların ifade edildiği masal, hikâye gibi metinlerin yazılması istenebilir.</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Kuklalar ile duygular konulu bir oyun sergilenmesi veya izletilmesi ve bu çalışmalar yapılırken iş birlikli öğrenme ortamlarının oluşturulması sağlanabilir.</w:t>
            </w:r>
          </w:p>
          <w:p>
            <w:pPr>
              <w:spacing w:after="0"/>
            </w:pPr>
            <w:r>
              <w:rPr>
                <w:b w:val="0"/>
                <w:sz w:val="19"/>
              </w:rPr>
              <w:t>Duyguların anlatıldığı bir bilmece etkinliği hazırlanabilir.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*Boşluk doldurma, açık uçlu ve çoktan seçmeli soru gibi çalışmalar</w:t>
            </w:r>
          </w:p>
          <w:p>
            <w:pPr>
              <w:spacing w:after="0"/>
            </w:pPr>
            <w:r>
              <w:rPr>
                <w:b w:val="0"/>
                <w:sz w:val="19"/>
              </w:rPr>
              <w:t>*Açık uçlu, çoktan seçmeli soru vb. çalışmalar</w:t>
            </w:r>
          </w:p>
          <w:p>
            <w:pPr>
              <w:spacing w:after="0"/>
            </w:pPr>
            <w:r>
              <w:rPr>
                <w:b w:val="0"/>
                <w:sz w:val="19"/>
              </w:rPr>
              <w:t>*Kontrol listesi</w:t>
            </w:r>
          </w:p>
          <w:p>
            <w:pPr>
              <w:spacing w:after="0"/>
            </w:pPr>
            <w:r>
              <w:rPr>
                <w:b w:val="0"/>
                <w:sz w:val="19"/>
              </w:rPr>
              <w:t>*Kavram haritası</w:t>
            </w:r>
          </w:p>
          <w:p>
            <w:pPr>
              <w:spacing w:after="0"/>
            </w:pPr>
            <w:r>
              <w:rPr>
                <w:b w:val="0"/>
                <w:sz w:val="19"/>
              </w:rPr>
              <w:t>*Eşleştirme, paragraf yazma vb. çalışmalar</w:t>
            </w:r>
          </w:p>
          <w:p>
            <w:pPr>
              <w:spacing w:after="0"/>
            </w:pPr>
            <w:r>
              <w:rPr>
                <w:b w:val="0"/>
                <w:sz w:val="19"/>
              </w:rPr>
              <w:t>*Karşılıklı konuşma çalışması</w:t>
            </w:r>
          </w:p>
          <w:p>
            <w:pPr>
              <w:spacing w:after="0"/>
            </w:pPr>
            <w:r>
              <w:rPr>
                <w:b w:val="0"/>
                <w:sz w:val="19"/>
              </w:rPr>
              <w:t>*Öz değerlendirme araçları</w:t>
            </w:r>
          </w:p>
          <w:p>
            <w:pPr>
              <w:spacing w:after="0"/>
            </w:pPr>
            <w:r>
              <w:rPr>
                <w:b w:val="0"/>
                <w:sz w:val="19"/>
              </w:rPr>
              <w:t>*Çoklu ortam tasarımı çalışması</w:t>
            </w:r>
          </w:p>
          <w:p>
            <w:pPr>
              <w:spacing w:after="0"/>
            </w:pPr>
            <w:r>
              <w:rPr>
                <w:b w:val="0"/>
                <w:sz w:val="19"/>
              </w:rPr>
              <w:t>*Kelime ve kavram havuzundan seçerek yazma çalışması</w:t>
            </w:r>
          </w:p>
          <w:p>
            <w:pPr>
              <w:spacing w:after="0"/>
            </w:pPr>
            <w:r>
              <w:rPr>
                <w:b w:val="0"/>
                <w:sz w:val="19"/>
              </w:rPr>
              <w:t>*Cümle, paragraf, not, kısa ileti yazma gibi çalışmalar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Tutum, Yatırım ve Türk Malları Haftası </w:t>
            </w:r>
          </w:p>
          <w:p>
            <w:pPr>
              <w:spacing w:after="0"/>
            </w:pPr>
            <w:r>
              <w:rPr>
                <w:b w:val="0"/>
                <w:sz w:val="19"/>
              </w:rPr>
              <w:t>(12-18 Aralık)</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14. Hafta 21-25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14. Hafta 21-25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DUYGULARIMI TANIYORUM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 *Strateji, yöntem ve teknik</w:t>
            </w:r>
          </w:p>
          <w:p>
            <w:pPr>
              <w:spacing w:after="0"/>
            </w:pPr>
            <w:r>
              <w:rPr>
                <w:b w:val="0"/>
                <w:sz w:val="19"/>
              </w:rPr>
              <w:t>*Söz varlığı</w:t>
            </w:r>
          </w:p>
          <w:p>
            <w:pPr>
              <w:spacing w:after="0"/>
            </w:pPr>
            <w:r>
              <w:rPr>
                <w:b w:val="0"/>
                <w:sz w:val="19"/>
              </w:rPr>
              <w:t>*Yüzey anlam</w:t>
            </w:r>
          </w:p>
          <w:p>
            <w:pPr>
              <w:spacing w:after="0"/>
            </w:pPr>
            <w:r>
              <w:rPr>
                <w:b w:val="0"/>
                <w:sz w:val="19"/>
              </w:rPr>
              <w:t>*Derin anlam</w:t>
            </w:r>
          </w:p>
          <w:p>
            <w:pPr>
              <w:spacing w:after="0"/>
            </w:pPr>
            <w:r>
              <w:rPr>
                <w:b w:val="0"/>
                <w:sz w:val="19"/>
              </w:rPr>
              <w:t>*Hikâye unsurları *Metnin bölümleri *Düşünceyi geliştirme yolları</w:t>
            </w:r>
          </w:p>
          <w:p>
            <w:pPr>
              <w:spacing w:after="0"/>
            </w:pPr>
            <w:r>
              <w:rPr>
                <w:b w:val="0"/>
                <w:sz w:val="19"/>
              </w:rPr>
              <w:t>*Çoklu ortam ögeleri *Yaratıcı konuşma ve yazma</w:t>
            </w:r>
          </w:p>
          <w:p>
            <w:pPr>
              <w:spacing w:after="0"/>
            </w:pPr>
            <w:r>
              <w:rPr>
                <w:b w:val="0"/>
                <w:sz w:val="19"/>
              </w:rPr>
              <w:t>*Yazıda içerik ve yapı *Soru sorma</w:t>
            </w:r>
          </w:p>
          <w:p>
            <w:pPr>
              <w:spacing w:after="0"/>
            </w:pPr>
            <w:r>
              <w:rPr>
                <w:b w:val="0"/>
                <w:sz w:val="19"/>
              </w:rPr>
              <w:t>*Bağlantı ifadeleri *Yazım kuralları</w:t>
            </w:r>
          </w:p>
          <w:p>
            <w:pPr>
              <w:spacing w:after="0"/>
            </w:pPr>
            <w:r>
              <w:rPr>
                <w:b w:val="0"/>
                <w:sz w:val="19"/>
              </w:rPr>
              <w:t>*Noktalama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SDB1.1. Kendini Tanıma (Öz Farkındalık)</w:t>
            </w:r>
          </w:p>
          <w:p>
            <w:pPr>
              <w:spacing w:after="0"/>
            </w:pPr>
            <w:r>
              <w:rPr>
                <w:b w:val="0"/>
                <w:sz w:val="19"/>
              </w:rPr>
              <w:t>SDB1.3. Kendine Uyarlama (Öz Yansıtma)</w:t>
            </w:r>
          </w:p>
          <w:p>
            <w:pPr>
              <w:spacing w:after="0"/>
            </w:pPr>
            <w:r>
              <w:rPr>
                <w:b w:val="0"/>
                <w:sz w:val="19"/>
              </w:rPr>
              <w:t>SDB2.1. İletişim</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D6. Dürüstlük</w:t>
            </w:r>
          </w:p>
          <w:p>
            <w:pPr>
              <w:spacing w:after="0"/>
            </w:pPr>
            <w:r>
              <w:rPr>
                <w:b w:val="0"/>
                <w:sz w:val="19"/>
              </w:rPr>
              <w:t>D9. Merhamet</w:t>
            </w:r>
          </w:p>
          <w:p>
            <w:pPr>
              <w:spacing w:after="0"/>
            </w:pPr>
            <w:r>
              <w:rPr>
                <w:b w:val="0"/>
                <w:sz w:val="19"/>
              </w:rPr>
              <w:t>D12. Sabır</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İzlenen bir film, kısa film ya da videodaki derin anlamların belirlenmesi, belirlenen derin anlamların sınıfta ya da uygun dijital ortamlarda paylaşılması istenebilir.</w:t>
            </w:r>
          </w:p>
          <w:p>
            <w:pPr>
              <w:spacing w:after="0"/>
            </w:pPr>
            <w:r>
              <w:rPr>
                <w:b w:val="0"/>
                <w:sz w:val="19"/>
              </w:rPr>
              <w:t>Duygu kartları hazırlanarak iletişimde duyguların dramatize edilmesi istenebilir.</w:t>
            </w:r>
          </w:p>
          <w:p>
            <w:pPr>
              <w:spacing w:after="0"/>
            </w:pPr>
            <w:r>
              <w:rPr>
                <w:b w:val="0"/>
                <w:sz w:val="19"/>
              </w:rPr>
              <w:t>Şiirlerdeki tematik unsurların duygu haritalarının çıkarılması ve bu duyguların ifade edildiği masal, hikâye gibi metinlerin yazılması istenebilir.</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Kuklalar ile duygular konulu bir oyun sergilenmesi veya izletilmesi ve bu çalışmalar yapılırken iş birlikli öğrenme ortamlarının oluşturulması sağlanabilir.</w:t>
            </w:r>
          </w:p>
          <w:p>
            <w:pPr>
              <w:spacing w:after="0"/>
            </w:pPr>
            <w:r>
              <w:rPr>
                <w:b w:val="0"/>
                <w:sz w:val="19"/>
              </w:rPr>
              <w:t>Duyguların anlatıldığı bir bilmece etkinliği hazırlanabilir.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*Boşluk doldurma, açık uçlu ve çoktan seçmeli soru gibi çalışmalar</w:t>
            </w:r>
          </w:p>
          <w:p>
            <w:pPr>
              <w:spacing w:after="0"/>
            </w:pPr>
            <w:r>
              <w:rPr>
                <w:b w:val="0"/>
                <w:sz w:val="19"/>
              </w:rPr>
              <w:t>*Açık uçlu, çoktan seçmeli soru vb. çalışmalar</w:t>
            </w:r>
          </w:p>
          <w:p>
            <w:pPr>
              <w:spacing w:after="0"/>
            </w:pPr>
            <w:r>
              <w:rPr>
                <w:b w:val="0"/>
                <w:sz w:val="19"/>
              </w:rPr>
              <w:t>*Kontrol listesi</w:t>
            </w:r>
          </w:p>
          <w:p>
            <w:pPr>
              <w:spacing w:after="0"/>
            </w:pPr>
            <w:r>
              <w:rPr>
                <w:b w:val="0"/>
                <w:sz w:val="19"/>
              </w:rPr>
              <w:t>*Kavram haritası</w:t>
            </w:r>
          </w:p>
          <w:p>
            <w:pPr>
              <w:spacing w:after="0"/>
            </w:pPr>
            <w:r>
              <w:rPr>
                <w:b w:val="0"/>
                <w:sz w:val="19"/>
              </w:rPr>
              <w:t>*Eşleştirme, paragraf yazma vb. çalışmalar</w:t>
            </w:r>
          </w:p>
          <w:p>
            <w:pPr>
              <w:spacing w:after="0"/>
            </w:pPr>
            <w:r>
              <w:rPr>
                <w:b w:val="0"/>
                <w:sz w:val="19"/>
              </w:rPr>
              <w:t>*Karşılıklı konuşma çalışması</w:t>
            </w:r>
          </w:p>
          <w:p>
            <w:pPr>
              <w:spacing w:after="0"/>
            </w:pPr>
            <w:r>
              <w:rPr>
                <w:b w:val="0"/>
                <w:sz w:val="19"/>
              </w:rPr>
              <w:t>*Öz değerlendirme araçları</w:t>
            </w:r>
          </w:p>
          <w:p>
            <w:pPr>
              <w:spacing w:after="0"/>
            </w:pPr>
            <w:r>
              <w:rPr>
                <w:b w:val="0"/>
                <w:sz w:val="19"/>
              </w:rPr>
              <w:t>*Çoklu ortam tasarımı çalışması</w:t>
            </w:r>
          </w:p>
          <w:p>
            <w:pPr>
              <w:spacing w:after="0"/>
            </w:pPr>
            <w:r>
              <w:rPr>
                <w:b w:val="0"/>
                <w:sz w:val="19"/>
              </w:rPr>
              <w:t>*Kelime ve kavram havuzundan seçerek yazma çalışması</w:t>
            </w:r>
          </w:p>
          <w:p>
            <w:pPr>
              <w:spacing w:after="0"/>
            </w:pPr>
            <w:r>
              <w:rPr>
                <w:b w:val="0"/>
                <w:sz w:val="19"/>
              </w:rPr>
              <w:t>*Cümle, paragraf, not, kısa ileti yazma gibi çalışmalar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14. Hafta 21-25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14. Hafta 21-25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DUYGULARIMI TANIYORUM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 *Strateji, yöntem ve teknik</w:t>
            </w:r>
          </w:p>
          <w:p>
            <w:pPr>
              <w:spacing w:after="0"/>
            </w:pPr>
            <w:r>
              <w:rPr>
                <w:b w:val="0"/>
                <w:sz w:val="19"/>
              </w:rPr>
              <w:t>*Söz varlığı</w:t>
            </w:r>
          </w:p>
          <w:p>
            <w:pPr>
              <w:spacing w:after="0"/>
            </w:pPr>
            <w:r>
              <w:rPr>
                <w:b w:val="0"/>
                <w:sz w:val="19"/>
              </w:rPr>
              <w:t>*Yüzey anlam</w:t>
            </w:r>
          </w:p>
          <w:p>
            <w:pPr>
              <w:spacing w:after="0"/>
            </w:pPr>
            <w:r>
              <w:rPr>
                <w:b w:val="0"/>
                <w:sz w:val="19"/>
              </w:rPr>
              <w:t>*Derin anlam</w:t>
            </w:r>
          </w:p>
          <w:p>
            <w:pPr>
              <w:spacing w:after="0"/>
            </w:pPr>
            <w:r>
              <w:rPr>
                <w:b w:val="0"/>
                <w:sz w:val="19"/>
              </w:rPr>
              <w:t>*Hikâye unsurları *Metnin bölümleri *Düşünceyi geliştirme yolları</w:t>
            </w:r>
          </w:p>
          <w:p>
            <w:pPr>
              <w:spacing w:after="0"/>
            </w:pPr>
            <w:r>
              <w:rPr>
                <w:b w:val="0"/>
                <w:sz w:val="19"/>
              </w:rPr>
              <w:t>*Çoklu ortam ögeleri *Yaratıcı konuşma ve yazma</w:t>
            </w:r>
          </w:p>
          <w:p>
            <w:pPr>
              <w:spacing w:after="0"/>
            </w:pPr>
            <w:r>
              <w:rPr>
                <w:b w:val="0"/>
                <w:sz w:val="19"/>
              </w:rPr>
              <w:t>*Yazıda içerik ve yapı *Soru sorma</w:t>
            </w:r>
          </w:p>
          <w:p>
            <w:pPr>
              <w:spacing w:after="0"/>
            </w:pPr>
            <w:r>
              <w:rPr>
                <w:b w:val="0"/>
                <w:sz w:val="19"/>
              </w:rPr>
              <w:t>*Bağlantı ifadeleri *Yazım kuralları</w:t>
            </w:r>
          </w:p>
          <w:p>
            <w:pPr>
              <w:spacing w:after="0"/>
            </w:pPr>
            <w:r>
              <w:rPr>
                <w:b w:val="0"/>
                <w:sz w:val="19"/>
              </w:rPr>
              <w:t>*Noktalama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SDB1.1. Kendini Tanıma (Öz Farkındalık)</w:t>
            </w:r>
          </w:p>
          <w:p>
            <w:pPr>
              <w:spacing w:after="0"/>
            </w:pPr>
            <w:r>
              <w:rPr>
                <w:b w:val="0"/>
                <w:sz w:val="19"/>
              </w:rPr>
              <w:t>SDB1.3. Kendine Uyarlama (Öz Yansıtma)</w:t>
            </w:r>
          </w:p>
          <w:p>
            <w:pPr>
              <w:spacing w:after="0"/>
            </w:pPr>
            <w:r>
              <w:rPr>
                <w:b w:val="0"/>
                <w:sz w:val="19"/>
              </w:rPr>
              <w:t>SDB2.1. İletişim</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D6. Dürüstlük</w:t>
            </w:r>
          </w:p>
          <w:p>
            <w:pPr>
              <w:spacing w:after="0"/>
            </w:pPr>
            <w:r>
              <w:rPr>
                <w:b w:val="0"/>
                <w:sz w:val="19"/>
              </w:rPr>
              <w:t>D9. Merhamet</w:t>
            </w:r>
          </w:p>
          <w:p>
            <w:pPr>
              <w:spacing w:after="0"/>
            </w:pPr>
            <w:r>
              <w:rPr>
                <w:b w:val="0"/>
                <w:sz w:val="19"/>
              </w:rPr>
              <w:t>D12. Sabır</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İzlenen bir film, kısa film ya da videodaki derin anlamların belirlenmesi, belirlenen derin anlamların sınıfta ya da uygun dijital ortamlarda paylaşılması istenebilir.</w:t>
            </w:r>
          </w:p>
          <w:p>
            <w:pPr>
              <w:spacing w:after="0"/>
            </w:pPr>
            <w:r>
              <w:rPr>
                <w:b w:val="0"/>
                <w:sz w:val="19"/>
              </w:rPr>
              <w:t>Duygu kartları hazırlanarak iletişimde duyguların dramatize edilmesi istenebilir.</w:t>
            </w:r>
          </w:p>
          <w:p>
            <w:pPr>
              <w:spacing w:after="0"/>
            </w:pPr>
            <w:r>
              <w:rPr>
                <w:b w:val="0"/>
                <w:sz w:val="19"/>
              </w:rPr>
              <w:t>Şiirlerdeki tematik unsurların duygu haritalarının çıkarılması ve bu duyguların ifade edildiği masal, hikâye gibi metinlerin yazılması istenebilir.</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Kuklalar ile duygular konulu bir oyun sergilenmesi veya izletilmesi ve bu çalışmalar yapılırken iş birlikli öğrenme ortamlarının oluşturulması sağlanabilir.</w:t>
            </w:r>
          </w:p>
          <w:p>
            <w:pPr>
              <w:spacing w:after="0"/>
            </w:pPr>
            <w:r>
              <w:rPr>
                <w:b w:val="0"/>
                <w:sz w:val="19"/>
              </w:rPr>
              <w:t>Duyguların anlatıldığı bir bilmece etkinliği hazırlanabilir.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*Boşluk doldurma, açık uçlu ve çoktan seçmeli soru gibi çalışmalar</w:t>
            </w:r>
          </w:p>
          <w:p>
            <w:pPr>
              <w:spacing w:after="0"/>
            </w:pPr>
            <w:r>
              <w:rPr>
                <w:b w:val="0"/>
                <w:sz w:val="19"/>
              </w:rPr>
              <w:t>*Açık uçlu, çoktan seçmeli soru vb. çalışmalar</w:t>
            </w:r>
          </w:p>
          <w:p>
            <w:pPr>
              <w:spacing w:after="0"/>
            </w:pPr>
            <w:r>
              <w:rPr>
                <w:b w:val="0"/>
                <w:sz w:val="19"/>
              </w:rPr>
              <w:t>*Kontrol listesi</w:t>
            </w:r>
          </w:p>
          <w:p>
            <w:pPr>
              <w:spacing w:after="0"/>
            </w:pPr>
            <w:r>
              <w:rPr>
                <w:b w:val="0"/>
                <w:sz w:val="19"/>
              </w:rPr>
              <w:t>*Kavram haritası</w:t>
            </w:r>
          </w:p>
          <w:p>
            <w:pPr>
              <w:spacing w:after="0"/>
            </w:pPr>
            <w:r>
              <w:rPr>
                <w:b w:val="0"/>
                <w:sz w:val="19"/>
              </w:rPr>
              <w:t>*Eşleştirme, paragraf yazma vb. çalışmalar</w:t>
            </w:r>
          </w:p>
          <w:p>
            <w:pPr>
              <w:spacing w:after="0"/>
            </w:pPr>
            <w:r>
              <w:rPr>
                <w:b w:val="0"/>
                <w:sz w:val="19"/>
              </w:rPr>
              <w:t>*Karşılıklı konuşma çalışması</w:t>
            </w:r>
          </w:p>
          <w:p>
            <w:pPr>
              <w:spacing w:after="0"/>
            </w:pPr>
            <w:r>
              <w:rPr>
                <w:b w:val="0"/>
                <w:sz w:val="19"/>
              </w:rPr>
              <w:t>*Öz değerlendirme araçları</w:t>
            </w:r>
          </w:p>
          <w:p>
            <w:pPr>
              <w:spacing w:after="0"/>
            </w:pPr>
            <w:r>
              <w:rPr>
                <w:b w:val="0"/>
                <w:sz w:val="19"/>
              </w:rPr>
              <w:t>*Çoklu ortam tasarımı çalışması</w:t>
            </w:r>
          </w:p>
          <w:p>
            <w:pPr>
              <w:spacing w:after="0"/>
            </w:pPr>
            <w:r>
              <w:rPr>
                <w:b w:val="0"/>
                <w:sz w:val="19"/>
              </w:rPr>
              <w:t>*Kelime ve kavram havuzundan seçerek yazma çalışması</w:t>
            </w:r>
          </w:p>
          <w:p>
            <w:pPr>
              <w:spacing w:after="0"/>
            </w:pPr>
            <w:r>
              <w:rPr>
                <w:b w:val="0"/>
                <w:sz w:val="19"/>
              </w:rPr>
              <w:t>*Cümle, paragraf, not, kısa ileti yazma gibi çalışmalar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15. Hafta 28-31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15. Hafta 28-31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DUYGULARIMI TANIYORUM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 *Strateji, yöntem ve teknik</w:t>
            </w:r>
          </w:p>
          <w:p>
            <w:pPr>
              <w:spacing w:after="0"/>
            </w:pPr>
            <w:r>
              <w:rPr>
                <w:b w:val="0"/>
                <w:sz w:val="19"/>
              </w:rPr>
              <w:t>*Söz varlığı</w:t>
            </w:r>
          </w:p>
          <w:p>
            <w:pPr>
              <w:spacing w:after="0"/>
            </w:pPr>
            <w:r>
              <w:rPr>
                <w:b w:val="0"/>
                <w:sz w:val="19"/>
              </w:rPr>
              <w:t>*Yüzey anlam</w:t>
            </w:r>
          </w:p>
          <w:p>
            <w:pPr>
              <w:spacing w:after="0"/>
            </w:pPr>
            <w:r>
              <w:rPr>
                <w:b w:val="0"/>
                <w:sz w:val="19"/>
              </w:rPr>
              <w:t>*Derin anlam</w:t>
            </w:r>
          </w:p>
          <w:p>
            <w:pPr>
              <w:spacing w:after="0"/>
            </w:pPr>
            <w:r>
              <w:rPr>
                <w:b w:val="0"/>
                <w:sz w:val="19"/>
              </w:rPr>
              <w:t>*Hikâye unsurları *Metnin bölümleri *Düşünceyi geliştirme yolları</w:t>
            </w:r>
          </w:p>
          <w:p>
            <w:pPr>
              <w:spacing w:after="0"/>
            </w:pPr>
            <w:r>
              <w:rPr>
                <w:b w:val="0"/>
                <w:sz w:val="19"/>
              </w:rPr>
              <w:t>*Çoklu ortam ögeleri *Yaratıcı konuşma ve yazma</w:t>
            </w:r>
          </w:p>
          <w:p>
            <w:pPr>
              <w:spacing w:after="0"/>
            </w:pPr>
            <w:r>
              <w:rPr>
                <w:b w:val="0"/>
                <w:sz w:val="19"/>
              </w:rPr>
              <w:t>*Yazıda içerik ve yapı *Soru sorma</w:t>
            </w:r>
          </w:p>
          <w:p>
            <w:pPr>
              <w:spacing w:after="0"/>
            </w:pPr>
            <w:r>
              <w:rPr>
                <w:b w:val="0"/>
                <w:sz w:val="19"/>
              </w:rPr>
              <w:t>*Bağlantı ifadeleri *Yazım kuralları</w:t>
            </w:r>
          </w:p>
          <w:p>
            <w:pPr>
              <w:spacing w:after="0"/>
            </w:pPr>
            <w:r>
              <w:rPr>
                <w:b w:val="0"/>
                <w:sz w:val="19"/>
              </w:rPr>
              <w:t>*Noktalama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SDB1.1. Kendini Tanıma (Öz Farkındalık)</w:t>
            </w:r>
          </w:p>
          <w:p>
            <w:pPr>
              <w:spacing w:after="0"/>
            </w:pPr>
            <w:r>
              <w:rPr>
                <w:b w:val="0"/>
                <w:sz w:val="19"/>
              </w:rPr>
              <w:t>SDB1.3. Kendine Uyarlama (Öz Yansıtma)</w:t>
            </w:r>
          </w:p>
          <w:p>
            <w:pPr>
              <w:spacing w:after="0"/>
            </w:pPr>
            <w:r>
              <w:rPr>
                <w:b w:val="0"/>
                <w:sz w:val="19"/>
              </w:rPr>
              <w:t>SDB2.1. İletişim</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D6. Dürüstlük</w:t>
            </w:r>
          </w:p>
          <w:p>
            <w:pPr>
              <w:spacing w:after="0"/>
            </w:pPr>
            <w:r>
              <w:rPr>
                <w:b w:val="0"/>
                <w:sz w:val="19"/>
              </w:rPr>
              <w:t>D9. Merhamet</w:t>
            </w:r>
          </w:p>
          <w:p>
            <w:pPr>
              <w:spacing w:after="0"/>
            </w:pPr>
            <w:r>
              <w:rPr>
                <w:b w:val="0"/>
                <w:sz w:val="19"/>
              </w:rPr>
              <w:t>D12. Sabır</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İzlenen bir film, kısa film ya da videodaki derin anlamların belirlenmesi, belirlenen derin anlamların sınıfta ya da uygun dijital ortamlarda paylaşılması istenebilir.</w:t>
            </w:r>
          </w:p>
          <w:p>
            <w:pPr>
              <w:spacing w:after="0"/>
            </w:pPr>
            <w:r>
              <w:rPr>
                <w:b w:val="0"/>
                <w:sz w:val="19"/>
              </w:rPr>
              <w:t>Duygu kartları hazırlanarak iletişimde duyguların dramatize edilmesi istenebilir.</w:t>
            </w:r>
          </w:p>
          <w:p>
            <w:pPr>
              <w:spacing w:after="0"/>
            </w:pPr>
            <w:r>
              <w:rPr>
                <w:b w:val="0"/>
                <w:sz w:val="19"/>
              </w:rPr>
              <w:t>Şiirlerdeki tematik unsurların duygu haritalarının çıkarılması ve bu duyguların ifade edildiği masal, hikâye gibi metinlerin yazılması istenebilir.</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Kuklalar ile duygular konulu bir oyun sergilenmesi veya izletilmesi ve bu çalışmalar yapılırken iş birlikli öğrenme ortamlarının oluşturulması sağlanabilir.</w:t>
            </w:r>
          </w:p>
          <w:p>
            <w:pPr>
              <w:spacing w:after="0"/>
            </w:pPr>
            <w:r>
              <w:rPr>
                <w:b w:val="0"/>
                <w:sz w:val="19"/>
              </w:rPr>
              <w:t>Duyguların anlatıldığı bir bilmece etkinliği hazırlanabilir.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*Boşluk doldurma, açık uçlu ve çoktan seçmeli soru gibi çalışmalar</w:t>
            </w:r>
          </w:p>
          <w:p>
            <w:pPr>
              <w:spacing w:after="0"/>
            </w:pPr>
            <w:r>
              <w:rPr>
                <w:b w:val="0"/>
                <w:sz w:val="19"/>
              </w:rPr>
              <w:t>*Açık uçlu, çoktan seçmeli soru vb. çalışmalar</w:t>
            </w:r>
          </w:p>
          <w:p>
            <w:pPr>
              <w:spacing w:after="0"/>
            </w:pPr>
            <w:r>
              <w:rPr>
                <w:b w:val="0"/>
                <w:sz w:val="19"/>
              </w:rPr>
              <w:t>*Kontrol listesi</w:t>
            </w:r>
          </w:p>
          <w:p>
            <w:pPr>
              <w:spacing w:after="0"/>
            </w:pPr>
            <w:r>
              <w:rPr>
                <w:b w:val="0"/>
                <w:sz w:val="19"/>
              </w:rPr>
              <w:t>*Kavram haritası</w:t>
            </w:r>
          </w:p>
          <w:p>
            <w:pPr>
              <w:spacing w:after="0"/>
            </w:pPr>
            <w:r>
              <w:rPr>
                <w:b w:val="0"/>
                <w:sz w:val="19"/>
              </w:rPr>
              <w:t>*Eşleştirme, paragraf yazma vb. çalışmalar</w:t>
            </w:r>
          </w:p>
          <w:p>
            <w:pPr>
              <w:spacing w:after="0"/>
            </w:pPr>
            <w:r>
              <w:rPr>
                <w:b w:val="0"/>
                <w:sz w:val="19"/>
              </w:rPr>
              <w:t>*Karşılıklı konuşma çalışması</w:t>
            </w:r>
          </w:p>
          <w:p>
            <w:pPr>
              <w:spacing w:after="0"/>
            </w:pPr>
            <w:r>
              <w:rPr>
                <w:b w:val="0"/>
                <w:sz w:val="19"/>
              </w:rPr>
              <w:t>*Öz değerlendirme araçları</w:t>
            </w:r>
          </w:p>
          <w:p>
            <w:pPr>
              <w:spacing w:after="0"/>
            </w:pPr>
            <w:r>
              <w:rPr>
                <w:b w:val="0"/>
                <w:sz w:val="19"/>
              </w:rPr>
              <w:t>*Çoklu ortam tasarımı çalışması</w:t>
            </w:r>
          </w:p>
          <w:p>
            <w:pPr>
              <w:spacing w:after="0"/>
            </w:pPr>
            <w:r>
              <w:rPr>
                <w:b w:val="0"/>
                <w:sz w:val="19"/>
              </w:rPr>
              <w:t>*Kelime ve kavram havuzundan seçerek yazma çalışması</w:t>
            </w:r>
          </w:p>
          <w:p>
            <w:pPr>
              <w:spacing w:after="0"/>
            </w:pPr>
            <w:r>
              <w:rPr>
                <w:b w:val="0"/>
                <w:sz w:val="19"/>
              </w:rPr>
              <w:t>*Cümle, paragraf, not, kısa ileti yazma gibi çalışmalar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16. Hafta 4-8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16. Hafta 4-8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DUYGULARIMI TANIYORUM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 *Strateji, yöntem ve teknik</w:t>
            </w:r>
          </w:p>
          <w:p>
            <w:pPr>
              <w:spacing w:after="0"/>
            </w:pPr>
            <w:r>
              <w:rPr>
                <w:b w:val="0"/>
                <w:sz w:val="19"/>
              </w:rPr>
              <w:t>*Söz varlığı</w:t>
            </w:r>
          </w:p>
          <w:p>
            <w:pPr>
              <w:spacing w:after="0"/>
            </w:pPr>
            <w:r>
              <w:rPr>
                <w:b w:val="0"/>
                <w:sz w:val="19"/>
              </w:rPr>
              <w:t>*Yüzey anlam</w:t>
            </w:r>
          </w:p>
          <w:p>
            <w:pPr>
              <w:spacing w:after="0"/>
            </w:pPr>
            <w:r>
              <w:rPr>
                <w:b w:val="0"/>
                <w:sz w:val="19"/>
              </w:rPr>
              <w:t>*Derin anlam</w:t>
            </w:r>
          </w:p>
          <w:p>
            <w:pPr>
              <w:spacing w:after="0"/>
            </w:pPr>
            <w:r>
              <w:rPr>
                <w:b w:val="0"/>
                <w:sz w:val="19"/>
              </w:rPr>
              <w:t>*Hikâye unsurları *Metnin bölümleri *Düşünceyi geliştirme yolları</w:t>
            </w:r>
          </w:p>
          <w:p>
            <w:pPr>
              <w:spacing w:after="0"/>
            </w:pPr>
            <w:r>
              <w:rPr>
                <w:b w:val="0"/>
                <w:sz w:val="19"/>
              </w:rPr>
              <w:t>*Çoklu ortam ögeleri *Yaratıcı konuşma ve yazma</w:t>
            </w:r>
          </w:p>
          <w:p>
            <w:pPr>
              <w:spacing w:after="0"/>
            </w:pPr>
            <w:r>
              <w:rPr>
                <w:b w:val="0"/>
                <w:sz w:val="19"/>
              </w:rPr>
              <w:t>*Yazıda içerik ve yapı *Soru sorma</w:t>
            </w:r>
          </w:p>
          <w:p>
            <w:pPr>
              <w:spacing w:after="0"/>
            </w:pPr>
            <w:r>
              <w:rPr>
                <w:b w:val="0"/>
                <w:sz w:val="19"/>
              </w:rPr>
              <w:t>*Bağlantı ifadeleri *Yazım kuralları</w:t>
            </w:r>
          </w:p>
          <w:p>
            <w:pPr>
              <w:spacing w:after="0"/>
            </w:pPr>
            <w:r>
              <w:rPr>
                <w:b w:val="0"/>
                <w:sz w:val="19"/>
              </w:rPr>
              <w:t>*Noktalama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SDB1.1. Kendini Tanıma (Öz Farkındalık)</w:t>
            </w:r>
          </w:p>
          <w:p>
            <w:pPr>
              <w:spacing w:after="0"/>
            </w:pPr>
            <w:r>
              <w:rPr>
                <w:b w:val="0"/>
                <w:sz w:val="19"/>
              </w:rPr>
              <w:t>SDB1.3. Kendine Uyarlama (Öz Yansıtma)</w:t>
            </w:r>
          </w:p>
          <w:p>
            <w:pPr>
              <w:spacing w:after="0"/>
            </w:pPr>
            <w:r>
              <w:rPr>
                <w:b w:val="0"/>
                <w:sz w:val="19"/>
              </w:rPr>
              <w:t>SDB2.1. İletişim</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D6. Dürüstlük</w:t>
            </w:r>
          </w:p>
          <w:p>
            <w:pPr>
              <w:spacing w:after="0"/>
            </w:pPr>
            <w:r>
              <w:rPr>
                <w:b w:val="0"/>
                <w:sz w:val="19"/>
              </w:rPr>
              <w:t>D9. Merhamet</w:t>
            </w:r>
          </w:p>
          <w:p>
            <w:pPr>
              <w:spacing w:after="0"/>
            </w:pPr>
            <w:r>
              <w:rPr>
                <w:b w:val="0"/>
                <w:sz w:val="19"/>
              </w:rPr>
              <w:t>D12. Sabır</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İzlenen bir film, kısa film ya da videodaki derin anlamların belirlenmesi, belirlenen derin anlamların sınıfta ya da uygun dijital ortamlarda paylaşılması istenebilir.</w:t>
            </w:r>
          </w:p>
          <w:p>
            <w:pPr>
              <w:spacing w:after="0"/>
            </w:pPr>
            <w:r>
              <w:rPr>
                <w:b w:val="0"/>
                <w:sz w:val="19"/>
              </w:rPr>
              <w:t>Duygu kartları hazırlanarak iletişimde duyguların dramatize edilmesi istenebilir.</w:t>
            </w:r>
          </w:p>
          <w:p>
            <w:pPr>
              <w:spacing w:after="0"/>
            </w:pPr>
            <w:r>
              <w:rPr>
                <w:b w:val="0"/>
                <w:sz w:val="19"/>
              </w:rPr>
              <w:t>Şiirlerdeki tematik unsurların duygu haritalarının çıkarılması ve bu duyguların ifade edildiği masal, hikâye gibi metinlerin yazılması istenebilir.</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Kuklalar ile duygular konulu bir oyun sergilenmesi veya izletilmesi ve bu çalışmalar yapılırken iş birlikli öğrenme ortamlarının oluşturulması sağlanabilir.</w:t>
            </w:r>
          </w:p>
          <w:p>
            <w:pPr>
              <w:spacing w:after="0"/>
            </w:pPr>
            <w:r>
              <w:rPr>
                <w:b w:val="0"/>
                <w:sz w:val="19"/>
              </w:rPr>
              <w:t>Duyguların anlatıldığı bir bilmece etkinliği hazırlanabilir.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*Boşluk doldurma, açık uçlu ve çoktan seçmeli soru gibi çalışmalar</w:t>
            </w:r>
          </w:p>
          <w:p>
            <w:pPr>
              <w:spacing w:after="0"/>
            </w:pPr>
            <w:r>
              <w:rPr>
                <w:b w:val="0"/>
                <w:sz w:val="19"/>
              </w:rPr>
              <w:t>*Açık uçlu, çoktan seçmeli soru vb. çalışmalar</w:t>
            </w:r>
          </w:p>
          <w:p>
            <w:pPr>
              <w:spacing w:after="0"/>
            </w:pPr>
            <w:r>
              <w:rPr>
                <w:b w:val="0"/>
                <w:sz w:val="19"/>
              </w:rPr>
              <w:t>*Kontrol listesi</w:t>
            </w:r>
          </w:p>
          <w:p>
            <w:pPr>
              <w:spacing w:after="0"/>
            </w:pPr>
            <w:r>
              <w:rPr>
                <w:b w:val="0"/>
                <w:sz w:val="19"/>
              </w:rPr>
              <w:t>*Kavram haritası</w:t>
            </w:r>
          </w:p>
          <w:p>
            <w:pPr>
              <w:spacing w:after="0"/>
            </w:pPr>
            <w:r>
              <w:rPr>
                <w:b w:val="0"/>
                <w:sz w:val="19"/>
              </w:rPr>
              <w:t>*Eşleştirme, paragraf yazma vb. çalışmalar</w:t>
            </w:r>
          </w:p>
          <w:p>
            <w:pPr>
              <w:spacing w:after="0"/>
            </w:pPr>
            <w:r>
              <w:rPr>
                <w:b w:val="0"/>
                <w:sz w:val="19"/>
              </w:rPr>
              <w:t>*Karşılıklı konuşma çalışması</w:t>
            </w:r>
          </w:p>
          <w:p>
            <w:pPr>
              <w:spacing w:after="0"/>
            </w:pPr>
            <w:r>
              <w:rPr>
                <w:b w:val="0"/>
                <w:sz w:val="19"/>
              </w:rPr>
              <w:t>*Öz değerlendirme araçları</w:t>
            </w:r>
          </w:p>
          <w:p>
            <w:pPr>
              <w:spacing w:after="0"/>
            </w:pPr>
            <w:r>
              <w:rPr>
                <w:b w:val="0"/>
                <w:sz w:val="19"/>
              </w:rPr>
              <w:t>*Çoklu ortam tasarımı çalışması</w:t>
            </w:r>
          </w:p>
          <w:p>
            <w:pPr>
              <w:spacing w:after="0"/>
            </w:pPr>
            <w:r>
              <w:rPr>
                <w:b w:val="0"/>
                <w:sz w:val="19"/>
              </w:rPr>
              <w:t>*Kelime ve kavram havuzundan seçerek yazma çalışması</w:t>
            </w:r>
          </w:p>
          <w:p>
            <w:pPr>
              <w:spacing w:after="0"/>
            </w:pPr>
            <w:r>
              <w:rPr>
                <w:b w:val="0"/>
                <w:sz w:val="19"/>
              </w:rPr>
              <w:t>*Cümle, paragraf, not, kısa ileti yazma gibi çalışmalar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17. Hafta 11-15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17. Hafta 11-15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DUYGULARIMI TANIYORUM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 *Strateji, yöntem ve teknik</w:t>
            </w:r>
          </w:p>
          <w:p>
            <w:pPr>
              <w:spacing w:after="0"/>
            </w:pPr>
            <w:r>
              <w:rPr>
                <w:b w:val="0"/>
                <w:sz w:val="19"/>
              </w:rPr>
              <w:t>*Söz varlığı</w:t>
            </w:r>
          </w:p>
          <w:p>
            <w:pPr>
              <w:spacing w:after="0"/>
            </w:pPr>
            <w:r>
              <w:rPr>
                <w:b w:val="0"/>
                <w:sz w:val="19"/>
              </w:rPr>
              <w:t>*Yüzey anlam</w:t>
            </w:r>
          </w:p>
          <w:p>
            <w:pPr>
              <w:spacing w:after="0"/>
            </w:pPr>
            <w:r>
              <w:rPr>
                <w:b w:val="0"/>
                <w:sz w:val="19"/>
              </w:rPr>
              <w:t>*Derin anlam</w:t>
            </w:r>
          </w:p>
          <w:p>
            <w:pPr>
              <w:spacing w:after="0"/>
            </w:pPr>
            <w:r>
              <w:rPr>
                <w:b w:val="0"/>
                <w:sz w:val="19"/>
              </w:rPr>
              <w:t>*Hikâye unsurları *Metnin bölümleri *Düşünceyi geliştirme yolları</w:t>
            </w:r>
          </w:p>
          <w:p>
            <w:pPr>
              <w:spacing w:after="0"/>
            </w:pPr>
            <w:r>
              <w:rPr>
                <w:b w:val="0"/>
                <w:sz w:val="19"/>
              </w:rPr>
              <w:t>*Çoklu ortam ögeleri *Yaratıcı konuşma ve yazma</w:t>
            </w:r>
          </w:p>
          <w:p>
            <w:pPr>
              <w:spacing w:after="0"/>
            </w:pPr>
            <w:r>
              <w:rPr>
                <w:b w:val="0"/>
                <w:sz w:val="19"/>
              </w:rPr>
              <w:t>*Yazıda içerik ve yapı *Soru sorma</w:t>
            </w:r>
          </w:p>
          <w:p>
            <w:pPr>
              <w:spacing w:after="0"/>
            </w:pPr>
            <w:r>
              <w:rPr>
                <w:b w:val="0"/>
                <w:sz w:val="19"/>
              </w:rPr>
              <w:t>*Bağlantı ifadeleri *Yazım kuralları</w:t>
            </w:r>
          </w:p>
          <w:p>
            <w:pPr>
              <w:spacing w:after="0"/>
            </w:pPr>
            <w:r>
              <w:rPr>
                <w:b w:val="0"/>
                <w:sz w:val="19"/>
              </w:rPr>
              <w:t>*Noktalama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SDB1.1. Kendini Tanıma (Öz Farkındalık)</w:t>
            </w:r>
          </w:p>
          <w:p>
            <w:pPr>
              <w:spacing w:after="0"/>
            </w:pPr>
            <w:r>
              <w:rPr>
                <w:b w:val="0"/>
                <w:sz w:val="19"/>
              </w:rPr>
              <w:t>SDB1.3. Kendine Uyarlama (Öz Yansıtma)</w:t>
            </w:r>
          </w:p>
          <w:p>
            <w:pPr>
              <w:spacing w:after="0"/>
            </w:pPr>
            <w:r>
              <w:rPr>
                <w:b w:val="0"/>
                <w:sz w:val="19"/>
              </w:rPr>
              <w:t>SDB2.1. İletişim</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D6. Dürüstlük</w:t>
            </w:r>
          </w:p>
          <w:p>
            <w:pPr>
              <w:spacing w:after="0"/>
            </w:pPr>
            <w:r>
              <w:rPr>
                <w:b w:val="0"/>
                <w:sz w:val="19"/>
              </w:rPr>
              <w:t>D9. Merhamet</w:t>
            </w:r>
          </w:p>
          <w:p>
            <w:pPr>
              <w:spacing w:after="0"/>
            </w:pPr>
            <w:r>
              <w:rPr>
                <w:b w:val="0"/>
                <w:sz w:val="19"/>
              </w:rPr>
              <w:t>D12. Sabır</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İzlenen bir film, kısa film ya da videodaki derin anlamların belirlenmesi, belirlenen derin anlamların sınıfta ya da uygun dijital ortamlarda paylaşılması istenebilir.</w:t>
            </w:r>
          </w:p>
          <w:p>
            <w:pPr>
              <w:spacing w:after="0"/>
            </w:pPr>
            <w:r>
              <w:rPr>
                <w:b w:val="0"/>
                <w:sz w:val="19"/>
              </w:rPr>
              <w:t>Duygu kartları hazırlanarak iletişimde duyguların dramatize edilmesi istenebilir.</w:t>
            </w:r>
          </w:p>
          <w:p>
            <w:pPr>
              <w:spacing w:after="0"/>
            </w:pPr>
            <w:r>
              <w:rPr>
                <w:b w:val="0"/>
                <w:sz w:val="19"/>
              </w:rPr>
              <w:t>Şiirlerdeki tematik unsurların duygu haritalarının çıkarılması ve bu duyguların ifade edildiği masal, hikâye gibi metinlerin yazılması istenebilir.</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Kuklalar ile duygular konulu bir oyun sergilenmesi veya izletilmesi ve bu çalışmalar yapılırken iş birlikli öğrenme ortamlarının oluşturulması sağlanabilir.</w:t>
            </w:r>
          </w:p>
          <w:p>
            <w:pPr>
              <w:spacing w:after="0"/>
            </w:pPr>
            <w:r>
              <w:rPr>
                <w:b w:val="0"/>
                <w:sz w:val="19"/>
              </w:rPr>
              <w:t>Duyguların anlatıldığı bir bilmece etkinliği hazırlanabilir.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*Boşluk doldurma, açık uçlu ve çoktan seçmeli soru gibi çalışmalar</w:t>
            </w:r>
          </w:p>
          <w:p>
            <w:pPr>
              <w:spacing w:after="0"/>
            </w:pPr>
            <w:r>
              <w:rPr>
                <w:b w:val="0"/>
                <w:sz w:val="19"/>
              </w:rPr>
              <w:t>*Açık uçlu, çoktan seçmeli soru vb. çalışmalar</w:t>
            </w:r>
          </w:p>
          <w:p>
            <w:pPr>
              <w:spacing w:after="0"/>
            </w:pPr>
            <w:r>
              <w:rPr>
                <w:b w:val="0"/>
                <w:sz w:val="19"/>
              </w:rPr>
              <w:t>*Kontrol listesi</w:t>
            </w:r>
          </w:p>
          <w:p>
            <w:pPr>
              <w:spacing w:after="0"/>
            </w:pPr>
            <w:r>
              <w:rPr>
                <w:b w:val="0"/>
                <w:sz w:val="19"/>
              </w:rPr>
              <w:t>*Kavram haritası</w:t>
            </w:r>
          </w:p>
          <w:p>
            <w:pPr>
              <w:spacing w:after="0"/>
            </w:pPr>
            <w:r>
              <w:rPr>
                <w:b w:val="0"/>
                <w:sz w:val="19"/>
              </w:rPr>
              <w:t>*Eşleştirme, paragraf yazma vb. çalışmalar</w:t>
            </w:r>
          </w:p>
          <w:p>
            <w:pPr>
              <w:spacing w:after="0"/>
            </w:pPr>
            <w:r>
              <w:rPr>
                <w:b w:val="0"/>
                <w:sz w:val="19"/>
              </w:rPr>
              <w:t>*Karşılıklı konuşma çalışması</w:t>
            </w:r>
          </w:p>
          <w:p>
            <w:pPr>
              <w:spacing w:after="0"/>
            </w:pPr>
            <w:r>
              <w:rPr>
                <w:b w:val="0"/>
                <w:sz w:val="19"/>
              </w:rPr>
              <w:t>*Öz değerlendirme araçları</w:t>
            </w:r>
          </w:p>
          <w:p>
            <w:pPr>
              <w:spacing w:after="0"/>
            </w:pPr>
            <w:r>
              <w:rPr>
                <w:b w:val="0"/>
                <w:sz w:val="19"/>
              </w:rPr>
              <w:t>*Çoklu ortam tasarımı çalışması</w:t>
            </w:r>
          </w:p>
          <w:p>
            <w:pPr>
              <w:spacing w:after="0"/>
            </w:pPr>
            <w:r>
              <w:rPr>
                <w:b w:val="0"/>
                <w:sz w:val="19"/>
              </w:rPr>
              <w:t>*Kelime ve kavram havuzundan seçerek yazma çalışması</w:t>
            </w:r>
          </w:p>
          <w:p>
            <w:pPr>
              <w:spacing w:after="0"/>
            </w:pPr>
            <w:r>
              <w:rPr>
                <w:b w:val="0"/>
                <w:sz w:val="19"/>
              </w:rPr>
              <w:t>*Cümle, paragraf, not, kısa ileti yazma gibi çalışmalar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17. Hafta 11-15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17. Hafta 11-15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DUYGULARIMI TANIYORUM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 *Strateji, yöntem ve teknik</w:t>
            </w:r>
          </w:p>
          <w:p>
            <w:pPr>
              <w:spacing w:after="0"/>
            </w:pPr>
            <w:r>
              <w:rPr>
                <w:b w:val="0"/>
                <w:sz w:val="19"/>
              </w:rPr>
              <w:t>*Söz varlığı</w:t>
            </w:r>
          </w:p>
          <w:p>
            <w:pPr>
              <w:spacing w:after="0"/>
            </w:pPr>
            <w:r>
              <w:rPr>
                <w:b w:val="0"/>
                <w:sz w:val="19"/>
              </w:rPr>
              <w:t>*Yüzey anlam</w:t>
            </w:r>
          </w:p>
          <w:p>
            <w:pPr>
              <w:spacing w:after="0"/>
            </w:pPr>
            <w:r>
              <w:rPr>
                <w:b w:val="0"/>
                <w:sz w:val="19"/>
              </w:rPr>
              <w:t>*Derin anlam</w:t>
            </w:r>
          </w:p>
          <w:p>
            <w:pPr>
              <w:spacing w:after="0"/>
            </w:pPr>
            <w:r>
              <w:rPr>
                <w:b w:val="0"/>
                <w:sz w:val="19"/>
              </w:rPr>
              <w:t>*Hikâye unsurları *Metnin bölümleri *Düşünceyi geliştirme yolları</w:t>
            </w:r>
          </w:p>
          <w:p>
            <w:pPr>
              <w:spacing w:after="0"/>
            </w:pPr>
            <w:r>
              <w:rPr>
                <w:b w:val="0"/>
                <w:sz w:val="19"/>
              </w:rPr>
              <w:t>*Çoklu ortam ögeleri *Yaratıcı konuşma ve yazma</w:t>
            </w:r>
          </w:p>
          <w:p>
            <w:pPr>
              <w:spacing w:after="0"/>
            </w:pPr>
            <w:r>
              <w:rPr>
                <w:b w:val="0"/>
                <w:sz w:val="19"/>
              </w:rPr>
              <w:t>*Yazıda içerik ve yapı *Soru sorma</w:t>
            </w:r>
          </w:p>
          <w:p>
            <w:pPr>
              <w:spacing w:after="0"/>
            </w:pPr>
            <w:r>
              <w:rPr>
                <w:b w:val="0"/>
                <w:sz w:val="19"/>
              </w:rPr>
              <w:t>*Bağlantı ifadeleri *Yazım kuralları</w:t>
            </w:r>
          </w:p>
          <w:p>
            <w:pPr>
              <w:spacing w:after="0"/>
            </w:pPr>
            <w:r>
              <w:rPr>
                <w:b w:val="0"/>
                <w:sz w:val="19"/>
              </w:rPr>
              <w:t>*Noktalama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SDB1.1. Kendini Tanıma (Öz Farkındalık)</w:t>
            </w:r>
          </w:p>
          <w:p>
            <w:pPr>
              <w:spacing w:after="0"/>
            </w:pPr>
            <w:r>
              <w:rPr>
                <w:b w:val="0"/>
                <w:sz w:val="19"/>
              </w:rPr>
              <w:t>SDB1.3. Kendine Uyarlama (Öz Yansıtma)</w:t>
            </w:r>
          </w:p>
          <w:p>
            <w:pPr>
              <w:spacing w:after="0"/>
            </w:pPr>
            <w:r>
              <w:rPr>
                <w:b w:val="0"/>
                <w:sz w:val="19"/>
              </w:rPr>
              <w:t>SDB2.1. İletişim</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D6. Dürüstlük</w:t>
            </w:r>
          </w:p>
          <w:p>
            <w:pPr>
              <w:spacing w:after="0"/>
            </w:pPr>
            <w:r>
              <w:rPr>
                <w:b w:val="0"/>
                <w:sz w:val="19"/>
              </w:rPr>
              <w:t>D9. Merhamet</w:t>
            </w:r>
          </w:p>
          <w:p>
            <w:pPr>
              <w:spacing w:after="0"/>
            </w:pPr>
            <w:r>
              <w:rPr>
                <w:b w:val="0"/>
                <w:sz w:val="19"/>
              </w:rPr>
              <w:t>D12. Sabır</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İzlenen bir film, kısa film ya da videodaki derin anlamların belirlenmesi, belirlenen derin anlamların sınıfta ya da uygun dijital ortamlarda paylaşılması istenebilir.</w:t>
            </w:r>
          </w:p>
          <w:p>
            <w:pPr>
              <w:spacing w:after="0"/>
            </w:pPr>
            <w:r>
              <w:rPr>
                <w:b w:val="0"/>
                <w:sz w:val="19"/>
              </w:rPr>
              <w:t>Duygu kartları hazırlanarak iletişimde duyguların dramatize edilmesi istenebilir.</w:t>
            </w:r>
          </w:p>
          <w:p>
            <w:pPr>
              <w:spacing w:after="0"/>
            </w:pPr>
            <w:r>
              <w:rPr>
                <w:b w:val="0"/>
                <w:sz w:val="19"/>
              </w:rPr>
              <w:t>Şiirlerdeki tematik unsurların duygu haritalarının çıkarılması ve bu duyguların ifade edildiği masal, hikâye gibi metinlerin yazılması istenebilir.</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Kuklalar ile duygular konulu bir oyun sergilenmesi veya izletilmesi ve bu çalışmalar yapılırken iş birlikli öğrenme ortamlarının oluşturulması sağlanabilir.</w:t>
            </w:r>
          </w:p>
          <w:p>
            <w:pPr>
              <w:spacing w:after="0"/>
            </w:pPr>
            <w:r>
              <w:rPr>
                <w:b w:val="0"/>
                <w:sz w:val="19"/>
              </w:rPr>
              <w:t>Duyguların anlatıldığı bir bilmece etkinliği hazırlanabilir.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*Boşluk doldurma, açık uçlu ve çoktan seçmeli soru gibi çalışmalar</w:t>
            </w:r>
          </w:p>
          <w:p>
            <w:pPr>
              <w:spacing w:after="0"/>
            </w:pPr>
            <w:r>
              <w:rPr>
                <w:b w:val="0"/>
                <w:sz w:val="19"/>
              </w:rPr>
              <w:t>*Açık uçlu, çoktan seçmeli soru vb. çalışmalar</w:t>
            </w:r>
          </w:p>
          <w:p>
            <w:pPr>
              <w:spacing w:after="0"/>
            </w:pPr>
            <w:r>
              <w:rPr>
                <w:b w:val="0"/>
                <w:sz w:val="19"/>
              </w:rPr>
              <w:t>*Kontrol listesi</w:t>
            </w:r>
          </w:p>
          <w:p>
            <w:pPr>
              <w:spacing w:after="0"/>
            </w:pPr>
            <w:r>
              <w:rPr>
                <w:b w:val="0"/>
                <w:sz w:val="19"/>
              </w:rPr>
              <w:t>*Kavram haritası</w:t>
            </w:r>
          </w:p>
          <w:p>
            <w:pPr>
              <w:spacing w:after="0"/>
            </w:pPr>
            <w:r>
              <w:rPr>
                <w:b w:val="0"/>
                <w:sz w:val="19"/>
              </w:rPr>
              <w:t>*Eşleştirme, paragraf yazma vb. çalışmalar</w:t>
            </w:r>
          </w:p>
          <w:p>
            <w:pPr>
              <w:spacing w:after="0"/>
            </w:pPr>
            <w:r>
              <w:rPr>
                <w:b w:val="0"/>
                <w:sz w:val="19"/>
              </w:rPr>
              <w:t>*Karşılıklı konuşma çalışması</w:t>
            </w:r>
          </w:p>
          <w:p>
            <w:pPr>
              <w:spacing w:after="0"/>
            </w:pPr>
            <w:r>
              <w:rPr>
                <w:b w:val="0"/>
                <w:sz w:val="19"/>
              </w:rPr>
              <w:t>*Öz değerlendirme araçları</w:t>
            </w:r>
          </w:p>
          <w:p>
            <w:pPr>
              <w:spacing w:after="0"/>
            </w:pPr>
            <w:r>
              <w:rPr>
                <w:b w:val="0"/>
                <w:sz w:val="19"/>
              </w:rPr>
              <w:t>*Çoklu ortam tasarımı çalışması</w:t>
            </w:r>
          </w:p>
          <w:p>
            <w:pPr>
              <w:spacing w:after="0"/>
            </w:pPr>
            <w:r>
              <w:rPr>
                <w:b w:val="0"/>
                <w:sz w:val="19"/>
              </w:rPr>
              <w:t>*Kelime ve kavram havuzundan seçerek yazma çalışması</w:t>
            </w:r>
          </w:p>
          <w:p>
            <w:pPr>
              <w:spacing w:after="0"/>
            </w:pPr>
            <w:r>
              <w:rPr>
                <w:b w:val="0"/>
                <w:sz w:val="19"/>
              </w:rPr>
              <w:t>*Cümle, paragraf, not, kısa ileti yazma gibi çalışmalar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18. Hafta 18-22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18. Hafta 18-22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DUYGULARIMI TANIYORUM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 *Strateji, yöntem ve teknik</w:t>
            </w:r>
          </w:p>
          <w:p>
            <w:pPr>
              <w:spacing w:after="0"/>
            </w:pPr>
            <w:r>
              <w:rPr>
                <w:b w:val="0"/>
                <w:sz w:val="19"/>
              </w:rPr>
              <w:t>*Söz varlığı</w:t>
            </w:r>
          </w:p>
          <w:p>
            <w:pPr>
              <w:spacing w:after="0"/>
            </w:pPr>
            <w:r>
              <w:rPr>
                <w:b w:val="0"/>
                <w:sz w:val="19"/>
              </w:rPr>
              <w:t>*Yüzey anlam</w:t>
            </w:r>
          </w:p>
          <w:p>
            <w:pPr>
              <w:spacing w:after="0"/>
            </w:pPr>
            <w:r>
              <w:rPr>
                <w:b w:val="0"/>
                <w:sz w:val="19"/>
              </w:rPr>
              <w:t>*Derin anlam</w:t>
            </w:r>
          </w:p>
          <w:p>
            <w:pPr>
              <w:spacing w:after="0"/>
            </w:pPr>
            <w:r>
              <w:rPr>
                <w:b w:val="0"/>
                <w:sz w:val="19"/>
              </w:rPr>
              <w:t>*Hikâye unsurları *Metnin bölümleri *Düşünceyi geliştirme yolları</w:t>
            </w:r>
          </w:p>
          <w:p>
            <w:pPr>
              <w:spacing w:after="0"/>
            </w:pPr>
            <w:r>
              <w:rPr>
                <w:b w:val="0"/>
                <w:sz w:val="19"/>
              </w:rPr>
              <w:t>*Çoklu ortam ögeleri *Yaratıcı konuşma ve yazma</w:t>
            </w:r>
          </w:p>
          <w:p>
            <w:pPr>
              <w:spacing w:after="0"/>
            </w:pPr>
            <w:r>
              <w:rPr>
                <w:b w:val="0"/>
                <w:sz w:val="19"/>
              </w:rPr>
              <w:t>*Yazıda içerik ve yapı *Soru sorma</w:t>
            </w:r>
          </w:p>
          <w:p>
            <w:pPr>
              <w:spacing w:after="0"/>
            </w:pPr>
            <w:r>
              <w:rPr>
                <w:b w:val="0"/>
                <w:sz w:val="19"/>
              </w:rPr>
              <w:t>*Bağlantı ifadeleri *Yazım kuralları</w:t>
            </w:r>
          </w:p>
          <w:p>
            <w:pPr>
              <w:spacing w:after="0"/>
            </w:pPr>
            <w:r>
              <w:rPr>
                <w:b w:val="0"/>
                <w:sz w:val="19"/>
              </w:rPr>
              <w:t>*Noktalama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SDB1.1. Kendini Tanıma (Öz Farkındalık)</w:t>
            </w:r>
          </w:p>
          <w:p>
            <w:pPr>
              <w:spacing w:after="0"/>
            </w:pPr>
            <w:r>
              <w:rPr>
                <w:b w:val="0"/>
                <w:sz w:val="19"/>
              </w:rPr>
              <w:t>SDB1.3. Kendine Uyarlama (Öz Yansıtma)</w:t>
            </w:r>
          </w:p>
          <w:p>
            <w:pPr>
              <w:spacing w:after="0"/>
            </w:pPr>
            <w:r>
              <w:rPr>
                <w:b w:val="0"/>
                <w:sz w:val="19"/>
              </w:rPr>
              <w:t>SDB2.1. İletişim</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D6. Dürüstlük</w:t>
            </w:r>
          </w:p>
          <w:p>
            <w:pPr>
              <w:spacing w:after="0"/>
            </w:pPr>
            <w:r>
              <w:rPr>
                <w:b w:val="0"/>
                <w:sz w:val="19"/>
              </w:rPr>
              <w:t>D9. Merhamet</w:t>
            </w:r>
          </w:p>
          <w:p>
            <w:pPr>
              <w:spacing w:after="0"/>
            </w:pPr>
            <w:r>
              <w:rPr>
                <w:b w:val="0"/>
                <w:sz w:val="19"/>
              </w:rPr>
              <w:t>D12. Sabır</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İzlenen bir film, kısa film ya da videodaki derin anlamların belirlenmesi, belirlenen derin anlamların sınıfta ya da uygun dijital ortamlarda paylaşılması istenebilir.</w:t>
            </w:r>
          </w:p>
          <w:p>
            <w:pPr>
              <w:spacing w:after="0"/>
            </w:pPr>
            <w:r>
              <w:rPr>
                <w:b w:val="0"/>
                <w:sz w:val="19"/>
              </w:rPr>
              <w:t>Duygu kartları hazırlanarak iletişimde duyguların dramatize edilmesi istenebilir.</w:t>
            </w:r>
          </w:p>
          <w:p>
            <w:pPr>
              <w:spacing w:after="0"/>
            </w:pPr>
            <w:r>
              <w:rPr>
                <w:b w:val="0"/>
                <w:sz w:val="19"/>
              </w:rPr>
              <w:t>Şiirlerdeki tematik unsurların duygu haritalarının çıkarılması ve bu duyguların ifade edildiği masal, hikâye gibi metinlerin yazılması istenebilir.</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Kuklalar ile duygular konulu bir oyun sergilenmesi veya izletilmesi ve bu çalışmalar yapılırken iş birlikli öğrenme ortamlarının oluşturulması sağlanabilir.</w:t>
            </w:r>
          </w:p>
          <w:p>
            <w:pPr>
              <w:spacing w:after="0"/>
            </w:pPr>
            <w:r>
              <w:rPr>
                <w:b w:val="0"/>
                <w:sz w:val="19"/>
              </w:rPr>
              <w:t>Duyguların anlatıldığı bir bilmece etkinliği hazırlanabilir.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*Boşluk doldurma, açık uçlu ve çoktan seçmeli soru gibi çalışmalar</w:t>
            </w:r>
          </w:p>
          <w:p>
            <w:pPr>
              <w:spacing w:after="0"/>
            </w:pPr>
            <w:r>
              <w:rPr>
                <w:b w:val="0"/>
                <w:sz w:val="19"/>
              </w:rPr>
              <w:t>*Açık uçlu, çoktan seçmeli soru vb. çalışmalar</w:t>
            </w:r>
          </w:p>
          <w:p>
            <w:pPr>
              <w:spacing w:after="0"/>
            </w:pPr>
            <w:r>
              <w:rPr>
                <w:b w:val="0"/>
                <w:sz w:val="19"/>
              </w:rPr>
              <w:t>*Kontrol listesi</w:t>
            </w:r>
          </w:p>
          <w:p>
            <w:pPr>
              <w:spacing w:after="0"/>
            </w:pPr>
            <w:r>
              <w:rPr>
                <w:b w:val="0"/>
                <w:sz w:val="19"/>
              </w:rPr>
              <w:t>*Kavram haritası</w:t>
            </w:r>
          </w:p>
          <w:p>
            <w:pPr>
              <w:spacing w:after="0"/>
            </w:pPr>
            <w:r>
              <w:rPr>
                <w:b w:val="0"/>
                <w:sz w:val="19"/>
              </w:rPr>
              <w:t>*Eşleştirme, paragraf yazma vb. çalışmalar</w:t>
            </w:r>
          </w:p>
          <w:p>
            <w:pPr>
              <w:spacing w:after="0"/>
            </w:pPr>
            <w:r>
              <w:rPr>
                <w:b w:val="0"/>
                <w:sz w:val="19"/>
              </w:rPr>
              <w:t>*Karşılıklı konuşma çalışması</w:t>
            </w:r>
          </w:p>
          <w:p>
            <w:pPr>
              <w:spacing w:after="0"/>
            </w:pPr>
            <w:r>
              <w:rPr>
                <w:b w:val="0"/>
                <w:sz w:val="19"/>
              </w:rPr>
              <w:t>*Öz değerlendirme araçları</w:t>
            </w:r>
          </w:p>
          <w:p>
            <w:pPr>
              <w:spacing w:after="0"/>
            </w:pPr>
            <w:r>
              <w:rPr>
                <w:b w:val="0"/>
                <w:sz w:val="19"/>
              </w:rPr>
              <w:t>*Çoklu ortam tasarımı çalışması</w:t>
            </w:r>
          </w:p>
          <w:p>
            <w:pPr>
              <w:spacing w:after="0"/>
            </w:pPr>
            <w:r>
              <w:rPr>
                <w:b w:val="0"/>
                <w:sz w:val="19"/>
              </w:rPr>
              <w:t>*Kelime ve kavram havuzundan seçerek yazma çalışması</w:t>
            </w:r>
          </w:p>
          <w:p>
            <w:pPr>
              <w:spacing w:after="0"/>
            </w:pPr>
            <w:r>
              <w:rPr>
                <w:b w:val="0"/>
                <w:sz w:val="19"/>
              </w:rPr>
              <w:t>*Cümle, paragraf, not, kısa ileti yazma gibi çalışmalar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19. Hafta 08-12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19. Hafta 08-12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GELENEKLERİMİZ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 *Strateji, yöntem ve teknik</w:t>
            </w:r>
          </w:p>
          <w:p>
            <w:pPr>
              <w:spacing w:after="0"/>
            </w:pPr>
            <w:r>
              <w:rPr>
                <w:b w:val="0"/>
                <w:sz w:val="19"/>
              </w:rPr>
              <w:t>*Söz varlığı</w:t>
            </w:r>
          </w:p>
          <w:p>
            <w:pPr>
              <w:spacing w:after="0"/>
            </w:pPr>
            <w:r>
              <w:rPr>
                <w:b w:val="0"/>
                <w:sz w:val="19"/>
              </w:rPr>
              <w:t>*Derin anlam</w:t>
            </w:r>
          </w:p>
          <w:p>
            <w:pPr>
              <w:spacing w:after="0"/>
            </w:pPr>
            <w:r>
              <w:rPr>
                <w:b w:val="0"/>
                <w:sz w:val="19"/>
              </w:rPr>
              <w:t>*Düşünceyi geliştirme</w:t>
            </w:r>
          </w:p>
          <w:p>
            <w:pPr>
              <w:spacing w:after="0"/>
            </w:pPr>
            <w:r>
              <w:rPr>
                <w:b w:val="0"/>
                <w:sz w:val="19"/>
              </w:rPr>
              <w:t>yolları</w:t>
            </w:r>
          </w:p>
          <w:p>
            <w:pPr>
              <w:spacing w:after="0"/>
            </w:pPr>
            <w:r>
              <w:rPr>
                <w:b w:val="0"/>
                <w:sz w:val="19"/>
              </w:rPr>
              <w:t>*Özetleme</w:t>
            </w:r>
          </w:p>
          <w:p>
            <w:pPr>
              <w:spacing w:after="0"/>
            </w:pPr>
            <w:r>
              <w:rPr>
                <w:b w:val="0"/>
                <w:sz w:val="19"/>
              </w:rPr>
              <w:t>*Çoklu ortam ögeleri *Yazıda içerik ve yapı *Yazım kuralları *Noktalama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SDB2.1. İletişim</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D2. Aile Bütünlüğü </w:t>
            </w:r>
          </w:p>
          <w:p>
            <w:pPr>
              <w:spacing w:after="0"/>
            </w:pPr>
            <w:r>
              <w:rPr>
                <w:b w:val="0"/>
                <w:sz w:val="19"/>
              </w:rPr>
              <w:t>D14. Saygı</w:t>
            </w:r>
          </w:p>
          <w:p>
            <w:pPr>
              <w:spacing w:after="0"/>
            </w:pPr>
            <w:r>
              <w:rPr>
                <w:b w:val="0"/>
                <w:sz w:val="19"/>
              </w:rPr>
              <w:t>D16. Sorumluluk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OB5. Kültür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Aile büyükleri birincil kaynak olmak üzere; geleneklerin zaman içerisindeki farklılaşmasına yönelik bir araştırma yapılması, araştırma sonuçlarının eleştirel bir metin hâline getirilmesi ve elde edilen bulguların karşılaştırmalı şekilde sınıfta ya da uygun ortamlarda sunulması istenebilir.</w:t>
            </w:r>
          </w:p>
          <w:p>
            <w:pPr>
              <w:spacing w:after="0"/>
            </w:pPr>
            <w:r>
              <w:rPr>
                <w:b w:val="0"/>
                <w:sz w:val="19"/>
              </w:rPr>
              <w:t>Kaybolan geleneklerin kaybolma sebeplerinin araştırılması ve araştırma sonuçlarının “Nerede O Eski Bayramlar?” başlığıyla bir bilgi görseli hâline getirilip sınıfta paylaşılması istenebilir.</w:t>
            </w:r>
          </w:p>
          <w:p>
            <w:pPr>
              <w:spacing w:after="0"/>
            </w:pPr>
            <w:r>
              <w:rPr>
                <w:b w:val="0"/>
                <w:sz w:val="19"/>
              </w:rPr>
              <w:t>Misafirperverlik konulu atasözü, deyim ve mânilerle ilgili araştırma yapılması ve ulaşılan bilgilerden hareketle bir skeç hazırlanması, sınıfta bu skecin sunulması istenebilir.</w:t>
            </w:r>
          </w:p>
          <w:p>
            <w:pPr>
              <w:spacing w:after="0"/>
            </w:pPr>
            <w:r>
              <w:rPr>
                <w:b w:val="0"/>
                <w:sz w:val="19"/>
              </w:rPr>
              <w:t xml:space="preserve">Destekleme </w:t>
            </w:r>
          </w:p>
          <w:p>
            <w:pPr>
              <w:spacing w:after="0"/>
            </w:pPr>
            <w:r>
              <w:rPr>
                <w:b w:val="0"/>
                <w:sz w:val="19"/>
              </w:rPr>
              <w:t>Dinleme/izleme, okuma metni ya da tema içerisinde yer alan “komşuluk”, “bayramlar”, “kutlama” vb. kavramlar görsel, işitsel araçların sunumu ve şematik düzenleyicilerin kullanımı ile somutlaştırılabilir.</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“Geleneklerimiz” temasıyla ilgili görüşme soruları hazırlanarak öğrencinin aile büyükleriyle görüşme yapıp bu görüşmeyi sınıfta paylaşması sağlanabilir.</w:t>
            </w:r>
          </w:p>
          <w:p>
            <w:pPr>
              <w:spacing w:after="0"/>
            </w:pPr>
            <w:r>
              <w:rPr>
                <w:b w:val="0"/>
                <w:sz w:val="19"/>
              </w:rPr>
              <w:t>Öğrenciye; metinde yer alan anahtar kelimeleri içeren bir özet planı, çalışma kâğıdı veya görsellerden oluşan bir grafik organize edici sunularak öğrenciden metni özetlemesi istenebilir.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*Boşluk doldurma, açık uçlu ve çoktan seçmeli soru gibi çalışmalar</w:t>
            </w:r>
          </w:p>
          <w:p>
            <w:pPr>
              <w:spacing w:after="0"/>
            </w:pPr>
            <w:r>
              <w:rPr>
                <w:b w:val="0"/>
                <w:sz w:val="19"/>
              </w:rPr>
              <w:t>*Cümle tamamlama, kelime defteri oluşturma vb. çalışmalar</w:t>
            </w:r>
          </w:p>
          <w:p>
            <w:pPr>
              <w:spacing w:after="0"/>
            </w:pPr>
            <w:r>
              <w:rPr>
                <w:b w:val="0"/>
                <w:sz w:val="19"/>
              </w:rPr>
              <w:t>*Yapılandırılmış özetleme çalışması</w:t>
            </w:r>
          </w:p>
          <w:p>
            <w:pPr>
              <w:spacing w:after="0"/>
            </w:pPr>
            <w:r>
              <w:rPr>
                <w:b w:val="0"/>
                <w:sz w:val="19"/>
              </w:rPr>
              <w:t>*Öz bildirim</w:t>
            </w:r>
          </w:p>
          <w:p>
            <w:pPr>
              <w:spacing w:after="0"/>
            </w:pPr>
            <w:r>
              <w:rPr>
                <w:b w:val="0"/>
                <w:sz w:val="19"/>
              </w:rPr>
              <w:t>*Sorulardan, kavramlardan, görsellerden hareketle sözlü metin oluşturma çalışması</w:t>
            </w:r>
          </w:p>
          <w:p>
            <w:pPr>
              <w:spacing w:after="0"/>
            </w:pPr>
            <w:r>
              <w:rPr>
                <w:b w:val="0"/>
                <w:sz w:val="19"/>
              </w:rPr>
              <w:t>*Yapılandırılmış özetleme çalışması</w:t>
            </w:r>
          </w:p>
          <w:p>
            <w:pPr>
              <w:spacing w:after="0"/>
            </w:pPr>
            <w:r>
              <w:rPr>
                <w:b w:val="0"/>
                <w:sz w:val="19"/>
              </w:rPr>
              <w:t>*Paragraf yazma, açık uçlu soru vb. çalışmalar</w:t>
            </w:r>
          </w:p>
          <w:p>
            <w:pPr>
              <w:spacing w:after="0"/>
            </w:pPr>
            <w:r>
              <w:rPr>
                <w:b w:val="0"/>
                <w:sz w:val="19"/>
              </w:rPr>
              <w:t>*öz değerlendirme araçları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20. Hafta 15-19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20. Hafta 15-19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GELENEKLERİMİZ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 *Strateji, yöntem ve teknik</w:t>
            </w:r>
          </w:p>
          <w:p>
            <w:pPr>
              <w:spacing w:after="0"/>
            </w:pPr>
            <w:r>
              <w:rPr>
                <w:b w:val="0"/>
                <w:sz w:val="19"/>
              </w:rPr>
              <w:t>*Söz varlığı</w:t>
            </w:r>
          </w:p>
          <w:p>
            <w:pPr>
              <w:spacing w:after="0"/>
            </w:pPr>
            <w:r>
              <w:rPr>
                <w:b w:val="0"/>
                <w:sz w:val="19"/>
              </w:rPr>
              <w:t>*Derin anlam</w:t>
            </w:r>
          </w:p>
          <w:p>
            <w:pPr>
              <w:spacing w:after="0"/>
            </w:pPr>
            <w:r>
              <w:rPr>
                <w:b w:val="0"/>
                <w:sz w:val="19"/>
              </w:rPr>
              <w:t>*Düşünceyi geliştirme</w:t>
            </w:r>
          </w:p>
          <w:p>
            <w:pPr>
              <w:spacing w:after="0"/>
            </w:pPr>
            <w:r>
              <w:rPr>
                <w:b w:val="0"/>
                <w:sz w:val="19"/>
              </w:rPr>
              <w:t>yolları</w:t>
            </w:r>
          </w:p>
          <w:p>
            <w:pPr>
              <w:spacing w:after="0"/>
            </w:pPr>
            <w:r>
              <w:rPr>
                <w:b w:val="0"/>
                <w:sz w:val="19"/>
              </w:rPr>
              <w:t>*Özetleme</w:t>
            </w:r>
          </w:p>
          <w:p>
            <w:pPr>
              <w:spacing w:after="0"/>
            </w:pPr>
            <w:r>
              <w:rPr>
                <w:b w:val="0"/>
                <w:sz w:val="19"/>
              </w:rPr>
              <w:t>*Çoklu ortam ögeleri *Yazıda içerik ve yapı *Yazım kuralları *Noktalama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SDB2.1. İletişim</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D2. Aile Bütünlüğü </w:t>
            </w:r>
          </w:p>
          <w:p>
            <w:pPr>
              <w:spacing w:after="0"/>
            </w:pPr>
            <w:r>
              <w:rPr>
                <w:b w:val="0"/>
                <w:sz w:val="19"/>
              </w:rPr>
              <w:t>D14. Saygı</w:t>
            </w:r>
          </w:p>
          <w:p>
            <w:pPr>
              <w:spacing w:after="0"/>
            </w:pPr>
            <w:r>
              <w:rPr>
                <w:b w:val="0"/>
                <w:sz w:val="19"/>
              </w:rPr>
              <w:t>D16. Sorumluluk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OB5. Kültür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Aile büyükleri birincil kaynak olmak üzere; geleneklerin zaman içerisindeki farklılaşmasına yönelik bir araştırma yapılması, araştırma sonuçlarının eleştirel bir metin hâline getirilmesi ve elde edilen bulguların karşılaştırmalı şekilde sınıfta ya da uygun ortamlarda sunulması istenebilir.</w:t>
            </w:r>
          </w:p>
          <w:p>
            <w:pPr>
              <w:spacing w:after="0"/>
            </w:pPr>
            <w:r>
              <w:rPr>
                <w:b w:val="0"/>
                <w:sz w:val="19"/>
              </w:rPr>
              <w:t>Kaybolan geleneklerin kaybolma sebeplerinin araştırılması ve araştırma sonuçlarının “Nerede O Eski Bayramlar?” başlığıyla bir bilgi görseli hâline getirilip sınıfta paylaşılması istenebilir.</w:t>
            </w:r>
          </w:p>
          <w:p>
            <w:pPr>
              <w:spacing w:after="0"/>
            </w:pPr>
            <w:r>
              <w:rPr>
                <w:b w:val="0"/>
                <w:sz w:val="19"/>
              </w:rPr>
              <w:t>Misafirperverlik konulu atasözü, deyim ve mânilerle ilgili araştırma yapılması ve ulaşılan bilgilerden hareketle bir skeç hazırlanması, sınıfta bu skecin sunulması istenebilir.</w:t>
            </w:r>
          </w:p>
          <w:p>
            <w:pPr>
              <w:spacing w:after="0"/>
            </w:pPr>
            <w:r>
              <w:rPr>
                <w:b w:val="0"/>
                <w:sz w:val="19"/>
              </w:rPr>
              <w:t xml:space="preserve">Destekleme </w:t>
            </w:r>
          </w:p>
          <w:p>
            <w:pPr>
              <w:spacing w:after="0"/>
            </w:pPr>
            <w:r>
              <w:rPr>
                <w:b w:val="0"/>
                <w:sz w:val="19"/>
              </w:rPr>
              <w:t>Dinleme/izleme, okuma metni ya da tema içerisinde yer alan “komşuluk”, “bayramlar”, “kutlama” vb. kavramlar görsel, işitsel araçların sunumu ve şematik düzenleyicilerin kullanımı ile somutlaştırılabilir.</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“Geleneklerimiz” temasıyla ilgili görüşme soruları hazırlanarak öğrencinin aile büyükleriyle görüşme yapıp bu görüşmeyi sınıfta paylaşması sağlanabilir.</w:t>
            </w:r>
          </w:p>
          <w:p>
            <w:pPr>
              <w:spacing w:after="0"/>
            </w:pPr>
            <w:r>
              <w:rPr>
                <w:b w:val="0"/>
                <w:sz w:val="19"/>
              </w:rPr>
              <w:t>Öğrenciye; metinde yer alan anahtar kelimeleri içeren bir özet planı, çalışma kâğıdı veya görsellerden oluşan bir grafik organize edici sunularak öğrenciden metni özetlemesi istenebilir.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*Boşluk doldurma, açık uçlu ve çoktan seçmeli soru gibi çalışmalar</w:t>
            </w:r>
          </w:p>
          <w:p>
            <w:pPr>
              <w:spacing w:after="0"/>
            </w:pPr>
            <w:r>
              <w:rPr>
                <w:b w:val="0"/>
                <w:sz w:val="19"/>
              </w:rPr>
              <w:t>*Cümle tamamlama, kelime defteri oluşturma vb. çalışmalar</w:t>
            </w:r>
          </w:p>
          <w:p>
            <w:pPr>
              <w:spacing w:after="0"/>
            </w:pPr>
            <w:r>
              <w:rPr>
                <w:b w:val="0"/>
                <w:sz w:val="19"/>
              </w:rPr>
              <w:t>*Yapılandırılmış özetleme çalışması</w:t>
            </w:r>
          </w:p>
          <w:p>
            <w:pPr>
              <w:spacing w:after="0"/>
            </w:pPr>
            <w:r>
              <w:rPr>
                <w:b w:val="0"/>
                <w:sz w:val="19"/>
              </w:rPr>
              <w:t>*Öz bildirim</w:t>
            </w:r>
          </w:p>
          <w:p>
            <w:pPr>
              <w:spacing w:after="0"/>
            </w:pPr>
            <w:r>
              <w:rPr>
                <w:b w:val="0"/>
                <w:sz w:val="19"/>
              </w:rPr>
              <w:t>*Sorulardan, kavramlardan, görsellerden hareketle sözlü metin oluşturma çalışması</w:t>
            </w:r>
          </w:p>
          <w:p>
            <w:pPr>
              <w:spacing w:after="0"/>
            </w:pPr>
            <w:r>
              <w:rPr>
                <w:b w:val="0"/>
                <w:sz w:val="19"/>
              </w:rPr>
              <w:t>*Yapılandırılmış özetleme çalışması</w:t>
            </w:r>
          </w:p>
          <w:p>
            <w:pPr>
              <w:spacing w:after="0"/>
            </w:pPr>
            <w:r>
              <w:rPr>
                <w:b w:val="0"/>
                <w:sz w:val="19"/>
              </w:rPr>
              <w:t>*Paragraf yazma, açık uçlu soru vb. çalışmalar</w:t>
            </w:r>
          </w:p>
          <w:p>
            <w:pPr>
              <w:spacing w:after="0"/>
            </w:pPr>
            <w:r>
              <w:rPr>
                <w:b w:val="0"/>
                <w:sz w:val="19"/>
              </w:rPr>
              <w:t>*öz değerlendirme araçları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21. Hafta 22-26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21. Hafta 22-26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GELENEKLERİMİZ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 *Strateji, yöntem ve teknik</w:t>
            </w:r>
          </w:p>
          <w:p>
            <w:pPr>
              <w:spacing w:after="0"/>
            </w:pPr>
            <w:r>
              <w:rPr>
                <w:b w:val="0"/>
                <w:sz w:val="19"/>
              </w:rPr>
              <w:t>*Söz varlığı</w:t>
            </w:r>
          </w:p>
          <w:p>
            <w:pPr>
              <w:spacing w:after="0"/>
            </w:pPr>
            <w:r>
              <w:rPr>
                <w:b w:val="0"/>
                <w:sz w:val="19"/>
              </w:rPr>
              <w:t>*Derin anlam</w:t>
            </w:r>
          </w:p>
          <w:p>
            <w:pPr>
              <w:spacing w:after="0"/>
            </w:pPr>
            <w:r>
              <w:rPr>
                <w:b w:val="0"/>
                <w:sz w:val="19"/>
              </w:rPr>
              <w:t>*Düşünceyi geliştirme</w:t>
            </w:r>
          </w:p>
          <w:p>
            <w:pPr>
              <w:spacing w:after="0"/>
            </w:pPr>
            <w:r>
              <w:rPr>
                <w:b w:val="0"/>
                <w:sz w:val="19"/>
              </w:rPr>
              <w:t>yolları</w:t>
            </w:r>
          </w:p>
          <w:p>
            <w:pPr>
              <w:spacing w:after="0"/>
            </w:pPr>
            <w:r>
              <w:rPr>
                <w:b w:val="0"/>
                <w:sz w:val="19"/>
              </w:rPr>
              <w:t>*Özetleme</w:t>
            </w:r>
          </w:p>
          <w:p>
            <w:pPr>
              <w:spacing w:after="0"/>
            </w:pPr>
            <w:r>
              <w:rPr>
                <w:b w:val="0"/>
                <w:sz w:val="19"/>
              </w:rPr>
              <w:t>*Çoklu ortam ögeleri *Yazıda içerik ve yapı *Yazım kuralları *Noktalama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SDB2.1. İletişim</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D2. Aile Bütünlüğü </w:t>
            </w:r>
          </w:p>
          <w:p>
            <w:pPr>
              <w:spacing w:after="0"/>
            </w:pPr>
            <w:r>
              <w:rPr>
                <w:b w:val="0"/>
                <w:sz w:val="19"/>
              </w:rPr>
              <w:t>D14. Saygı</w:t>
            </w:r>
          </w:p>
          <w:p>
            <w:pPr>
              <w:spacing w:after="0"/>
            </w:pPr>
            <w:r>
              <w:rPr>
                <w:b w:val="0"/>
                <w:sz w:val="19"/>
              </w:rPr>
              <w:t>D16. Sorumluluk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OB5. Kültür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Aile büyükleri birincil kaynak olmak üzere; geleneklerin zaman içerisindeki farklılaşmasına yönelik bir araştırma yapılması, araştırma sonuçlarının eleştirel bir metin hâline getirilmesi ve elde edilen bulguların karşılaştırmalı şekilde sınıfta ya da uygun ortamlarda sunulması istenebilir.</w:t>
            </w:r>
          </w:p>
          <w:p>
            <w:pPr>
              <w:spacing w:after="0"/>
            </w:pPr>
            <w:r>
              <w:rPr>
                <w:b w:val="0"/>
                <w:sz w:val="19"/>
              </w:rPr>
              <w:t>Kaybolan geleneklerin kaybolma sebeplerinin araştırılması ve araştırma sonuçlarının “Nerede O Eski Bayramlar?” başlığıyla bir bilgi görseli hâline getirilip sınıfta paylaşılması istenebilir.</w:t>
            </w:r>
          </w:p>
          <w:p>
            <w:pPr>
              <w:spacing w:after="0"/>
            </w:pPr>
            <w:r>
              <w:rPr>
                <w:b w:val="0"/>
                <w:sz w:val="19"/>
              </w:rPr>
              <w:t>Misafirperverlik konulu atasözü, deyim ve mânilerle ilgili araştırma yapılması ve ulaşılan bilgilerden hareketle bir skeç hazırlanması, sınıfta bu skecin sunulması istenebilir.</w:t>
            </w:r>
          </w:p>
          <w:p>
            <w:pPr>
              <w:spacing w:after="0"/>
            </w:pPr>
            <w:r>
              <w:rPr>
                <w:b w:val="0"/>
                <w:sz w:val="19"/>
              </w:rPr>
              <w:t xml:space="preserve">Destekleme </w:t>
            </w:r>
          </w:p>
          <w:p>
            <w:pPr>
              <w:spacing w:after="0"/>
            </w:pPr>
            <w:r>
              <w:rPr>
                <w:b w:val="0"/>
                <w:sz w:val="19"/>
              </w:rPr>
              <w:t>Dinleme/izleme, okuma metni ya da tema içerisinde yer alan “komşuluk”, “bayramlar”, “kutlama” vb. kavramlar görsel, işitsel araçların sunumu ve şematik düzenleyicilerin kullanımı ile somutlaştırılabilir.</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“Geleneklerimiz” temasıyla ilgili görüşme soruları hazırlanarak öğrencinin aile büyükleriyle görüşme yapıp bu görüşmeyi sınıfta paylaşması sağlanabilir.</w:t>
            </w:r>
          </w:p>
          <w:p>
            <w:pPr>
              <w:spacing w:after="0"/>
            </w:pPr>
            <w:r>
              <w:rPr>
                <w:b w:val="0"/>
                <w:sz w:val="19"/>
              </w:rPr>
              <w:t>Öğrenciye; metinde yer alan anahtar kelimeleri içeren bir özet planı, çalışma kâğıdı veya görsellerden oluşan bir grafik organize edici sunularak öğrenciden metni özetlemesi istenebilir.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*Boşluk doldurma, açık uçlu ve çoktan seçmeli soru gibi çalışmalar</w:t>
            </w:r>
          </w:p>
          <w:p>
            <w:pPr>
              <w:spacing w:after="0"/>
            </w:pPr>
            <w:r>
              <w:rPr>
                <w:b w:val="0"/>
                <w:sz w:val="19"/>
              </w:rPr>
              <w:t>*Cümle tamamlama, kelime defteri oluşturma vb. çalışmalar</w:t>
            </w:r>
          </w:p>
          <w:p>
            <w:pPr>
              <w:spacing w:after="0"/>
            </w:pPr>
            <w:r>
              <w:rPr>
                <w:b w:val="0"/>
                <w:sz w:val="19"/>
              </w:rPr>
              <w:t>*Yapılandırılmış özetleme çalışması</w:t>
            </w:r>
          </w:p>
          <w:p>
            <w:pPr>
              <w:spacing w:after="0"/>
            </w:pPr>
            <w:r>
              <w:rPr>
                <w:b w:val="0"/>
                <w:sz w:val="19"/>
              </w:rPr>
              <w:t>*Öz bildirim</w:t>
            </w:r>
          </w:p>
          <w:p>
            <w:pPr>
              <w:spacing w:after="0"/>
            </w:pPr>
            <w:r>
              <w:rPr>
                <w:b w:val="0"/>
                <w:sz w:val="19"/>
              </w:rPr>
              <w:t>*Sorulardan, kavramlardan, görsellerden hareketle sözlü metin oluşturma çalışması</w:t>
            </w:r>
          </w:p>
          <w:p>
            <w:pPr>
              <w:spacing w:after="0"/>
            </w:pPr>
            <w:r>
              <w:rPr>
                <w:b w:val="0"/>
                <w:sz w:val="19"/>
              </w:rPr>
              <w:t>*Yapılandırılmış özetleme çalışması</w:t>
            </w:r>
          </w:p>
          <w:p>
            <w:pPr>
              <w:spacing w:after="0"/>
            </w:pPr>
            <w:r>
              <w:rPr>
                <w:b w:val="0"/>
                <w:sz w:val="19"/>
              </w:rPr>
              <w:t>*Paragraf yazma, açık uçlu soru vb. çalışmalar</w:t>
            </w:r>
          </w:p>
          <w:p>
            <w:pPr>
              <w:spacing w:after="0"/>
            </w:pPr>
            <w:r>
              <w:rPr>
                <w:b w:val="0"/>
                <w:sz w:val="19"/>
              </w:rPr>
              <w:t>*öz değerlendirme araçları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22. Hafta 01-05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22. Hafta 01-05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GELENEKLERİMİZ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 *Strateji, yöntem ve teknik</w:t>
            </w:r>
          </w:p>
          <w:p>
            <w:pPr>
              <w:spacing w:after="0"/>
            </w:pPr>
            <w:r>
              <w:rPr>
                <w:b w:val="0"/>
                <w:sz w:val="19"/>
              </w:rPr>
              <w:t>*Söz varlığı</w:t>
            </w:r>
          </w:p>
          <w:p>
            <w:pPr>
              <w:spacing w:after="0"/>
            </w:pPr>
            <w:r>
              <w:rPr>
                <w:b w:val="0"/>
                <w:sz w:val="19"/>
              </w:rPr>
              <w:t>*Derin anlam</w:t>
            </w:r>
          </w:p>
          <w:p>
            <w:pPr>
              <w:spacing w:after="0"/>
            </w:pPr>
            <w:r>
              <w:rPr>
                <w:b w:val="0"/>
                <w:sz w:val="19"/>
              </w:rPr>
              <w:t>*Düşünceyi geliştirme</w:t>
            </w:r>
          </w:p>
          <w:p>
            <w:pPr>
              <w:spacing w:after="0"/>
            </w:pPr>
            <w:r>
              <w:rPr>
                <w:b w:val="0"/>
                <w:sz w:val="19"/>
              </w:rPr>
              <w:t>yolları</w:t>
            </w:r>
          </w:p>
          <w:p>
            <w:pPr>
              <w:spacing w:after="0"/>
            </w:pPr>
            <w:r>
              <w:rPr>
                <w:b w:val="0"/>
                <w:sz w:val="19"/>
              </w:rPr>
              <w:t>*Özetleme</w:t>
            </w:r>
          </w:p>
          <w:p>
            <w:pPr>
              <w:spacing w:after="0"/>
            </w:pPr>
            <w:r>
              <w:rPr>
                <w:b w:val="0"/>
                <w:sz w:val="19"/>
              </w:rPr>
              <w:t>*Çoklu ortam ögeleri *Yazıda içerik ve yapı *Yazım kuralları *Noktalama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SDB2.1. İletişim</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D2. Aile Bütünlüğü </w:t>
            </w:r>
          </w:p>
          <w:p>
            <w:pPr>
              <w:spacing w:after="0"/>
            </w:pPr>
            <w:r>
              <w:rPr>
                <w:b w:val="0"/>
                <w:sz w:val="19"/>
              </w:rPr>
              <w:t>D14. Saygı</w:t>
            </w:r>
          </w:p>
          <w:p>
            <w:pPr>
              <w:spacing w:after="0"/>
            </w:pPr>
            <w:r>
              <w:rPr>
                <w:b w:val="0"/>
                <w:sz w:val="19"/>
              </w:rPr>
              <w:t>D16. Sorumluluk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OB5. Kültür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Aile büyükleri birincil kaynak olmak üzere; geleneklerin zaman içerisindeki farklılaşmasına yönelik bir araştırma yapılması, araştırma sonuçlarının eleştirel bir metin hâline getirilmesi ve elde edilen bulguların karşılaştırmalı şekilde sınıfta ya da uygun ortamlarda sunulması istenebilir.</w:t>
            </w:r>
          </w:p>
          <w:p>
            <w:pPr>
              <w:spacing w:after="0"/>
            </w:pPr>
            <w:r>
              <w:rPr>
                <w:b w:val="0"/>
                <w:sz w:val="19"/>
              </w:rPr>
              <w:t>Kaybolan geleneklerin kaybolma sebeplerinin araştırılması ve araştırma sonuçlarının “Nerede O Eski Bayramlar?” başlığıyla bir bilgi görseli hâline getirilip sınıfta paylaşılması istenebilir.</w:t>
            </w:r>
          </w:p>
          <w:p>
            <w:pPr>
              <w:spacing w:after="0"/>
            </w:pPr>
            <w:r>
              <w:rPr>
                <w:b w:val="0"/>
                <w:sz w:val="19"/>
              </w:rPr>
              <w:t>Misafirperverlik konulu atasözü, deyim ve mânilerle ilgili araştırma yapılması ve ulaşılan bilgilerden hareketle bir skeç hazırlanması, sınıfta bu skecin sunulması istenebilir.</w:t>
            </w:r>
          </w:p>
          <w:p>
            <w:pPr>
              <w:spacing w:after="0"/>
            </w:pPr>
            <w:r>
              <w:rPr>
                <w:b w:val="0"/>
                <w:sz w:val="19"/>
              </w:rPr>
              <w:t xml:space="preserve">Destekleme </w:t>
            </w:r>
          </w:p>
          <w:p>
            <w:pPr>
              <w:spacing w:after="0"/>
            </w:pPr>
            <w:r>
              <w:rPr>
                <w:b w:val="0"/>
                <w:sz w:val="19"/>
              </w:rPr>
              <w:t>Dinleme/izleme, okuma metni ya da tema içerisinde yer alan “komşuluk”, “bayramlar”, “kutlama” vb. kavramlar görsel, işitsel araçların sunumu ve şematik düzenleyicilerin kullanımı ile somutlaştırılabilir.</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“Geleneklerimiz” temasıyla ilgili görüşme soruları hazırlanarak öğrencinin aile büyükleriyle görüşme yapıp bu görüşmeyi sınıfta paylaşması sağlanabilir.</w:t>
            </w:r>
          </w:p>
          <w:p>
            <w:pPr>
              <w:spacing w:after="0"/>
            </w:pPr>
            <w:r>
              <w:rPr>
                <w:b w:val="0"/>
                <w:sz w:val="19"/>
              </w:rPr>
              <w:t>Öğrenciye; metinde yer alan anahtar kelimeleri içeren bir özet planı, çalışma kâğıdı veya görsellerden oluşan bir grafik organize edici sunularak öğrenciden metni özetlemesi istenebilir.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*Boşluk doldurma, açık uçlu ve çoktan seçmeli soru gibi çalışmalar</w:t>
            </w:r>
          </w:p>
          <w:p>
            <w:pPr>
              <w:spacing w:after="0"/>
            </w:pPr>
            <w:r>
              <w:rPr>
                <w:b w:val="0"/>
                <w:sz w:val="19"/>
              </w:rPr>
              <w:t>*Cümle tamamlama, kelime defteri oluşturma vb. çalışmalar</w:t>
            </w:r>
          </w:p>
          <w:p>
            <w:pPr>
              <w:spacing w:after="0"/>
            </w:pPr>
            <w:r>
              <w:rPr>
                <w:b w:val="0"/>
                <w:sz w:val="19"/>
              </w:rPr>
              <w:t>*Yapılandırılmış özetleme çalışması</w:t>
            </w:r>
          </w:p>
          <w:p>
            <w:pPr>
              <w:spacing w:after="0"/>
            </w:pPr>
            <w:r>
              <w:rPr>
                <w:b w:val="0"/>
                <w:sz w:val="19"/>
              </w:rPr>
              <w:t>*Öz bildirim</w:t>
            </w:r>
          </w:p>
          <w:p>
            <w:pPr>
              <w:spacing w:after="0"/>
            </w:pPr>
            <w:r>
              <w:rPr>
                <w:b w:val="0"/>
                <w:sz w:val="19"/>
              </w:rPr>
              <w:t>*Sorulardan, kavramlardan, görsellerden hareketle sözlü metin oluşturma çalışması</w:t>
            </w:r>
          </w:p>
          <w:p>
            <w:pPr>
              <w:spacing w:after="0"/>
            </w:pPr>
            <w:r>
              <w:rPr>
                <w:b w:val="0"/>
                <w:sz w:val="19"/>
              </w:rPr>
              <w:t>*Yapılandırılmış özetleme çalışması</w:t>
            </w:r>
          </w:p>
          <w:p>
            <w:pPr>
              <w:spacing w:after="0"/>
            </w:pPr>
            <w:r>
              <w:rPr>
                <w:b w:val="0"/>
                <w:sz w:val="19"/>
              </w:rPr>
              <w:t>*Paragraf yazma, açık uçlu soru vb. çalışmalar</w:t>
            </w:r>
          </w:p>
          <w:p>
            <w:pPr>
              <w:spacing w:after="0"/>
            </w:pPr>
            <w:r>
              <w:rPr>
                <w:b w:val="0"/>
                <w:sz w:val="19"/>
              </w:rPr>
              <w:t>*öz değerlendirme araçları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Yeşilay Haftası</w:t>
            </w:r>
          </w:p>
          <w:p>
            <w:pPr>
              <w:spacing w:after="0"/>
            </w:pPr>
            <w:r>
              <w:rPr>
                <w:b w:val="0"/>
                <w:sz w:val="19"/>
              </w:rPr>
              <w:t xml:space="preserve"> (1 Mart'ı içine alan hafta)</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36. Hafta: RAMAZAN BAYRAMI (09-11 Mart - 2027)</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36. Hafta: RAMAZAN BAYRAMI (09-11 Mart - 2027)</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Aile büyükleri birincil kaynak olmak üzere; geleneklerin zaman içerisindeki farklılaşmasına yönelik bir araştırma yapılması, araştırma sonuçlarının eleştirel bir metin hâline getirilmesi ve elde edilen bulguların karşılaştırmalı şekilde sınıfta ya da uygun ortamlarda sunulması istenebilir.</w:t>
            </w:r>
          </w:p>
          <w:p>
            <w:pPr>
              <w:spacing w:after="0"/>
            </w:pPr>
            <w:r>
              <w:rPr>
                <w:b w:val="0"/>
                <w:sz w:val="19"/>
              </w:rPr>
              <w:t>Kaybolan geleneklerin kaybolma sebeplerinin araştırılması ve araştırma sonuçlarının “Nerede O Eski Bayramlar?” başlığıyla bir bilgi görseli hâline getirilip sınıfta paylaşılması istenebilir.</w:t>
            </w:r>
          </w:p>
          <w:p>
            <w:pPr>
              <w:spacing w:after="0"/>
            </w:pPr>
            <w:r>
              <w:rPr>
                <w:b w:val="0"/>
                <w:sz w:val="19"/>
              </w:rPr>
              <w:t>Misafirperverlik konulu atasözü, deyim ve mânilerle ilgili araştırma yapılması ve ulaşılan bilgilerden hareketle bir skeç hazırlanması, sınıfta bu skecin sunulması istenebilir.</w:t>
            </w:r>
          </w:p>
          <w:p>
            <w:pPr>
              <w:spacing w:after="0"/>
            </w:pPr>
            <w:r>
              <w:rPr>
                <w:b w:val="0"/>
                <w:sz w:val="19"/>
              </w:rPr>
              <w:t xml:space="preserve">Destekleme </w:t>
            </w:r>
          </w:p>
          <w:p>
            <w:pPr>
              <w:spacing w:after="0"/>
            </w:pPr>
            <w:r>
              <w:rPr>
                <w:b w:val="0"/>
                <w:sz w:val="19"/>
              </w:rPr>
              <w:t>Dinleme/izleme, okuma metni ya da tema içerisinde yer alan “komşuluk”, “bayramlar”, “kutlama” vb. kavramlar görsel, işitsel araçların sunumu ve şematik düzenleyicilerin kullanımı ile somutlaştırılabilir.</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“Geleneklerimiz” temasıyla ilgili görüşme soruları hazırlanarak öğrencinin aile büyükleriyle görüşme yapıp bu görüşmeyi sınıfta paylaşması sağlanabilir.</w:t>
            </w:r>
          </w:p>
          <w:p>
            <w:pPr>
              <w:spacing w:after="0"/>
            </w:pPr>
            <w:r>
              <w:rPr>
                <w:b w:val="0"/>
                <w:sz w:val="19"/>
              </w:rPr>
              <w:t>Öğrenciye; metinde yer alan anahtar kelimeleri içeren bir özet planı, çalışma kâğıdı veya görsellerden oluşan bir grafik organize edici sunularak öğrenciden metni özetlemesi istenebilir.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İstiklâl Marşı'nın Kabulü ve Mehmet Akif Ersoy'u Anma Günü (12 Mart)</w:t>
            </w:r>
          </w:p>
          <w:p>
            <w:pPr>
              <w:spacing w:after="0"/>
            </w:pPr>
            <w:r>
              <w:rPr>
                <w:b w:val="0"/>
                <w:sz w:val="19"/>
              </w:rPr>
              <w:t>Şehitler Günü (18 Mart))</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GELENEKLERİMİZ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 *Strateji, yöntem ve teknik</w:t>
            </w:r>
          </w:p>
          <w:p>
            <w:pPr>
              <w:spacing w:after="0"/>
            </w:pPr>
            <w:r>
              <w:rPr>
                <w:b w:val="0"/>
                <w:sz w:val="19"/>
              </w:rPr>
              <w:t>*Söz varlığı</w:t>
            </w:r>
          </w:p>
          <w:p>
            <w:pPr>
              <w:spacing w:after="0"/>
            </w:pPr>
            <w:r>
              <w:rPr>
                <w:b w:val="0"/>
                <w:sz w:val="19"/>
              </w:rPr>
              <w:t>*Derin anlam</w:t>
            </w:r>
          </w:p>
          <w:p>
            <w:pPr>
              <w:spacing w:after="0"/>
            </w:pPr>
            <w:r>
              <w:rPr>
                <w:b w:val="0"/>
                <w:sz w:val="19"/>
              </w:rPr>
              <w:t>*Düşünceyi geliştirme</w:t>
            </w:r>
          </w:p>
          <w:p>
            <w:pPr>
              <w:spacing w:after="0"/>
            </w:pPr>
            <w:r>
              <w:rPr>
                <w:b w:val="0"/>
                <w:sz w:val="19"/>
              </w:rPr>
              <w:t>yolları</w:t>
            </w:r>
          </w:p>
          <w:p>
            <w:pPr>
              <w:spacing w:after="0"/>
            </w:pPr>
            <w:r>
              <w:rPr>
                <w:b w:val="0"/>
                <w:sz w:val="19"/>
              </w:rPr>
              <w:t>*Özetleme</w:t>
            </w:r>
          </w:p>
          <w:p>
            <w:pPr>
              <w:spacing w:after="0"/>
            </w:pPr>
            <w:r>
              <w:rPr>
                <w:b w:val="0"/>
                <w:sz w:val="19"/>
              </w:rPr>
              <w:t>*Çoklu ortam ögeleri *Yazıda içerik ve yapı *Yazım kuralları *Noktalama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SDB2.1. İletişim</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D2. Aile Bütünlüğü </w:t>
            </w:r>
          </w:p>
          <w:p>
            <w:pPr>
              <w:spacing w:after="0"/>
            </w:pPr>
            <w:r>
              <w:rPr>
                <w:b w:val="0"/>
                <w:sz w:val="19"/>
              </w:rPr>
              <w:t>D14. Saygı</w:t>
            </w:r>
          </w:p>
          <w:p>
            <w:pPr>
              <w:spacing w:after="0"/>
            </w:pPr>
            <w:r>
              <w:rPr>
                <w:b w:val="0"/>
                <w:sz w:val="19"/>
              </w:rPr>
              <w:t>D16. Sorumluluk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OB5. Kültür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Aile büyükleri birincil kaynak olmak üzere; geleneklerin zaman içerisindeki farklılaşmasına yönelik bir araştırma yapılması, araştırma sonuçlarının eleştirel bir metin hâline getirilmesi ve elde edilen bulguların karşılaştırmalı şekilde sınıfta ya da uygun ortamlarda sunulması istenebilir.</w:t>
            </w:r>
          </w:p>
          <w:p>
            <w:pPr>
              <w:spacing w:after="0"/>
            </w:pPr>
            <w:r>
              <w:rPr>
                <w:b w:val="0"/>
                <w:sz w:val="19"/>
              </w:rPr>
              <w:t>Kaybolan geleneklerin kaybolma sebeplerinin araştırılması ve araştırma sonuçlarının “Nerede O Eski Bayramlar?” başlığıyla bir bilgi görseli hâline getirilip sınıfta paylaşılması istenebilir.</w:t>
            </w:r>
          </w:p>
          <w:p>
            <w:pPr>
              <w:spacing w:after="0"/>
            </w:pPr>
            <w:r>
              <w:rPr>
                <w:b w:val="0"/>
                <w:sz w:val="19"/>
              </w:rPr>
              <w:t>Misafirperverlik konulu atasözü, deyim ve mânilerle ilgili araştırma yapılması ve ulaşılan bilgilerden hareketle bir skeç hazırlanması, sınıfta bu skecin sunulması istenebilir.</w:t>
            </w:r>
          </w:p>
          <w:p>
            <w:pPr>
              <w:spacing w:after="0"/>
            </w:pPr>
            <w:r>
              <w:rPr>
                <w:b w:val="0"/>
                <w:sz w:val="19"/>
              </w:rPr>
              <w:t xml:space="preserve">Destekleme </w:t>
            </w:r>
          </w:p>
          <w:p>
            <w:pPr>
              <w:spacing w:after="0"/>
            </w:pPr>
            <w:r>
              <w:rPr>
                <w:b w:val="0"/>
                <w:sz w:val="19"/>
              </w:rPr>
              <w:t>Dinleme/izleme, okuma metni ya da tema içerisinde yer alan “komşuluk”, “bayramlar”, “kutlama” vb. kavramlar görsel, işitsel araçların sunumu ve şematik düzenleyicilerin kullanımı ile somutlaştırılabilir.</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“Geleneklerimiz” temasıyla ilgili görüşme soruları hazırlanarak öğrencinin aile büyükleriyle görüşme yapıp bu görüşmeyi sınıfta paylaşması sağlanabilir.</w:t>
            </w:r>
          </w:p>
          <w:p>
            <w:pPr>
              <w:spacing w:after="0"/>
            </w:pPr>
            <w:r>
              <w:rPr>
                <w:b w:val="0"/>
                <w:sz w:val="19"/>
              </w:rPr>
              <w:t>Öğrenciye; metinde yer alan anahtar kelimeleri içeren bir özet planı, çalışma kâğıdı veya görsellerden oluşan bir grafik organize edici sunularak öğrenciden metni özetlemesi istenebilir.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*Boşluk doldurma, açık uçlu ve çoktan seçmeli soru gibi çalışmalar</w:t>
            </w:r>
          </w:p>
          <w:p>
            <w:pPr>
              <w:spacing w:after="0"/>
            </w:pPr>
            <w:r>
              <w:rPr>
                <w:b w:val="0"/>
                <w:sz w:val="19"/>
              </w:rPr>
              <w:t>*Cümle tamamlama, kelime defteri oluşturma vb. çalışmalar</w:t>
            </w:r>
          </w:p>
          <w:p>
            <w:pPr>
              <w:spacing w:after="0"/>
            </w:pPr>
            <w:r>
              <w:rPr>
                <w:b w:val="0"/>
                <w:sz w:val="19"/>
              </w:rPr>
              <w:t>*Yapılandırılmış özetleme çalışması</w:t>
            </w:r>
          </w:p>
          <w:p>
            <w:pPr>
              <w:spacing w:after="0"/>
            </w:pPr>
            <w:r>
              <w:rPr>
                <w:b w:val="0"/>
                <w:sz w:val="19"/>
              </w:rPr>
              <w:t>*Öz bildirim</w:t>
            </w:r>
          </w:p>
          <w:p>
            <w:pPr>
              <w:spacing w:after="0"/>
            </w:pPr>
            <w:r>
              <w:rPr>
                <w:b w:val="0"/>
                <w:sz w:val="19"/>
              </w:rPr>
              <w:t>*Sorulardan, kavramlardan, görsellerden hareketle sözlü metin oluşturma çalışması</w:t>
            </w:r>
          </w:p>
          <w:p>
            <w:pPr>
              <w:spacing w:after="0"/>
            </w:pPr>
            <w:r>
              <w:rPr>
                <w:b w:val="0"/>
                <w:sz w:val="19"/>
              </w:rPr>
              <w:t>*Yapılandırılmış özetleme çalışması</w:t>
            </w:r>
          </w:p>
          <w:p>
            <w:pPr>
              <w:spacing w:after="0"/>
            </w:pPr>
            <w:r>
              <w:rPr>
                <w:b w:val="0"/>
                <w:sz w:val="19"/>
              </w:rPr>
              <w:t>*Paragraf yazma, açık uçlu soru vb. çalışmalar</w:t>
            </w:r>
          </w:p>
          <w:p>
            <w:pPr>
              <w:spacing w:after="0"/>
            </w:pPr>
            <w:r>
              <w:rPr>
                <w:b w:val="0"/>
                <w:sz w:val="19"/>
              </w:rPr>
              <w:t>*öz değerlendirme araçları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İstiklâl Marşı'nın Kabulü ve Mehmet Akif Ersoy'u Anma Günü (12 Mart)</w:t>
            </w:r>
          </w:p>
          <w:p>
            <w:pPr>
              <w:spacing w:after="0"/>
            </w:pPr>
            <w:r>
              <w:rPr>
                <w:b w:val="0"/>
                <w:sz w:val="19"/>
              </w:rPr>
              <w:t>Şehitler Günü (18 Mart))</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GELENEKLERİMİZ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 *Strateji, yöntem ve teknik</w:t>
            </w:r>
          </w:p>
          <w:p>
            <w:pPr>
              <w:spacing w:after="0"/>
            </w:pPr>
            <w:r>
              <w:rPr>
                <w:b w:val="0"/>
                <w:sz w:val="19"/>
              </w:rPr>
              <w:t>*Söz varlığı</w:t>
            </w:r>
          </w:p>
          <w:p>
            <w:pPr>
              <w:spacing w:after="0"/>
            </w:pPr>
            <w:r>
              <w:rPr>
                <w:b w:val="0"/>
                <w:sz w:val="19"/>
              </w:rPr>
              <w:t>*Derin anlam</w:t>
            </w:r>
          </w:p>
          <w:p>
            <w:pPr>
              <w:spacing w:after="0"/>
            </w:pPr>
            <w:r>
              <w:rPr>
                <w:b w:val="0"/>
                <w:sz w:val="19"/>
              </w:rPr>
              <w:t>*Düşünceyi geliştirme</w:t>
            </w:r>
          </w:p>
          <w:p>
            <w:pPr>
              <w:spacing w:after="0"/>
            </w:pPr>
            <w:r>
              <w:rPr>
                <w:b w:val="0"/>
                <w:sz w:val="19"/>
              </w:rPr>
              <w:t>yolları</w:t>
            </w:r>
          </w:p>
          <w:p>
            <w:pPr>
              <w:spacing w:after="0"/>
            </w:pPr>
            <w:r>
              <w:rPr>
                <w:b w:val="0"/>
                <w:sz w:val="19"/>
              </w:rPr>
              <w:t>*Özetleme</w:t>
            </w:r>
          </w:p>
          <w:p>
            <w:pPr>
              <w:spacing w:after="0"/>
            </w:pPr>
            <w:r>
              <w:rPr>
                <w:b w:val="0"/>
                <w:sz w:val="19"/>
              </w:rPr>
              <w:t>*Çoklu ortam ögeleri *Yazıda içerik ve yapı *Yazım kuralları *Noktalama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SDB2.1. İletişim</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D2. Aile Bütünlüğü </w:t>
            </w:r>
          </w:p>
          <w:p>
            <w:pPr>
              <w:spacing w:after="0"/>
            </w:pPr>
            <w:r>
              <w:rPr>
                <w:b w:val="0"/>
                <w:sz w:val="19"/>
              </w:rPr>
              <w:t>D14. Saygı</w:t>
            </w:r>
          </w:p>
          <w:p>
            <w:pPr>
              <w:spacing w:after="0"/>
            </w:pPr>
            <w:r>
              <w:rPr>
                <w:b w:val="0"/>
                <w:sz w:val="19"/>
              </w:rPr>
              <w:t>D16. Sorumluluk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OB5. Kültür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Aile büyükleri birincil kaynak olmak üzere; geleneklerin zaman içerisindeki farklılaşmasına yönelik bir araştırma yapılması, araştırma sonuçlarının eleştirel bir metin hâline getirilmesi ve elde edilen bulguların karşılaştırmalı şekilde sınıfta ya da uygun ortamlarda sunulması istenebilir.</w:t>
            </w:r>
          </w:p>
          <w:p>
            <w:pPr>
              <w:spacing w:after="0"/>
            </w:pPr>
            <w:r>
              <w:rPr>
                <w:b w:val="0"/>
                <w:sz w:val="19"/>
              </w:rPr>
              <w:t>Kaybolan geleneklerin kaybolma sebeplerinin araştırılması ve araştırma sonuçlarının “Nerede O Eski Bayramlar?” başlığıyla bir bilgi görseli hâline getirilip sınıfta paylaşılması istenebilir.</w:t>
            </w:r>
          </w:p>
          <w:p>
            <w:pPr>
              <w:spacing w:after="0"/>
            </w:pPr>
            <w:r>
              <w:rPr>
                <w:b w:val="0"/>
                <w:sz w:val="19"/>
              </w:rPr>
              <w:t>Misafirperverlik konulu atasözü, deyim ve mânilerle ilgili araştırma yapılması ve ulaşılan bilgilerden hareketle bir skeç hazırlanması, sınıfta bu skecin sunulması istenebilir.</w:t>
            </w:r>
          </w:p>
          <w:p>
            <w:pPr>
              <w:spacing w:after="0"/>
            </w:pPr>
            <w:r>
              <w:rPr>
                <w:b w:val="0"/>
                <w:sz w:val="19"/>
              </w:rPr>
              <w:t xml:space="preserve">Destekleme </w:t>
            </w:r>
          </w:p>
          <w:p>
            <w:pPr>
              <w:spacing w:after="0"/>
            </w:pPr>
            <w:r>
              <w:rPr>
                <w:b w:val="0"/>
                <w:sz w:val="19"/>
              </w:rPr>
              <w:t>Dinleme/izleme, okuma metni ya da tema içerisinde yer alan “komşuluk”, “bayramlar”, “kutlama” vb. kavramlar görsel, işitsel araçların sunumu ve şematik düzenleyicilerin kullanımı ile somutlaştırılabilir.</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“Geleneklerimiz” temasıyla ilgili görüşme soruları hazırlanarak öğrencinin aile büyükleriyle görüşme yapıp bu görüşmeyi sınıfta paylaşması sağlanabilir.</w:t>
            </w:r>
          </w:p>
          <w:p>
            <w:pPr>
              <w:spacing w:after="0"/>
            </w:pPr>
            <w:r>
              <w:rPr>
                <w:b w:val="0"/>
                <w:sz w:val="19"/>
              </w:rPr>
              <w:t>Öğrenciye; metinde yer alan anahtar kelimeleri içeren bir özet planı, çalışma kâğıdı veya görsellerden oluşan bir grafik organize edici sunularak öğrenciden metni özetlemesi istenebilir.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*Boşluk doldurma, açık uçlu ve çoktan seçmeli soru gibi çalışmalar</w:t>
            </w:r>
          </w:p>
          <w:p>
            <w:pPr>
              <w:spacing w:after="0"/>
            </w:pPr>
            <w:r>
              <w:rPr>
                <w:b w:val="0"/>
                <w:sz w:val="19"/>
              </w:rPr>
              <w:t>*Cümle tamamlama, kelime defteri oluşturma vb. çalışmalar</w:t>
            </w:r>
          </w:p>
          <w:p>
            <w:pPr>
              <w:spacing w:after="0"/>
            </w:pPr>
            <w:r>
              <w:rPr>
                <w:b w:val="0"/>
                <w:sz w:val="19"/>
              </w:rPr>
              <w:t>*Yapılandırılmış özetleme çalışması</w:t>
            </w:r>
          </w:p>
          <w:p>
            <w:pPr>
              <w:spacing w:after="0"/>
            </w:pPr>
            <w:r>
              <w:rPr>
                <w:b w:val="0"/>
                <w:sz w:val="19"/>
              </w:rPr>
              <w:t>*Öz bildirim</w:t>
            </w:r>
          </w:p>
          <w:p>
            <w:pPr>
              <w:spacing w:after="0"/>
            </w:pPr>
            <w:r>
              <w:rPr>
                <w:b w:val="0"/>
                <w:sz w:val="19"/>
              </w:rPr>
              <w:t>*Sorulardan, kavramlardan, görsellerden hareketle sözlü metin oluşturma çalışması</w:t>
            </w:r>
          </w:p>
          <w:p>
            <w:pPr>
              <w:spacing w:after="0"/>
            </w:pPr>
            <w:r>
              <w:rPr>
                <w:b w:val="0"/>
                <w:sz w:val="19"/>
              </w:rPr>
              <w:t>*Yapılandırılmış özetleme çalışması</w:t>
            </w:r>
          </w:p>
          <w:p>
            <w:pPr>
              <w:spacing w:after="0"/>
            </w:pPr>
            <w:r>
              <w:rPr>
                <w:b w:val="0"/>
                <w:sz w:val="19"/>
              </w:rPr>
              <w:t>*Paragraf yazma, açık uçlu soru vb. çalışmalar</w:t>
            </w:r>
          </w:p>
          <w:p>
            <w:pPr>
              <w:spacing w:after="0"/>
            </w:pPr>
            <w:r>
              <w:rPr>
                <w:b w:val="0"/>
                <w:sz w:val="19"/>
              </w:rPr>
              <w:t>*öz değerlendirme araçları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İstiklâl Marşı'nın Kabulü ve Mehmet Akif Ersoy'u Anma Günü (12 Mart)</w:t>
            </w:r>
          </w:p>
          <w:p>
            <w:pPr>
              <w:spacing w:after="0"/>
            </w:pPr>
            <w:r>
              <w:rPr>
                <w:b w:val="0"/>
                <w:sz w:val="19"/>
              </w:rPr>
              <w:t>Şehitler Günü (18 Mart))</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24. Hafta 22-26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24. Hafta 22-26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GELENEKLERİMİZ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 *Strateji, yöntem ve teknik</w:t>
            </w:r>
          </w:p>
          <w:p>
            <w:pPr>
              <w:spacing w:after="0"/>
            </w:pPr>
            <w:r>
              <w:rPr>
                <w:b w:val="0"/>
                <w:sz w:val="19"/>
              </w:rPr>
              <w:t>*Söz varlığı</w:t>
            </w:r>
          </w:p>
          <w:p>
            <w:pPr>
              <w:spacing w:after="0"/>
            </w:pPr>
            <w:r>
              <w:rPr>
                <w:b w:val="0"/>
                <w:sz w:val="19"/>
              </w:rPr>
              <w:t>*Derin anlam</w:t>
            </w:r>
          </w:p>
          <w:p>
            <w:pPr>
              <w:spacing w:after="0"/>
            </w:pPr>
            <w:r>
              <w:rPr>
                <w:b w:val="0"/>
                <w:sz w:val="19"/>
              </w:rPr>
              <w:t>*Düşünceyi geliştirme</w:t>
            </w:r>
          </w:p>
          <w:p>
            <w:pPr>
              <w:spacing w:after="0"/>
            </w:pPr>
            <w:r>
              <w:rPr>
                <w:b w:val="0"/>
                <w:sz w:val="19"/>
              </w:rPr>
              <w:t>yolları</w:t>
            </w:r>
          </w:p>
          <w:p>
            <w:pPr>
              <w:spacing w:after="0"/>
            </w:pPr>
            <w:r>
              <w:rPr>
                <w:b w:val="0"/>
                <w:sz w:val="19"/>
              </w:rPr>
              <w:t>*Özetleme</w:t>
            </w:r>
          </w:p>
          <w:p>
            <w:pPr>
              <w:spacing w:after="0"/>
            </w:pPr>
            <w:r>
              <w:rPr>
                <w:b w:val="0"/>
                <w:sz w:val="19"/>
              </w:rPr>
              <w:t>*Çoklu ortam ögeleri *Yazıda içerik ve yapı *Yazım kuralları *Noktalama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SDB2.1. İletişim</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D2. Aile Bütünlüğü </w:t>
            </w:r>
          </w:p>
          <w:p>
            <w:pPr>
              <w:spacing w:after="0"/>
            </w:pPr>
            <w:r>
              <w:rPr>
                <w:b w:val="0"/>
                <w:sz w:val="19"/>
              </w:rPr>
              <w:t>D14. Saygı</w:t>
            </w:r>
          </w:p>
          <w:p>
            <w:pPr>
              <w:spacing w:after="0"/>
            </w:pPr>
            <w:r>
              <w:rPr>
                <w:b w:val="0"/>
                <w:sz w:val="19"/>
              </w:rPr>
              <w:t>D16. Sorumluluk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OB5. Kültür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Aile büyükleri birincil kaynak olmak üzere; geleneklerin zaman içerisindeki farklılaşmasına yönelik bir araştırma yapılması, araştırma sonuçlarının eleştirel bir metin hâline getirilmesi ve elde edilen bulguların karşılaştırmalı şekilde sınıfta ya da uygun ortamlarda sunulması istenebilir.</w:t>
            </w:r>
          </w:p>
          <w:p>
            <w:pPr>
              <w:spacing w:after="0"/>
            </w:pPr>
            <w:r>
              <w:rPr>
                <w:b w:val="0"/>
                <w:sz w:val="19"/>
              </w:rPr>
              <w:t>Kaybolan geleneklerin kaybolma sebeplerinin araştırılması ve araştırma sonuçlarının “Nerede O Eski Bayramlar?” başlığıyla bir bilgi görseli hâline getirilip sınıfta paylaşılması istenebilir.</w:t>
            </w:r>
          </w:p>
          <w:p>
            <w:pPr>
              <w:spacing w:after="0"/>
            </w:pPr>
            <w:r>
              <w:rPr>
                <w:b w:val="0"/>
                <w:sz w:val="19"/>
              </w:rPr>
              <w:t>Misafirperverlik konulu atasözü, deyim ve mânilerle ilgili araştırma yapılması ve ulaşılan bilgilerden hareketle bir skeç hazırlanması, sınıfta bu skecin sunulması istenebilir.</w:t>
            </w:r>
          </w:p>
          <w:p>
            <w:pPr>
              <w:spacing w:after="0"/>
            </w:pPr>
            <w:r>
              <w:rPr>
                <w:b w:val="0"/>
                <w:sz w:val="19"/>
              </w:rPr>
              <w:t xml:space="preserve">Destekleme </w:t>
            </w:r>
          </w:p>
          <w:p>
            <w:pPr>
              <w:spacing w:after="0"/>
            </w:pPr>
            <w:r>
              <w:rPr>
                <w:b w:val="0"/>
                <w:sz w:val="19"/>
              </w:rPr>
              <w:t>Dinleme/izleme, okuma metni ya da tema içerisinde yer alan “komşuluk”, “bayramlar”, “kutlama” vb. kavramlar görsel, işitsel araçların sunumu ve şematik düzenleyicilerin kullanımı ile somutlaştırılabilir.</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“Geleneklerimiz” temasıyla ilgili görüşme soruları hazırlanarak öğrencinin aile büyükleriyle görüşme yapıp bu görüşmeyi sınıfta paylaşması sağlanabilir.</w:t>
            </w:r>
          </w:p>
          <w:p>
            <w:pPr>
              <w:spacing w:after="0"/>
            </w:pPr>
            <w:r>
              <w:rPr>
                <w:b w:val="0"/>
                <w:sz w:val="19"/>
              </w:rPr>
              <w:t>Öğrenciye; metinde yer alan anahtar kelimeleri içeren bir özet planı, çalışma kâğıdı veya görsellerden oluşan bir grafik organize edici sunularak öğrenciden metni özetlemesi istenebilir.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*Boşluk doldurma, açık uçlu ve çoktan seçmeli soru gibi çalışmalar</w:t>
            </w:r>
          </w:p>
          <w:p>
            <w:pPr>
              <w:spacing w:after="0"/>
            </w:pPr>
            <w:r>
              <w:rPr>
                <w:b w:val="0"/>
                <w:sz w:val="19"/>
              </w:rPr>
              <w:t>*Cümle tamamlama, kelime defteri oluşturma vb. çalışmalar</w:t>
            </w:r>
          </w:p>
          <w:p>
            <w:pPr>
              <w:spacing w:after="0"/>
            </w:pPr>
            <w:r>
              <w:rPr>
                <w:b w:val="0"/>
                <w:sz w:val="19"/>
              </w:rPr>
              <w:t>*Yapılandırılmış özetleme çalışması</w:t>
            </w:r>
          </w:p>
          <w:p>
            <w:pPr>
              <w:spacing w:after="0"/>
            </w:pPr>
            <w:r>
              <w:rPr>
                <w:b w:val="0"/>
                <w:sz w:val="19"/>
              </w:rPr>
              <w:t>*Öz bildirim</w:t>
            </w:r>
          </w:p>
          <w:p>
            <w:pPr>
              <w:spacing w:after="0"/>
            </w:pPr>
            <w:r>
              <w:rPr>
                <w:b w:val="0"/>
                <w:sz w:val="19"/>
              </w:rPr>
              <w:t>*Sorulardan, kavramlardan, görsellerden hareketle sözlü metin oluşturma çalışması</w:t>
            </w:r>
          </w:p>
          <w:p>
            <w:pPr>
              <w:spacing w:after="0"/>
            </w:pPr>
            <w:r>
              <w:rPr>
                <w:b w:val="0"/>
                <w:sz w:val="19"/>
              </w:rPr>
              <w:t>*Yapılandırılmış özetleme çalışması</w:t>
            </w:r>
          </w:p>
          <w:p>
            <w:pPr>
              <w:spacing w:after="0"/>
            </w:pPr>
            <w:r>
              <w:rPr>
                <w:b w:val="0"/>
                <w:sz w:val="19"/>
              </w:rPr>
              <w:t>*Paragraf yazma, açık uçlu soru vb. çalışmalar</w:t>
            </w:r>
          </w:p>
          <w:p>
            <w:pPr>
              <w:spacing w:after="0"/>
            </w:pPr>
            <w:r>
              <w:rPr>
                <w:b w:val="0"/>
                <w:sz w:val="19"/>
              </w:rPr>
              <w:t>*öz değerlendirme araçları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Türk Dünyası ve Toplulukları Haftası (21 Mart Nevruz Günü'nü içine alan hafta)</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25. Hafta 29 Mart-2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25. Hafta 29 Mart-2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GELENEKLERİMİZ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 *Strateji, yöntem ve teknik</w:t>
            </w:r>
          </w:p>
          <w:p>
            <w:pPr>
              <w:spacing w:after="0"/>
            </w:pPr>
            <w:r>
              <w:rPr>
                <w:b w:val="0"/>
                <w:sz w:val="19"/>
              </w:rPr>
              <w:t>*Söz varlığı</w:t>
            </w:r>
          </w:p>
          <w:p>
            <w:pPr>
              <w:spacing w:after="0"/>
            </w:pPr>
            <w:r>
              <w:rPr>
                <w:b w:val="0"/>
                <w:sz w:val="19"/>
              </w:rPr>
              <w:t>*Derin anlam</w:t>
            </w:r>
          </w:p>
          <w:p>
            <w:pPr>
              <w:spacing w:after="0"/>
            </w:pPr>
            <w:r>
              <w:rPr>
                <w:b w:val="0"/>
                <w:sz w:val="19"/>
              </w:rPr>
              <w:t>*Düşünceyi geliştirme</w:t>
            </w:r>
          </w:p>
          <w:p>
            <w:pPr>
              <w:spacing w:after="0"/>
            </w:pPr>
            <w:r>
              <w:rPr>
                <w:b w:val="0"/>
                <w:sz w:val="19"/>
              </w:rPr>
              <w:t>yolları</w:t>
            </w:r>
          </w:p>
          <w:p>
            <w:pPr>
              <w:spacing w:after="0"/>
            </w:pPr>
            <w:r>
              <w:rPr>
                <w:b w:val="0"/>
                <w:sz w:val="19"/>
              </w:rPr>
              <w:t>*Özetleme</w:t>
            </w:r>
          </w:p>
          <w:p>
            <w:pPr>
              <w:spacing w:after="0"/>
            </w:pPr>
            <w:r>
              <w:rPr>
                <w:b w:val="0"/>
                <w:sz w:val="19"/>
              </w:rPr>
              <w:t>*Çoklu ortam ögeleri *Yazıda içerik ve yapı *Yazım kuralları *Noktalama işaretleri</w:t>
            </w:r>
          </w:p>
          <w:p>
            <w:pPr>
              <w:spacing w:after="0"/>
            </w:pPr>
            <w:r>
              <w:rPr>
                <w:b w:val="0"/>
                <w:sz w:val="19"/>
              </w:rPr>
              <w:t>*Dil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SDB2.1. İletişim</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D2. Aile Bütünlüğü </w:t>
            </w:r>
          </w:p>
          <w:p>
            <w:pPr>
              <w:spacing w:after="0"/>
            </w:pPr>
            <w:r>
              <w:rPr>
                <w:b w:val="0"/>
                <w:sz w:val="19"/>
              </w:rPr>
              <w:t>D14. Saygı</w:t>
            </w:r>
          </w:p>
          <w:p>
            <w:pPr>
              <w:spacing w:after="0"/>
            </w:pPr>
            <w:r>
              <w:rPr>
                <w:b w:val="0"/>
                <w:sz w:val="19"/>
              </w:rPr>
              <w:t>D16. Sorumluluk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OB5. Kültür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*Boşluk doldurma, açık uçlu ve çoktan seçmeli soru gibi çalışmalar</w:t>
            </w:r>
          </w:p>
          <w:p>
            <w:pPr>
              <w:spacing w:after="0"/>
            </w:pPr>
            <w:r>
              <w:rPr>
                <w:b w:val="0"/>
                <w:sz w:val="19"/>
              </w:rPr>
              <w:t>*Cümle tamamlama, kelime defteri oluşturma vb. çalışmalar</w:t>
            </w:r>
          </w:p>
          <w:p>
            <w:pPr>
              <w:spacing w:after="0"/>
            </w:pPr>
            <w:r>
              <w:rPr>
                <w:b w:val="0"/>
                <w:sz w:val="19"/>
              </w:rPr>
              <w:t>*Yapılandırılmış özetleme çalışması</w:t>
            </w:r>
          </w:p>
          <w:p>
            <w:pPr>
              <w:spacing w:after="0"/>
            </w:pPr>
            <w:r>
              <w:rPr>
                <w:b w:val="0"/>
                <w:sz w:val="19"/>
              </w:rPr>
              <w:t>*Öz bildirim</w:t>
            </w:r>
          </w:p>
          <w:p>
            <w:pPr>
              <w:spacing w:after="0"/>
            </w:pPr>
            <w:r>
              <w:rPr>
                <w:b w:val="0"/>
                <w:sz w:val="19"/>
              </w:rPr>
              <w:t>*Sorulardan, kavramlardan, görsellerden hareketle sözlü metin oluşturma çalışması</w:t>
            </w:r>
          </w:p>
          <w:p>
            <w:pPr>
              <w:spacing w:after="0"/>
            </w:pPr>
            <w:r>
              <w:rPr>
                <w:b w:val="0"/>
                <w:sz w:val="19"/>
              </w:rPr>
              <w:t>*Yapılandırılmış özetleme çalışması</w:t>
            </w:r>
          </w:p>
          <w:p>
            <w:pPr>
              <w:spacing w:after="0"/>
            </w:pPr>
            <w:r>
              <w:rPr>
                <w:b w:val="0"/>
                <w:sz w:val="19"/>
              </w:rPr>
              <w:t>*Paragraf yazma, açık uçlu soru vb. çalışmalar</w:t>
            </w:r>
          </w:p>
          <w:p>
            <w:pPr>
              <w:spacing w:after="0"/>
            </w:pPr>
            <w:r>
              <w:rPr>
                <w:b w:val="0"/>
                <w:sz w:val="19"/>
              </w:rPr>
              <w:t>*öz değerlendirme araçları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25. Hafta 29 Mart-2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25. Hafta 29 Mart-2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İLETİŞİM VE SOSYAL İLİŞKİLER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w:t>
            </w:r>
          </w:p>
          <w:p>
            <w:pPr>
              <w:spacing w:after="0"/>
            </w:pPr>
            <w:r>
              <w:rPr>
                <w:b w:val="0"/>
                <w:sz w:val="19"/>
              </w:rPr>
              <w:t>*Strateji, yöntem ve teknik</w:t>
            </w:r>
          </w:p>
          <w:p>
            <w:pPr>
              <w:spacing w:after="0"/>
            </w:pPr>
            <w:r>
              <w:rPr>
                <w:b w:val="0"/>
                <w:sz w:val="19"/>
              </w:rPr>
              <w:t>*Söz varlığı</w:t>
            </w:r>
          </w:p>
          <w:p>
            <w:pPr>
              <w:spacing w:after="0"/>
            </w:pPr>
            <w:r>
              <w:rPr>
                <w:b w:val="0"/>
                <w:sz w:val="19"/>
              </w:rPr>
              <w:t>*Söz sanatları</w:t>
            </w:r>
          </w:p>
          <w:p>
            <w:pPr>
              <w:spacing w:after="0"/>
            </w:pPr>
            <w:r>
              <w:rPr>
                <w:b w:val="0"/>
                <w:sz w:val="19"/>
              </w:rPr>
              <w:t>*Derin anlam</w:t>
            </w:r>
          </w:p>
          <w:p>
            <w:pPr>
              <w:spacing w:after="0"/>
            </w:pPr>
            <w:r>
              <w:rPr>
                <w:b w:val="0"/>
                <w:sz w:val="19"/>
              </w:rPr>
              <w:t>*Soru sorma</w:t>
            </w:r>
          </w:p>
          <w:p>
            <w:pPr>
              <w:spacing w:after="0"/>
            </w:pPr>
            <w:r>
              <w:rPr>
                <w:b w:val="0"/>
                <w:sz w:val="19"/>
              </w:rPr>
              <w:t>*Yazıda içerik ve yapı *Açık ve örtük ifade *Özetleme</w:t>
            </w:r>
          </w:p>
          <w:p>
            <w:pPr>
              <w:spacing w:after="0"/>
            </w:pPr>
            <w:r>
              <w:rPr>
                <w:b w:val="0"/>
                <w:sz w:val="19"/>
              </w:rPr>
              <w:t>*Bağlantı ifadeleri</w:t>
            </w:r>
          </w:p>
          <w:p>
            <w:pPr>
              <w:spacing w:after="0"/>
            </w:pPr>
            <w:r>
              <w:rPr>
                <w:b w:val="0"/>
                <w:sz w:val="19"/>
              </w:rPr>
              <w:t>*Yazım kuralları</w:t>
            </w:r>
          </w:p>
          <w:p>
            <w:pPr>
              <w:spacing w:after="0"/>
            </w:pPr>
            <w:r>
              <w:rPr>
                <w:b w:val="0"/>
                <w:sz w:val="19"/>
              </w:rPr>
              <w:t>*Noktalama işaretleri *Dil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SDB1.3. Kendine Uyarlama</w:t>
            </w:r>
          </w:p>
          <w:p>
            <w:pPr>
              <w:spacing w:after="0"/>
            </w:pPr>
            <w:r>
              <w:rPr>
                <w:b w:val="0"/>
                <w:sz w:val="19"/>
              </w:rPr>
              <w:t>(Öz Yansıtma)</w:t>
            </w:r>
          </w:p>
          <w:p>
            <w:pPr>
              <w:spacing w:after="0"/>
            </w:pPr>
            <w:r>
              <w:rPr>
                <w:b w:val="0"/>
                <w:sz w:val="19"/>
              </w:rPr>
              <w:t>SDB2.1. İletişim</w:t>
            </w:r>
          </w:p>
          <w:p>
            <w:pPr>
              <w:spacing w:after="0"/>
            </w:pPr>
            <w:r>
              <w:rPr>
                <w:b w:val="0"/>
                <w:sz w:val="19"/>
              </w:rPr>
              <w:t>SDB3.1. Uyum</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D8. Mahremiyet</w:t>
            </w:r>
          </w:p>
          <w:p>
            <w:pPr>
              <w:spacing w:after="0"/>
            </w:pPr>
            <w:r>
              <w:rPr>
                <w:b w:val="0"/>
                <w:sz w:val="19"/>
              </w:rPr>
              <w:t>D10. Mütevazılık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 Türk kültüründe “komşuluk” ile ilgili bir araştırma yapılması ve bu araştırmanın sınıfta ya da uygun dijital ortamlarda sunulması istenebilir.</w:t>
            </w:r>
          </w:p>
          <w:p>
            <w:pPr>
              <w:spacing w:after="0"/>
            </w:pPr>
            <w:r>
              <w:rPr>
                <w:b w:val="0"/>
                <w:sz w:val="19"/>
              </w:rPr>
              <w:t>“Arkadaşlarla iletişim”, “iletişimde sevgi dili”, “empati”, “iletişim sorunları” vb. konularda özgün bir oyun yazılıp canlandırılması istenebilir.</w:t>
            </w:r>
          </w:p>
          <w:p>
            <w:pPr>
              <w:spacing w:after="0"/>
            </w:pPr>
            <w:r>
              <w:rPr>
                <w:b w:val="0"/>
                <w:sz w:val="19"/>
              </w:rPr>
              <w:t>Destekleme</w:t>
            </w:r>
          </w:p>
          <w:p>
            <w:pPr>
              <w:spacing w:after="0"/>
            </w:pPr>
            <w:r>
              <w:rPr>
                <w:b w:val="0"/>
                <w:sz w:val="19"/>
              </w:rPr>
              <w:t xml:space="preserve"> 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Kuklalar ile “iletişimde sevgi dili, iletişimde empati vb.” konulara ilişkin oyun sergilenmesi ve bu çalışmalar yapılırken iş birlikli öğrenme ortamlarının oluşturulması sağlanabilir.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w:t>
            </w:r>
          </w:p>
          <w:p>
            <w:pPr>
              <w:spacing w:after="0"/>
            </w:pPr>
            <w:r>
              <w:rPr>
                <w:b w:val="0"/>
                <w:sz w:val="19"/>
              </w:rPr>
              <w:t>verilmesi esastır. Performans görevi temanın en az bir öğrenme çıktısını ölçme ve</w:t>
            </w:r>
          </w:p>
          <w:p>
            <w:pPr>
              <w:spacing w:after="0"/>
            </w:pPr>
            <w:r>
              <w:rPr>
                <w:b w:val="0"/>
                <w:sz w:val="19"/>
              </w:rPr>
              <w:t>değerlendirmeye yönelik olmalıdır.</w:t>
            </w:r>
          </w:p>
          <w:p>
            <w:pPr>
              <w:spacing w:after="0"/>
            </w:pPr>
            <w:r>
              <w:rPr>
                <w:b w:val="0"/>
                <w:sz w:val="19"/>
              </w:rPr>
              <w:t>*Öz bildirim</w:t>
            </w:r>
          </w:p>
          <w:p>
            <w:pPr>
              <w:spacing w:after="0"/>
            </w:pPr>
            <w:r>
              <w:rPr>
                <w:b w:val="0"/>
                <w:sz w:val="19"/>
              </w:rPr>
              <w:t>*İki bileşenli maddeler (doğru-yanlış, evet-hayır vb.), eşleştirme vb. çalışmalar</w:t>
            </w:r>
          </w:p>
          <w:p>
            <w:pPr>
              <w:spacing w:after="0"/>
            </w:pPr>
            <w:r>
              <w:rPr>
                <w:b w:val="0"/>
                <w:sz w:val="19"/>
              </w:rPr>
              <w:t>*Öz değerlendirme araçları</w:t>
            </w:r>
          </w:p>
          <w:p>
            <w:pPr>
              <w:spacing w:after="0"/>
            </w:pPr>
            <w:r>
              <w:rPr>
                <w:b w:val="0"/>
                <w:sz w:val="19"/>
              </w:rPr>
              <w:t>*Boşluk doldurma, açık uçlu</w:t>
            </w:r>
          </w:p>
          <w:p>
            <w:pPr>
              <w:spacing w:after="0"/>
            </w:pPr>
            <w:r>
              <w:rPr>
                <w:b w:val="0"/>
                <w:sz w:val="19"/>
              </w:rPr>
              <w:t>soru, cümle tamamlama, kelime defteri oluşturma vb. çalışmalar</w:t>
            </w:r>
          </w:p>
          <w:p>
            <w:pPr>
              <w:spacing w:after="0"/>
            </w:pPr>
            <w:r>
              <w:rPr>
                <w:b w:val="0"/>
                <w:sz w:val="19"/>
              </w:rPr>
              <w:t>*Betimleme, karşılıklı konuşma, sunum yapma</w:t>
            </w:r>
          </w:p>
          <w:p>
            <w:pPr>
              <w:spacing w:after="0"/>
            </w:pPr>
            <w:r>
              <w:rPr>
                <w:b w:val="0"/>
                <w:sz w:val="19"/>
              </w:rPr>
              <w:t>vb. çalışmalar</w:t>
            </w:r>
          </w:p>
          <w:p>
            <w:pPr>
              <w:spacing w:after="0"/>
            </w:pPr>
            <w:r>
              <w:rPr>
                <w:b w:val="0"/>
                <w:sz w:val="19"/>
              </w:rPr>
              <w:t>*Tartışma çalışması</w:t>
            </w:r>
          </w:p>
          <w:p>
            <w:pPr>
              <w:spacing w:after="0"/>
            </w:pPr>
            <w:r>
              <w:rPr>
                <w:b w:val="0"/>
                <w:sz w:val="19"/>
              </w:rPr>
              <w:t>*Kelime ve kavram havuzundan seçerek yazma çalışması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26. Hafta 05-09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26. Hafta 05-09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İLETİŞİM VE SOSYAL İLİŞKİLER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w:t>
            </w:r>
          </w:p>
          <w:p>
            <w:pPr>
              <w:spacing w:after="0"/>
            </w:pPr>
            <w:r>
              <w:rPr>
                <w:b w:val="0"/>
                <w:sz w:val="19"/>
              </w:rPr>
              <w:t>*Strateji, yöntem ve teknik</w:t>
            </w:r>
          </w:p>
          <w:p>
            <w:pPr>
              <w:spacing w:after="0"/>
            </w:pPr>
            <w:r>
              <w:rPr>
                <w:b w:val="0"/>
                <w:sz w:val="19"/>
              </w:rPr>
              <w:t>*Söz varlığı</w:t>
            </w:r>
          </w:p>
          <w:p>
            <w:pPr>
              <w:spacing w:after="0"/>
            </w:pPr>
            <w:r>
              <w:rPr>
                <w:b w:val="0"/>
                <w:sz w:val="19"/>
              </w:rPr>
              <w:t>*Söz sanatları</w:t>
            </w:r>
          </w:p>
          <w:p>
            <w:pPr>
              <w:spacing w:after="0"/>
            </w:pPr>
            <w:r>
              <w:rPr>
                <w:b w:val="0"/>
                <w:sz w:val="19"/>
              </w:rPr>
              <w:t>*Derin anlam</w:t>
            </w:r>
          </w:p>
          <w:p>
            <w:pPr>
              <w:spacing w:after="0"/>
            </w:pPr>
            <w:r>
              <w:rPr>
                <w:b w:val="0"/>
                <w:sz w:val="19"/>
              </w:rPr>
              <w:t>*Soru sorma</w:t>
            </w:r>
          </w:p>
          <w:p>
            <w:pPr>
              <w:spacing w:after="0"/>
            </w:pPr>
            <w:r>
              <w:rPr>
                <w:b w:val="0"/>
                <w:sz w:val="19"/>
              </w:rPr>
              <w:t>*Yazıda içerik ve yapı *Açık ve örtük ifade *Özetleme</w:t>
            </w:r>
          </w:p>
          <w:p>
            <w:pPr>
              <w:spacing w:after="0"/>
            </w:pPr>
            <w:r>
              <w:rPr>
                <w:b w:val="0"/>
                <w:sz w:val="19"/>
              </w:rPr>
              <w:t>*Bağlantı ifadeleri</w:t>
            </w:r>
          </w:p>
          <w:p>
            <w:pPr>
              <w:spacing w:after="0"/>
            </w:pPr>
            <w:r>
              <w:rPr>
                <w:b w:val="0"/>
                <w:sz w:val="19"/>
              </w:rPr>
              <w:t>*Yazım kuralları</w:t>
            </w:r>
          </w:p>
          <w:p>
            <w:pPr>
              <w:spacing w:after="0"/>
            </w:pPr>
            <w:r>
              <w:rPr>
                <w:b w:val="0"/>
                <w:sz w:val="19"/>
              </w:rPr>
              <w:t>*Noktalama işaretleri *Dil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SDB1.3. Kendine Uyarlama</w:t>
            </w:r>
          </w:p>
          <w:p>
            <w:pPr>
              <w:spacing w:after="0"/>
            </w:pPr>
            <w:r>
              <w:rPr>
                <w:b w:val="0"/>
                <w:sz w:val="19"/>
              </w:rPr>
              <w:t>(Öz Yansıtma)</w:t>
            </w:r>
          </w:p>
          <w:p>
            <w:pPr>
              <w:spacing w:after="0"/>
            </w:pPr>
            <w:r>
              <w:rPr>
                <w:b w:val="0"/>
                <w:sz w:val="19"/>
              </w:rPr>
              <w:t>SDB2.1. İletişim</w:t>
            </w:r>
          </w:p>
          <w:p>
            <w:pPr>
              <w:spacing w:after="0"/>
            </w:pPr>
            <w:r>
              <w:rPr>
                <w:b w:val="0"/>
                <w:sz w:val="19"/>
              </w:rPr>
              <w:t>SDB3.1. Uyum</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D8. Mahremiyet</w:t>
            </w:r>
          </w:p>
          <w:p>
            <w:pPr>
              <w:spacing w:after="0"/>
            </w:pPr>
            <w:r>
              <w:rPr>
                <w:b w:val="0"/>
                <w:sz w:val="19"/>
              </w:rPr>
              <w:t>D10. Mütevazılık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 Türk kültüründe “komşuluk” ile ilgili bir araştırma yapılması ve bu araştırmanın sınıfta ya da uygun dijital ortamlarda sunulması istenebilir.</w:t>
            </w:r>
          </w:p>
          <w:p>
            <w:pPr>
              <w:spacing w:after="0"/>
            </w:pPr>
            <w:r>
              <w:rPr>
                <w:b w:val="0"/>
                <w:sz w:val="19"/>
              </w:rPr>
              <w:t>“Arkadaşlarla iletişim”, “iletişimde sevgi dili”, “empati”, “iletişim sorunları” vb. konularda özgün bir oyun yazılıp canlandırılması istenebilir.</w:t>
            </w:r>
          </w:p>
          <w:p>
            <w:pPr>
              <w:spacing w:after="0"/>
            </w:pPr>
            <w:r>
              <w:rPr>
                <w:b w:val="0"/>
                <w:sz w:val="19"/>
              </w:rPr>
              <w:t>Destekleme</w:t>
            </w:r>
          </w:p>
          <w:p>
            <w:pPr>
              <w:spacing w:after="0"/>
            </w:pPr>
            <w:r>
              <w:rPr>
                <w:b w:val="0"/>
                <w:sz w:val="19"/>
              </w:rPr>
              <w:t xml:space="preserve"> 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Kuklalar ile “iletişimde sevgi dili, iletişimde empati vb.” konulara ilişkin oyun sergilenmesi ve bu çalışmalar yapılırken iş birlikli öğrenme ortamlarının oluşturulması sağlanabilir.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w:t>
            </w:r>
          </w:p>
          <w:p>
            <w:pPr>
              <w:spacing w:after="0"/>
            </w:pPr>
            <w:r>
              <w:rPr>
                <w:b w:val="0"/>
                <w:sz w:val="19"/>
              </w:rPr>
              <w:t>verilmesi esastır. Performans görevi temanın en az bir öğrenme çıktısını ölçme ve</w:t>
            </w:r>
          </w:p>
          <w:p>
            <w:pPr>
              <w:spacing w:after="0"/>
            </w:pPr>
            <w:r>
              <w:rPr>
                <w:b w:val="0"/>
                <w:sz w:val="19"/>
              </w:rPr>
              <w:t>değerlendirmeye yönelik olmalıdır.</w:t>
            </w:r>
          </w:p>
          <w:p>
            <w:pPr>
              <w:spacing w:after="0"/>
            </w:pPr>
            <w:r>
              <w:rPr>
                <w:b w:val="0"/>
                <w:sz w:val="19"/>
              </w:rPr>
              <w:t>*Öz bildirim</w:t>
            </w:r>
          </w:p>
          <w:p>
            <w:pPr>
              <w:spacing w:after="0"/>
            </w:pPr>
            <w:r>
              <w:rPr>
                <w:b w:val="0"/>
                <w:sz w:val="19"/>
              </w:rPr>
              <w:t>*İki bileşenli maddeler (doğru-yanlış, evet-hayır vb.), eşleştirme vb. çalışmalar</w:t>
            </w:r>
          </w:p>
          <w:p>
            <w:pPr>
              <w:spacing w:after="0"/>
            </w:pPr>
            <w:r>
              <w:rPr>
                <w:b w:val="0"/>
                <w:sz w:val="19"/>
              </w:rPr>
              <w:t>*Öz değerlendirme araçları</w:t>
            </w:r>
          </w:p>
          <w:p>
            <w:pPr>
              <w:spacing w:after="0"/>
            </w:pPr>
            <w:r>
              <w:rPr>
                <w:b w:val="0"/>
                <w:sz w:val="19"/>
              </w:rPr>
              <w:t>*Boşluk doldurma, açık uçlu</w:t>
            </w:r>
          </w:p>
          <w:p>
            <w:pPr>
              <w:spacing w:after="0"/>
            </w:pPr>
            <w:r>
              <w:rPr>
                <w:b w:val="0"/>
                <w:sz w:val="19"/>
              </w:rPr>
              <w:t>soru, cümle tamamlama, kelime defteri oluşturma vb. çalışmalar</w:t>
            </w:r>
          </w:p>
          <w:p>
            <w:pPr>
              <w:spacing w:after="0"/>
            </w:pPr>
            <w:r>
              <w:rPr>
                <w:b w:val="0"/>
                <w:sz w:val="19"/>
              </w:rPr>
              <w:t>*Betimleme, karşılıklı konuşma, sunum yapma</w:t>
            </w:r>
          </w:p>
          <w:p>
            <w:pPr>
              <w:spacing w:after="0"/>
            </w:pPr>
            <w:r>
              <w:rPr>
                <w:b w:val="0"/>
                <w:sz w:val="19"/>
              </w:rPr>
              <w:t>vb. çalışmalar</w:t>
            </w:r>
          </w:p>
          <w:p>
            <w:pPr>
              <w:spacing w:after="0"/>
            </w:pPr>
            <w:r>
              <w:rPr>
                <w:b w:val="0"/>
                <w:sz w:val="19"/>
              </w:rPr>
              <w:t>*Tartışma çalışması</w:t>
            </w:r>
          </w:p>
          <w:p>
            <w:pPr>
              <w:spacing w:after="0"/>
            </w:pPr>
            <w:r>
              <w:rPr>
                <w:b w:val="0"/>
                <w:sz w:val="19"/>
              </w:rPr>
              <w:t>*Kelime ve kavram havuzundan seçerek yazma çalışması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26. Hafta 05-09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26. Hafta 05-09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İLETİŞİM VE SOSYAL İLİŞKİLER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w:t>
            </w:r>
          </w:p>
          <w:p>
            <w:pPr>
              <w:spacing w:after="0"/>
            </w:pPr>
            <w:r>
              <w:rPr>
                <w:b w:val="0"/>
                <w:sz w:val="19"/>
              </w:rPr>
              <w:t>*Strateji, yöntem ve teknik</w:t>
            </w:r>
          </w:p>
          <w:p>
            <w:pPr>
              <w:spacing w:after="0"/>
            </w:pPr>
            <w:r>
              <w:rPr>
                <w:b w:val="0"/>
                <w:sz w:val="19"/>
              </w:rPr>
              <w:t>*Söz varlığı</w:t>
            </w:r>
          </w:p>
          <w:p>
            <w:pPr>
              <w:spacing w:after="0"/>
            </w:pPr>
            <w:r>
              <w:rPr>
                <w:b w:val="0"/>
                <w:sz w:val="19"/>
              </w:rPr>
              <w:t>*Söz sanatları</w:t>
            </w:r>
          </w:p>
          <w:p>
            <w:pPr>
              <w:spacing w:after="0"/>
            </w:pPr>
            <w:r>
              <w:rPr>
                <w:b w:val="0"/>
                <w:sz w:val="19"/>
              </w:rPr>
              <w:t>*Derin anlam</w:t>
            </w:r>
          </w:p>
          <w:p>
            <w:pPr>
              <w:spacing w:after="0"/>
            </w:pPr>
            <w:r>
              <w:rPr>
                <w:b w:val="0"/>
                <w:sz w:val="19"/>
              </w:rPr>
              <w:t>*Soru sorma</w:t>
            </w:r>
          </w:p>
          <w:p>
            <w:pPr>
              <w:spacing w:after="0"/>
            </w:pPr>
            <w:r>
              <w:rPr>
                <w:b w:val="0"/>
                <w:sz w:val="19"/>
              </w:rPr>
              <w:t>*Yazıda içerik ve yapı *Açık ve örtük ifade *Özetleme</w:t>
            </w:r>
          </w:p>
          <w:p>
            <w:pPr>
              <w:spacing w:after="0"/>
            </w:pPr>
            <w:r>
              <w:rPr>
                <w:b w:val="0"/>
                <w:sz w:val="19"/>
              </w:rPr>
              <w:t>*Bağlantı ifadeleri</w:t>
            </w:r>
          </w:p>
          <w:p>
            <w:pPr>
              <w:spacing w:after="0"/>
            </w:pPr>
            <w:r>
              <w:rPr>
                <w:b w:val="0"/>
                <w:sz w:val="19"/>
              </w:rPr>
              <w:t>*Yazım kuralları</w:t>
            </w:r>
          </w:p>
          <w:p>
            <w:pPr>
              <w:spacing w:after="0"/>
            </w:pPr>
            <w:r>
              <w:rPr>
                <w:b w:val="0"/>
                <w:sz w:val="19"/>
              </w:rPr>
              <w:t>*Noktalama işaretleri *Dil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SDB1.3. Kendine Uyarlama</w:t>
            </w:r>
          </w:p>
          <w:p>
            <w:pPr>
              <w:spacing w:after="0"/>
            </w:pPr>
            <w:r>
              <w:rPr>
                <w:b w:val="0"/>
                <w:sz w:val="19"/>
              </w:rPr>
              <w:t>(Öz Yansıtma)</w:t>
            </w:r>
          </w:p>
          <w:p>
            <w:pPr>
              <w:spacing w:after="0"/>
            </w:pPr>
            <w:r>
              <w:rPr>
                <w:b w:val="0"/>
                <w:sz w:val="19"/>
              </w:rPr>
              <w:t>SDB2.1. İletişim</w:t>
            </w:r>
          </w:p>
          <w:p>
            <w:pPr>
              <w:spacing w:after="0"/>
            </w:pPr>
            <w:r>
              <w:rPr>
                <w:b w:val="0"/>
                <w:sz w:val="19"/>
              </w:rPr>
              <w:t>SDB3.1. Uyum</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D8. Mahremiyet</w:t>
            </w:r>
          </w:p>
          <w:p>
            <w:pPr>
              <w:spacing w:after="0"/>
            </w:pPr>
            <w:r>
              <w:rPr>
                <w:b w:val="0"/>
                <w:sz w:val="19"/>
              </w:rPr>
              <w:t>D10. Mütevazılık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 Türk kültüründe “komşuluk” ile ilgili bir araştırma yapılması ve bu araştırmanın sınıfta ya da uygun dijital ortamlarda sunulması istenebilir.</w:t>
            </w:r>
          </w:p>
          <w:p>
            <w:pPr>
              <w:spacing w:after="0"/>
            </w:pPr>
            <w:r>
              <w:rPr>
                <w:b w:val="0"/>
                <w:sz w:val="19"/>
              </w:rPr>
              <w:t>“Arkadaşlarla iletişim”, “iletişimde sevgi dili”, “empati”, “iletişim sorunları” vb. konularda özgün bir oyun yazılıp canlandırılması istenebilir.</w:t>
            </w:r>
          </w:p>
          <w:p>
            <w:pPr>
              <w:spacing w:after="0"/>
            </w:pPr>
            <w:r>
              <w:rPr>
                <w:b w:val="0"/>
                <w:sz w:val="19"/>
              </w:rPr>
              <w:t>Destekleme</w:t>
            </w:r>
          </w:p>
          <w:p>
            <w:pPr>
              <w:spacing w:after="0"/>
            </w:pPr>
            <w:r>
              <w:rPr>
                <w:b w:val="0"/>
                <w:sz w:val="19"/>
              </w:rPr>
              <w:t xml:space="preserve"> 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Kuklalar ile “iletişimde sevgi dili, iletişimde empati vb.” konulara ilişkin oyun sergilenmesi ve bu çalışmalar yapılırken iş birlikli öğrenme ortamlarının oluşturulması sağlanabilir.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w:t>
            </w:r>
          </w:p>
          <w:p>
            <w:pPr>
              <w:spacing w:after="0"/>
            </w:pPr>
            <w:r>
              <w:rPr>
                <w:b w:val="0"/>
                <w:sz w:val="19"/>
              </w:rPr>
              <w:t>verilmesi esastır. Performans görevi temanın en az bir öğrenme çıktısını ölçme ve</w:t>
            </w:r>
          </w:p>
          <w:p>
            <w:pPr>
              <w:spacing w:after="0"/>
            </w:pPr>
            <w:r>
              <w:rPr>
                <w:b w:val="0"/>
                <w:sz w:val="19"/>
              </w:rPr>
              <w:t>değerlendirmeye yönelik olmalıdır.</w:t>
            </w:r>
          </w:p>
          <w:p>
            <w:pPr>
              <w:spacing w:after="0"/>
            </w:pPr>
            <w:r>
              <w:rPr>
                <w:b w:val="0"/>
                <w:sz w:val="19"/>
              </w:rPr>
              <w:t>*Öz bildirim</w:t>
            </w:r>
          </w:p>
          <w:p>
            <w:pPr>
              <w:spacing w:after="0"/>
            </w:pPr>
            <w:r>
              <w:rPr>
                <w:b w:val="0"/>
                <w:sz w:val="19"/>
              </w:rPr>
              <w:t>*İki bileşenli maddeler (doğru-yanlış, evet-hayır vb.), eşleştirme vb. çalışmalar</w:t>
            </w:r>
          </w:p>
          <w:p>
            <w:pPr>
              <w:spacing w:after="0"/>
            </w:pPr>
            <w:r>
              <w:rPr>
                <w:b w:val="0"/>
                <w:sz w:val="19"/>
              </w:rPr>
              <w:t>*Öz değerlendirme araçları</w:t>
            </w:r>
          </w:p>
          <w:p>
            <w:pPr>
              <w:spacing w:after="0"/>
            </w:pPr>
            <w:r>
              <w:rPr>
                <w:b w:val="0"/>
                <w:sz w:val="19"/>
              </w:rPr>
              <w:t>*Boşluk doldurma, açık uçlu</w:t>
            </w:r>
          </w:p>
          <w:p>
            <w:pPr>
              <w:spacing w:after="0"/>
            </w:pPr>
            <w:r>
              <w:rPr>
                <w:b w:val="0"/>
                <w:sz w:val="19"/>
              </w:rPr>
              <w:t>soru, cümle tamamlama, kelime defteri oluşturma vb. çalışmalar</w:t>
            </w:r>
          </w:p>
          <w:p>
            <w:pPr>
              <w:spacing w:after="0"/>
            </w:pPr>
            <w:r>
              <w:rPr>
                <w:b w:val="0"/>
                <w:sz w:val="19"/>
              </w:rPr>
              <w:t>*Betimleme, karşılıklı konuşma, sunum yapma</w:t>
            </w:r>
          </w:p>
          <w:p>
            <w:pPr>
              <w:spacing w:after="0"/>
            </w:pPr>
            <w:r>
              <w:rPr>
                <w:b w:val="0"/>
                <w:sz w:val="19"/>
              </w:rPr>
              <w:t>vb. çalışmalar</w:t>
            </w:r>
          </w:p>
          <w:p>
            <w:pPr>
              <w:spacing w:after="0"/>
            </w:pPr>
            <w:r>
              <w:rPr>
                <w:b w:val="0"/>
                <w:sz w:val="19"/>
              </w:rPr>
              <w:t>*Tartışma çalışması</w:t>
            </w:r>
          </w:p>
          <w:p>
            <w:pPr>
              <w:spacing w:after="0"/>
            </w:pPr>
            <w:r>
              <w:rPr>
                <w:b w:val="0"/>
                <w:sz w:val="19"/>
              </w:rPr>
              <w:t>*Kelime ve kavram havuzundan seçerek yazma çalışması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27. Hafta 12-16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27. Hafta 12-16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İLETİŞİM VE SOSYAL İLİŞKİLER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w:t>
            </w:r>
          </w:p>
          <w:p>
            <w:pPr>
              <w:spacing w:after="0"/>
            </w:pPr>
            <w:r>
              <w:rPr>
                <w:b w:val="0"/>
                <w:sz w:val="19"/>
              </w:rPr>
              <w:t>*Strateji, yöntem ve teknik</w:t>
            </w:r>
          </w:p>
          <w:p>
            <w:pPr>
              <w:spacing w:after="0"/>
            </w:pPr>
            <w:r>
              <w:rPr>
                <w:b w:val="0"/>
                <w:sz w:val="19"/>
              </w:rPr>
              <w:t>*Söz varlığı</w:t>
            </w:r>
          </w:p>
          <w:p>
            <w:pPr>
              <w:spacing w:after="0"/>
            </w:pPr>
            <w:r>
              <w:rPr>
                <w:b w:val="0"/>
                <w:sz w:val="19"/>
              </w:rPr>
              <w:t>*Söz sanatları</w:t>
            </w:r>
          </w:p>
          <w:p>
            <w:pPr>
              <w:spacing w:after="0"/>
            </w:pPr>
            <w:r>
              <w:rPr>
                <w:b w:val="0"/>
                <w:sz w:val="19"/>
              </w:rPr>
              <w:t>*Derin anlam</w:t>
            </w:r>
          </w:p>
          <w:p>
            <w:pPr>
              <w:spacing w:after="0"/>
            </w:pPr>
            <w:r>
              <w:rPr>
                <w:b w:val="0"/>
                <w:sz w:val="19"/>
              </w:rPr>
              <w:t>*Soru sorma</w:t>
            </w:r>
          </w:p>
          <w:p>
            <w:pPr>
              <w:spacing w:after="0"/>
            </w:pPr>
            <w:r>
              <w:rPr>
                <w:b w:val="0"/>
                <w:sz w:val="19"/>
              </w:rPr>
              <w:t>*Yazıda içerik ve yapı *Açık ve örtük ifade *Özetleme</w:t>
            </w:r>
          </w:p>
          <w:p>
            <w:pPr>
              <w:spacing w:after="0"/>
            </w:pPr>
            <w:r>
              <w:rPr>
                <w:b w:val="0"/>
                <w:sz w:val="19"/>
              </w:rPr>
              <w:t>*Bağlantı ifadeleri</w:t>
            </w:r>
          </w:p>
          <w:p>
            <w:pPr>
              <w:spacing w:after="0"/>
            </w:pPr>
            <w:r>
              <w:rPr>
                <w:b w:val="0"/>
                <w:sz w:val="19"/>
              </w:rPr>
              <w:t>*Yazım kuralları</w:t>
            </w:r>
          </w:p>
          <w:p>
            <w:pPr>
              <w:spacing w:after="0"/>
            </w:pPr>
            <w:r>
              <w:rPr>
                <w:b w:val="0"/>
                <w:sz w:val="19"/>
              </w:rPr>
              <w:t>*Noktalama işaretleri *Dil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SDB1.3. Kendine Uyarlama</w:t>
            </w:r>
          </w:p>
          <w:p>
            <w:pPr>
              <w:spacing w:after="0"/>
            </w:pPr>
            <w:r>
              <w:rPr>
                <w:b w:val="0"/>
                <w:sz w:val="19"/>
              </w:rPr>
              <w:t>(Öz Yansıtma)</w:t>
            </w:r>
          </w:p>
          <w:p>
            <w:pPr>
              <w:spacing w:after="0"/>
            </w:pPr>
            <w:r>
              <w:rPr>
                <w:b w:val="0"/>
                <w:sz w:val="19"/>
              </w:rPr>
              <w:t>SDB2.1. İletişim</w:t>
            </w:r>
          </w:p>
          <w:p>
            <w:pPr>
              <w:spacing w:after="0"/>
            </w:pPr>
            <w:r>
              <w:rPr>
                <w:b w:val="0"/>
                <w:sz w:val="19"/>
              </w:rPr>
              <w:t>SDB3.1. Uyum</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D8. Mahremiyet</w:t>
            </w:r>
          </w:p>
          <w:p>
            <w:pPr>
              <w:spacing w:after="0"/>
            </w:pPr>
            <w:r>
              <w:rPr>
                <w:b w:val="0"/>
                <w:sz w:val="19"/>
              </w:rPr>
              <w:t>D10. Mütevazılık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 Türk kültüründe “komşuluk” ile ilgili bir araştırma yapılması ve bu araştırmanın sınıfta ya da uygun dijital ortamlarda sunulması istenebilir.</w:t>
            </w:r>
          </w:p>
          <w:p>
            <w:pPr>
              <w:spacing w:after="0"/>
            </w:pPr>
            <w:r>
              <w:rPr>
                <w:b w:val="0"/>
                <w:sz w:val="19"/>
              </w:rPr>
              <w:t>“Arkadaşlarla iletişim”, “iletişimde sevgi dili”, “empati”, “iletişim sorunları” vb. konularda özgün bir oyun yazılıp canlandırılması istenebilir.</w:t>
            </w:r>
          </w:p>
          <w:p>
            <w:pPr>
              <w:spacing w:after="0"/>
            </w:pPr>
            <w:r>
              <w:rPr>
                <w:b w:val="0"/>
                <w:sz w:val="19"/>
              </w:rPr>
              <w:t>Destekleme</w:t>
            </w:r>
          </w:p>
          <w:p>
            <w:pPr>
              <w:spacing w:after="0"/>
            </w:pPr>
            <w:r>
              <w:rPr>
                <w:b w:val="0"/>
                <w:sz w:val="19"/>
              </w:rPr>
              <w:t xml:space="preserve"> 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Kuklalar ile “iletişimde sevgi dili, iletişimde empati vb.” konulara ilişkin oyun sergilenmesi ve bu çalışmalar yapılırken iş birlikli öğrenme ortamlarının oluşturulması sağlanabilir.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w:t>
            </w:r>
          </w:p>
          <w:p>
            <w:pPr>
              <w:spacing w:after="0"/>
            </w:pPr>
            <w:r>
              <w:rPr>
                <w:b w:val="0"/>
                <w:sz w:val="19"/>
              </w:rPr>
              <w:t>verilmesi esastır. Performans görevi temanın en az bir öğrenme çıktısını ölçme ve</w:t>
            </w:r>
          </w:p>
          <w:p>
            <w:pPr>
              <w:spacing w:after="0"/>
            </w:pPr>
            <w:r>
              <w:rPr>
                <w:b w:val="0"/>
                <w:sz w:val="19"/>
              </w:rPr>
              <w:t>değerlendirmeye yönelik olmalıdır.</w:t>
            </w:r>
          </w:p>
          <w:p>
            <w:pPr>
              <w:spacing w:after="0"/>
            </w:pPr>
            <w:r>
              <w:rPr>
                <w:b w:val="0"/>
                <w:sz w:val="19"/>
              </w:rPr>
              <w:t>*Öz bildirim</w:t>
            </w:r>
          </w:p>
          <w:p>
            <w:pPr>
              <w:spacing w:after="0"/>
            </w:pPr>
            <w:r>
              <w:rPr>
                <w:b w:val="0"/>
                <w:sz w:val="19"/>
              </w:rPr>
              <w:t>*İki bileşenli maddeler (doğru-yanlış, evet-hayır vb.), eşleştirme vb. çalışmalar</w:t>
            </w:r>
          </w:p>
          <w:p>
            <w:pPr>
              <w:spacing w:after="0"/>
            </w:pPr>
            <w:r>
              <w:rPr>
                <w:b w:val="0"/>
                <w:sz w:val="19"/>
              </w:rPr>
              <w:t>*Öz değerlendirme araçları</w:t>
            </w:r>
          </w:p>
          <w:p>
            <w:pPr>
              <w:spacing w:after="0"/>
            </w:pPr>
            <w:r>
              <w:rPr>
                <w:b w:val="0"/>
                <w:sz w:val="19"/>
              </w:rPr>
              <w:t>*Boşluk doldurma, açık uçlu</w:t>
            </w:r>
          </w:p>
          <w:p>
            <w:pPr>
              <w:spacing w:after="0"/>
            </w:pPr>
            <w:r>
              <w:rPr>
                <w:b w:val="0"/>
                <w:sz w:val="19"/>
              </w:rPr>
              <w:t>soru, cümle tamamlama, kelime defteri oluşturma vb. çalışmalar</w:t>
            </w:r>
          </w:p>
          <w:p>
            <w:pPr>
              <w:spacing w:after="0"/>
            </w:pPr>
            <w:r>
              <w:rPr>
                <w:b w:val="0"/>
                <w:sz w:val="19"/>
              </w:rPr>
              <w:t>*Betimleme, karşılıklı konuşma, sunum yapma</w:t>
            </w:r>
          </w:p>
          <w:p>
            <w:pPr>
              <w:spacing w:after="0"/>
            </w:pPr>
            <w:r>
              <w:rPr>
                <w:b w:val="0"/>
                <w:sz w:val="19"/>
              </w:rPr>
              <w:t>vb. çalışmalar</w:t>
            </w:r>
          </w:p>
          <w:p>
            <w:pPr>
              <w:spacing w:after="0"/>
            </w:pPr>
            <w:r>
              <w:rPr>
                <w:b w:val="0"/>
                <w:sz w:val="19"/>
              </w:rPr>
              <w:t>*Tartışma çalışması</w:t>
            </w:r>
          </w:p>
          <w:p>
            <w:pPr>
              <w:spacing w:after="0"/>
            </w:pPr>
            <w:r>
              <w:rPr>
                <w:b w:val="0"/>
                <w:sz w:val="19"/>
              </w:rPr>
              <w:t>*Kelime ve kavram havuzundan seçerek yazma çalışması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27. Hafta 12-16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27. Hafta 12-16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İLETİŞİM VE SOSYAL İLİŞKİLER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w:t>
            </w:r>
          </w:p>
          <w:p>
            <w:pPr>
              <w:spacing w:after="0"/>
            </w:pPr>
            <w:r>
              <w:rPr>
                <w:b w:val="0"/>
                <w:sz w:val="19"/>
              </w:rPr>
              <w:t>*Strateji, yöntem ve teknik</w:t>
            </w:r>
          </w:p>
          <w:p>
            <w:pPr>
              <w:spacing w:after="0"/>
            </w:pPr>
            <w:r>
              <w:rPr>
                <w:b w:val="0"/>
                <w:sz w:val="19"/>
              </w:rPr>
              <w:t>*Söz varlığı</w:t>
            </w:r>
          </w:p>
          <w:p>
            <w:pPr>
              <w:spacing w:after="0"/>
            </w:pPr>
            <w:r>
              <w:rPr>
                <w:b w:val="0"/>
                <w:sz w:val="19"/>
              </w:rPr>
              <w:t>*Söz sanatları</w:t>
            </w:r>
          </w:p>
          <w:p>
            <w:pPr>
              <w:spacing w:after="0"/>
            </w:pPr>
            <w:r>
              <w:rPr>
                <w:b w:val="0"/>
                <w:sz w:val="19"/>
              </w:rPr>
              <w:t>*Derin anlam</w:t>
            </w:r>
          </w:p>
          <w:p>
            <w:pPr>
              <w:spacing w:after="0"/>
            </w:pPr>
            <w:r>
              <w:rPr>
                <w:b w:val="0"/>
                <w:sz w:val="19"/>
              </w:rPr>
              <w:t>*Soru sorma</w:t>
            </w:r>
          </w:p>
          <w:p>
            <w:pPr>
              <w:spacing w:after="0"/>
            </w:pPr>
            <w:r>
              <w:rPr>
                <w:b w:val="0"/>
                <w:sz w:val="19"/>
              </w:rPr>
              <w:t>*Yazıda içerik ve yapı *Açık ve örtük ifade *Özetleme</w:t>
            </w:r>
          </w:p>
          <w:p>
            <w:pPr>
              <w:spacing w:after="0"/>
            </w:pPr>
            <w:r>
              <w:rPr>
                <w:b w:val="0"/>
                <w:sz w:val="19"/>
              </w:rPr>
              <w:t>*Bağlantı ifadeleri</w:t>
            </w:r>
          </w:p>
          <w:p>
            <w:pPr>
              <w:spacing w:after="0"/>
            </w:pPr>
            <w:r>
              <w:rPr>
                <w:b w:val="0"/>
                <w:sz w:val="19"/>
              </w:rPr>
              <w:t>*Yazım kuralları</w:t>
            </w:r>
          </w:p>
          <w:p>
            <w:pPr>
              <w:spacing w:after="0"/>
            </w:pPr>
            <w:r>
              <w:rPr>
                <w:b w:val="0"/>
                <w:sz w:val="19"/>
              </w:rPr>
              <w:t>*Noktalama işaretleri *Dil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SDB1.3. Kendine Uyarlama</w:t>
            </w:r>
          </w:p>
          <w:p>
            <w:pPr>
              <w:spacing w:after="0"/>
            </w:pPr>
            <w:r>
              <w:rPr>
                <w:b w:val="0"/>
                <w:sz w:val="19"/>
              </w:rPr>
              <w:t>(Öz Yansıtma)</w:t>
            </w:r>
          </w:p>
          <w:p>
            <w:pPr>
              <w:spacing w:after="0"/>
            </w:pPr>
            <w:r>
              <w:rPr>
                <w:b w:val="0"/>
                <w:sz w:val="19"/>
              </w:rPr>
              <w:t>SDB2.1. İletişim</w:t>
            </w:r>
          </w:p>
          <w:p>
            <w:pPr>
              <w:spacing w:after="0"/>
            </w:pPr>
            <w:r>
              <w:rPr>
                <w:b w:val="0"/>
                <w:sz w:val="19"/>
              </w:rPr>
              <w:t>SDB3.1. Uyum</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D8. Mahremiyet</w:t>
            </w:r>
          </w:p>
          <w:p>
            <w:pPr>
              <w:spacing w:after="0"/>
            </w:pPr>
            <w:r>
              <w:rPr>
                <w:b w:val="0"/>
                <w:sz w:val="19"/>
              </w:rPr>
              <w:t>D10. Mütevazılık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 Türk kültüründe “komşuluk” ile ilgili bir araştırma yapılması ve bu araştırmanın sınıfta ya da uygun dijital ortamlarda sunulması istenebilir.</w:t>
            </w:r>
          </w:p>
          <w:p>
            <w:pPr>
              <w:spacing w:after="0"/>
            </w:pPr>
            <w:r>
              <w:rPr>
                <w:b w:val="0"/>
                <w:sz w:val="19"/>
              </w:rPr>
              <w:t>“Arkadaşlarla iletişim”, “iletişimde sevgi dili”, “empati”, “iletişim sorunları” vb. konularda özgün bir oyun yazılıp canlandırılması istenebilir.</w:t>
            </w:r>
          </w:p>
          <w:p>
            <w:pPr>
              <w:spacing w:after="0"/>
            </w:pPr>
            <w:r>
              <w:rPr>
                <w:b w:val="0"/>
                <w:sz w:val="19"/>
              </w:rPr>
              <w:t>Destekleme</w:t>
            </w:r>
          </w:p>
          <w:p>
            <w:pPr>
              <w:spacing w:after="0"/>
            </w:pPr>
            <w:r>
              <w:rPr>
                <w:b w:val="0"/>
                <w:sz w:val="19"/>
              </w:rPr>
              <w:t xml:space="preserve"> 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Kuklalar ile “iletişimde sevgi dili, iletişimde empati vb.” konulara ilişkin oyun sergilenmesi ve bu çalışmalar yapılırken iş birlikli öğrenme ortamlarının oluşturulması sağlanabilir.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w:t>
            </w:r>
          </w:p>
          <w:p>
            <w:pPr>
              <w:spacing w:after="0"/>
            </w:pPr>
            <w:r>
              <w:rPr>
                <w:b w:val="0"/>
                <w:sz w:val="19"/>
              </w:rPr>
              <w:t>verilmesi esastır. Performans görevi temanın en az bir öğrenme çıktısını ölçme ve</w:t>
            </w:r>
          </w:p>
          <w:p>
            <w:pPr>
              <w:spacing w:after="0"/>
            </w:pPr>
            <w:r>
              <w:rPr>
                <w:b w:val="0"/>
                <w:sz w:val="19"/>
              </w:rPr>
              <w:t>değerlendirmeye yönelik olmalıdır.</w:t>
            </w:r>
          </w:p>
          <w:p>
            <w:pPr>
              <w:spacing w:after="0"/>
            </w:pPr>
            <w:r>
              <w:rPr>
                <w:b w:val="0"/>
                <w:sz w:val="19"/>
              </w:rPr>
              <w:t>*Öz bildirim</w:t>
            </w:r>
          </w:p>
          <w:p>
            <w:pPr>
              <w:spacing w:after="0"/>
            </w:pPr>
            <w:r>
              <w:rPr>
                <w:b w:val="0"/>
                <w:sz w:val="19"/>
              </w:rPr>
              <w:t>*İki bileşenli maddeler (doğru-yanlış, evet-hayır vb.), eşleştirme vb. çalışmalar</w:t>
            </w:r>
          </w:p>
          <w:p>
            <w:pPr>
              <w:spacing w:after="0"/>
            </w:pPr>
            <w:r>
              <w:rPr>
                <w:b w:val="0"/>
                <w:sz w:val="19"/>
              </w:rPr>
              <w:t>*Öz değerlendirme araçları</w:t>
            </w:r>
          </w:p>
          <w:p>
            <w:pPr>
              <w:spacing w:after="0"/>
            </w:pPr>
            <w:r>
              <w:rPr>
                <w:b w:val="0"/>
                <w:sz w:val="19"/>
              </w:rPr>
              <w:t>*Boşluk doldurma, açık uçlu</w:t>
            </w:r>
          </w:p>
          <w:p>
            <w:pPr>
              <w:spacing w:after="0"/>
            </w:pPr>
            <w:r>
              <w:rPr>
                <w:b w:val="0"/>
                <w:sz w:val="19"/>
              </w:rPr>
              <w:t>soru, cümle tamamlama, kelime defteri oluşturma vb. çalışmalar</w:t>
            </w:r>
          </w:p>
          <w:p>
            <w:pPr>
              <w:spacing w:after="0"/>
            </w:pPr>
            <w:r>
              <w:rPr>
                <w:b w:val="0"/>
                <w:sz w:val="19"/>
              </w:rPr>
              <w:t>*Betimleme, karşılıklı konuşma, sunum yapma</w:t>
            </w:r>
          </w:p>
          <w:p>
            <w:pPr>
              <w:spacing w:after="0"/>
            </w:pPr>
            <w:r>
              <w:rPr>
                <w:b w:val="0"/>
                <w:sz w:val="19"/>
              </w:rPr>
              <w:t>vb. çalışmalar</w:t>
            </w:r>
          </w:p>
          <w:p>
            <w:pPr>
              <w:spacing w:after="0"/>
            </w:pPr>
            <w:r>
              <w:rPr>
                <w:b w:val="0"/>
                <w:sz w:val="19"/>
              </w:rPr>
              <w:t>*Tartışma çalışması</w:t>
            </w:r>
          </w:p>
          <w:p>
            <w:pPr>
              <w:spacing w:after="0"/>
            </w:pPr>
            <w:r>
              <w:rPr>
                <w:b w:val="0"/>
                <w:sz w:val="19"/>
              </w:rPr>
              <w:t>*Kelime ve kavram havuzundan seçerek yazma çalışması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28. Hafta 19-23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28. Hafta 19-23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İLETİŞİM VE SOSYAL İLİŞKİLER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w:t>
            </w:r>
          </w:p>
          <w:p>
            <w:pPr>
              <w:spacing w:after="0"/>
            </w:pPr>
            <w:r>
              <w:rPr>
                <w:b w:val="0"/>
                <w:sz w:val="19"/>
              </w:rPr>
              <w:t>*Strateji, yöntem ve teknik</w:t>
            </w:r>
          </w:p>
          <w:p>
            <w:pPr>
              <w:spacing w:after="0"/>
            </w:pPr>
            <w:r>
              <w:rPr>
                <w:b w:val="0"/>
                <w:sz w:val="19"/>
              </w:rPr>
              <w:t>*Söz varlığı</w:t>
            </w:r>
          </w:p>
          <w:p>
            <w:pPr>
              <w:spacing w:after="0"/>
            </w:pPr>
            <w:r>
              <w:rPr>
                <w:b w:val="0"/>
                <w:sz w:val="19"/>
              </w:rPr>
              <w:t>*Söz sanatları</w:t>
            </w:r>
          </w:p>
          <w:p>
            <w:pPr>
              <w:spacing w:after="0"/>
            </w:pPr>
            <w:r>
              <w:rPr>
                <w:b w:val="0"/>
                <w:sz w:val="19"/>
              </w:rPr>
              <w:t>*Derin anlam</w:t>
            </w:r>
          </w:p>
          <w:p>
            <w:pPr>
              <w:spacing w:after="0"/>
            </w:pPr>
            <w:r>
              <w:rPr>
                <w:b w:val="0"/>
                <w:sz w:val="19"/>
              </w:rPr>
              <w:t>*Soru sorma</w:t>
            </w:r>
          </w:p>
          <w:p>
            <w:pPr>
              <w:spacing w:after="0"/>
            </w:pPr>
            <w:r>
              <w:rPr>
                <w:b w:val="0"/>
                <w:sz w:val="19"/>
              </w:rPr>
              <w:t>*Yazıda içerik ve yapı *Açık ve örtük ifade *Özetleme</w:t>
            </w:r>
          </w:p>
          <w:p>
            <w:pPr>
              <w:spacing w:after="0"/>
            </w:pPr>
            <w:r>
              <w:rPr>
                <w:b w:val="0"/>
                <w:sz w:val="19"/>
              </w:rPr>
              <w:t>*Bağlantı ifadeleri</w:t>
            </w:r>
          </w:p>
          <w:p>
            <w:pPr>
              <w:spacing w:after="0"/>
            </w:pPr>
            <w:r>
              <w:rPr>
                <w:b w:val="0"/>
                <w:sz w:val="19"/>
              </w:rPr>
              <w:t>*Yazım kuralları</w:t>
            </w:r>
          </w:p>
          <w:p>
            <w:pPr>
              <w:spacing w:after="0"/>
            </w:pPr>
            <w:r>
              <w:rPr>
                <w:b w:val="0"/>
                <w:sz w:val="19"/>
              </w:rPr>
              <w:t>*Noktalama işaretleri *Dil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SDB1.3. Kendine Uyarlama</w:t>
            </w:r>
          </w:p>
          <w:p>
            <w:pPr>
              <w:spacing w:after="0"/>
            </w:pPr>
            <w:r>
              <w:rPr>
                <w:b w:val="0"/>
                <w:sz w:val="19"/>
              </w:rPr>
              <w:t>(Öz Yansıtma)</w:t>
            </w:r>
          </w:p>
          <w:p>
            <w:pPr>
              <w:spacing w:after="0"/>
            </w:pPr>
            <w:r>
              <w:rPr>
                <w:b w:val="0"/>
                <w:sz w:val="19"/>
              </w:rPr>
              <w:t>SDB2.1. İletişim</w:t>
            </w:r>
          </w:p>
          <w:p>
            <w:pPr>
              <w:spacing w:after="0"/>
            </w:pPr>
            <w:r>
              <w:rPr>
                <w:b w:val="0"/>
                <w:sz w:val="19"/>
              </w:rPr>
              <w:t>SDB3.1. Uyum</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D8. Mahremiyet</w:t>
            </w:r>
          </w:p>
          <w:p>
            <w:pPr>
              <w:spacing w:after="0"/>
            </w:pPr>
            <w:r>
              <w:rPr>
                <w:b w:val="0"/>
                <w:sz w:val="19"/>
              </w:rPr>
              <w:t>D10. Mütevazılık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 Türk kültüründe “komşuluk” ile ilgili bir araştırma yapılması ve bu araştırmanın sınıfta ya da uygun dijital ortamlarda sunulması istenebilir.</w:t>
            </w:r>
          </w:p>
          <w:p>
            <w:pPr>
              <w:spacing w:after="0"/>
            </w:pPr>
            <w:r>
              <w:rPr>
                <w:b w:val="0"/>
                <w:sz w:val="19"/>
              </w:rPr>
              <w:t>“Arkadaşlarla iletişim”, “iletişimde sevgi dili”, “empati”, “iletişim sorunları” vb. konularda özgün bir oyun yazılıp canlandırılması istenebilir.</w:t>
            </w:r>
          </w:p>
          <w:p>
            <w:pPr>
              <w:spacing w:after="0"/>
            </w:pPr>
            <w:r>
              <w:rPr>
                <w:b w:val="0"/>
                <w:sz w:val="19"/>
              </w:rPr>
              <w:t>Destekleme</w:t>
            </w:r>
          </w:p>
          <w:p>
            <w:pPr>
              <w:spacing w:after="0"/>
            </w:pPr>
            <w:r>
              <w:rPr>
                <w:b w:val="0"/>
                <w:sz w:val="19"/>
              </w:rPr>
              <w:t xml:space="preserve"> 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Kuklalar ile “iletişimde sevgi dili, iletişimde empati vb.” konulara ilişkin oyun sergilenmesi ve bu çalışmalar yapılırken iş birlikli öğrenme ortamlarının oluşturulması sağlanabilir.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w:t>
            </w:r>
          </w:p>
          <w:p>
            <w:pPr>
              <w:spacing w:after="0"/>
            </w:pPr>
            <w:r>
              <w:rPr>
                <w:b w:val="0"/>
                <w:sz w:val="19"/>
              </w:rPr>
              <w:t>verilmesi esastır. Performans görevi temanın en az bir öğrenme çıktısını ölçme ve</w:t>
            </w:r>
          </w:p>
          <w:p>
            <w:pPr>
              <w:spacing w:after="0"/>
            </w:pPr>
            <w:r>
              <w:rPr>
                <w:b w:val="0"/>
                <w:sz w:val="19"/>
              </w:rPr>
              <w:t>değerlendirmeye yönelik olmalıdır.</w:t>
            </w:r>
          </w:p>
          <w:p>
            <w:pPr>
              <w:spacing w:after="0"/>
            </w:pPr>
            <w:r>
              <w:rPr>
                <w:b w:val="0"/>
                <w:sz w:val="19"/>
              </w:rPr>
              <w:t>*Öz bildirim</w:t>
            </w:r>
          </w:p>
          <w:p>
            <w:pPr>
              <w:spacing w:after="0"/>
            </w:pPr>
            <w:r>
              <w:rPr>
                <w:b w:val="0"/>
                <w:sz w:val="19"/>
              </w:rPr>
              <w:t>*İki bileşenli maddeler (doğru-yanlış, evet-hayır vb.), eşleştirme vb. çalışmalar</w:t>
            </w:r>
          </w:p>
          <w:p>
            <w:pPr>
              <w:spacing w:after="0"/>
            </w:pPr>
            <w:r>
              <w:rPr>
                <w:b w:val="0"/>
                <w:sz w:val="19"/>
              </w:rPr>
              <w:t>*Öz değerlendirme araçları</w:t>
            </w:r>
          </w:p>
          <w:p>
            <w:pPr>
              <w:spacing w:after="0"/>
            </w:pPr>
            <w:r>
              <w:rPr>
                <w:b w:val="0"/>
                <w:sz w:val="19"/>
              </w:rPr>
              <w:t>*Boşluk doldurma, açık uçlu</w:t>
            </w:r>
          </w:p>
          <w:p>
            <w:pPr>
              <w:spacing w:after="0"/>
            </w:pPr>
            <w:r>
              <w:rPr>
                <w:b w:val="0"/>
                <w:sz w:val="19"/>
              </w:rPr>
              <w:t>soru, cümle tamamlama, kelime defteri oluşturma vb. çalışmalar</w:t>
            </w:r>
          </w:p>
          <w:p>
            <w:pPr>
              <w:spacing w:after="0"/>
            </w:pPr>
            <w:r>
              <w:rPr>
                <w:b w:val="0"/>
                <w:sz w:val="19"/>
              </w:rPr>
              <w:t>*Betimleme, karşılıklı konuşma, sunum yapma</w:t>
            </w:r>
          </w:p>
          <w:p>
            <w:pPr>
              <w:spacing w:after="0"/>
            </w:pPr>
            <w:r>
              <w:rPr>
                <w:b w:val="0"/>
                <w:sz w:val="19"/>
              </w:rPr>
              <w:t>vb. çalışmalar</w:t>
            </w:r>
          </w:p>
          <w:p>
            <w:pPr>
              <w:spacing w:after="0"/>
            </w:pPr>
            <w:r>
              <w:rPr>
                <w:b w:val="0"/>
                <w:sz w:val="19"/>
              </w:rPr>
              <w:t>*Tartışma çalışması</w:t>
            </w:r>
          </w:p>
          <w:p>
            <w:pPr>
              <w:spacing w:after="0"/>
            </w:pPr>
            <w:r>
              <w:rPr>
                <w:b w:val="0"/>
                <w:sz w:val="19"/>
              </w:rPr>
              <w:t>*Kelime ve kavram havuzundan seçerek yazma çalışması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23 Nisan Ulusal Egemenlik ve Çocuk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28. Hafta 19-23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28. Hafta 19-23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İLETİŞİM VE SOSYAL İLİŞKİLER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w:t>
            </w:r>
          </w:p>
          <w:p>
            <w:pPr>
              <w:spacing w:after="0"/>
            </w:pPr>
            <w:r>
              <w:rPr>
                <w:b w:val="0"/>
                <w:sz w:val="19"/>
              </w:rPr>
              <w:t>*Strateji, yöntem ve teknik</w:t>
            </w:r>
          </w:p>
          <w:p>
            <w:pPr>
              <w:spacing w:after="0"/>
            </w:pPr>
            <w:r>
              <w:rPr>
                <w:b w:val="0"/>
                <w:sz w:val="19"/>
              </w:rPr>
              <w:t>*Söz varlığı</w:t>
            </w:r>
          </w:p>
          <w:p>
            <w:pPr>
              <w:spacing w:after="0"/>
            </w:pPr>
            <w:r>
              <w:rPr>
                <w:b w:val="0"/>
                <w:sz w:val="19"/>
              </w:rPr>
              <w:t>*Söz sanatları</w:t>
            </w:r>
          </w:p>
          <w:p>
            <w:pPr>
              <w:spacing w:after="0"/>
            </w:pPr>
            <w:r>
              <w:rPr>
                <w:b w:val="0"/>
                <w:sz w:val="19"/>
              </w:rPr>
              <w:t>*Derin anlam</w:t>
            </w:r>
          </w:p>
          <w:p>
            <w:pPr>
              <w:spacing w:after="0"/>
            </w:pPr>
            <w:r>
              <w:rPr>
                <w:b w:val="0"/>
                <w:sz w:val="19"/>
              </w:rPr>
              <w:t>*Soru sorma</w:t>
            </w:r>
          </w:p>
          <w:p>
            <w:pPr>
              <w:spacing w:after="0"/>
            </w:pPr>
            <w:r>
              <w:rPr>
                <w:b w:val="0"/>
                <w:sz w:val="19"/>
              </w:rPr>
              <w:t>*Yazıda içerik ve yapı *Açık ve örtük ifade *Özetleme</w:t>
            </w:r>
          </w:p>
          <w:p>
            <w:pPr>
              <w:spacing w:after="0"/>
            </w:pPr>
            <w:r>
              <w:rPr>
                <w:b w:val="0"/>
                <w:sz w:val="19"/>
              </w:rPr>
              <w:t>*Bağlantı ifadeleri</w:t>
            </w:r>
          </w:p>
          <w:p>
            <w:pPr>
              <w:spacing w:after="0"/>
            </w:pPr>
            <w:r>
              <w:rPr>
                <w:b w:val="0"/>
                <w:sz w:val="19"/>
              </w:rPr>
              <w:t>*Yazım kuralları</w:t>
            </w:r>
          </w:p>
          <w:p>
            <w:pPr>
              <w:spacing w:after="0"/>
            </w:pPr>
            <w:r>
              <w:rPr>
                <w:b w:val="0"/>
                <w:sz w:val="19"/>
              </w:rPr>
              <w:t>*Noktalama işaretleri *Dil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SDB1.3. Kendine Uyarlama</w:t>
            </w:r>
          </w:p>
          <w:p>
            <w:pPr>
              <w:spacing w:after="0"/>
            </w:pPr>
            <w:r>
              <w:rPr>
                <w:b w:val="0"/>
                <w:sz w:val="19"/>
              </w:rPr>
              <w:t>(Öz Yansıtma)</w:t>
            </w:r>
          </w:p>
          <w:p>
            <w:pPr>
              <w:spacing w:after="0"/>
            </w:pPr>
            <w:r>
              <w:rPr>
                <w:b w:val="0"/>
                <w:sz w:val="19"/>
              </w:rPr>
              <w:t>SDB2.1. İletişim</w:t>
            </w:r>
          </w:p>
          <w:p>
            <w:pPr>
              <w:spacing w:after="0"/>
            </w:pPr>
            <w:r>
              <w:rPr>
                <w:b w:val="0"/>
                <w:sz w:val="19"/>
              </w:rPr>
              <w:t>SDB3.1. Uyum</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D8. Mahremiyet</w:t>
            </w:r>
          </w:p>
          <w:p>
            <w:pPr>
              <w:spacing w:after="0"/>
            </w:pPr>
            <w:r>
              <w:rPr>
                <w:b w:val="0"/>
                <w:sz w:val="19"/>
              </w:rPr>
              <w:t>D10. Mütevazılık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 Türk kültüründe “komşuluk” ile ilgili bir araştırma yapılması ve bu araştırmanın sınıfta ya da uygun dijital ortamlarda sunulması istenebilir.</w:t>
            </w:r>
          </w:p>
          <w:p>
            <w:pPr>
              <w:spacing w:after="0"/>
            </w:pPr>
            <w:r>
              <w:rPr>
                <w:b w:val="0"/>
                <w:sz w:val="19"/>
              </w:rPr>
              <w:t>“Arkadaşlarla iletişim”, “iletişimde sevgi dili”, “empati”, “iletişim sorunları” vb. konularda özgün bir oyun yazılıp canlandırılması istenebilir.</w:t>
            </w:r>
          </w:p>
          <w:p>
            <w:pPr>
              <w:spacing w:after="0"/>
            </w:pPr>
            <w:r>
              <w:rPr>
                <w:b w:val="0"/>
                <w:sz w:val="19"/>
              </w:rPr>
              <w:t>Destekleme</w:t>
            </w:r>
          </w:p>
          <w:p>
            <w:pPr>
              <w:spacing w:after="0"/>
            </w:pPr>
            <w:r>
              <w:rPr>
                <w:b w:val="0"/>
                <w:sz w:val="19"/>
              </w:rPr>
              <w:t xml:space="preserve"> 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Kuklalar ile “iletişimde sevgi dili, iletişimde empati vb.” konulara ilişkin oyun sergilenmesi ve bu çalışmalar yapılırken iş birlikli öğrenme ortamlarının oluşturulması sağlanabilir.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w:t>
            </w:r>
          </w:p>
          <w:p>
            <w:pPr>
              <w:spacing w:after="0"/>
            </w:pPr>
            <w:r>
              <w:rPr>
                <w:b w:val="0"/>
                <w:sz w:val="19"/>
              </w:rPr>
              <w:t>verilmesi esastır. Performans görevi temanın en az bir öğrenme çıktısını ölçme ve</w:t>
            </w:r>
          </w:p>
          <w:p>
            <w:pPr>
              <w:spacing w:after="0"/>
            </w:pPr>
            <w:r>
              <w:rPr>
                <w:b w:val="0"/>
                <w:sz w:val="19"/>
              </w:rPr>
              <w:t>değerlendirmeye yönelik olmalıdır.</w:t>
            </w:r>
          </w:p>
          <w:p>
            <w:pPr>
              <w:spacing w:after="0"/>
            </w:pPr>
            <w:r>
              <w:rPr>
                <w:b w:val="0"/>
                <w:sz w:val="19"/>
              </w:rPr>
              <w:t>*Öz bildirim</w:t>
            </w:r>
          </w:p>
          <w:p>
            <w:pPr>
              <w:spacing w:after="0"/>
            </w:pPr>
            <w:r>
              <w:rPr>
                <w:b w:val="0"/>
                <w:sz w:val="19"/>
              </w:rPr>
              <w:t>*İki bileşenli maddeler (doğru-yanlış, evet-hayır vb.), eşleştirme vb. çalışmalar</w:t>
            </w:r>
          </w:p>
          <w:p>
            <w:pPr>
              <w:spacing w:after="0"/>
            </w:pPr>
            <w:r>
              <w:rPr>
                <w:b w:val="0"/>
                <w:sz w:val="19"/>
              </w:rPr>
              <w:t>*Öz değerlendirme araçları</w:t>
            </w:r>
          </w:p>
          <w:p>
            <w:pPr>
              <w:spacing w:after="0"/>
            </w:pPr>
            <w:r>
              <w:rPr>
                <w:b w:val="0"/>
                <w:sz w:val="19"/>
              </w:rPr>
              <w:t>*Boşluk doldurma, açık uçlu</w:t>
            </w:r>
          </w:p>
          <w:p>
            <w:pPr>
              <w:spacing w:after="0"/>
            </w:pPr>
            <w:r>
              <w:rPr>
                <w:b w:val="0"/>
                <w:sz w:val="19"/>
              </w:rPr>
              <w:t>soru, cümle tamamlama, kelime defteri oluşturma vb. çalışmalar</w:t>
            </w:r>
          </w:p>
          <w:p>
            <w:pPr>
              <w:spacing w:after="0"/>
            </w:pPr>
            <w:r>
              <w:rPr>
                <w:b w:val="0"/>
                <w:sz w:val="19"/>
              </w:rPr>
              <w:t>*Betimleme, karşılıklı konuşma, sunum yapma</w:t>
            </w:r>
          </w:p>
          <w:p>
            <w:pPr>
              <w:spacing w:after="0"/>
            </w:pPr>
            <w:r>
              <w:rPr>
                <w:b w:val="0"/>
                <w:sz w:val="19"/>
              </w:rPr>
              <w:t>vb. çalışmalar</w:t>
            </w:r>
          </w:p>
          <w:p>
            <w:pPr>
              <w:spacing w:after="0"/>
            </w:pPr>
            <w:r>
              <w:rPr>
                <w:b w:val="0"/>
                <w:sz w:val="19"/>
              </w:rPr>
              <w:t>*Tartışma çalışması</w:t>
            </w:r>
          </w:p>
          <w:p>
            <w:pPr>
              <w:spacing w:after="0"/>
            </w:pPr>
            <w:r>
              <w:rPr>
                <w:b w:val="0"/>
                <w:sz w:val="19"/>
              </w:rPr>
              <w:t>*Kelime ve kavram havuzundan seçerek yazma çalışması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23 Nisan Ulusal Egemenlik ve Çocuk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29. Hafta 26-30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29. Hafta 26-30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İLETİŞİM VE SOSYAL İLİŞKİLER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w:t>
            </w:r>
          </w:p>
          <w:p>
            <w:pPr>
              <w:spacing w:after="0"/>
            </w:pPr>
            <w:r>
              <w:rPr>
                <w:b w:val="0"/>
                <w:sz w:val="19"/>
              </w:rPr>
              <w:t>*Strateji, yöntem ve teknik</w:t>
            </w:r>
          </w:p>
          <w:p>
            <w:pPr>
              <w:spacing w:after="0"/>
            </w:pPr>
            <w:r>
              <w:rPr>
                <w:b w:val="0"/>
                <w:sz w:val="19"/>
              </w:rPr>
              <w:t>*Söz varlığı</w:t>
            </w:r>
          </w:p>
          <w:p>
            <w:pPr>
              <w:spacing w:after="0"/>
            </w:pPr>
            <w:r>
              <w:rPr>
                <w:b w:val="0"/>
                <w:sz w:val="19"/>
              </w:rPr>
              <w:t>*Söz sanatları</w:t>
            </w:r>
          </w:p>
          <w:p>
            <w:pPr>
              <w:spacing w:after="0"/>
            </w:pPr>
            <w:r>
              <w:rPr>
                <w:b w:val="0"/>
                <w:sz w:val="19"/>
              </w:rPr>
              <w:t>*Derin anlam</w:t>
            </w:r>
          </w:p>
          <w:p>
            <w:pPr>
              <w:spacing w:after="0"/>
            </w:pPr>
            <w:r>
              <w:rPr>
                <w:b w:val="0"/>
                <w:sz w:val="19"/>
              </w:rPr>
              <w:t>*Soru sorma</w:t>
            </w:r>
          </w:p>
          <w:p>
            <w:pPr>
              <w:spacing w:after="0"/>
            </w:pPr>
            <w:r>
              <w:rPr>
                <w:b w:val="0"/>
                <w:sz w:val="19"/>
              </w:rPr>
              <w:t>*Yazıda içerik ve yapı *Açık ve örtük ifade *Özetleme</w:t>
            </w:r>
          </w:p>
          <w:p>
            <w:pPr>
              <w:spacing w:after="0"/>
            </w:pPr>
            <w:r>
              <w:rPr>
                <w:b w:val="0"/>
                <w:sz w:val="19"/>
              </w:rPr>
              <w:t>*Bağlantı ifadeleri</w:t>
            </w:r>
          </w:p>
          <w:p>
            <w:pPr>
              <w:spacing w:after="0"/>
            </w:pPr>
            <w:r>
              <w:rPr>
                <w:b w:val="0"/>
                <w:sz w:val="19"/>
              </w:rPr>
              <w:t>*Yazım kuralları</w:t>
            </w:r>
          </w:p>
          <w:p>
            <w:pPr>
              <w:spacing w:after="0"/>
            </w:pPr>
            <w:r>
              <w:rPr>
                <w:b w:val="0"/>
                <w:sz w:val="19"/>
              </w:rPr>
              <w:t>*Noktalama işaretleri *Dil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SDB1.3. Kendine Uyarlama</w:t>
            </w:r>
          </w:p>
          <w:p>
            <w:pPr>
              <w:spacing w:after="0"/>
            </w:pPr>
            <w:r>
              <w:rPr>
                <w:b w:val="0"/>
                <w:sz w:val="19"/>
              </w:rPr>
              <w:t>(Öz Yansıtma)</w:t>
            </w:r>
          </w:p>
          <w:p>
            <w:pPr>
              <w:spacing w:after="0"/>
            </w:pPr>
            <w:r>
              <w:rPr>
                <w:b w:val="0"/>
                <w:sz w:val="19"/>
              </w:rPr>
              <w:t>SDB2.1. İletişim</w:t>
            </w:r>
          </w:p>
          <w:p>
            <w:pPr>
              <w:spacing w:after="0"/>
            </w:pPr>
            <w:r>
              <w:rPr>
                <w:b w:val="0"/>
                <w:sz w:val="19"/>
              </w:rPr>
              <w:t>SDB3.1. Uyum</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D8. Mahremiyet</w:t>
            </w:r>
          </w:p>
          <w:p>
            <w:pPr>
              <w:spacing w:after="0"/>
            </w:pPr>
            <w:r>
              <w:rPr>
                <w:b w:val="0"/>
                <w:sz w:val="19"/>
              </w:rPr>
              <w:t>D10. Mütevazılık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 Türk kültüründe “komşuluk” ile ilgili bir araştırma yapılması ve bu araştırmanın sınıfta ya da uygun dijital ortamlarda sunulması istenebilir.</w:t>
            </w:r>
          </w:p>
          <w:p>
            <w:pPr>
              <w:spacing w:after="0"/>
            </w:pPr>
            <w:r>
              <w:rPr>
                <w:b w:val="0"/>
                <w:sz w:val="19"/>
              </w:rPr>
              <w:t>“Arkadaşlarla iletişim”, “iletişimde sevgi dili”, “empati”, “iletişim sorunları” vb. konularda özgün bir oyun yazılıp canlandırılması istenebilir.</w:t>
            </w:r>
          </w:p>
          <w:p>
            <w:pPr>
              <w:spacing w:after="0"/>
            </w:pPr>
            <w:r>
              <w:rPr>
                <w:b w:val="0"/>
                <w:sz w:val="19"/>
              </w:rPr>
              <w:t>Destekleme</w:t>
            </w:r>
          </w:p>
          <w:p>
            <w:pPr>
              <w:spacing w:after="0"/>
            </w:pPr>
            <w:r>
              <w:rPr>
                <w:b w:val="0"/>
                <w:sz w:val="19"/>
              </w:rPr>
              <w:t xml:space="preserve"> 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Kuklalar ile “iletişimde sevgi dili, iletişimde empati vb.” konulara ilişkin oyun sergilenmesi ve bu çalışmalar yapılırken iş birlikli öğrenme ortamlarının oluşturulması sağlanabilir.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w:t>
            </w:r>
          </w:p>
          <w:p>
            <w:pPr>
              <w:spacing w:after="0"/>
            </w:pPr>
            <w:r>
              <w:rPr>
                <w:b w:val="0"/>
                <w:sz w:val="19"/>
              </w:rPr>
              <w:t>verilmesi esastır. Performans görevi temanın en az bir öğrenme çıktısını ölçme ve</w:t>
            </w:r>
          </w:p>
          <w:p>
            <w:pPr>
              <w:spacing w:after="0"/>
            </w:pPr>
            <w:r>
              <w:rPr>
                <w:b w:val="0"/>
                <w:sz w:val="19"/>
              </w:rPr>
              <w:t>değerlendirmeye yönelik olmalıdır.</w:t>
            </w:r>
          </w:p>
          <w:p>
            <w:pPr>
              <w:spacing w:after="0"/>
            </w:pPr>
            <w:r>
              <w:rPr>
                <w:b w:val="0"/>
                <w:sz w:val="19"/>
              </w:rPr>
              <w:t>*Öz bildirim</w:t>
            </w:r>
          </w:p>
          <w:p>
            <w:pPr>
              <w:spacing w:after="0"/>
            </w:pPr>
            <w:r>
              <w:rPr>
                <w:b w:val="0"/>
                <w:sz w:val="19"/>
              </w:rPr>
              <w:t>*İki bileşenli maddeler (doğru-yanlış, evet-hayır vb.), eşleştirme vb. çalışmalar</w:t>
            </w:r>
          </w:p>
          <w:p>
            <w:pPr>
              <w:spacing w:after="0"/>
            </w:pPr>
            <w:r>
              <w:rPr>
                <w:b w:val="0"/>
                <w:sz w:val="19"/>
              </w:rPr>
              <w:t>*Öz değerlendirme araçları</w:t>
            </w:r>
          </w:p>
          <w:p>
            <w:pPr>
              <w:spacing w:after="0"/>
            </w:pPr>
            <w:r>
              <w:rPr>
                <w:b w:val="0"/>
                <w:sz w:val="19"/>
              </w:rPr>
              <w:t>*Boşluk doldurma, açık uçlu</w:t>
            </w:r>
          </w:p>
          <w:p>
            <w:pPr>
              <w:spacing w:after="0"/>
            </w:pPr>
            <w:r>
              <w:rPr>
                <w:b w:val="0"/>
                <w:sz w:val="19"/>
              </w:rPr>
              <w:t>soru, cümle tamamlama, kelime defteri oluşturma vb. çalışmalar</w:t>
            </w:r>
          </w:p>
          <w:p>
            <w:pPr>
              <w:spacing w:after="0"/>
            </w:pPr>
            <w:r>
              <w:rPr>
                <w:b w:val="0"/>
                <w:sz w:val="19"/>
              </w:rPr>
              <w:t>*Betimleme, karşılıklı konuşma, sunum yapma</w:t>
            </w:r>
          </w:p>
          <w:p>
            <w:pPr>
              <w:spacing w:after="0"/>
            </w:pPr>
            <w:r>
              <w:rPr>
                <w:b w:val="0"/>
                <w:sz w:val="19"/>
              </w:rPr>
              <w:t>vb. çalışmalar</w:t>
            </w:r>
          </w:p>
          <w:p>
            <w:pPr>
              <w:spacing w:after="0"/>
            </w:pPr>
            <w:r>
              <w:rPr>
                <w:b w:val="0"/>
                <w:sz w:val="19"/>
              </w:rPr>
              <w:t>*Tartışma çalışması</w:t>
            </w:r>
          </w:p>
          <w:p>
            <w:pPr>
              <w:spacing w:after="0"/>
            </w:pPr>
            <w:r>
              <w:rPr>
                <w:b w:val="0"/>
                <w:sz w:val="19"/>
              </w:rPr>
              <w:t>*Kelime ve kavram havuzundan seçerek yazma çalışması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Kût'ül Amâre Zaferi (29 Nisan) </w:t>
            </w:r>
          </w:p>
          <w:p>
            <w:pPr>
              <w:spacing w:after="0"/>
            </w:pPr>
            <w:r>
              <w:rPr>
                <w:b w:val="0"/>
                <w:sz w:val="19"/>
              </w:rPr>
              <w:t>1 Mayıs Emek ve Dayanışma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30. Hafta 03-07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30. Hafta 03-07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İLETİŞİM VE SOSYAL İLİŞKİLER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w:t>
            </w:r>
          </w:p>
          <w:p>
            <w:pPr>
              <w:spacing w:after="0"/>
            </w:pPr>
            <w:r>
              <w:rPr>
                <w:b w:val="0"/>
                <w:sz w:val="19"/>
              </w:rPr>
              <w:t>*Strateji, yöntem ve teknik</w:t>
            </w:r>
          </w:p>
          <w:p>
            <w:pPr>
              <w:spacing w:after="0"/>
            </w:pPr>
            <w:r>
              <w:rPr>
                <w:b w:val="0"/>
                <w:sz w:val="19"/>
              </w:rPr>
              <w:t>*Söz varlığı</w:t>
            </w:r>
          </w:p>
          <w:p>
            <w:pPr>
              <w:spacing w:after="0"/>
            </w:pPr>
            <w:r>
              <w:rPr>
                <w:b w:val="0"/>
                <w:sz w:val="19"/>
              </w:rPr>
              <w:t>*Söz sanatları</w:t>
            </w:r>
          </w:p>
          <w:p>
            <w:pPr>
              <w:spacing w:after="0"/>
            </w:pPr>
            <w:r>
              <w:rPr>
                <w:b w:val="0"/>
                <w:sz w:val="19"/>
              </w:rPr>
              <w:t>*Derin anlam</w:t>
            </w:r>
          </w:p>
          <w:p>
            <w:pPr>
              <w:spacing w:after="0"/>
            </w:pPr>
            <w:r>
              <w:rPr>
                <w:b w:val="0"/>
                <w:sz w:val="19"/>
              </w:rPr>
              <w:t>*Soru sorma</w:t>
            </w:r>
          </w:p>
          <w:p>
            <w:pPr>
              <w:spacing w:after="0"/>
            </w:pPr>
            <w:r>
              <w:rPr>
                <w:b w:val="0"/>
                <w:sz w:val="19"/>
              </w:rPr>
              <w:t>*Yazıda içerik ve yapı *Açık ve örtük ifade *Özetleme</w:t>
            </w:r>
          </w:p>
          <w:p>
            <w:pPr>
              <w:spacing w:after="0"/>
            </w:pPr>
            <w:r>
              <w:rPr>
                <w:b w:val="0"/>
                <w:sz w:val="19"/>
              </w:rPr>
              <w:t>*Bağlantı ifadeleri</w:t>
            </w:r>
          </w:p>
          <w:p>
            <w:pPr>
              <w:spacing w:after="0"/>
            </w:pPr>
            <w:r>
              <w:rPr>
                <w:b w:val="0"/>
                <w:sz w:val="19"/>
              </w:rPr>
              <w:t>*Yazım kuralları</w:t>
            </w:r>
          </w:p>
          <w:p>
            <w:pPr>
              <w:spacing w:after="0"/>
            </w:pPr>
            <w:r>
              <w:rPr>
                <w:b w:val="0"/>
                <w:sz w:val="19"/>
              </w:rPr>
              <w:t>*Noktalama işaretleri *Dil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SDB1.3. Kendine Uyarlama</w:t>
            </w:r>
          </w:p>
          <w:p>
            <w:pPr>
              <w:spacing w:after="0"/>
            </w:pPr>
            <w:r>
              <w:rPr>
                <w:b w:val="0"/>
                <w:sz w:val="19"/>
              </w:rPr>
              <w:t>(Öz Yansıtma)</w:t>
            </w:r>
          </w:p>
          <w:p>
            <w:pPr>
              <w:spacing w:after="0"/>
            </w:pPr>
            <w:r>
              <w:rPr>
                <w:b w:val="0"/>
                <w:sz w:val="19"/>
              </w:rPr>
              <w:t>SDB2.1. İletişim</w:t>
            </w:r>
          </w:p>
          <w:p>
            <w:pPr>
              <w:spacing w:after="0"/>
            </w:pPr>
            <w:r>
              <w:rPr>
                <w:b w:val="0"/>
                <w:sz w:val="19"/>
              </w:rPr>
              <w:t>SDB3.1. Uyum</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D8. Mahremiyet</w:t>
            </w:r>
          </w:p>
          <w:p>
            <w:pPr>
              <w:spacing w:after="0"/>
            </w:pPr>
            <w:r>
              <w:rPr>
                <w:b w:val="0"/>
                <w:sz w:val="19"/>
              </w:rPr>
              <w:t>D10. Mütevazılık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 Türk kültüründe “komşuluk” ile ilgili bir araştırma yapılması ve bu araştırmanın sınıfta ya da uygun dijital ortamlarda sunulması istenebilir.</w:t>
            </w:r>
          </w:p>
          <w:p>
            <w:pPr>
              <w:spacing w:after="0"/>
            </w:pPr>
            <w:r>
              <w:rPr>
                <w:b w:val="0"/>
                <w:sz w:val="19"/>
              </w:rPr>
              <w:t>“Arkadaşlarla iletişim”, “iletişimde sevgi dili”, “empati”, “iletişim sorunları” vb. konularda özgün bir oyun yazılıp canlandırılması istenebilir.</w:t>
            </w:r>
          </w:p>
          <w:p>
            <w:pPr>
              <w:spacing w:after="0"/>
            </w:pPr>
            <w:r>
              <w:rPr>
                <w:b w:val="0"/>
                <w:sz w:val="19"/>
              </w:rPr>
              <w:t>Destekleme</w:t>
            </w:r>
          </w:p>
          <w:p>
            <w:pPr>
              <w:spacing w:after="0"/>
            </w:pPr>
            <w:r>
              <w:rPr>
                <w:b w:val="0"/>
                <w:sz w:val="19"/>
              </w:rPr>
              <w:t xml:space="preserve"> 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Kuklalar ile “iletişimde sevgi dili, iletişimde empati vb.” konulara ilişkin oyun sergilenmesi ve bu çalışmalar yapılırken iş birlikli öğrenme ortamlarının oluşturulması sağlanabilir.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w:t>
            </w:r>
          </w:p>
          <w:p>
            <w:pPr>
              <w:spacing w:after="0"/>
            </w:pPr>
            <w:r>
              <w:rPr>
                <w:b w:val="0"/>
                <w:sz w:val="19"/>
              </w:rPr>
              <w:t>verilmesi esastır. Performans görevi temanın en az bir öğrenme çıktısını ölçme ve</w:t>
            </w:r>
          </w:p>
          <w:p>
            <w:pPr>
              <w:spacing w:after="0"/>
            </w:pPr>
            <w:r>
              <w:rPr>
                <w:b w:val="0"/>
                <w:sz w:val="19"/>
              </w:rPr>
              <w:t>değerlendirmeye yönelik olmalıdır.</w:t>
            </w:r>
          </w:p>
          <w:p>
            <w:pPr>
              <w:spacing w:after="0"/>
            </w:pPr>
            <w:r>
              <w:rPr>
                <w:b w:val="0"/>
                <w:sz w:val="19"/>
              </w:rPr>
              <w:t>*Öz bildirim</w:t>
            </w:r>
          </w:p>
          <w:p>
            <w:pPr>
              <w:spacing w:after="0"/>
            </w:pPr>
            <w:r>
              <w:rPr>
                <w:b w:val="0"/>
                <w:sz w:val="19"/>
              </w:rPr>
              <w:t>*İki bileşenli maddeler (doğru-yanlış, evet-hayır vb.), eşleştirme vb. çalışmalar</w:t>
            </w:r>
          </w:p>
          <w:p>
            <w:pPr>
              <w:spacing w:after="0"/>
            </w:pPr>
            <w:r>
              <w:rPr>
                <w:b w:val="0"/>
                <w:sz w:val="19"/>
              </w:rPr>
              <w:t>*Öz değerlendirme araçları</w:t>
            </w:r>
          </w:p>
          <w:p>
            <w:pPr>
              <w:spacing w:after="0"/>
            </w:pPr>
            <w:r>
              <w:rPr>
                <w:b w:val="0"/>
                <w:sz w:val="19"/>
              </w:rPr>
              <w:t>*Boşluk doldurma, açık uçlu</w:t>
            </w:r>
          </w:p>
          <w:p>
            <w:pPr>
              <w:spacing w:after="0"/>
            </w:pPr>
            <w:r>
              <w:rPr>
                <w:b w:val="0"/>
                <w:sz w:val="19"/>
              </w:rPr>
              <w:t>soru, cümle tamamlama, kelime defteri oluşturma vb. çalışmalar</w:t>
            </w:r>
          </w:p>
          <w:p>
            <w:pPr>
              <w:spacing w:after="0"/>
            </w:pPr>
            <w:r>
              <w:rPr>
                <w:b w:val="0"/>
                <w:sz w:val="19"/>
              </w:rPr>
              <w:t>*Betimleme, karşılıklı konuşma, sunum yapma</w:t>
            </w:r>
          </w:p>
          <w:p>
            <w:pPr>
              <w:spacing w:after="0"/>
            </w:pPr>
            <w:r>
              <w:rPr>
                <w:b w:val="0"/>
                <w:sz w:val="19"/>
              </w:rPr>
              <w:t>vb. çalışmalar</w:t>
            </w:r>
          </w:p>
          <w:p>
            <w:pPr>
              <w:spacing w:after="0"/>
            </w:pPr>
            <w:r>
              <w:rPr>
                <w:b w:val="0"/>
                <w:sz w:val="19"/>
              </w:rPr>
              <w:t>*Tartışma çalışması</w:t>
            </w:r>
          </w:p>
          <w:p>
            <w:pPr>
              <w:spacing w:after="0"/>
            </w:pPr>
            <w:r>
              <w:rPr>
                <w:b w:val="0"/>
                <w:sz w:val="19"/>
              </w:rPr>
              <w:t>*Kelime ve kavram havuzundan seçerek yazma çalışması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31. Hafta 10-14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31. Hafta 10-14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SAĞLIKLI YAŞIYORUM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w:t>
            </w:r>
          </w:p>
          <w:p>
            <w:pPr>
              <w:spacing w:after="0"/>
            </w:pPr>
            <w:r>
              <w:rPr>
                <w:b w:val="0"/>
                <w:sz w:val="19"/>
              </w:rPr>
              <w:t>*Strateji, yöntem ve teknik</w:t>
            </w:r>
          </w:p>
          <w:p>
            <w:pPr>
              <w:spacing w:after="0"/>
            </w:pPr>
            <w:r>
              <w:rPr>
                <w:b w:val="0"/>
                <w:sz w:val="19"/>
              </w:rPr>
              <w:t xml:space="preserve">*Bilgilendirici metin *Önemli bilgi </w:t>
            </w:r>
          </w:p>
          <w:p>
            <w:pPr>
              <w:spacing w:after="0"/>
            </w:pPr>
            <w:r>
              <w:rPr>
                <w:b w:val="0"/>
                <w:sz w:val="19"/>
              </w:rPr>
              <w:t>*Söz varlığı</w:t>
            </w:r>
          </w:p>
          <w:p>
            <w:pPr>
              <w:spacing w:after="0"/>
            </w:pPr>
            <w:r>
              <w:rPr>
                <w:b w:val="0"/>
                <w:sz w:val="19"/>
              </w:rPr>
              <w:t>*Derin anlam</w:t>
            </w:r>
          </w:p>
          <w:p>
            <w:pPr>
              <w:spacing w:after="0"/>
            </w:pPr>
            <w:r>
              <w:rPr>
                <w:b w:val="0"/>
                <w:sz w:val="19"/>
              </w:rPr>
              <w:t>*Yazıda içerik ve yapı *Tartışma</w:t>
            </w:r>
          </w:p>
          <w:p>
            <w:pPr>
              <w:spacing w:after="0"/>
            </w:pPr>
            <w:r>
              <w:rPr>
                <w:b w:val="0"/>
                <w:sz w:val="19"/>
              </w:rPr>
              <w:t>*Hazırlıklı konuşma *Bağlantı ifadeleri *Yazım kuralları *Noktalama işaretleri *Dil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SDB1.2. Kendini Düzenleme (Öz Düzenleme Becerisi)</w:t>
            </w:r>
          </w:p>
          <w:p>
            <w:pPr>
              <w:spacing w:after="0"/>
            </w:pP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p>
            <w:pPr>
              <w:spacing w:after="0"/>
            </w:pPr>
            <w:r>
              <w:rPr>
                <w:b w:val="0"/>
                <w:sz w:val="19"/>
              </w:rPr>
              <w:t>D13. Sağlıklı Yaşam</w:t>
            </w:r>
          </w:p>
          <w:p>
            <w:pPr>
              <w:spacing w:after="0"/>
            </w:pPr>
            <w:r>
              <w:rPr>
                <w:b w:val="0"/>
                <w:sz w:val="19"/>
              </w:rPr>
              <w:t>D16. Sorumluluk</w:t>
            </w:r>
          </w:p>
          <w:p>
            <w:pPr>
              <w:spacing w:after="0"/>
            </w:pPr>
            <w:r>
              <w:rPr>
                <w:b w:val="0"/>
                <w:sz w:val="19"/>
              </w:rPr>
              <w:t>D17. Tasarruf</w:t>
            </w:r>
          </w:p>
          <w:p>
            <w:pPr>
              <w:spacing w:after="0"/>
            </w:pPr>
            <w:r>
              <w:rPr>
                <w:b w:val="0"/>
                <w:sz w:val="19"/>
              </w:rPr>
              <w:t>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Geleneksel ve tamamlayıcı tıp uygulamaları ile modern tıp uygulamalarının araştırılarak karşılaştırılması ve sonuçların metin ya da dijital içerik hâline getirilerek sınıfta ya da uygun dijital ortamlarda sunulması istenebilir.</w:t>
            </w:r>
          </w:p>
          <w:p>
            <w:pPr>
              <w:spacing w:after="0"/>
            </w:pPr>
            <w:r>
              <w:rPr>
                <w:b w:val="0"/>
                <w:sz w:val="19"/>
              </w:rPr>
              <w:t>Beslenme ve insan sağlığı arasındaki ilişki üzerine toplum sağlığı merkezi/sağlıklı hayat merkezindeki bir diyetisyenle röportaj yapılması ve bu röportajın sınıfta ya da uygun dijital ortamlarda sunulması istenebilir.</w:t>
            </w:r>
          </w:p>
          <w:p>
            <w:pPr>
              <w:spacing w:after="0"/>
            </w:pPr>
            <w:r>
              <w:rPr>
                <w:b w:val="0"/>
                <w:sz w:val="19"/>
              </w:rPr>
              <w:t>Beslenme, spor ve insan sağlığı arasındaki ilişki üzerine bir bilgi görseli hazırlanması ve bu içeriğin uygun dijital ortamlarda sunulması istenebilir.</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*Kontrol listesi</w:t>
            </w:r>
          </w:p>
          <w:p>
            <w:pPr>
              <w:spacing w:after="0"/>
            </w:pPr>
            <w:r>
              <w:rPr>
                <w:b w:val="0"/>
                <w:sz w:val="19"/>
              </w:rPr>
              <w:t>*Kavram haritası çalışması</w:t>
            </w:r>
          </w:p>
          <w:p>
            <w:pPr>
              <w:spacing w:after="0"/>
            </w:pPr>
            <w:r>
              <w:rPr>
                <w:b w:val="0"/>
                <w:sz w:val="19"/>
              </w:rPr>
              <w:t>*Öz bildirim</w:t>
            </w:r>
          </w:p>
          <w:p>
            <w:pPr>
              <w:spacing w:after="0"/>
            </w:pPr>
            <w:r>
              <w:rPr>
                <w:b w:val="0"/>
                <w:sz w:val="19"/>
              </w:rPr>
              <w:t>*Öz değerlendirme araçları</w:t>
            </w:r>
          </w:p>
          <w:p>
            <w:pPr>
              <w:spacing w:after="0"/>
            </w:pPr>
            <w:r>
              <w:rPr>
                <w:b w:val="0"/>
                <w:sz w:val="19"/>
              </w:rPr>
              <w:t>*Sayısal dereceleme ölçeği</w:t>
            </w:r>
          </w:p>
          <w:p>
            <w:pPr>
              <w:spacing w:after="0"/>
            </w:pPr>
            <w:r>
              <w:rPr>
                <w:b w:val="0"/>
                <w:sz w:val="19"/>
              </w:rPr>
              <w:t>*Drama, karşılıklı konuşma vb. çalışmalar</w:t>
            </w:r>
          </w:p>
          <w:p>
            <w:pPr>
              <w:spacing w:after="0"/>
            </w:pPr>
            <w:r>
              <w:rPr>
                <w:b w:val="0"/>
                <w:sz w:val="19"/>
              </w:rPr>
              <w:t>*Öz bildirim</w:t>
            </w:r>
          </w:p>
          <w:p>
            <w:pPr>
              <w:spacing w:after="0"/>
            </w:pPr>
            <w:r>
              <w:rPr>
                <w:b w:val="0"/>
                <w:sz w:val="19"/>
              </w:rPr>
              <w:t>*Önce cümle sonra paragraf yazma gibi çalışmalar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31. Hafta 10-14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31. Hafta 10-14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SAĞLIKLI YAŞIYORUM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w:t>
            </w:r>
          </w:p>
          <w:p>
            <w:pPr>
              <w:spacing w:after="0"/>
            </w:pPr>
            <w:r>
              <w:rPr>
                <w:b w:val="0"/>
                <w:sz w:val="19"/>
              </w:rPr>
              <w:t>*Strateji, yöntem ve teknik</w:t>
            </w:r>
          </w:p>
          <w:p>
            <w:pPr>
              <w:spacing w:after="0"/>
            </w:pPr>
            <w:r>
              <w:rPr>
                <w:b w:val="0"/>
                <w:sz w:val="19"/>
              </w:rPr>
              <w:t xml:space="preserve">*Bilgilendirici metin *Önemli bilgi </w:t>
            </w:r>
          </w:p>
          <w:p>
            <w:pPr>
              <w:spacing w:after="0"/>
            </w:pPr>
            <w:r>
              <w:rPr>
                <w:b w:val="0"/>
                <w:sz w:val="19"/>
              </w:rPr>
              <w:t>*Söz varlığı</w:t>
            </w:r>
          </w:p>
          <w:p>
            <w:pPr>
              <w:spacing w:after="0"/>
            </w:pPr>
            <w:r>
              <w:rPr>
                <w:b w:val="0"/>
                <w:sz w:val="19"/>
              </w:rPr>
              <w:t>*Derin anlam</w:t>
            </w:r>
          </w:p>
          <w:p>
            <w:pPr>
              <w:spacing w:after="0"/>
            </w:pPr>
            <w:r>
              <w:rPr>
                <w:b w:val="0"/>
                <w:sz w:val="19"/>
              </w:rPr>
              <w:t>*Yazıda içerik ve yapı *Tartışma</w:t>
            </w:r>
          </w:p>
          <w:p>
            <w:pPr>
              <w:spacing w:after="0"/>
            </w:pPr>
            <w:r>
              <w:rPr>
                <w:b w:val="0"/>
                <w:sz w:val="19"/>
              </w:rPr>
              <w:t>*Hazırlıklı konuşma *Bağlantı ifadeleri *Yazım kuralları *Noktalama işaretleri *Dil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SDB1.2. Kendini Düzenleme (Öz Düzenleme Becerisi)</w:t>
            </w:r>
          </w:p>
          <w:p>
            <w:pPr>
              <w:spacing w:after="0"/>
            </w:pP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p>
            <w:pPr>
              <w:spacing w:after="0"/>
            </w:pPr>
            <w:r>
              <w:rPr>
                <w:b w:val="0"/>
                <w:sz w:val="19"/>
              </w:rPr>
              <w:t>D13. Sağlıklı Yaşam</w:t>
            </w:r>
          </w:p>
          <w:p>
            <w:pPr>
              <w:spacing w:after="0"/>
            </w:pPr>
            <w:r>
              <w:rPr>
                <w:b w:val="0"/>
                <w:sz w:val="19"/>
              </w:rPr>
              <w:t>D16. Sorumluluk</w:t>
            </w:r>
          </w:p>
          <w:p>
            <w:pPr>
              <w:spacing w:after="0"/>
            </w:pPr>
            <w:r>
              <w:rPr>
                <w:b w:val="0"/>
                <w:sz w:val="19"/>
              </w:rPr>
              <w:t>D17. Tasarruf</w:t>
            </w:r>
          </w:p>
          <w:p>
            <w:pPr>
              <w:spacing w:after="0"/>
            </w:pPr>
            <w:r>
              <w:rPr>
                <w:b w:val="0"/>
                <w:sz w:val="19"/>
              </w:rPr>
              <w:t>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Geleneksel ve tamamlayıcı tıp uygulamaları ile modern tıp uygulamalarının araştırılarak karşılaştırılması ve sonuçların metin ya da dijital içerik hâline getirilerek sınıfta ya da uygun dijital ortamlarda sunulması istenebilir.</w:t>
            </w:r>
          </w:p>
          <w:p>
            <w:pPr>
              <w:spacing w:after="0"/>
            </w:pPr>
            <w:r>
              <w:rPr>
                <w:b w:val="0"/>
                <w:sz w:val="19"/>
              </w:rPr>
              <w:t>Beslenme ve insan sağlığı arasındaki ilişki üzerine toplum sağlığı merkezi/sağlıklı hayat merkezindeki bir diyetisyenle röportaj yapılması ve bu röportajın sınıfta ya da uygun dijital ortamlarda sunulması istenebilir.</w:t>
            </w:r>
          </w:p>
          <w:p>
            <w:pPr>
              <w:spacing w:after="0"/>
            </w:pPr>
            <w:r>
              <w:rPr>
                <w:b w:val="0"/>
                <w:sz w:val="19"/>
              </w:rPr>
              <w:t>Beslenme, spor ve insan sağlığı arasındaki ilişki üzerine bir bilgi görseli hazırlanması ve bu içeriğin uygun dijital ortamlarda sunulması istenebilir.</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*Kontrol listesi</w:t>
            </w:r>
          </w:p>
          <w:p>
            <w:pPr>
              <w:spacing w:after="0"/>
            </w:pPr>
            <w:r>
              <w:rPr>
                <w:b w:val="0"/>
                <w:sz w:val="19"/>
              </w:rPr>
              <w:t>*Kavram haritası çalışması</w:t>
            </w:r>
          </w:p>
          <w:p>
            <w:pPr>
              <w:spacing w:after="0"/>
            </w:pPr>
            <w:r>
              <w:rPr>
                <w:b w:val="0"/>
                <w:sz w:val="19"/>
              </w:rPr>
              <w:t>*Öz bildirim</w:t>
            </w:r>
          </w:p>
          <w:p>
            <w:pPr>
              <w:spacing w:after="0"/>
            </w:pPr>
            <w:r>
              <w:rPr>
                <w:b w:val="0"/>
                <w:sz w:val="19"/>
              </w:rPr>
              <w:t>*Öz değerlendirme araçları</w:t>
            </w:r>
          </w:p>
          <w:p>
            <w:pPr>
              <w:spacing w:after="0"/>
            </w:pPr>
            <w:r>
              <w:rPr>
                <w:b w:val="0"/>
                <w:sz w:val="19"/>
              </w:rPr>
              <w:t>*Sayısal dereceleme ölçeği</w:t>
            </w:r>
          </w:p>
          <w:p>
            <w:pPr>
              <w:spacing w:after="0"/>
            </w:pPr>
            <w:r>
              <w:rPr>
                <w:b w:val="0"/>
                <w:sz w:val="19"/>
              </w:rPr>
              <w:t>*Drama, karşılıklı konuşma vb. çalışmalar</w:t>
            </w:r>
          </w:p>
          <w:p>
            <w:pPr>
              <w:spacing w:after="0"/>
            </w:pPr>
            <w:r>
              <w:rPr>
                <w:b w:val="0"/>
                <w:sz w:val="19"/>
              </w:rPr>
              <w:t>*Öz bildirim</w:t>
            </w:r>
          </w:p>
          <w:p>
            <w:pPr>
              <w:spacing w:after="0"/>
            </w:pPr>
            <w:r>
              <w:rPr>
                <w:b w:val="0"/>
                <w:sz w:val="19"/>
              </w:rPr>
              <w:t>*Önce cümle sonra paragraf yazma gibi çalışmalar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31. Hafta 10-14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31. Hafta 10-14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SAĞLIKLI YAŞIYORUM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w:t>
            </w:r>
          </w:p>
          <w:p>
            <w:pPr>
              <w:spacing w:after="0"/>
            </w:pPr>
            <w:r>
              <w:rPr>
                <w:b w:val="0"/>
                <w:sz w:val="19"/>
              </w:rPr>
              <w:t>*Strateji, yöntem ve teknik</w:t>
            </w:r>
          </w:p>
          <w:p>
            <w:pPr>
              <w:spacing w:after="0"/>
            </w:pPr>
            <w:r>
              <w:rPr>
                <w:b w:val="0"/>
                <w:sz w:val="19"/>
              </w:rPr>
              <w:t xml:space="preserve">*Bilgilendirici metin *Önemli bilgi </w:t>
            </w:r>
          </w:p>
          <w:p>
            <w:pPr>
              <w:spacing w:after="0"/>
            </w:pPr>
            <w:r>
              <w:rPr>
                <w:b w:val="0"/>
                <w:sz w:val="19"/>
              </w:rPr>
              <w:t>*Söz varlığı</w:t>
            </w:r>
          </w:p>
          <w:p>
            <w:pPr>
              <w:spacing w:after="0"/>
            </w:pPr>
            <w:r>
              <w:rPr>
                <w:b w:val="0"/>
                <w:sz w:val="19"/>
              </w:rPr>
              <w:t>*Derin anlam</w:t>
            </w:r>
          </w:p>
          <w:p>
            <w:pPr>
              <w:spacing w:after="0"/>
            </w:pPr>
            <w:r>
              <w:rPr>
                <w:b w:val="0"/>
                <w:sz w:val="19"/>
              </w:rPr>
              <w:t>*Yazıda içerik ve yapı *Tartışma</w:t>
            </w:r>
          </w:p>
          <w:p>
            <w:pPr>
              <w:spacing w:after="0"/>
            </w:pPr>
            <w:r>
              <w:rPr>
                <w:b w:val="0"/>
                <w:sz w:val="19"/>
              </w:rPr>
              <w:t>*Hazırlıklı konuşma *Bağlantı ifadeleri *Yazım kuralları *Noktalama işaretleri *Dil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SDB1.2. Kendini Düzenleme (Öz Düzenleme Becerisi)</w:t>
            </w:r>
          </w:p>
          <w:p>
            <w:pPr>
              <w:spacing w:after="0"/>
            </w:pP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p>
            <w:pPr>
              <w:spacing w:after="0"/>
            </w:pPr>
            <w:r>
              <w:rPr>
                <w:b w:val="0"/>
                <w:sz w:val="19"/>
              </w:rPr>
              <w:t>D13. Sağlıklı Yaşam</w:t>
            </w:r>
          </w:p>
          <w:p>
            <w:pPr>
              <w:spacing w:after="0"/>
            </w:pPr>
            <w:r>
              <w:rPr>
                <w:b w:val="0"/>
                <w:sz w:val="19"/>
              </w:rPr>
              <w:t>D16. Sorumluluk</w:t>
            </w:r>
          </w:p>
          <w:p>
            <w:pPr>
              <w:spacing w:after="0"/>
            </w:pPr>
            <w:r>
              <w:rPr>
                <w:b w:val="0"/>
                <w:sz w:val="19"/>
              </w:rPr>
              <w:t>D17. Tasarruf</w:t>
            </w:r>
          </w:p>
          <w:p>
            <w:pPr>
              <w:spacing w:after="0"/>
            </w:pPr>
            <w:r>
              <w:rPr>
                <w:b w:val="0"/>
                <w:sz w:val="19"/>
              </w:rPr>
              <w:t>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Geleneksel ve tamamlayıcı tıp uygulamaları ile modern tıp uygulamalarının araştırılarak karşılaştırılması ve sonuçların metin ya da dijital içerik hâline getirilerek sınıfta ya da uygun dijital ortamlarda sunulması istenebilir.</w:t>
            </w:r>
          </w:p>
          <w:p>
            <w:pPr>
              <w:spacing w:after="0"/>
            </w:pPr>
            <w:r>
              <w:rPr>
                <w:b w:val="0"/>
                <w:sz w:val="19"/>
              </w:rPr>
              <w:t>Beslenme ve insan sağlığı arasındaki ilişki üzerine toplum sağlığı merkezi/sağlıklı hayat merkezindeki bir diyetisyenle röportaj yapılması ve bu röportajın sınıfta ya da uygun dijital ortamlarda sunulması istenebilir.</w:t>
            </w:r>
          </w:p>
          <w:p>
            <w:pPr>
              <w:spacing w:after="0"/>
            </w:pPr>
            <w:r>
              <w:rPr>
                <w:b w:val="0"/>
                <w:sz w:val="19"/>
              </w:rPr>
              <w:t>Beslenme, spor ve insan sağlığı arasındaki ilişki üzerine bir bilgi görseli hazırlanması ve bu içeriğin uygun dijital ortamlarda sunulması istenebilir.</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*Kontrol listesi</w:t>
            </w:r>
          </w:p>
          <w:p>
            <w:pPr>
              <w:spacing w:after="0"/>
            </w:pPr>
            <w:r>
              <w:rPr>
                <w:b w:val="0"/>
                <w:sz w:val="19"/>
              </w:rPr>
              <w:t>*Kavram haritası çalışması</w:t>
            </w:r>
          </w:p>
          <w:p>
            <w:pPr>
              <w:spacing w:after="0"/>
            </w:pPr>
            <w:r>
              <w:rPr>
                <w:b w:val="0"/>
                <w:sz w:val="19"/>
              </w:rPr>
              <w:t>*Öz bildirim</w:t>
            </w:r>
          </w:p>
          <w:p>
            <w:pPr>
              <w:spacing w:after="0"/>
            </w:pPr>
            <w:r>
              <w:rPr>
                <w:b w:val="0"/>
                <w:sz w:val="19"/>
              </w:rPr>
              <w:t>*Öz değerlendirme araçları</w:t>
            </w:r>
          </w:p>
          <w:p>
            <w:pPr>
              <w:spacing w:after="0"/>
            </w:pPr>
            <w:r>
              <w:rPr>
                <w:b w:val="0"/>
                <w:sz w:val="19"/>
              </w:rPr>
              <w:t>*Sayısal dereceleme ölçeği</w:t>
            </w:r>
          </w:p>
          <w:p>
            <w:pPr>
              <w:spacing w:after="0"/>
            </w:pPr>
            <w:r>
              <w:rPr>
                <w:b w:val="0"/>
                <w:sz w:val="19"/>
              </w:rPr>
              <w:t>*Drama, karşılıklı konuşma vb. çalışmalar</w:t>
            </w:r>
          </w:p>
          <w:p>
            <w:pPr>
              <w:spacing w:after="0"/>
            </w:pPr>
            <w:r>
              <w:rPr>
                <w:b w:val="0"/>
                <w:sz w:val="19"/>
              </w:rPr>
              <w:t>*Öz bildirim</w:t>
            </w:r>
          </w:p>
          <w:p>
            <w:pPr>
              <w:spacing w:after="0"/>
            </w:pPr>
            <w:r>
              <w:rPr>
                <w:b w:val="0"/>
                <w:sz w:val="19"/>
              </w:rPr>
              <w:t>*Önce cümle sonra paragraf yazma gibi çalışmalar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54. Hafta: KURBAN BAYRAMI (15-19 Mayıs - 2027) 19 MAYIS ATATÜRK'Ü ANMA, GENÇLİK VE SPOR BAYRAMI</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54. Hafta: KURBAN BAYRAMI (15-19 Mayıs - 2027) 19 MAYIS ATATÜRK'Ü ANMA, GENÇLİK VE SPOR BAYRAMI</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32. Hafta 20-21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32. Hafta 20-21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Geleneksel ve tamamlayıcı tıp uygulamaları ile modern tıp uygulamalarının araştırılarak karşılaştırılması ve sonuçların metin ya da dijital içerik hâline getirilerek sınıfta ya da uygun dijital ortamlarda sunulması istenebilir.</w:t>
            </w:r>
          </w:p>
          <w:p>
            <w:pPr>
              <w:spacing w:after="0"/>
            </w:pPr>
            <w:r>
              <w:rPr>
                <w:b w:val="0"/>
                <w:sz w:val="19"/>
              </w:rPr>
              <w:t>Beslenme ve insan sağlığı arasındaki ilişki üzerine toplum sağlığı merkezi/sağlıklı hayat merkezindeki bir diyetisyenle röportaj yapılması ve bu röportajın sınıfta ya da uygun dijital ortamlarda sunulması istenebilir.</w:t>
            </w:r>
          </w:p>
          <w:p>
            <w:pPr>
              <w:spacing w:after="0"/>
            </w:pPr>
            <w:r>
              <w:rPr>
                <w:b w:val="0"/>
                <w:sz w:val="19"/>
              </w:rPr>
              <w:t>Beslenme, spor ve insan sağlığı arasındaki ilişki üzerine bir bilgi görseli hazırlanması ve bu içeriğin uygun dijital ortamlarda sunulması istenebilir.</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19 Mayıs Atatürk'ü Anma ve Gençlik ve Spor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32. Hafta 20-21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32. Hafta 20-21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SAĞLIKLI YAŞIYORUM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w:t>
            </w:r>
          </w:p>
          <w:p>
            <w:pPr>
              <w:spacing w:after="0"/>
            </w:pPr>
            <w:r>
              <w:rPr>
                <w:b w:val="0"/>
                <w:sz w:val="19"/>
              </w:rPr>
              <w:t>*Strateji, yöntem ve teknik</w:t>
            </w:r>
          </w:p>
          <w:p>
            <w:pPr>
              <w:spacing w:after="0"/>
            </w:pPr>
            <w:r>
              <w:rPr>
                <w:b w:val="0"/>
                <w:sz w:val="19"/>
              </w:rPr>
              <w:t xml:space="preserve">*Bilgilendirici metin *Önemli bilgi </w:t>
            </w:r>
          </w:p>
          <w:p>
            <w:pPr>
              <w:spacing w:after="0"/>
            </w:pPr>
            <w:r>
              <w:rPr>
                <w:b w:val="0"/>
                <w:sz w:val="19"/>
              </w:rPr>
              <w:t>*Söz varlığı</w:t>
            </w:r>
          </w:p>
          <w:p>
            <w:pPr>
              <w:spacing w:after="0"/>
            </w:pPr>
            <w:r>
              <w:rPr>
                <w:b w:val="0"/>
                <w:sz w:val="19"/>
              </w:rPr>
              <w:t>*Derin anlam</w:t>
            </w:r>
          </w:p>
          <w:p>
            <w:pPr>
              <w:spacing w:after="0"/>
            </w:pPr>
            <w:r>
              <w:rPr>
                <w:b w:val="0"/>
                <w:sz w:val="19"/>
              </w:rPr>
              <w:t>*Yazıda içerik ve yapı *Tartışma</w:t>
            </w:r>
          </w:p>
          <w:p>
            <w:pPr>
              <w:spacing w:after="0"/>
            </w:pPr>
            <w:r>
              <w:rPr>
                <w:b w:val="0"/>
                <w:sz w:val="19"/>
              </w:rPr>
              <w:t>*Hazırlıklı konuşma *Bağlantı ifadeleri *Yazım kuralları *Noktalama işaretleri *Dil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SDB1.2. Kendini Düzenleme (Öz Düzenleme Becerisi)</w:t>
            </w:r>
          </w:p>
          <w:p>
            <w:pPr>
              <w:spacing w:after="0"/>
            </w:pP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p>
            <w:pPr>
              <w:spacing w:after="0"/>
            </w:pPr>
            <w:r>
              <w:rPr>
                <w:b w:val="0"/>
                <w:sz w:val="19"/>
              </w:rPr>
              <w:t>D13. Sağlıklı Yaşam</w:t>
            </w:r>
          </w:p>
          <w:p>
            <w:pPr>
              <w:spacing w:after="0"/>
            </w:pPr>
            <w:r>
              <w:rPr>
                <w:b w:val="0"/>
                <w:sz w:val="19"/>
              </w:rPr>
              <w:t>D16. Sorumluluk</w:t>
            </w:r>
          </w:p>
          <w:p>
            <w:pPr>
              <w:spacing w:after="0"/>
            </w:pPr>
            <w:r>
              <w:rPr>
                <w:b w:val="0"/>
                <w:sz w:val="19"/>
              </w:rPr>
              <w:t>D17. Tasarruf</w:t>
            </w:r>
          </w:p>
          <w:p>
            <w:pPr>
              <w:spacing w:after="0"/>
            </w:pPr>
            <w:r>
              <w:rPr>
                <w:b w:val="0"/>
                <w:sz w:val="19"/>
              </w:rPr>
              <w:t>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Geleneksel ve tamamlayıcı tıp uygulamaları ile modern tıp uygulamalarının araştırılarak karşılaştırılması ve sonuçların metin ya da dijital içerik hâline getirilerek sınıfta ya da uygun dijital ortamlarda sunulması istenebilir.</w:t>
            </w:r>
          </w:p>
          <w:p>
            <w:pPr>
              <w:spacing w:after="0"/>
            </w:pPr>
            <w:r>
              <w:rPr>
                <w:b w:val="0"/>
                <w:sz w:val="19"/>
              </w:rPr>
              <w:t>Beslenme ve insan sağlığı arasındaki ilişki üzerine toplum sağlığı merkezi/sağlıklı hayat merkezindeki bir diyetisyenle röportaj yapılması ve bu röportajın sınıfta ya da uygun dijital ortamlarda sunulması istenebilir.</w:t>
            </w:r>
          </w:p>
          <w:p>
            <w:pPr>
              <w:spacing w:after="0"/>
            </w:pPr>
            <w:r>
              <w:rPr>
                <w:b w:val="0"/>
                <w:sz w:val="19"/>
              </w:rPr>
              <w:t>Beslenme, spor ve insan sağlığı arasındaki ilişki üzerine bir bilgi görseli hazırlanması ve bu içeriğin uygun dijital ortamlarda sunulması istenebilir.</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*Kontrol listesi</w:t>
            </w:r>
          </w:p>
          <w:p>
            <w:pPr>
              <w:spacing w:after="0"/>
            </w:pPr>
            <w:r>
              <w:rPr>
                <w:b w:val="0"/>
                <w:sz w:val="19"/>
              </w:rPr>
              <w:t>*Kavram haritası çalışması</w:t>
            </w:r>
          </w:p>
          <w:p>
            <w:pPr>
              <w:spacing w:after="0"/>
            </w:pPr>
            <w:r>
              <w:rPr>
                <w:b w:val="0"/>
                <w:sz w:val="19"/>
              </w:rPr>
              <w:t>*Öz bildirim</w:t>
            </w:r>
          </w:p>
          <w:p>
            <w:pPr>
              <w:spacing w:after="0"/>
            </w:pPr>
            <w:r>
              <w:rPr>
                <w:b w:val="0"/>
                <w:sz w:val="19"/>
              </w:rPr>
              <w:t>*Öz değerlendirme araçları</w:t>
            </w:r>
          </w:p>
          <w:p>
            <w:pPr>
              <w:spacing w:after="0"/>
            </w:pPr>
            <w:r>
              <w:rPr>
                <w:b w:val="0"/>
                <w:sz w:val="19"/>
              </w:rPr>
              <w:t>*Sayısal dereceleme ölçeği</w:t>
            </w:r>
          </w:p>
          <w:p>
            <w:pPr>
              <w:spacing w:after="0"/>
            </w:pPr>
            <w:r>
              <w:rPr>
                <w:b w:val="0"/>
                <w:sz w:val="19"/>
              </w:rPr>
              <w:t>*Drama, karşılıklı konuşma vb. çalışmalar</w:t>
            </w:r>
          </w:p>
          <w:p>
            <w:pPr>
              <w:spacing w:after="0"/>
            </w:pPr>
            <w:r>
              <w:rPr>
                <w:b w:val="0"/>
                <w:sz w:val="19"/>
              </w:rPr>
              <w:t>*Öz bildirim</w:t>
            </w:r>
          </w:p>
          <w:p>
            <w:pPr>
              <w:spacing w:after="0"/>
            </w:pPr>
            <w:r>
              <w:rPr>
                <w:b w:val="0"/>
                <w:sz w:val="19"/>
              </w:rPr>
              <w:t>*Önce cümle sonra paragraf yazma gibi çalışmalar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19 Mayıs Atatürk'ü Anma ve Gençlik ve Spor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33. Hafta 24-28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33. Hafta 24-28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SAĞLIKLI YAŞIYORUM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w:t>
            </w:r>
          </w:p>
          <w:p>
            <w:pPr>
              <w:spacing w:after="0"/>
            </w:pPr>
            <w:r>
              <w:rPr>
                <w:b w:val="0"/>
                <w:sz w:val="19"/>
              </w:rPr>
              <w:t>*Strateji, yöntem ve teknik</w:t>
            </w:r>
          </w:p>
          <w:p>
            <w:pPr>
              <w:spacing w:after="0"/>
            </w:pPr>
            <w:r>
              <w:rPr>
                <w:b w:val="0"/>
                <w:sz w:val="19"/>
              </w:rPr>
              <w:t xml:space="preserve">*Bilgilendirici metin *Önemli bilgi </w:t>
            </w:r>
          </w:p>
          <w:p>
            <w:pPr>
              <w:spacing w:after="0"/>
            </w:pPr>
            <w:r>
              <w:rPr>
                <w:b w:val="0"/>
                <w:sz w:val="19"/>
              </w:rPr>
              <w:t>*Söz varlığı</w:t>
            </w:r>
          </w:p>
          <w:p>
            <w:pPr>
              <w:spacing w:after="0"/>
            </w:pPr>
            <w:r>
              <w:rPr>
                <w:b w:val="0"/>
                <w:sz w:val="19"/>
              </w:rPr>
              <w:t>*Derin anlam</w:t>
            </w:r>
          </w:p>
          <w:p>
            <w:pPr>
              <w:spacing w:after="0"/>
            </w:pPr>
            <w:r>
              <w:rPr>
                <w:b w:val="0"/>
                <w:sz w:val="19"/>
              </w:rPr>
              <w:t>*Yazıda içerik ve yapı *Tartışma</w:t>
            </w:r>
          </w:p>
          <w:p>
            <w:pPr>
              <w:spacing w:after="0"/>
            </w:pPr>
            <w:r>
              <w:rPr>
                <w:b w:val="0"/>
                <w:sz w:val="19"/>
              </w:rPr>
              <w:t>*Hazırlıklı konuşma *Bağlantı ifadeleri *Yazım kuralları *Noktalama işaretleri *Dil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SDB1.2. Kendini Düzenleme (Öz Düzenleme Becerisi)</w:t>
            </w:r>
          </w:p>
          <w:p>
            <w:pPr>
              <w:spacing w:after="0"/>
            </w:pP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p>
            <w:pPr>
              <w:spacing w:after="0"/>
            </w:pPr>
            <w:r>
              <w:rPr>
                <w:b w:val="0"/>
                <w:sz w:val="19"/>
              </w:rPr>
              <w:t>D13. Sağlıklı Yaşam</w:t>
            </w:r>
          </w:p>
          <w:p>
            <w:pPr>
              <w:spacing w:after="0"/>
            </w:pPr>
            <w:r>
              <w:rPr>
                <w:b w:val="0"/>
                <w:sz w:val="19"/>
              </w:rPr>
              <w:t>D16. Sorumluluk</w:t>
            </w:r>
          </w:p>
          <w:p>
            <w:pPr>
              <w:spacing w:after="0"/>
            </w:pPr>
            <w:r>
              <w:rPr>
                <w:b w:val="0"/>
                <w:sz w:val="19"/>
              </w:rPr>
              <w:t>D17. Tasarruf</w:t>
            </w:r>
          </w:p>
          <w:p>
            <w:pPr>
              <w:spacing w:after="0"/>
            </w:pPr>
            <w:r>
              <w:rPr>
                <w:b w:val="0"/>
                <w:sz w:val="19"/>
              </w:rPr>
              <w:t>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Geleneksel ve tamamlayıcı tıp uygulamaları ile modern tıp uygulamalarının araştırılarak karşılaştırılması ve sonuçların metin ya da dijital içerik hâline getirilerek sınıfta ya da uygun dijital ortamlarda sunulması istenebilir.</w:t>
            </w:r>
          </w:p>
          <w:p>
            <w:pPr>
              <w:spacing w:after="0"/>
            </w:pPr>
            <w:r>
              <w:rPr>
                <w:b w:val="0"/>
                <w:sz w:val="19"/>
              </w:rPr>
              <w:t>Beslenme ve insan sağlığı arasındaki ilişki üzerine toplum sağlığı merkezi/sağlıklı hayat merkezindeki bir diyetisyenle röportaj yapılması ve bu röportajın sınıfta ya da uygun dijital ortamlarda sunulması istenebilir.</w:t>
            </w:r>
          </w:p>
          <w:p>
            <w:pPr>
              <w:spacing w:after="0"/>
            </w:pPr>
            <w:r>
              <w:rPr>
                <w:b w:val="0"/>
                <w:sz w:val="19"/>
              </w:rPr>
              <w:t>Beslenme, spor ve insan sağlığı arasındaki ilişki üzerine bir bilgi görseli hazırlanması ve bu içeriğin uygun dijital ortamlarda sunulması istenebilir.</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*Kontrol listesi</w:t>
            </w:r>
          </w:p>
          <w:p>
            <w:pPr>
              <w:spacing w:after="0"/>
            </w:pPr>
            <w:r>
              <w:rPr>
                <w:b w:val="0"/>
                <w:sz w:val="19"/>
              </w:rPr>
              <w:t>*Kavram haritası çalışması</w:t>
            </w:r>
          </w:p>
          <w:p>
            <w:pPr>
              <w:spacing w:after="0"/>
            </w:pPr>
            <w:r>
              <w:rPr>
                <w:b w:val="0"/>
                <w:sz w:val="19"/>
              </w:rPr>
              <w:t>*Öz bildirim</w:t>
            </w:r>
          </w:p>
          <w:p>
            <w:pPr>
              <w:spacing w:after="0"/>
            </w:pPr>
            <w:r>
              <w:rPr>
                <w:b w:val="0"/>
                <w:sz w:val="19"/>
              </w:rPr>
              <w:t>*Öz değerlendirme araçları</w:t>
            </w:r>
          </w:p>
          <w:p>
            <w:pPr>
              <w:spacing w:after="0"/>
            </w:pPr>
            <w:r>
              <w:rPr>
                <w:b w:val="0"/>
                <w:sz w:val="19"/>
              </w:rPr>
              <w:t>*Sayısal dereceleme ölçeği</w:t>
            </w:r>
          </w:p>
          <w:p>
            <w:pPr>
              <w:spacing w:after="0"/>
            </w:pPr>
            <w:r>
              <w:rPr>
                <w:b w:val="0"/>
                <w:sz w:val="19"/>
              </w:rPr>
              <w:t>*Drama, karşılıklı konuşma vb. çalışmalar</w:t>
            </w:r>
          </w:p>
          <w:p>
            <w:pPr>
              <w:spacing w:after="0"/>
            </w:pPr>
            <w:r>
              <w:rPr>
                <w:b w:val="0"/>
                <w:sz w:val="19"/>
              </w:rPr>
              <w:t>*Öz bildirim</w:t>
            </w:r>
          </w:p>
          <w:p>
            <w:pPr>
              <w:spacing w:after="0"/>
            </w:pPr>
            <w:r>
              <w:rPr>
                <w:b w:val="0"/>
                <w:sz w:val="19"/>
              </w:rPr>
              <w:t>*Önce cümle sonra paragraf yazma gibi çalışmalar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İstanbul'un Fethi (29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33. Hafta 24-28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33. Hafta 24-28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SAĞLIKLI YAŞIYORUM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w:t>
            </w:r>
          </w:p>
          <w:p>
            <w:pPr>
              <w:spacing w:after="0"/>
            </w:pPr>
            <w:r>
              <w:rPr>
                <w:b w:val="0"/>
                <w:sz w:val="19"/>
              </w:rPr>
              <w:t>*Strateji, yöntem ve teknik</w:t>
            </w:r>
          </w:p>
          <w:p>
            <w:pPr>
              <w:spacing w:after="0"/>
            </w:pPr>
            <w:r>
              <w:rPr>
                <w:b w:val="0"/>
                <w:sz w:val="19"/>
              </w:rPr>
              <w:t xml:space="preserve">*Bilgilendirici metin *Önemli bilgi </w:t>
            </w:r>
          </w:p>
          <w:p>
            <w:pPr>
              <w:spacing w:after="0"/>
            </w:pPr>
            <w:r>
              <w:rPr>
                <w:b w:val="0"/>
                <w:sz w:val="19"/>
              </w:rPr>
              <w:t>*Söz varlığı</w:t>
            </w:r>
          </w:p>
          <w:p>
            <w:pPr>
              <w:spacing w:after="0"/>
            </w:pPr>
            <w:r>
              <w:rPr>
                <w:b w:val="0"/>
                <w:sz w:val="19"/>
              </w:rPr>
              <w:t>*Derin anlam</w:t>
            </w:r>
          </w:p>
          <w:p>
            <w:pPr>
              <w:spacing w:after="0"/>
            </w:pPr>
            <w:r>
              <w:rPr>
                <w:b w:val="0"/>
                <w:sz w:val="19"/>
              </w:rPr>
              <w:t>*Yazıda içerik ve yapı *Tartışma</w:t>
            </w:r>
          </w:p>
          <w:p>
            <w:pPr>
              <w:spacing w:after="0"/>
            </w:pPr>
            <w:r>
              <w:rPr>
                <w:b w:val="0"/>
                <w:sz w:val="19"/>
              </w:rPr>
              <w:t>*Hazırlıklı konuşma *Bağlantı ifadeleri *Yazım kuralları *Noktalama işaretleri *Dil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SDB1.2. Kendini Düzenleme (Öz Düzenleme Becerisi)</w:t>
            </w:r>
          </w:p>
          <w:p>
            <w:pPr>
              <w:spacing w:after="0"/>
            </w:pP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p>
            <w:pPr>
              <w:spacing w:after="0"/>
            </w:pPr>
            <w:r>
              <w:rPr>
                <w:b w:val="0"/>
                <w:sz w:val="19"/>
              </w:rPr>
              <w:t>D13. Sağlıklı Yaşam</w:t>
            </w:r>
          </w:p>
          <w:p>
            <w:pPr>
              <w:spacing w:after="0"/>
            </w:pPr>
            <w:r>
              <w:rPr>
                <w:b w:val="0"/>
                <w:sz w:val="19"/>
              </w:rPr>
              <w:t>D16. Sorumluluk</w:t>
            </w:r>
          </w:p>
          <w:p>
            <w:pPr>
              <w:spacing w:after="0"/>
            </w:pPr>
            <w:r>
              <w:rPr>
                <w:b w:val="0"/>
                <w:sz w:val="19"/>
              </w:rPr>
              <w:t>D17. Tasarruf</w:t>
            </w:r>
          </w:p>
          <w:p>
            <w:pPr>
              <w:spacing w:after="0"/>
            </w:pPr>
            <w:r>
              <w:rPr>
                <w:b w:val="0"/>
                <w:sz w:val="19"/>
              </w:rPr>
              <w:t>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Geleneksel ve tamamlayıcı tıp uygulamaları ile modern tıp uygulamalarının araştırılarak karşılaştırılması ve sonuçların metin ya da dijital içerik hâline getirilerek sınıfta ya da uygun dijital ortamlarda sunulması istenebilir.</w:t>
            </w:r>
          </w:p>
          <w:p>
            <w:pPr>
              <w:spacing w:after="0"/>
            </w:pPr>
            <w:r>
              <w:rPr>
                <w:b w:val="0"/>
                <w:sz w:val="19"/>
              </w:rPr>
              <w:t>Beslenme ve insan sağlığı arasındaki ilişki üzerine toplum sağlığı merkezi/sağlıklı hayat merkezindeki bir diyetisyenle röportaj yapılması ve bu röportajın sınıfta ya da uygun dijital ortamlarda sunulması istenebilir.</w:t>
            </w:r>
          </w:p>
          <w:p>
            <w:pPr>
              <w:spacing w:after="0"/>
            </w:pPr>
            <w:r>
              <w:rPr>
                <w:b w:val="0"/>
                <w:sz w:val="19"/>
              </w:rPr>
              <w:t>Beslenme, spor ve insan sağlığı arasındaki ilişki üzerine bir bilgi görseli hazırlanması ve bu içeriğin uygun dijital ortamlarda sunulması istenebilir.</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*Kontrol listesi</w:t>
            </w:r>
          </w:p>
          <w:p>
            <w:pPr>
              <w:spacing w:after="0"/>
            </w:pPr>
            <w:r>
              <w:rPr>
                <w:b w:val="0"/>
                <w:sz w:val="19"/>
              </w:rPr>
              <w:t>*Kavram haritası çalışması</w:t>
            </w:r>
          </w:p>
          <w:p>
            <w:pPr>
              <w:spacing w:after="0"/>
            </w:pPr>
            <w:r>
              <w:rPr>
                <w:b w:val="0"/>
                <w:sz w:val="19"/>
              </w:rPr>
              <w:t>*Öz bildirim</w:t>
            </w:r>
          </w:p>
          <w:p>
            <w:pPr>
              <w:spacing w:after="0"/>
            </w:pPr>
            <w:r>
              <w:rPr>
                <w:b w:val="0"/>
                <w:sz w:val="19"/>
              </w:rPr>
              <w:t>*Öz değerlendirme araçları</w:t>
            </w:r>
          </w:p>
          <w:p>
            <w:pPr>
              <w:spacing w:after="0"/>
            </w:pPr>
            <w:r>
              <w:rPr>
                <w:b w:val="0"/>
                <w:sz w:val="19"/>
              </w:rPr>
              <w:t>*Sayısal dereceleme ölçeği</w:t>
            </w:r>
          </w:p>
          <w:p>
            <w:pPr>
              <w:spacing w:after="0"/>
            </w:pPr>
            <w:r>
              <w:rPr>
                <w:b w:val="0"/>
                <w:sz w:val="19"/>
              </w:rPr>
              <w:t>*Drama, karşılıklı konuşma vb. çalışmalar</w:t>
            </w:r>
          </w:p>
          <w:p>
            <w:pPr>
              <w:spacing w:after="0"/>
            </w:pPr>
            <w:r>
              <w:rPr>
                <w:b w:val="0"/>
                <w:sz w:val="19"/>
              </w:rPr>
              <w:t>*Öz bildirim</w:t>
            </w:r>
          </w:p>
          <w:p>
            <w:pPr>
              <w:spacing w:after="0"/>
            </w:pPr>
            <w:r>
              <w:rPr>
                <w:b w:val="0"/>
                <w:sz w:val="19"/>
              </w:rPr>
              <w:t>*Önce cümle sonra paragraf yazma gibi çalışmalar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İstanbul'un Fethi (29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34. Hafta 31 Mayıs-4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34. Hafta 31 Mayıs-4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SAĞLIKLI YAŞIYORUM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w:t>
            </w:r>
          </w:p>
          <w:p>
            <w:pPr>
              <w:spacing w:after="0"/>
            </w:pPr>
            <w:r>
              <w:rPr>
                <w:b w:val="0"/>
                <w:sz w:val="19"/>
              </w:rPr>
              <w:t>*Strateji, yöntem ve teknik</w:t>
            </w:r>
          </w:p>
          <w:p>
            <w:pPr>
              <w:spacing w:after="0"/>
            </w:pPr>
            <w:r>
              <w:rPr>
                <w:b w:val="0"/>
                <w:sz w:val="19"/>
              </w:rPr>
              <w:t xml:space="preserve">*Bilgilendirici metin *Önemli bilgi </w:t>
            </w:r>
          </w:p>
          <w:p>
            <w:pPr>
              <w:spacing w:after="0"/>
            </w:pPr>
            <w:r>
              <w:rPr>
                <w:b w:val="0"/>
                <w:sz w:val="19"/>
              </w:rPr>
              <w:t>*Söz varlığı</w:t>
            </w:r>
          </w:p>
          <w:p>
            <w:pPr>
              <w:spacing w:after="0"/>
            </w:pPr>
            <w:r>
              <w:rPr>
                <w:b w:val="0"/>
                <w:sz w:val="19"/>
              </w:rPr>
              <w:t>*Derin anlam</w:t>
            </w:r>
          </w:p>
          <w:p>
            <w:pPr>
              <w:spacing w:after="0"/>
            </w:pPr>
            <w:r>
              <w:rPr>
                <w:b w:val="0"/>
                <w:sz w:val="19"/>
              </w:rPr>
              <w:t>*Yazıda içerik ve yapı *Tartışma</w:t>
            </w:r>
          </w:p>
          <w:p>
            <w:pPr>
              <w:spacing w:after="0"/>
            </w:pPr>
            <w:r>
              <w:rPr>
                <w:b w:val="0"/>
                <w:sz w:val="19"/>
              </w:rPr>
              <w:t>*Hazırlıklı konuşma *Bağlantı ifadeleri *Yazım kuralları *Noktalama işaretleri *Dil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SDB1.2. Kendini Düzenleme (Öz Düzenleme Becerisi)</w:t>
            </w:r>
          </w:p>
          <w:p>
            <w:pPr>
              <w:spacing w:after="0"/>
            </w:pP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p>
            <w:pPr>
              <w:spacing w:after="0"/>
            </w:pPr>
            <w:r>
              <w:rPr>
                <w:b w:val="0"/>
                <w:sz w:val="19"/>
              </w:rPr>
              <w:t>D13. Sağlıklı Yaşam</w:t>
            </w:r>
          </w:p>
          <w:p>
            <w:pPr>
              <w:spacing w:after="0"/>
            </w:pPr>
            <w:r>
              <w:rPr>
                <w:b w:val="0"/>
                <w:sz w:val="19"/>
              </w:rPr>
              <w:t>D16. Sorumluluk</w:t>
            </w:r>
          </w:p>
          <w:p>
            <w:pPr>
              <w:spacing w:after="0"/>
            </w:pPr>
            <w:r>
              <w:rPr>
                <w:b w:val="0"/>
                <w:sz w:val="19"/>
              </w:rPr>
              <w:t>D17. Tasarruf</w:t>
            </w:r>
          </w:p>
          <w:p>
            <w:pPr>
              <w:spacing w:after="0"/>
            </w:pPr>
            <w:r>
              <w:rPr>
                <w:b w:val="0"/>
                <w:sz w:val="19"/>
              </w:rPr>
              <w:t>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Geleneksel ve tamamlayıcı tıp uygulamaları ile modern tıp uygulamalarının araştırılarak karşılaştırılması ve sonuçların metin ya da dijital içerik hâline getirilerek sınıfta ya da uygun dijital ortamlarda sunulması istenebilir.</w:t>
            </w:r>
          </w:p>
          <w:p>
            <w:pPr>
              <w:spacing w:after="0"/>
            </w:pPr>
            <w:r>
              <w:rPr>
                <w:b w:val="0"/>
                <w:sz w:val="19"/>
              </w:rPr>
              <w:t>Beslenme ve insan sağlığı arasındaki ilişki üzerine toplum sağlığı merkezi/sağlıklı hayat merkezindeki bir diyetisyenle röportaj yapılması ve bu röportajın sınıfta ya da uygun dijital ortamlarda sunulması istenebilir.</w:t>
            </w:r>
          </w:p>
          <w:p>
            <w:pPr>
              <w:spacing w:after="0"/>
            </w:pPr>
            <w:r>
              <w:rPr>
                <w:b w:val="0"/>
                <w:sz w:val="19"/>
              </w:rPr>
              <w:t>Beslenme, spor ve insan sağlığı arasındaki ilişki üzerine bir bilgi görseli hazırlanması ve bu içeriğin uygun dijital ortamlarda sunulması istenebilir.</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*Kontrol listesi</w:t>
            </w:r>
          </w:p>
          <w:p>
            <w:pPr>
              <w:spacing w:after="0"/>
            </w:pPr>
            <w:r>
              <w:rPr>
                <w:b w:val="0"/>
                <w:sz w:val="19"/>
              </w:rPr>
              <w:t>*Kavram haritası çalışması</w:t>
            </w:r>
          </w:p>
          <w:p>
            <w:pPr>
              <w:spacing w:after="0"/>
            </w:pPr>
            <w:r>
              <w:rPr>
                <w:b w:val="0"/>
                <w:sz w:val="19"/>
              </w:rPr>
              <w:t>*Öz bildirim</w:t>
            </w:r>
          </w:p>
          <w:p>
            <w:pPr>
              <w:spacing w:after="0"/>
            </w:pPr>
            <w:r>
              <w:rPr>
                <w:b w:val="0"/>
                <w:sz w:val="19"/>
              </w:rPr>
              <w:t>*Öz değerlendirme araçları</w:t>
            </w:r>
          </w:p>
          <w:p>
            <w:pPr>
              <w:spacing w:after="0"/>
            </w:pPr>
            <w:r>
              <w:rPr>
                <w:b w:val="0"/>
                <w:sz w:val="19"/>
              </w:rPr>
              <w:t>*Sayısal dereceleme ölçeği</w:t>
            </w:r>
          </w:p>
          <w:p>
            <w:pPr>
              <w:spacing w:after="0"/>
            </w:pPr>
            <w:r>
              <w:rPr>
                <w:b w:val="0"/>
                <w:sz w:val="19"/>
              </w:rPr>
              <w:t>*Drama, karşılıklı konuşma vb. çalışmalar</w:t>
            </w:r>
          </w:p>
          <w:p>
            <w:pPr>
              <w:spacing w:after="0"/>
            </w:pPr>
            <w:r>
              <w:rPr>
                <w:b w:val="0"/>
                <w:sz w:val="19"/>
              </w:rPr>
              <w:t>*Öz bildirim</w:t>
            </w:r>
          </w:p>
          <w:p>
            <w:pPr>
              <w:spacing w:after="0"/>
            </w:pPr>
            <w:r>
              <w:rPr>
                <w:b w:val="0"/>
                <w:sz w:val="19"/>
              </w:rPr>
              <w:t>*Önce cümle sonra paragraf yazma gibi çalışmalar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34. Hafta 31 Mayıs-4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34. Hafta 31 Mayıs-4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SAĞLIKLI YAŞIYORUM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w:t>
            </w:r>
          </w:p>
          <w:p>
            <w:pPr>
              <w:spacing w:after="0"/>
            </w:pPr>
            <w:r>
              <w:rPr>
                <w:b w:val="0"/>
                <w:sz w:val="19"/>
              </w:rPr>
              <w:t>*Strateji, yöntem ve teknik</w:t>
            </w:r>
          </w:p>
          <w:p>
            <w:pPr>
              <w:spacing w:after="0"/>
            </w:pPr>
            <w:r>
              <w:rPr>
                <w:b w:val="0"/>
                <w:sz w:val="19"/>
              </w:rPr>
              <w:t xml:space="preserve">*Bilgilendirici metin *Önemli bilgi </w:t>
            </w:r>
          </w:p>
          <w:p>
            <w:pPr>
              <w:spacing w:after="0"/>
            </w:pPr>
            <w:r>
              <w:rPr>
                <w:b w:val="0"/>
                <w:sz w:val="19"/>
              </w:rPr>
              <w:t>*Söz varlığı</w:t>
            </w:r>
          </w:p>
          <w:p>
            <w:pPr>
              <w:spacing w:after="0"/>
            </w:pPr>
            <w:r>
              <w:rPr>
                <w:b w:val="0"/>
                <w:sz w:val="19"/>
              </w:rPr>
              <w:t>*Derin anlam</w:t>
            </w:r>
          </w:p>
          <w:p>
            <w:pPr>
              <w:spacing w:after="0"/>
            </w:pPr>
            <w:r>
              <w:rPr>
                <w:b w:val="0"/>
                <w:sz w:val="19"/>
              </w:rPr>
              <w:t>*Yazıda içerik ve yapı *Tartışma</w:t>
            </w:r>
          </w:p>
          <w:p>
            <w:pPr>
              <w:spacing w:after="0"/>
            </w:pPr>
            <w:r>
              <w:rPr>
                <w:b w:val="0"/>
                <w:sz w:val="19"/>
              </w:rPr>
              <w:t>*Hazırlıklı konuşma *Bağlantı ifadeleri *Yazım kuralları *Noktalama işaretleri *Dil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SDB1.2. Kendini Düzenleme (Öz Düzenleme Becerisi)</w:t>
            </w:r>
          </w:p>
          <w:p>
            <w:pPr>
              <w:spacing w:after="0"/>
            </w:pP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p>
            <w:pPr>
              <w:spacing w:after="0"/>
            </w:pPr>
            <w:r>
              <w:rPr>
                <w:b w:val="0"/>
                <w:sz w:val="19"/>
              </w:rPr>
              <w:t>D13. Sağlıklı Yaşam</w:t>
            </w:r>
          </w:p>
          <w:p>
            <w:pPr>
              <w:spacing w:after="0"/>
            </w:pPr>
            <w:r>
              <w:rPr>
                <w:b w:val="0"/>
                <w:sz w:val="19"/>
              </w:rPr>
              <w:t>D16. Sorumluluk</w:t>
            </w:r>
          </w:p>
          <w:p>
            <w:pPr>
              <w:spacing w:after="0"/>
            </w:pPr>
            <w:r>
              <w:rPr>
                <w:b w:val="0"/>
                <w:sz w:val="19"/>
              </w:rPr>
              <w:t>D17. Tasarruf</w:t>
            </w:r>
          </w:p>
          <w:p>
            <w:pPr>
              <w:spacing w:after="0"/>
            </w:pPr>
            <w:r>
              <w:rPr>
                <w:b w:val="0"/>
                <w:sz w:val="19"/>
              </w:rPr>
              <w:t>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Geleneksel ve tamamlayıcı tıp uygulamaları ile modern tıp uygulamalarının araştırılarak karşılaştırılması ve sonuçların metin ya da dijital içerik hâline getirilerek sınıfta ya da uygun dijital ortamlarda sunulması istenebilir.</w:t>
            </w:r>
          </w:p>
          <w:p>
            <w:pPr>
              <w:spacing w:after="0"/>
            </w:pPr>
            <w:r>
              <w:rPr>
                <w:b w:val="0"/>
                <w:sz w:val="19"/>
              </w:rPr>
              <w:t>Beslenme ve insan sağlığı arasındaki ilişki üzerine toplum sağlığı merkezi/sağlıklı hayat merkezindeki bir diyetisyenle röportaj yapılması ve bu röportajın sınıfta ya da uygun dijital ortamlarda sunulması istenebilir.</w:t>
            </w:r>
          </w:p>
          <w:p>
            <w:pPr>
              <w:spacing w:after="0"/>
            </w:pPr>
            <w:r>
              <w:rPr>
                <w:b w:val="0"/>
                <w:sz w:val="19"/>
              </w:rPr>
              <w:t>Beslenme, spor ve insan sağlığı arasındaki ilişki üzerine bir bilgi görseli hazırlanması ve bu içeriğin uygun dijital ortamlarda sunulması istenebilir.</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*Kontrol listesi</w:t>
            </w:r>
          </w:p>
          <w:p>
            <w:pPr>
              <w:spacing w:after="0"/>
            </w:pPr>
            <w:r>
              <w:rPr>
                <w:b w:val="0"/>
                <w:sz w:val="19"/>
              </w:rPr>
              <w:t>*Kavram haritası çalışması</w:t>
            </w:r>
          </w:p>
          <w:p>
            <w:pPr>
              <w:spacing w:after="0"/>
            </w:pPr>
            <w:r>
              <w:rPr>
                <w:b w:val="0"/>
                <w:sz w:val="19"/>
              </w:rPr>
              <w:t>*Öz bildirim</w:t>
            </w:r>
          </w:p>
          <w:p>
            <w:pPr>
              <w:spacing w:after="0"/>
            </w:pPr>
            <w:r>
              <w:rPr>
                <w:b w:val="0"/>
                <w:sz w:val="19"/>
              </w:rPr>
              <w:t>*Öz değerlendirme araçları</w:t>
            </w:r>
          </w:p>
          <w:p>
            <w:pPr>
              <w:spacing w:after="0"/>
            </w:pPr>
            <w:r>
              <w:rPr>
                <w:b w:val="0"/>
                <w:sz w:val="19"/>
              </w:rPr>
              <w:t>*Sayısal dereceleme ölçeği</w:t>
            </w:r>
          </w:p>
          <w:p>
            <w:pPr>
              <w:spacing w:after="0"/>
            </w:pPr>
            <w:r>
              <w:rPr>
                <w:b w:val="0"/>
                <w:sz w:val="19"/>
              </w:rPr>
              <w:t>*Drama, karşılıklı konuşma vb. çalışmalar</w:t>
            </w:r>
          </w:p>
          <w:p>
            <w:pPr>
              <w:spacing w:after="0"/>
            </w:pPr>
            <w:r>
              <w:rPr>
                <w:b w:val="0"/>
                <w:sz w:val="19"/>
              </w:rPr>
              <w:t>*Öz bildirim</w:t>
            </w:r>
          </w:p>
          <w:p>
            <w:pPr>
              <w:spacing w:after="0"/>
            </w:pPr>
            <w:r>
              <w:rPr>
                <w:b w:val="0"/>
                <w:sz w:val="19"/>
              </w:rPr>
              <w:t>*Önce cümle sonra paragraf yazma gibi çalışmalar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35. Hafta 07-11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35. Hafta 07-11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SAĞLIKLI YAŞIYORUM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w:t>
            </w:r>
          </w:p>
          <w:p>
            <w:pPr>
              <w:spacing w:after="0"/>
            </w:pPr>
            <w:r>
              <w:rPr>
                <w:b w:val="0"/>
                <w:sz w:val="19"/>
              </w:rPr>
              <w:t>*Strateji, yöntem ve teknik</w:t>
            </w:r>
          </w:p>
          <w:p>
            <w:pPr>
              <w:spacing w:after="0"/>
            </w:pPr>
            <w:r>
              <w:rPr>
                <w:b w:val="0"/>
                <w:sz w:val="19"/>
              </w:rPr>
              <w:t xml:space="preserve">*Bilgilendirici metin *Önemli bilgi </w:t>
            </w:r>
          </w:p>
          <w:p>
            <w:pPr>
              <w:spacing w:after="0"/>
            </w:pPr>
            <w:r>
              <w:rPr>
                <w:b w:val="0"/>
                <w:sz w:val="19"/>
              </w:rPr>
              <w:t>*Söz varlığı</w:t>
            </w:r>
          </w:p>
          <w:p>
            <w:pPr>
              <w:spacing w:after="0"/>
            </w:pPr>
            <w:r>
              <w:rPr>
                <w:b w:val="0"/>
                <w:sz w:val="19"/>
              </w:rPr>
              <w:t>*Derin anlam</w:t>
            </w:r>
          </w:p>
          <w:p>
            <w:pPr>
              <w:spacing w:after="0"/>
            </w:pPr>
            <w:r>
              <w:rPr>
                <w:b w:val="0"/>
                <w:sz w:val="19"/>
              </w:rPr>
              <w:t>*Yazıda içerik ve yapı *Tartışma</w:t>
            </w:r>
          </w:p>
          <w:p>
            <w:pPr>
              <w:spacing w:after="0"/>
            </w:pPr>
            <w:r>
              <w:rPr>
                <w:b w:val="0"/>
                <w:sz w:val="19"/>
              </w:rPr>
              <w:t>*Hazırlıklı konuşma *Bağlantı ifadeleri *Yazım kuralları *Noktalama işaretleri *Dil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SDB1.2. Kendini Düzenleme (Öz Düzenleme Becerisi)</w:t>
            </w:r>
          </w:p>
          <w:p>
            <w:pPr>
              <w:spacing w:after="0"/>
            </w:pP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p>
            <w:pPr>
              <w:spacing w:after="0"/>
            </w:pPr>
            <w:r>
              <w:rPr>
                <w:b w:val="0"/>
                <w:sz w:val="19"/>
              </w:rPr>
              <w:t>D13. Sağlıklı Yaşam</w:t>
            </w:r>
          </w:p>
          <w:p>
            <w:pPr>
              <w:spacing w:after="0"/>
            </w:pPr>
            <w:r>
              <w:rPr>
                <w:b w:val="0"/>
                <w:sz w:val="19"/>
              </w:rPr>
              <w:t>D16. Sorumluluk</w:t>
            </w:r>
          </w:p>
          <w:p>
            <w:pPr>
              <w:spacing w:after="0"/>
            </w:pPr>
            <w:r>
              <w:rPr>
                <w:b w:val="0"/>
                <w:sz w:val="19"/>
              </w:rPr>
              <w:t>D17. Tasarruf</w:t>
            </w:r>
          </w:p>
          <w:p>
            <w:pPr>
              <w:spacing w:after="0"/>
            </w:pPr>
            <w:r>
              <w:rPr>
                <w:b w:val="0"/>
                <w:sz w:val="19"/>
              </w:rPr>
              <w:t>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Geleneksel ve tamamlayıcı tıp uygulamaları ile modern tıp uygulamalarının araştırılarak karşılaştırılması ve sonuçların metin ya da dijital içerik hâline getirilerek sınıfta ya da uygun dijital ortamlarda sunulması istenebilir.</w:t>
            </w:r>
          </w:p>
          <w:p>
            <w:pPr>
              <w:spacing w:after="0"/>
            </w:pPr>
            <w:r>
              <w:rPr>
                <w:b w:val="0"/>
                <w:sz w:val="19"/>
              </w:rPr>
              <w:t>Beslenme ve insan sağlığı arasındaki ilişki üzerine toplum sağlığı merkezi/sağlıklı hayat merkezindeki bir diyetisyenle röportaj yapılması ve bu röportajın sınıfta ya da uygun dijital ortamlarda sunulması istenebilir.</w:t>
            </w:r>
          </w:p>
          <w:p>
            <w:pPr>
              <w:spacing w:after="0"/>
            </w:pPr>
            <w:r>
              <w:rPr>
                <w:b w:val="0"/>
                <w:sz w:val="19"/>
              </w:rPr>
              <w:t>Beslenme, spor ve insan sağlığı arasındaki ilişki üzerine bir bilgi görseli hazırlanması ve bu içeriğin uygun dijital ortamlarda sunulması istenebilir.</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*Kontrol listesi</w:t>
            </w:r>
          </w:p>
          <w:p>
            <w:pPr>
              <w:spacing w:after="0"/>
            </w:pPr>
            <w:r>
              <w:rPr>
                <w:b w:val="0"/>
                <w:sz w:val="19"/>
              </w:rPr>
              <w:t>*Kavram haritası çalışması</w:t>
            </w:r>
          </w:p>
          <w:p>
            <w:pPr>
              <w:spacing w:after="0"/>
            </w:pPr>
            <w:r>
              <w:rPr>
                <w:b w:val="0"/>
                <w:sz w:val="19"/>
              </w:rPr>
              <w:t>*Öz bildirim</w:t>
            </w:r>
          </w:p>
          <w:p>
            <w:pPr>
              <w:spacing w:after="0"/>
            </w:pPr>
            <w:r>
              <w:rPr>
                <w:b w:val="0"/>
                <w:sz w:val="19"/>
              </w:rPr>
              <w:t>*Öz değerlendirme araçları</w:t>
            </w:r>
          </w:p>
          <w:p>
            <w:pPr>
              <w:spacing w:after="0"/>
            </w:pPr>
            <w:r>
              <w:rPr>
                <w:b w:val="0"/>
                <w:sz w:val="19"/>
              </w:rPr>
              <w:t>*Sayısal dereceleme ölçeği</w:t>
            </w:r>
          </w:p>
          <w:p>
            <w:pPr>
              <w:spacing w:after="0"/>
            </w:pPr>
            <w:r>
              <w:rPr>
                <w:b w:val="0"/>
                <w:sz w:val="19"/>
              </w:rPr>
              <w:t>*Drama, karşılıklı konuşma vb. çalışmalar</w:t>
            </w:r>
          </w:p>
          <w:p>
            <w:pPr>
              <w:spacing w:after="0"/>
            </w:pPr>
            <w:r>
              <w:rPr>
                <w:b w:val="0"/>
                <w:sz w:val="19"/>
              </w:rPr>
              <w:t>*Öz bildirim</w:t>
            </w:r>
          </w:p>
          <w:p>
            <w:pPr>
              <w:spacing w:after="0"/>
            </w:pPr>
            <w:r>
              <w:rPr>
                <w:b w:val="0"/>
                <w:sz w:val="19"/>
              </w:rPr>
              <w:t>*Önce cümle sonra paragraf yazma gibi çalışmalar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35. Hafta 07-11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35. Hafta 07-11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SAĞLIKLI YAŞIYORUM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w:t>
            </w:r>
          </w:p>
          <w:p>
            <w:pPr>
              <w:spacing w:after="0"/>
            </w:pPr>
            <w:r>
              <w:rPr>
                <w:b w:val="0"/>
                <w:sz w:val="19"/>
              </w:rPr>
              <w:t>*Strateji, yöntem ve teknik</w:t>
            </w:r>
          </w:p>
          <w:p>
            <w:pPr>
              <w:spacing w:after="0"/>
            </w:pPr>
            <w:r>
              <w:rPr>
                <w:b w:val="0"/>
                <w:sz w:val="19"/>
              </w:rPr>
              <w:t xml:space="preserve">*Bilgilendirici metin *Önemli bilgi </w:t>
            </w:r>
          </w:p>
          <w:p>
            <w:pPr>
              <w:spacing w:after="0"/>
            </w:pPr>
            <w:r>
              <w:rPr>
                <w:b w:val="0"/>
                <w:sz w:val="19"/>
              </w:rPr>
              <w:t>*Söz varlığı</w:t>
            </w:r>
          </w:p>
          <w:p>
            <w:pPr>
              <w:spacing w:after="0"/>
            </w:pPr>
            <w:r>
              <w:rPr>
                <w:b w:val="0"/>
                <w:sz w:val="19"/>
              </w:rPr>
              <w:t>*Derin anlam</w:t>
            </w:r>
          </w:p>
          <w:p>
            <w:pPr>
              <w:spacing w:after="0"/>
            </w:pPr>
            <w:r>
              <w:rPr>
                <w:b w:val="0"/>
                <w:sz w:val="19"/>
              </w:rPr>
              <w:t>*Yazıda içerik ve yapı *Tartışma</w:t>
            </w:r>
          </w:p>
          <w:p>
            <w:pPr>
              <w:spacing w:after="0"/>
            </w:pPr>
            <w:r>
              <w:rPr>
                <w:b w:val="0"/>
                <w:sz w:val="19"/>
              </w:rPr>
              <w:t>*Hazırlıklı konuşma *Bağlantı ifadeleri *Yazım kuralları *Noktalama işaretleri *Dil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SDB1.2. Kendini Düzenleme (Öz Düzenleme Becerisi)</w:t>
            </w:r>
          </w:p>
          <w:p>
            <w:pPr>
              <w:spacing w:after="0"/>
            </w:pP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p>
            <w:pPr>
              <w:spacing w:after="0"/>
            </w:pPr>
            <w:r>
              <w:rPr>
                <w:b w:val="0"/>
                <w:sz w:val="19"/>
              </w:rPr>
              <w:t>D13. Sağlıklı Yaşam</w:t>
            </w:r>
          </w:p>
          <w:p>
            <w:pPr>
              <w:spacing w:after="0"/>
            </w:pPr>
            <w:r>
              <w:rPr>
                <w:b w:val="0"/>
                <w:sz w:val="19"/>
              </w:rPr>
              <w:t>D16. Sorumluluk</w:t>
            </w:r>
          </w:p>
          <w:p>
            <w:pPr>
              <w:spacing w:after="0"/>
            </w:pPr>
            <w:r>
              <w:rPr>
                <w:b w:val="0"/>
                <w:sz w:val="19"/>
              </w:rPr>
              <w:t>D17. Tasarruf</w:t>
            </w:r>
          </w:p>
          <w:p>
            <w:pPr>
              <w:spacing w:after="0"/>
            </w:pPr>
            <w:r>
              <w:rPr>
                <w:b w:val="0"/>
                <w:sz w:val="19"/>
              </w:rPr>
              <w:t>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Geleneksel ve tamamlayıcı tıp uygulamaları ile modern tıp uygulamalarının araştırılarak karşılaştırılması ve sonuçların metin ya da dijital içerik hâline getirilerek sınıfta ya da uygun dijital ortamlarda sunulması istenebilir.</w:t>
            </w:r>
          </w:p>
          <w:p>
            <w:pPr>
              <w:spacing w:after="0"/>
            </w:pPr>
            <w:r>
              <w:rPr>
                <w:b w:val="0"/>
                <w:sz w:val="19"/>
              </w:rPr>
              <w:t>Beslenme ve insan sağlığı arasındaki ilişki üzerine toplum sağlığı merkezi/sağlıklı hayat merkezindeki bir diyetisyenle röportaj yapılması ve bu röportajın sınıfta ya da uygun dijital ortamlarda sunulması istenebilir.</w:t>
            </w:r>
          </w:p>
          <w:p>
            <w:pPr>
              <w:spacing w:after="0"/>
            </w:pPr>
            <w:r>
              <w:rPr>
                <w:b w:val="0"/>
                <w:sz w:val="19"/>
              </w:rPr>
              <w:t>Beslenme, spor ve insan sağlığı arasındaki ilişki üzerine bir bilgi görseli hazırlanması ve bu içeriğin uygun dijital ortamlarda sunulması istenebilir.</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*Kontrol listesi</w:t>
            </w:r>
          </w:p>
          <w:p>
            <w:pPr>
              <w:spacing w:after="0"/>
            </w:pPr>
            <w:r>
              <w:rPr>
                <w:b w:val="0"/>
                <w:sz w:val="19"/>
              </w:rPr>
              <w:t>*Kavram haritası çalışması</w:t>
            </w:r>
          </w:p>
          <w:p>
            <w:pPr>
              <w:spacing w:after="0"/>
            </w:pPr>
            <w:r>
              <w:rPr>
                <w:b w:val="0"/>
                <w:sz w:val="19"/>
              </w:rPr>
              <w:t>*Öz bildirim</w:t>
            </w:r>
          </w:p>
          <w:p>
            <w:pPr>
              <w:spacing w:after="0"/>
            </w:pPr>
            <w:r>
              <w:rPr>
                <w:b w:val="0"/>
                <w:sz w:val="19"/>
              </w:rPr>
              <w:t>*Öz değerlendirme araçları</w:t>
            </w:r>
          </w:p>
          <w:p>
            <w:pPr>
              <w:spacing w:after="0"/>
            </w:pPr>
            <w:r>
              <w:rPr>
                <w:b w:val="0"/>
                <w:sz w:val="19"/>
              </w:rPr>
              <w:t>*Sayısal dereceleme ölçeği</w:t>
            </w:r>
          </w:p>
          <w:p>
            <w:pPr>
              <w:spacing w:after="0"/>
            </w:pPr>
            <w:r>
              <w:rPr>
                <w:b w:val="0"/>
                <w:sz w:val="19"/>
              </w:rPr>
              <w:t>*Drama, karşılıklı konuşma vb. çalışmalar</w:t>
            </w:r>
          </w:p>
          <w:p>
            <w:pPr>
              <w:spacing w:after="0"/>
            </w:pPr>
            <w:r>
              <w:rPr>
                <w:b w:val="0"/>
                <w:sz w:val="19"/>
              </w:rPr>
              <w:t>*Öz bildirim</w:t>
            </w:r>
          </w:p>
          <w:p>
            <w:pPr>
              <w:spacing w:after="0"/>
            </w:pPr>
            <w:r>
              <w:rPr>
                <w:b w:val="0"/>
                <w:sz w:val="19"/>
              </w:rPr>
              <w:t>*Önce cümle sonra paragraf yazma gibi çalışmalar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35. Hafta 07-11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35. Hafta 07-11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SAĞLIKLI YAŞIYORUM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w:t>
            </w:r>
          </w:p>
          <w:p>
            <w:pPr>
              <w:spacing w:after="0"/>
            </w:pPr>
            <w:r>
              <w:rPr>
                <w:b w:val="0"/>
                <w:sz w:val="19"/>
              </w:rPr>
              <w:t>*Strateji, yöntem ve teknik</w:t>
            </w:r>
          </w:p>
          <w:p>
            <w:pPr>
              <w:spacing w:after="0"/>
            </w:pPr>
            <w:r>
              <w:rPr>
                <w:b w:val="0"/>
                <w:sz w:val="19"/>
              </w:rPr>
              <w:t xml:space="preserve">*Bilgilendirici metin *Önemli bilgi </w:t>
            </w:r>
          </w:p>
          <w:p>
            <w:pPr>
              <w:spacing w:after="0"/>
            </w:pPr>
            <w:r>
              <w:rPr>
                <w:b w:val="0"/>
                <w:sz w:val="19"/>
              </w:rPr>
              <w:t>*Söz varlığı</w:t>
            </w:r>
          </w:p>
          <w:p>
            <w:pPr>
              <w:spacing w:after="0"/>
            </w:pPr>
            <w:r>
              <w:rPr>
                <w:b w:val="0"/>
                <w:sz w:val="19"/>
              </w:rPr>
              <w:t>*Derin anlam</w:t>
            </w:r>
          </w:p>
          <w:p>
            <w:pPr>
              <w:spacing w:after="0"/>
            </w:pPr>
            <w:r>
              <w:rPr>
                <w:b w:val="0"/>
                <w:sz w:val="19"/>
              </w:rPr>
              <w:t>*Yazıda içerik ve yapı *Tartışma</w:t>
            </w:r>
          </w:p>
          <w:p>
            <w:pPr>
              <w:spacing w:after="0"/>
            </w:pPr>
            <w:r>
              <w:rPr>
                <w:b w:val="0"/>
                <w:sz w:val="19"/>
              </w:rPr>
              <w:t>*Hazırlıklı konuşma *Bağlantı ifadeleri *Yazım kuralları *Noktalama işaretleri *Dil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SDB1.2. Kendini Düzenleme (Öz Düzenleme Becerisi)</w:t>
            </w:r>
          </w:p>
          <w:p>
            <w:pPr>
              <w:spacing w:after="0"/>
            </w:pP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p>
            <w:pPr>
              <w:spacing w:after="0"/>
            </w:pPr>
            <w:r>
              <w:rPr>
                <w:b w:val="0"/>
                <w:sz w:val="19"/>
              </w:rPr>
              <w:t>D13. Sağlıklı Yaşam</w:t>
            </w:r>
          </w:p>
          <w:p>
            <w:pPr>
              <w:spacing w:after="0"/>
            </w:pPr>
            <w:r>
              <w:rPr>
                <w:b w:val="0"/>
                <w:sz w:val="19"/>
              </w:rPr>
              <w:t>D16. Sorumluluk</w:t>
            </w:r>
          </w:p>
          <w:p>
            <w:pPr>
              <w:spacing w:after="0"/>
            </w:pPr>
            <w:r>
              <w:rPr>
                <w:b w:val="0"/>
                <w:sz w:val="19"/>
              </w:rPr>
              <w:t>D17. Tasarruf</w:t>
            </w:r>
          </w:p>
          <w:p>
            <w:pPr>
              <w:spacing w:after="0"/>
            </w:pPr>
            <w:r>
              <w:rPr>
                <w:b w:val="0"/>
                <w:sz w:val="19"/>
              </w:rPr>
              <w:t>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Geleneksel ve tamamlayıcı tıp uygulamaları ile modern tıp uygulamalarının araştırılarak karşılaştırılması ve sonuçların metin ya da dijital içerik hâline getirilerek sınıfta ya da uygun dijital ortamlarda sunulması istenebilir.</w:t>
            </w:r>
          </w:p>
          <w:p>
            <w:pPr>
              <w:spacing w:after="0"/>
            </w:pPr>
            <w:r>
              <w:rPr>
                <w:b w:val="0"/>
                <w:sz w:val="19"/>
              </w:rPr>
              <w:t>Beslenme ve insan sağlığı arasındaki ilişki üzerine toplum sağlığı merkezi/sağlıklı hayat merkezindeki bir diyetisyenle röportaj yapılması ve bu röportajın sınıfta ya da uygun dijital ortamlarda sunulması istenebilir.</w:t>
            </w:r>
          </w:p>
          <w:p>
            <w:pPr>
              <w:spacing w:after="0"/>
            </w:pPr>
            <w:r>
              <w:rPr>
                <w:b w:val="0"/>
                <w:sz w:val="19"/>
              </w:rPr>
              <w:t>Beslenme, spor ve insan sağlığı arasındaki ilişki üzerine bir bilgi görseli hazırlanması ve bu içeriğin uygun dijital ortamlarda sunulması istenebilir.</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*Kontrol listesi</w:t>
            </w:r>
          </w:p>
          <w:p>
            <w:pPr>
              <w:spacing w:after="0"/>
            </w:pPr>
            <w:r>
              <w:rPr>
                <w:b w:val="0"/>
                <w:sz w:val="19"/>
              </w:rPr>
              <w:t>*Kavram haritası çalışması</w:t>
            </w:r>
          </w:p>
          <w:p>
            <w:pPr>
              <w:spacing w:after="0"/>
            </w:pPr>
            <w:r>
              <w:rPr>
                <w:b w:val="0"/>
                <w:sz w:val="19"/>
              </w:rPr>
              <w:t>*Öz bildirim</w:t>
            </w:r>
          </w:p>
          <w:p>
            <w:pPr>
              <w:spacing w:after="0"/>
            </w:pPr>
            <w:r>
              <w:rPr>
                <w:b w:val="0"/>
                <w:sz w:val="19"/>
              </w:rPr>
              <w:t>*Öz değerlendirme araçları</w:t>
            </w:r>
          </w:p>
          <w:p>
            <w:pPr>
              <w:spacing w:after="0"/>
            </w:pPr>
            <w:r>
              <w:rPr>
                <w:b w:val="0"/>
                <w:sz w:val="19"/>
              </w:rPr>
              <w:t>*Sayısal dereceleme ölçeği</w:t>
            </w:r>
          </w:p>
          <w:p>
            <w:pPr>
              <w:spacing w:after="0"/>
            </w:pPr>
            <w:r>
              <w:rPr>
                <w:b w:val="0"/>
                <w:sz w:val="19"/>
              </w:rPr>
              <w:t>*Drama, karşılıklı konuşma vb. çalışmalar</w:t>
            </w:r>
          </w:p>
          <w:p>
            <w:pPr>
              <w:spacing w:after="0"/>
            </w:pPr>
            <w:r>
              <w:rPr>
                <w:b w:val="0"/>
                <w:sz w:val="19"/>
              </w:rPr>
              <w:t>*Öz bildirim</w:t>
            </w:r>
          </w:p>
          <w:p>
            <w:pPr>
              <w:spacing w:after="0"/>
            </w:pPr>
            <w:r>
              <w:rPr>
                <w:b w:val="0"/>
                <w:sz w:val="19"/>
              </w:rPr>
              <w:t>*Önce cümle sonra paragraf yazma gibi çalışmalar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36. Hafta 14-18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36. Hafta 14-18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SAĞLIKLI YAŞIYORUM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w:t>
            </w:r>
          </w:p>
          <w:p>
            <w:pPr>
              <w:spacing w:after="0"/>
            </w:pPr>
            <w:r>
              <w:rPr>
                <w:b w:val="0"/>
                <w:sz w:val="19"/>
              </w:rPr>
              <w:t>*Strateji, yöntem ve teknik</w:t>
            </w:r>
          </w:p>
          <w:p>
            <w:pPr>
              <w:spacing w:after="0"/>
            </w:pPr>
            <w:r>
              <w:rPr>
                <w:b w:val="0"/>
                <w:sz w:val="19"/>
              </w:rPr>
              <w:t xml:space="preserve">*Bilgilendirici metin *Önemli bilgi </w:t>
            </w:r>
          </w:p>
          <w:p>
            <w:pPr>
              <w:spacing w:after="0"/>
            </w:pPr>
            <w:r>
              <w:rPr>
                <w:b w:val="0"/>
                <w:sz w:val="19"/>
              </w:rPr>
              <w:t>*Söz varlığı</w:t>
            </w:r>
          </w:p>
          <w:p>
            <w:pPr>
              <w:spacing w:after="0"/>
            </w:pPr>
            <w:r>
              <w:rPr>
                <w:b w:val="0"/>
                <w:sz w:val="19"/>
              </w:rPr>
              <w:t>*Derin anlam</w:t>
            </w:r>
          </w:p>
          <w:p>
            <w:pPr>
              <w:spacing w:after="0"/>
            </w:pPr>
            <w:r>
              <w:rPr>
                <w:b w:val="0"/>
                <w:sz w:val="19"/>
              </w:rPr>
              <w:t>*Yazıda içerik ve yapı *Tartışma</w:t>
            </w:r>
          </w:p>
          <w:p>
            <w:pPr>
              <w:spacing w:after="0"/>
            </w:pPr>
            <w:r>
              <w:rPr>
                <w:b w:val="0"/>
                <w:sz w:val="19"/>
              </w:rPr>
              <w:t>*Hazırlıklı konuşma *Bağlantı ifadeleri *Yazım kuralları *Noktalama işaretleri *Dil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SDB1.2. Kendini Düzenleme (Öz Düzenleme Becerisi)</w:t>
            </w:r>
          </w:p>
          <w:p>
            <w:pPr>
              <w:spacing w:after="0"/>
            </w:pP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p>
            <w:pPr>
              <w:spacing w:after="0"/>
            </w:pPr>
            <w:r>
              <w:rPr>
                <w:b w:val="0"/>
                <w:sz w:val="19"/>
              </w:rPr>
              <w:t>D13. Sağlıklı Yaşam</w:t>
            </w:r>
          </w:p>
          <w:p>
            <w:pPr>
              <w:spacing w:after="0"/>
            </w:pPr>
            <w:r>
              <w:rPr>
                <w:b w:val="0"/>
                <w:sz w:val="19"/>
              </w:rPr>
              <w:t>D16. Sorumluluk</w:t>
            </w:r>
          </w:p>
          <w:p>
            <w:pPr>
              <w:spacing w:after="0"/>
            </w:pPr>
            <w:r>
              <w:rPr>
                <w:b w:val="0"/>
                <w:sz w:val="19"/>
              </w:rPr>
              <w:t>D17. Tasarruf</w:t>
            </w:r>
          </w:p>
          <w:p>
            <w:pPr>
              <w:spacing w:after="0"/>
            </w:pPr>
            <w:r>
              <w:rPr>
                <w:b w:val="0"/>
                <w:sz w:val="19"/>
              </w:rPr>
              <w:t>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Geleneksel ve tamamlayıcı tıp uygulamaları ile modern tıp uygulamalarının araştırılarak karşılaştırılması ve sonuçların metin ya da dijital içerik hâline getirilerek sınıfta ya da uygun dijital ortamlarda sunulması istenebilir.</w:t>
            </w:r>
          </w:p>
          <w:p>
            <w:pPr>
              <w:spacing w:after="0"/>
            </w:pPr>
            <w:r>
              <w:rPr>
                <w:b w:val="0"/>
                <w:sz w:val="19"/>
              </w:rPr>
              <w:t>Beslenme ve insan sağlığı arasındaki ilişki üzerine toplum sağlığı merkezi/sağlıklı hayat merkezindeki bir diyetisyenle röportaj yapılması ve bu röportajın sınıfta ya da uygun dijital ortamlarda sunulması istenebilir.</w:t>
            </w:r>
          </w:p>
          <w:p>
            <w:pPr>
              <w:spacing w:after="0"/>
            </w:pPr>
            <w:r>
              <w:rPr>
                <w:b w:val="0"/>
                <w:sz w:val="19"/>
              </w:rPr>
              <w:t>Beslenme, spor ve insan sağlığı arasındaki ilişki üzerine bir bilgi görseli hazırlanması ve bu içeriğin uygun dijital ortamlarda sunulması istenebilir.</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*Kontrol listesi</w:t>
            </w:r>
          </w:p>
          <w:p>
            <w:pPr>
              <w:spacing w:after="0"/>
            </w:pPr>
            <w:r>
              <w:rPr>
                <w:b w:val="0"/>
                <w:sz w:val="19"/>
              </w:rPr>
              <w:t>*Kavram haritası çalışması</w:t>
            </w:r>
          </w:p>
          <w:p>
            <w:pPr>
              <w:spacing w:after="0"/>
            </w:pPr>
            <w:r>
              <w:rPr>
                <w:b w:val="0"/>
                <w:sz w:val="19"/>
              </w:rPr>
              <w:t>*Öz bildirim</w:t>
            </w:r>
          </w:p>
          <w:p>
            <w:pPr>
              <w:spacing w:after="0"/>
            </w:pPr>
            <w:r>
              <w:rPr>
                <w:b w:val="0"/>
                <w:sz w:val="19"/>
              </w:rPr>
              <w:t>*Öz değerlendirme araçları</w:t>
            </w:r>
          </w:p>
          <w:p>
            <w:pPr>
              <w:spacing w:after="0"/>
            </w:pPr>
            <w:r>
              <w:rPr>
                <w:b w:val="0"/>
                <w:sz w:val="19"/>
              </w:rPr>
              <w:t>*Sayısal dereceleme ölçeği</w:t>
            </w:r>
          </w:p>
          <w:p>
            <w:pPr>
              <w:spacing w:after="0"/>
            </w:pPr>
            <w:r>
              <w:rPr>
                <w:b w:val="0"/>
                <w:sz w:val="19"/>
              </w:rPr>
              <w:t>*Drama, karşılıklı konuşma vb. çalışmalar</w:t>
            </w:r>
          </w:p>
          <w:p>
            <w:pPr>
              <w:spacing w:after="0"/>
            </w:pPr>
            <w:r>
              <w:rPr>
                <w:b w:val="0"/>
                <w:sz w:val="19"/>
              </w:rPr>
              <w:t>*Öz bildirim</w:t>
            </w:r>
          </w:p>
          <w:p>
            <w:pPr>
              <w:spacing w:after="0"/>
            </w:pPr>
            <w:r>
              <w:rPr>
                <w:b w:val="0"/>
                <w:sz w:val="19"/>
              </w:rPr>
              <w:t>*Önce cümle sonra paragraf yazma gibi çalışmalar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36. Hafta 14-18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36. Hafta 14-18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SAĞLIKLI YAŞIYORUM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*Materyal seçimi</w:t>
            </w:r>
          </w:p>
          <w:p>
            <w:pPr>
              <w:spacing w:after="0"/>
            </w:pPr>
            <w:r>
              <w:rPr>
                <w:b w:val="0"/>
                <w:sz w:val="19"/>
              </w:rPr>
              <w:t>*Strateji, yöntem ve teknik</w:t>
            </w:r>
          </w:p>
          <w:p>
            <w:pPr>
              <w:spacing w:after="0"/>
            </w:pPr>
            <w:r>
              <w:rPr>
                <w:b w:val="0"/>
                <w:sz w:val="19"/>
              </w:rPr>
              <w:t xml:space="preserve">*Bilgilendirici metin *Önemli bilgi </w:t>
            </w:r>
          </w:p>
          <w:p>
            <w:pPr>
              <w:spacing w:after="0"/>
            </w:pPr>
            <w:r>
              <w:rPr>
                <w:b w:val="0"/>
                <w:sz w:val="19"/>
              </w:rPr>
              <w:t>*Söz varlığı</w:t>
            </w:r>
          </w:p>
          <w:p>
            <w:pPr>
              <w:spacing w:after="0"/>
            </w:pPr>
            <w:r>
              <w:rPr>
                <w:b w:val="0"/>
                <w:sz w:val="19"/>
              </w:rPr>
              <w:t>*Derin anlam</w:t>
            </w:r>
          </w:p>
          <w:p>
            <w:pPr>
              <w:spacing w:after="0"/>
            </w:pPr>
            <w:r>
              <w:rPr>
                <w:b w:val="0"/>
                <w:sz w:val="19"/>
              </w:rPr>
              <w:t>*Yazıda içerik ve yapı *Tartışma</w:t>
            </w:r>
          </w:p>
          <w:p>
            <w:pPr>
              <w:spacing w:after="0"/>
            </w:pPr>
            <w:r>
              <w:rPr>
                <w:b w:val="0"/>
                <w:sz w:val="19"/>
              </w:rPr>
              <w:t>*Hazırlıklı konuşma *Bağlantı ifadeleri *Yazım kuralları *Noktalama işaretleri *Dil yapıları ve söz varlığı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Sosyal-duygusal Öğrenme Becerileri</w:t>
            </w:r>
          </w:p>
        </w:tc>
        <w:tc>
          <w:tcPr>
            <w:tcW w:type="dxa" w:w="7597"/>
          </w:tcPr>
          <w:p>
            <w:pPr>
              <w:spacing w:after="0"/>
            </w:pPr>
            <w:r/>
            <w:r>
              <w:rPr>
                <w:b w:val="0"/>
                <w:sz w:val="19"/>
              </w:rPr>
              <w:t>SDB1.2. Kendini Düzenleme (Öz Düzenleme Becerisi)</w:t>
            </w:r>
          </w:p>
          <w:p>
            <w:pPr>
              <w:spacing w:after="0"/>
            </w:pP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p>
            <w:pPr>
              <w:spacing w:after="0"/>
            </w:pPr>
            <w:r>
              <w:rPr>
                <w:b w:val="0"/>
                <w:sz w:val="19"/>
              </w:rPr>
              <w:t>D13. Sağlıklı Yaşam</w:t>
            </w:r>
          </w:p>
          <w:p>
            <w:pPr>
              <w:spacing w:after="0"/>
            </w:pPr>
            <w:r>
              <w:rPr>
                <w:b w:val="0"/>
                <w:sz w:val="19"/>
              </w:rPr>
              <w:t>D16. Sorumluluk</w:t>
            </w:r>
          </w:p>
          <w:p>
            <w:pPr>
              <w:spacing w:after="0"/>
            </w:pPr>
            <w:r>
              <w:rPr>
                <w:b w:val="0"/>
                <w:sz w:val="19"/>
              </w:rPr>
              <w:t>D17. Tasarruf</w:t>
            </w:r>
          </w:p>
          <w:p>
            <w:pPr>
              <w:spacing w:after="0"/>
            </w:pPr>
            <w:r>
              <w:rPr>
                <w:b w:val="0"/>
                <w:sz w:val="19"/>
              </w:rPr>
              <w:t>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Geleneksel ve tamamlayıcı tıp uygulamaları ile modern tıp uygulamalarının araştırılarak karşılaştırılması ve sonuçların metin ya da dijital içerik hâline getirilerek sınıfta ya da uygun dijital ortamlarda sunulması istenebilir.</w:t>
            </w:r>
          </w:p>
          <w:p>
            <w:pPr>
              <w:spacing w:after="0"/>
            </w:pPr>
            <w:r>
              <w:rPr>
                <w:b w:val="0"/>
                <w:sz w:val="19"/>
              </w:rPr>
              <w:t>Beslenme ve insan sağlığı arasındaki ilişki üzerine toplum sağlığı merkezi/sağlıklı hayat merkezindeki bir diyetisyenle röportaj yapılması ve bu röportajın sınıfta ya da uygun dijital ortamlarda sunulması istenebilir.</w:t>
            </w:r>
          </w:p>
          <w:p>
            <w:pPr>
              <w:spacing w:after="0"/>
            </w:pPr>
            <w:r>
              <w:rPr>
                <w:b w:val="0"/>
                <w:sz w:val="19"/>
              </w:rPr>
              <w:t>Beslenme, spor ve insan sağlığı arasındaki ilişki üzerine bir bilgi görseli hazırlanması ve bu içeriğin uygun dijital ortamlarda sunulması istenebilir.</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Her temada en az bir tane performans görevinin verilmesi esastır. Performans görevi temanın en az bir öğrenme çıktısını ölçme ve değerlendirmeye yönelik olmalıdır.</w:t>
            </w:r>
          </w:p>
          <w:p>
            <w:pPr>
              <w:spacing w:after="0"/>
            </w:pPr>
            <w:r>
              <w:rPr>
                <w:b w:val="0"/>
                <w:sz w:val="19"/>
              </w:rPr>
              <w:t>*Kontrol listesi</w:t>
            </w:r>
          </w:p>
          <w:p>
            <w:pPr>
              <w:spacing w:after="0"/>
            </w:pPr>
            <w:r>
              <w:rPr>
                <w:b w:val="0"/>
                <w:sz w:val="19"/>
              </w:rPr>
              <w:t>*Kavram haritası çalışması</w:t>
            </w:r>
          </w:p>
          <w:p>
            <w:pPr>
              <w:spacing w:after="0"/>
            </w:pPr>
            <w:r>
              <w:rPr>
                <w:b w:val="0"/>
                <w:sz w:val="19"/>
              </w:rPr>
              <w:t>*Öz bildirim</w:t>
            </w:r>
          </w:p>
          <w:p>
            <w:pPr>
              <w:spacing w:after="0"/>
            </w:pPr>
            <w:r>
              <w:rPr>
                <w:b w:val="0"/>
                <w:sz w:val="19"/>
              </w:rPr>
              <w:t>*Öz değerlendirme araçları</w:t>
            </w:r>
          </w:p>
          <w:p>
            <w:pPr>
              <w:spacing w:after="0"/>
            </w:pPr>
            <w:r>
              <w:rPr>
                <w:b w:val="0"/>
                <w:sz w:val="19"/>
              </w:rPr>
              <w:t>*Sayısal dereceleme ölçeği</w:t>
            </w:r>
          </w:p>
          <w:p>
            <w:pPr>
              <w:spacing w:after="0"/>
            </w:pPr>
            <w:r>
              <w:rPr>
                <w:b w:val="0"/>
                <w:sz w:val="19"/>
              </w:rPr>
              <w:t>*Drama, karşılıklı konuşma vb. çalışmalar</w:t>
            </w:r>
          </w:p>
          <w:p>
            <w:pPr>
              <w:spacing w:after="0"/>
            </w:pPr>
            <w:r>
              <w:rPr>
                <w:b w:val="0"/>
                <w:sz w:val="19"/>
              </w:rPr>
              <w:t>*Öz bildirim</w:t>
            </w:r>
          </w:p>
          <w:p>
            <w:pPr>
              <w:spacing w:after="0"/>
            </w:pPr>
            <w:r>
              <w:rPr>
                <w:b w:val="0"/>
                <w:sz w:val="19"/>
              </w:rPr>
              <w:t>*Önce cümle sonra paragraf yazma gibi çalışmalar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37. Hafta 21-25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37. Hafta 21-25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SOSYAL ETKİNLİK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Geleneksel ve tamamlayıcı tıp uygulamaları ile modern tıp uygulamalarının araştırılarak karşılaştırılması ve sonuçların metin ya da dijital içerik hâline getirilerek sınıfta ya da uygun dijital ortamlarda sunulması istenebilir.</w:t>
            </w:r>
          </w:p>
          <w:p>
            <w:pPr>
              <w:spacing w:after="0"/>
            </w:pPr>
            <w:r>
              <w:rPr>
                <w:b w:val="0"/>
                <w:sz w:val="19"/>
              </w:rPr>
              <w:t>Beslenme ve insan sağlığı arasındaki ilişki üzerine toplum sağlığı merkezi/sağlıklı hayat merkezindeki bir diyetisyenle röportaj yapılması ve bu röportajın sınıfta ya da uygun dijital ortamlarda sunulması istenebilir.</w:t>
            </w:r>
          </w:p>
          <w:p>
            <w:pPr>
              <w:spacing w:after="0"/>
            </w:pPr>
            <w:r>
              <w:rPr>
                <w:b w:val="0"/>
                <w:sz w:val="19"/>
              </w:rPr>
              <w:t>Beslenme, spor ve insan sağlığı arasındaki ilişki üzerine bir bilgi görseli hazırlanması ve bu içeriğin uygun dijital ortamlarda sunulması istenebilir.</w:t>
            </w:r>
          </w:p>
          <w:p>
            <w:pPr>
              <w:spacing w:after="0"/>
            </w:pPr>
            <w:r>
              <w:rPr>
                <w:b w:val="0"/>
                <w:sz w:val="19"/>
              </w:rPr>
              <w:t xml:space="preserve">Destekleme </w:t>
            </w:r>
          </w:p>
          <w:p>
            <w:pPr>
              <w:spacing w:after="0"/>
            </w:pPr>
            <w:r>
              <w:rPr>
                <w:b w:val="0"/>
                <w:sz w:val="19"/>
              </w:rPr>
              <w:t>Dinleme/izleme ya da okuma etkinliği öncesinde, metni yansıtan ve metnin anlaşılmasını sağlayacak kelimeler listelenebilir ve bu kelimelerin bağlamdaki anlamları görsel araçlar ve şematik düzenleyiciler yardımıyla verilebilir.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sunulabilir.</w:t>
            </w:r>
          </w:p>
          <w:p>
            <w:pPr>
              <w:spacing w:after="0"/>
            </w:pPr>
            <w:r>
              <w:rPr>
                <w:b w:val="0"/>
                <w:sz w:val="19"/>
              </w:rPr>
              <w:t>Okuma ve yazma çalışmalarında işleyişin nasıl olması gerektiği bire bir anlatılarak süreç öğrenci ile yürütülebilir.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TÜRKÇE DERSİ GÜNLÜK PLANI</w:t>
      </w:r>
    </w:p>
    <w:p>
      <w:pPr>
        <w:spacing w:after="80"/>
        <w:jc w:val="center"/>
      </w:pPr>
      <w:r>
        <w:rPr>
          <w:sz w:val="20"/>
        </w:rPr>
        <w:t>2026-2027 Eğitim Öğretim Yılı · 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31.12.2025 tarih ve 13 sayılı Kurul Kararı eki "Türkiye Yüzyılı Maarif Modeli Öğretim Programları Ortak Metni, Talim ve Terbiye Kurulu’nun 07/08/2026 tarih ve 97 sayılı Kurul Kararı eki Türkçe Dersi (5. Sınıflar) Öğretim Programı" , " MEB 2026-2027 Eğitim ve Öğretim Yılı Çalışma Takvimi Genelgesi" ile Talim ve Terbiye Kurulu’nun 09.05.2025 tarih ve 04 sayılı Kurul Kararı eki "İlköğretim Kurumları (İlkokul ve Ortaokul) Haftalık Ders Çizelgesi" esas alınarak hazırlanmıştır.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31.12.2025 tarih ve 13 sayılı Kurul Kararı eki "Türkiye Yüzyılı Maarif Modeli Öğretim Programları Ortak Metni, Talim ve Terbiye Kurulu’nun 07/08/2026 tarih ve 97 sayılı Kurul Kararı eki Türkçe Dersi (5. Sınıflar) Öğretim Programı" , " MEB 2026-2027 Eğitim ve Öğretim Yılı Çalışma Takvimi Genelgesi" ile Talim ve Terbiye Kurulu’nun 09.05.2025 tarih ve 04 sayılı Kurul Kararı eki "İlköğretim Kurumları (İlkokul ve Ortaokul) Haftalık Ders Çizelgesi" esas alınarak hazırlanmıştır.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5. Sınıf Türkçe · Kaynak: MEB yıllık planı · derskutusu.com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