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6. SINIF İNGİLİZCE DERSİ GÜNLÜK PLANI</w:t>
      </w:r>
    </w:p>
    <w:p>
      <w:pPr>
        <w:spacing w:after="80"/>
        <w:jc w:val="center"/>
      </w:pPr>
      <w:r>
        <w:rPr>
          <w:sz w:val="20"/>
        </w:rPr>
        <w:t>2026-2027 Eğitim Öğretim Yılı · Week 1: 14-18 September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September · Week 1: 14-18 September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ORIENTATION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July, Democracy and National Unity Day</w:t>
            </w:r>
          </w:p>
          <w:p>
            <w:pPr>
              <w:spacing w:after="0"/>
            </w:pPr>
            <w:r>
              <w:rPr>
                <w:b w:val="0"/>
                <w:sz w:val="19"/>
              </w:rPr>
              <w:t xml:space="preserve"> Primary Education Week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 21-25 September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September · Week 2: 21-25 September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REVISION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Turkish Language Day</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 28 September- 2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September · Week 3: 28 September- 2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REVISION</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4: 5-9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4: 5-9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Roles, and responsibilities at school; school routines; national days and celebrations</w:t>
            </w:r>
          </w:p>
          <w:p>
            <w:pPr>
              <w:spacing w:after="0"/>
            </w:pPr>
            <w:r>
              <w:rPr>
                <w:b w:val="0"/>
                <w:sz w:val="19"/>
              </w:rPr>
              <w:t>Target Vocabulary in Use (with revisional vocabulary):</w:t>
            </w:r>
          </w:p>
          <w:p>
            <w:pPr>
              <w:spacing w:after="0"/>
            </w:pPr>
            <w:r>
              <w:rPr>
                <w:b w:val="0"/>
                <w:sz w:val="19"/>
              </w:rPr>
              <w:t>Vocabulary for roles, and responsibilities at school:</w:t>
            </w:r>
          </w:p>
          <w:p>
            <w:pPr>
              <w:spacing w:after="0"/>
            </w:pPr>
            <w:r>
              <w:rPr>
                <w:b w:val="0"/>
                <w:sz w:val="19"/>
              </w:rPr>
              <w:t>Nouns: A permission, a leader, a manner, a guide, a celebration, an interview, a celebration, a festival, a</w:t>
            </w:r>
          </w:p>
          <w:p>
            <w:pPr>
              <w:spacing w:after="0"/>
            </w:pPr>
            <w:r>
              <w:rPr>
                <w:b w:val="0"/>
                <w:sz w:val="19"/>
              </w:rPr>
              <w:t>school ceremony, an assembly, a speech.</w:t>
            </w:r>
          </w:p>
          <w:p>
            <w:pPr>
              <w:spacing w:after="0"/>
            </w:pPr>
            <w:r>
              <w:rPr>
                <w:b w:val="0"/>
                <w:sz w:val="19"/>
              </w:rPr>
              <w:t>Verbs: To support, to lead, to care, to volunteer, to celebrate.</w:t>
            </w:r>
          </w:p>
          <w:p>
            <w:pPr>
              <w:spacing w:after="0"/>
            </w:pPr>
            <w:r>
              <w:rPr>
                <w:b w:val="0"/>
                <w:sz w:val="19"/>
              </w:rPr>
              <w:t>Adjectives: Helpful, successful, keen.</w:t>
            </w:r>
          </w:p>
          <w:p>
            <w:pPr>
              <w:spacing w:after="0"/>
            </w:pPr>
            <w:r>
              <w:rPr>
                <w:b w:val="0"/>
                <w:sz w:val="19"/>
              </w:rPr>
              <w:t>Adverbs: Carefully, willingly, cheerfully.</w:t>
            </w:r>
          </w:p>
          <w:p>
            <w:pPr>
              <w:spacing w:after="0"/>
            </w:pPr>
            <w:r>
              <w:rPr>
                <w:b w:val="0"/>
                <w:sz w:val="19"/>
              </w:rPr>
              <w:t>Vocabulary for school routines:</w:t>
            </w:r>
          </w:p>
          <w:p>
            <w:pPr>
              <w:spacing w:after="0"/>
            </w:pPr>
            <w:r>
              <w:rPr>
                <w:b w:val="0"/>
                <w:sz w:val="19"/>
              </w:rPr>
              <w:t>Nouns: An instruction, a listener, a term, a follow-up, a ceremony, national anthem, a parade, a flag.</w:t>
            </w:r>
          </w:p>
          <w:p>
            <w:pPr>
              <w:spacing w:after="0"/>
            </w:pPr>
            <w:r>
              <w:rPr>
                <w:b w:val="0"/>
                <w:sz w:val="19"/>
              </w:rPr>
              <w:t>Verbs: To enter, to greet, to pack, to pass, to fail, to try, to follow.</w:t>
            </w:r>
          </w:p>
          <w:p>
            <w:pPr>
              <w:spacing w:after="0"/>
            </w:pPr>
            <w:r>
              <w:rPr>
                <w:b w:val="0"/>
                <w:sz w:val="19"/>
              </w:rPr>
              <w:t>Adjectives: Later, soon.</w:t>
            </w:r>
          </w:p>
          <w:p>
            <w:pPr>
              <w:spacing w:after="0"/>
            </w:pPr>
            <w:r>
              <w:rPr>
                <w:b w:val="0"/>
                <w:sz w:val="19"/>
              </w:rPr>
              <w:t>Adverbs: Before, regularly.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Background Grammatical Structures in Use:</w:t>
            </w:r>
          </w:p>
          <w:p>
            <w:pPr>
              <w:spacing w:after="0"/>
            </w:pPr>
            <w:r>
              <w:rPr>
                <w:b w:val="0"/>
                <w:sz w:val="19"/>
              </w:rPr>
              <w:t>-Articles (a/an/the): (A leader, an instruction, the permission)</w:t>
            </w:r>
          </w:p>
          <w:p>
            <w:pPr>
              <w:spacing w:after="0"/>
            </w:pPr>
            <w:r>
              <w:rPr>
                <w:b w:val="0"/>
                <w:sz w:val="19"/>
              </w:rPr>
              <w:t>-Imperatives: (Enter the classroom quietly).</w:t>
            </w:r>
          </w:p>
          <w:p>
            <w:pPr>
              <w:spacing w:after="0"/>
            </w:pPr>
            <w:r>
              <w:rPr>
                <w:b w:val="0"/>
                <w:sz w:val="19"/>
              </w:rPr>
              <w:t>-Personal pronouns: (He listens carefully to the teacher’s instructions).</w:t>
            </w:r>
          </w:p>
          <w:p>
            <w:pPr>
              <w:spacing w:after="0"/>
            </w:pPr>
            <w:r>
              <w:rPr>
                <w:b w:val="0"/>
                <w:sz w:val="19"/>
              </w:rPr>
              <w:t>-There is/There are: (There is a leader in every group. There are instructions written on the board).</w:t>
            </w:r>
          </w:p>
          <w:p>
            <w:pPr>
              <w:spacing w:after="0"/>
            </w:pPr>
            <w:r>
              <w:rPr>
                <w:b w:val="0"/>
                <w:sz w:val="19"/>
              </w:rPr>
              <w:t>-Wh- questions (who-when-what-where): (Who is the leader of the class? Where do we enter the building?)</w:t>
            </w:r>
          </w:p>
          <w:p>
            <w:pPr>
              <w:spacing w:after="0"/>
            </w:pPr>
            <w:r>
              <w:rPr>
                <w:b w:val="0"/>
                <w:sz w:val="19"/>
              </w:rPr>
              <w:t>Target Grammatical Structures in Use:</w:t>
            </w:r>
          </w:p>
          <w:p>
            <w:pPr>
              <w:spacing w:after="0"/>
            </w:pPr>
            <w:r>
              <w:rPr>
                <w:b w:val="0"/>
                <w:sz w:val="19"/>
              </w:rPr>
              <w:t>-The Present Simple Tense: (A leader always cares for the team).</w:t>
            </w:r>
          </w:p>
          <w:p>
            <w:pPr>
              <w:spacing w:after="0"/>
            </w:pPr>
            <w:r>
              <w:rPr>
                <w:b w:val="0"/>
                <w:sz w:val="19"/>
              </w:rPr>
              <w:t>-Adverbs of frequency: (Students often greet their teachers before entering the class).</w:t>
            </w:r>
          </w:p>
          <w:p>
            <w:pPr>
              <w:spacing w:after="0"/>
            </w:pPr>
            <w:r>
              <w:rPr>
                <w:b w:val="0"/>
                <w:sz w:val="19"/>
              </w:rPr>
              <w:t>-Object pronouns: (The teacher supports them in their work).</w:t>
            </w:r>
          </w:p>
          <w:p>
            <w:pPr>
              <w:spacing w:after="0"/>
            </w:pPr>
            <w:r>
              <w:rPr>
                <w:b w:val="0"/>
                <w:sz w:val="19"/>
              </w:rPr>
              <w:t>Functions of the Grammatical Structures in Use:</w:t>
            </w:r>
          </w:p>
          <w:p>
            <w:pPr>
              <w:spacing w:after="0"/>
            </w:pPr>
            <w:r>
              <w:rPr>
                <w:b w:val="0"/>
                <w:sz w:val="19"/>
              </w:rPr>
              <w:t>-Use of articles (a/an/the): Expressing non-specific or general items and specific or definite items.</w:t>
            </w:r>
          </w:p>
          <w:p>
            <w:pPr>
              <w:spacing w:after="0"/>
            </w:pPr>
            <w:r>
              <w:rPr>
                <w:b w:val="0"/>
                <w:sz w:val="19"/>
              </w:rPr>
              <w:t>-Use of imperatives: Giving commands.</w:t>
            </w:r>
          </w:p>
          <w:p>
            <w:pPr>
              <w:spacing w:after="0"/>
            </w:pPr>
            <w:r>
              <w:rPr>
                <w:b w:val="0"/>
                <w:sz w:val="19"/>
              </w:rPr>
              <w:t>-Use of The Present Simple Tense: Expressing routines, habits, general truths, and facts.</w:t>
            </w:r>
          </w:p>
          <w:p>
            <w:pPr>
              <w:spacing w:after="0"/>
            </w:pPr>
            <w:r>
              <w:rPr>
                <w:b w:val="0"/>
                <w:sz w:val="19"/>
              </w:rPr>
              <w:t>-Use of adverbs of frequency: Expressing the frequency of actions or events.</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there is/there are: Introducing existence or presence, specifying objects, people, or places in a</w:t>
            </w:r>
          </w:p>
          <w:p>
            <w:pPr>
              <w:spacing w:after="0"/>
            </w:pPr>
            <w:r>
              <w:rPr>
                <w:b w:val="0"/>
                <w:sz w:val="19"/>
              </w:rPr>
              <w:t>location. -Use of wh- questions (who-when-what-where): Asking about things, actions, ideas, a time of an event, about people in an action.</w:t>
            </w:r>
          </w:p>
          <w:p>
            <w:pPr>
              <w:spacing w:after="0"/>
            </w:pPr>
            <w:r>
              <w:rPr>
                <w:b w:val="0"/>
                <w:sz w:val="19"/>
              </w:rPr>
              <w:t>Use of object pronouns: Replacing nouns that receive the action in a sentence.</w:t>
            </w:r>
          </w:p>
          <w:p>
            <w:pPr>
              <w:spacing w:after="0"/>
            </w:pPr>
            <w:r>
              <w:rPr>
                <w:b w:val="0"/>
                <w:sz w:val="19"/>
              </w:rPr>
              <w:t>Target Social Language in Use:</w:t>
            </w:r>
          </w:p>
          <w:p>
            <w:pPr>
              <w:spacing w:after="0"/>
            </w:pPr>
            <w:r>
              <w:rPr>
                <w:b w:val="0"/>
                <w:sz w:val="19"/>
              </w:rPr>
              <w:t>She’s such a team player during all school projects!</w:t>
            </w:r>
          </w:p>
          <w:p>
            <w:pPr>
              <w:spacing w:after="0"/>
            </w:pPr>
            <w:r>
              <w:rPr>
                <w:b w:val="0"/>
                <w:sz w:val="19"/>
              </w:rPr>
              <w:t>You need to work harder to make the grade!</w:t>
            </w:r>
          </w:p>
          <w:p>
            <w:pPr>
              <w:spacing w:after="0"/>
            </w:pPr>
            <w:r>
              <w:rPr>
                <w:b w:val="0"/>
                <w:sz w:val="19"/>
              </w:rPr>
              <w:t>The choir is always in the spotlight during the Republic Day celebrations!</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ENG.6.1.L1. Students can get ready for the listening/watching-comprehension process for the current</w:t>
            </w:r>
          </w:p>
          <w:p>
            <w:pPr>
              <w:spacing w:after="0"/>
            </w:pPr>
            <w:r>
              <w:rPr>
                <w:b w:val="0"/>
                <w:sz w:val="19"/>
              </w:rPr>
              <w:t>content on “school life with roles, and responsibilities at school; school routines; national days</w:t>
            </w:r>
          </w:p>
          <w:p>
            <w:pPr>
              <w:spacing w:after="0"/>
            </w:pPr>
            <w:r>
              <w:rPr>
                <w:b w:val="0"/>
                <w:sz w:val="19"/>
              </w:rPr>
              <w:t>and celebrations” carefully. ENG.6.1.L2. Students can bring information about the current content on “school life with roles, and</w:t>
            </w:r>
          </w:p>
          <w:p>
            <w:pPr>
              <w:spacing w:after="0"/>
            </w:pPr>
            <w:r>
              <w:rPr>
                <w:b w:val="0"/>
                <w:sz w:val="19"/>
              </w:rPr>
              <w:t>responsibilities at school; school routines; national days and celebrations” together through</w:t>
            </w:r>
          </w:p>
          <w:p>
            <w:pPr>
              <w:spacing w:after="0"/>
            </w:pPr>
            <w:r>
              <w:rPr>
                <w:b w:val="0"/>
                <w:sz w:val="19"/>
              </w:rPr>
              <w:t>significant details and main components while listening/watching it. ENG.6.1.L3. Students can make meaning of/derive meaning from the current content on “school life with</w:t>
            </w:r>
          </w:p>
          <w:p>
            <w:pPr>
              <w:spacing w:after="0"/>
            </w:pPr>
            <w:r>
              <w:rPr>
                <w:b w:val="0"/>
                <w:sz w:val="19"/>
              </w:rPr>
              <w:t>roles, and responsibilities at school; school routines; national days and celebrations” through</w:t>
            </w:r>
          </w:p>
          <w:p>
            <w:pPr>
              <w:spacing w:after="0"/>
            </w:pPr>
            <w:r>
              <w:rPr>
                <w:b w:val="0"/>
                <w:sz w:val="19"/>
              </w:rPr>
              <w:t>significant details by listening/watching it carefully. ENG.6.1.L4.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“school life with roles, and responsibilities at school; school routines; national days and</w:t>
            </w:r>
          </w:p>
          <w:p>
            <w:pPr>
              <w:spacing w:after="0"/>
            </w:pPr>
            <w:r>
              <w:rPr>
                <w:b w:val="0"/>
                <w:sz w:val="19"/>
              </w:rPr>
              <w:t>celebrations”. ENG.6.1.P1. Students can select and use the target phonological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and naturally through spontaneous decision-making</w:t>
            </w:r>
          </w:p>
          <w:p>
            <w:pPr>
              <w:spacing w:after="0"/>
            </w:pPr>
            <w:r>
              <w:rPr>
                <w:b w:val="0"/>
                <w:sz w:val="19"/>
              </w:rPr>
              <w:t>processes and use it in an appropriate and effective way when communicating with others. ENG.6.1.R1. Students can get ready for the reading-comprehension process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ENG.6.1.R2. Students can bring information about the current content on “school life with roles, and</w:t>
            </w:r>
          </w:p>
          <w:p>
            <w:pPr>
              <w:spacing w:after="0"/>
            </w:pPr>
            <w:r>
              <w:rPr>
                <w:b w:val="0"/>
                <w:sz w:val="19"/>
              </w:rPr>
              <w:t>responsibilities at school; school routines; national days and celebrations” through skimming</w:t>
            </w:r>
          </w:p>
          <w:p>
            <w:pPr>
              <w:spacing w:after="0"/>
            </w:pPr>
            <w:r>
              <w:rPr>
                <w:b w:val="0"/>
                <w:sz w:val="19"/>
              </w:rPr>
              <w:t>(looking quickly at) the audio-visual elements and reading the content very quickly. ENG.6.1.R3. Students can make meaning of / derive meaning from the current content about “school life</w:t>
            </w:r>
          </w:p>
          <w:p>
            <w:pPr>
              <w:spacing w:after="0"/>
            </w:pPr>
            <w:r>
              <w:rPr>
                <w:b w:val="0"/>
                <w:sz w:val="19"/>
              </w:rPr>
              <w:t>with roles, and responsibilities at school; school routines; national days and celebrations” by</w:t>
            </w:r>
          </w:p>
          <w:p>
            <w:pPr>
              <w:spacing w:after="0"/>
            </w:pPr>
            <w:r>
              <w:rPr>
                <w:b w:val="0"/>
                <w:sz w:val="19"/>
              </w:rPr>
              <w:t>reading it carefully. ENG.6.1.R4. Students can convey their knowledge, experiences, thoughts, and feelings related to the</w:t>
            </w:r>
          </w:p>
          <w:p>
            <w:pPr>
              <w:spacing w:after="0"/>
            </w:pPr>
            <w:r>
              <w:rPr>
                <w:b w:val="0"/>
                <w:sz w:val="19"/>
              </w:rPr>
              <w:t>reading-comprehension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ENG.6.1.V1. Students can select and use the target vocabulary of the current content about “school life</w:t>
            </w:r>
          </w:p>
          <w:p>
            <w:pPr>
              <w:spacing w:after="0"/>
            </w:pPr>
            <w:r>
              <w:rPr>
                <w:b w:val="0"/>
                <w:sz w:val="19"/>
              </w:rPr>
              <w:t>with roles, and responsibilities at school; school routines; national days and celebrations”</w:t>
            </w:r>
          </w:p>
          <w:p>
            <w:pPr>
              <w:spacing w:after="0"/>
            </w:pPr>
            <w:r>
              <w:rPr>
                <w:b w:val="0"/>
                <w:sz w:val="19"/>
              </w:rPr>
              <w:t>accurately, authentically, spontaneously, and naturally and use it appropriately and effectively</w:t>
            </w:r>
          </w:p>
          <w:p>
            <w:pPr>
              <w:spacing w:after="0"/>
            </w:pPr>
            <w:r>
              <w:rPr>
                <w:b w:val="0"/>
                <w:sz w:val="19"/>
              </w:rPr>
              <w:t>when communicating with others. ENG.6.1.G1. Students can select and use the target grammatical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spontaneously, and naturally and use it appropriately</w:t>
            </w:r>
          </w:p>
          <w:p>
            <w:pPr>
              <w:spacing w:after="0"/>
            </w:pPr>
            <w:r>
              <w:rPr>
                <w:b w:val="0"/>
                <w:sz w:val="19"/>
              </w:rPr>
              <w:t>and effectively when communicating with others. ENG.6.1.W1. Students can get ready for the writing-expression process about the current content on</w:t>
            </w:r>
          </w:p>
          <w:p>
            <w:pPr>
              <w:spacing w:after="0"/>
            </w:pPr>
            <w:r>
              <w:rPr>
                <w:b w:val="0"/>
                <w:sz w:val="19"/>
              </w:rPr>
              <w:t>“school life with roles, and responsibilities at school; school routines; national days and</w:t>
            </w:r>
          </w:p>
          <w:p>
            <w:pPr>
              <w:spacing w:after="0"/>
            </w:pPr>
            <w:r>
              <w:rPr>
                <w:b w:val="0"/>
                <w:sz w:val="19"/>
              </w:rPr>
              <w:t>celebrations”. ENG.6.1.W2. Students can understand the model/example for the writing task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ENG.6.1.W3. Students can organise a content for the assigned writing task on the current content “school</w:t>
            </w:r>
          </w:p>
          <w:p>
            <w:pPr>
              <w:spacing w:after="0"/>
            </w:pPr>
            <w:r>
              <w:rPr>
                <w:b w:val="0"/>
                <w:sz w:val="19"/>
              </w:rPr>
              <w:t>life with roles, and responsibilities at school; school routines; national days and celebrations”</w:t>
            </w:r>
          </w:p>
          <w:p>
            <w:pPr>
              <w:spacing w:after="0"/>
            </w:pPr>
            <w:r>
              <w:rPr>
                <w:b w:val="0"/>
                <w:sz w:val="19"/>
              </w:rPr>
              <w:t>based on the model/example provided. ENG.6.1.W4. Students can individually construct/form content for the assigned writing task on the current</w:t>
            </w:r>
          </w:p>
          <w:p>
            <w:pPr>
              <w:spacing w:after="0"/>
            </w:pPr>
            <w:r>
              <w:rPr>
                <w:b w:val="0"/>
                <w:sz w:val="19"/>
              </w:rPr>
              <w:t>content “school life with roles, and responsibilities at school; school routines; national days</w:t>
            </w:r>
          </w:p>
          <w:p>
            <w:pPr>
              <w:spacing w:after="0"/>
            </w:pPr>
            <w:r>
              <w:rPr>
                <w:b w:val="0"/>
                <w:sz w:val="19"/>
              </w:rPr>
              <w:t>and celebrations”. ENG.6.1.W5. Students can reorganise (reconstruct) and use information in the new written tasks about</w:t>
            </w:r>
          </w:p>
          <w:p>
            <w:pPr>
              <w:spacing w:after="0"/>
            </w:pPr>
            <w:r>
              <w:rPr>
                <w:b w:val="0"/>
                <w:sz w:val="19"/>
              </w:rPr>
              <w:t>the “school life with roles, and responsibilities at school; school routines; national days and</w:t>
            </w:r>
          </w:p>
          <w:p>
            <w:pPr>
              <w:spacing w:after="0"/>
            </w:pPr>
            <w:r>
              <w:rPr>
                <w:b w:val="0"/>
                <w:sz w:val="19"/>
              </w:rPr>
              <w:t>celebrations” to communicate with other people. ENG.6.1.W6. Students can reflect on their knowledge, experiences, thoughts, and feelings related to</w:t>
            </w:r>
          </w:p>
          <w:p>
            <w:pPr>
              <w:spacing w:after="0"/>
            </w:pPr>
            <w:r>
              <w:rPr>
                <w:b w:val="0"/>
                <w:sz w:val="19"/>
              </w:rPr>
              <w:t>the writing-expression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ENG.6.1.S1. Students can get ready for speaking-expression process about the current content on “school</w:t>
            </w:r>
          </w:p>
          <w:p>
            <w:pPr>
              <w:spacing w:after="0"/>
            </w:pPr>
            <w:r>
              <w:rPr>
                <w:b w:val="0"/>
                <w:sz w:val="19"/>
              </w:rPr>
              <w:t>life with roles, and responsibilities at school; school routines; national days and celebrations”. ENG.6.1.S2. Students can use the model/example for producing verbal content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ENG.6.1.S3. Students can organise a new verbal content on “school life with roles, and responsibilities at</w:t>
            </w:r>
          </w:p>
          <w:p>
            <w:pPr>
              <w:spacing w:after="0"/>
            </w:pPr>
            <w:r>
              <w:rPr>
                <w:b w:val="0"/>
                <w:sz w:val="19"/>
              </w:rPr>
              <w:t>school; school routines; national days and celebrations” by speaking accurately, efficiently, and authentically. ENG.6.1.S4. Students can construct a new verbal content on “school life with roles, and responsibilities at</w:t>
            </w:r>
          </w:p>
          <w:p>
            <w:pPr>
              <w:spacing w:after="0"/>
            </w:pPr>
            <w:r>
              <w:rPr>
                <w:b w:val="0"/>
                <w:sz w:val="19"/>
              </w:rPr>
              <w:t>school; school routines; national days and celebrations” by speaking accurately, efficiently, and authentically. ENG.6.1.S5. Students can reorganise (reconstruct) and use information about the “school life with roles, and responsibilities at school; school routines; national days and celebrations” to communicate</w:t>
            </w:r>
          </w:p>
          <w:p>
            <w:pPr>
              <w:spacing w:after="0"/>
            </w:pPr>
            <w:r>
              <w:rPr>
                <w:b w:val="0"/>
                <w:sz w:val="19"/>
              </w:rPr>
              <w:t>with other people. ENG.6.1.S6. Students can convey their knowledge, experiences, thoughts, and feelings related to</w:t>
            </w:r>
          </w:p>
          <w:p>
            <w:pPr>
              <w:spacing w:after="0"/>
            </w:pPr>
            <w:r>
              <w:rPr>
                <w:b w:val="0"/>
                <w:sz w:val="19"/>
              </w:rPr>
              <w:t>the speaking-expression process about the current content, “school life with roles, and</w:t>
            </w:r>
          </w:p>
          <w:p>
            <w:pPr>
              <w:spacing w:after="0"/>
            </w:pPr>
            <w:r>
              <w:rPr>
                <w:b w:val="0"/>
                <w:sz w:val="19"/>
              </w:rPr>
              <w:t>responsibilities at school; school routines; national days and celebrations”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V6. Honesty, V7. Aesthetics, V9.</w:t>
            </w:r>
          </w:p>
          <w:p>
            <w:pPr>
              <w:spacing w:after="0"/>
            </w:pPr>
            <w:r>
              <w:rPr>
                <w:b w:val="0"/>
                <w:sz w:val="19"/>
              </w:rPr>
              <w:t>Compassion, V10. Modesty, V12. Patience, V14. Respect,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(ENG.6.1.L1.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survey sheet</w:t>
            </w:r>
          </w:p>
          <w:p>
            <w:pPr>
              <w:spacing w:after="0"/>
            </w:pPr>
            <w:r>
              <w:rPr>
                <w:b w:val="0"/>
                <w:sz w:val="19"/>
              </w:rPr>
              <w:t>with questions about routines, habits, and frequency. For example: “How often do you eat vegetables?”, “How</w:t>
            </w:r>
          </w:p>
          <w:p>
            <w:pPr>
              <w:spacing w:after="0"/>
            </w:pPr>
            <w:r>
              <w:rPr>
                <w:b w:val="0"/>
                <w:sz w:val="19"/>
              </w:rPr>
              <w:t>do 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For example: “I always eat vegetables for lunch”, “I usually take the bus to school” or “I never watch TV in the</w:t>
            </w:r>
          </w:p>
          <w:p>
            <w:pPr>
              <w:spacing w:after="0"/>
            </w:pPr>
            <w:r>
              <w:rPr>
                <w:b w:val="0"/>
                <w:sz w:val="19"/>
              </w:rPr>
              <w:t>morning”. After the survey, the teacher asks students to report back to the class using full sentences such</w:t>
            </w:r>
          </w:p>
          <w:p>
            <w:pPr>
              <w:spacing w:after="0"/>
            </w:pPr>
            <w:r>
              <w:rPr>
                <w:b w:val="0"/>
                <w:sz w:val="19"/>
              </w:rPr>
              <w:t>as “Student A always eats vegetables for lunch”, “Student B never watches TV in the morning”. She/He asks</w:t>
            </w:r>
          </w:p>
          <w:p>
            <w:pPr>
              <w:spacing w:after="0"/>
            </w:pPr>
            <w:r>
              <w:rPr>
                <w:b w:val="0"/>
                <w:sz w:val="19"/>
              </w:rPr>
              <w:t>students to share some of the most interesting or surprising routines they heard from their classmates. Then</w:t>
            </w:r>
          </w:p>
          <w:p>
            <w:pPr>
              <w:spacing w:after="0"/>
            </w:pPr>
            <w:r>
              <w:rPr>
                <w:b w:val="0"/>
                <w:sz w:val="19"/>
              </w:rPr>
              <w:t>she/he writes some of the correct and incorrect sentences on the board (without identifying the students)</w:t>
            </w:r>
          </w:p>
          <w:p>
            <w:pPr>
              <w:spacing w:after="0"/>
            </w:pPr>
            <w:r>
              <w:rPr>
                <w:b w:val="0"/>
                <w:sz w:val="19"/>
              </w:rPr>
              <w:t>and corrects any mistakes related to adverb placement and Present Simple Tense usage. She/He reminds</w:t>
            </w:r>
          </w:p>
          <w:p>
            <w:pPr>
              <w:spacing w:after="0"/>
            </w:pPr>
            <w:r>
              <w:rPr>
                <w:b w:val="0"/>
                <w:sz w:val="19"/>
              </w:rPr>
              <w:t>students that they can practice discussing their routines and habits outside of class by focusing on adverbs</w:t>
            </w:r>
          </w:p>
          <w:p>
            <w:pPr>
              <w:spacing w:after="0"/>
            </w:pPr>
            <w:r>
              <w:rPr>
                <w:b w:val="0"/>
                <w:sz w:val="19"/>
              </w:rPr>
              <w:t>of frequency in daily conversations. Students reflect on their thoughts and feelings about the activity. Supporting</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sheet with</w:t>
            </w:r>
          </w:p>
          <w:p>
            <w:pPr>
              <w:spacing w:after="0"/>
            </w:pPr>
            <w:r>
              <w:rPr>
                <w:b w:val="0"/>
                <w:sz w:val="19"/>
              </w:rPr>
              <w:t>questions about routines, habits, and frequency. For example: “How often do you eat vegetables?”, “How do</w:t>
            </w:r>
          </w:p>
          <w:p>
            <w:pPr>
              <w:spacing w:after="0"/>
            </w:pPr>
            <w:r>
              <w:rPr>
                <w:b w:val="0"/>
                <w:sz w:val="19"/>
              </w:rPr>
              <w:t>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The teacher moves around the class and gives guidance to students who need help with the sentence</w:t>
            </w:r>
          </w:p>
          <w:p>
            <w:pPr>
              <w:spacing w:after="0"/>
            </w:pPr>
            <w:r>
              <w:rPr>
                <w:b w:val="0"/>
                <w:sz w:val="19"/>
              </w:rPr>
              <w:t>structure or adverb placement. Students share their sentences with their peer. The teacher asks students</w:t>
            </w:r>
          </w:p>
          <w:p>
            <w:pPr>
              <w:spacing w:after="0"/>
            </w:pPr>
            <w:r>
              <w:rPr>
                <w:b w:val="0"/>
                <w:sz w:val="19"/>
              </w:rPr>
              <w:t>to share some of the most interesting or surprising routines they heard from their classmates. She/He writes</w:t>
            </w:r>
          </w:p>
          <w:p>
            <w:pPr>
              <w:spacing w:after="0"/>
            </w:pPr>
            <w:r>
              <w:rPr>
                <w:b w:val="0"/>
                <w:sz w:val="19"/>
              </w:rPr>
              <w:t>some of the correct and incorrect sentences on the board (without identifying the students) and corrects</w:t>
            </w:r>
          </w:p>
          <w:p>
            <w:pPr>
              <w:spacing w:after="0"/>
            </w:pPr>
            <w:r>
              <w:rPr>
                <w:b w:val="0"/>
                <w:sz w:val="19"/>
              </w:rPr>
              <w:t>any mistakes related to adverb placement and Present Simple Tense usage. She/He reminds students that</w:t>
            </w:r>
          </w:p>
          <w:p>
            <w:pPr>
              <w:spacing w:after="0"/>
            </w:pPr>
            <w:r>
              <w:rPr>
                <w:b w:val="0"/>
                <w:sz w:val="19"/>
              </w:rPr>
              <w:t>they can practise discussing their routines and habits outside of class by focusing on adverbs of frequency</w:t>
            </w:r>
          </w:p>
          <w:p>
            <w:pPr>
              <w:spacing w:after="0"/>
            </w:pPr>
            <w:r>
              <w:rPr>
                <w:b w:val="0"/>
                <w:sz w:val="19"/>
              </w:rPr>
              <w:t>in daily conversations.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poster about their daily routines at school. First, they will write sentences describing their daily routines at school. Then, they will write these sentences on</w:t>
            </w:r>
          </w:p>
          <w:p>
            <w:pPr>
              <w:spacing w:after="0"/>
            </w:pPr>
            <w:r>
              <w:rPr>
                <w:b w:val="0"/>
                <w:sz w:val="19"/>
              </w:rPr>
              <w:t>a paper and add some details such as photos, pictures, drawings etc. Finally, they will present their posters</w:t>
            </w:r>
          </w:p>
          <w:p>
            <w:pPr>
              <w:spacing w:after="0"/>
            </w:pPr>
            <w:r>
              <w:rPr>
                <w:b w:val="0"/>
                <w:sz w:val="19"/>
              </w:rPr>
              <w:t>in the class and display them on the classroom bulletin board. The assignment will be evaluated by using a</w:t>
            </w:r>
          </w:p>
          <w:p>
            <w:pPr>
              <w:spacing w:after="0"/>
            </w:pPr>
            <w:r>
              <w:rPr>
                <w:b w:val="0"/>
                <w:sz w:val="19"/>
              </w:rPr>
              <w:t>rubric scheme, a rating scale, and/or a marking scheme.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5: 12-16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5: 12-16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Roles, and responsibilities at school; school routines; national days and celebrations</w:t>
            </w:r>
          </w:p>
          <w:p>
            <w:pPr>
              <w:spacing w:after="0"/>
            </w:pPr>
            <w:r>
              <w:rPr>
                <w:b w:val="0"/>
                <w:sz w:val="19"/>
              </w:rPr>
              <w:t>Target Vocabulary in Use (with revisional vocabulary):</w:t>
            </w:r>
          </w:p>
          <w:p>
            <w:pPr>
              <w:spacing w:after="0"/>
            </w:pPr>
            <w:r>
              <w:rPr>
                <w:b w:val="0"/>
                <w:sz w:val="19"/>
              </w:rPr>
              <w:t>Vocabulary for roles, and responsibilities at school:</w:t>
            </w:r>
          </w:p>
          <w:p>
            <w:pPr>
              <w:spacing w:after="0"/>
            </w:pPr>
            <w:r>
              <w:rPr>
                <w:b w:val="0"/>
                <w:sz w:val="19"/>
              </w:rPr>
              <w:t>Nouns: A permission, a leader, a manner, a guide, a celebration, an interview, a celebration, a festival, a</w:t>
            </w:r>
          </w:p>
          <w:p>
            <w:pPr>
              <w:spacing w:after="0"/>
            </w:pPr>
            <w:r>
              <w:rPr>
                <w:b w:val="0"/>
                <w:sz w:val="19"/>
              </w:rPr>
              <w:t>school ceremony, an assembly, a speech.</w:t>
            </w:r>
          </w:p>
          <w:p>
            <w:pPr>
              <w:spacing w:after="0"/>
            </w:pPr>
            <w:r>
              <w:rPr>
                <w:b w:val="0"/>
                <w:sz w:val="19"/>
              </w:rPr>
              <w:t>Verbs: To support, to lead, to care, to volunteer, to celebrate.</w:t>
            </w:r>
          </w:p>
          <w:p>
            <w:pPr>
              <w:spacing w:after="0"/>
            </w:pPr>
            <w:r>
              <w:rPr>
                <w:b w:val="0"/>
                <w:sz w:val="19"/>
              </w:rPr>
              <w:t>Adjectives: Helpful, successful, keen.</w:t>
            </w:r>
          </w:p>
          <w:p>
            <w:pPr>
              <w:spacing w:after="0"/>
            </w:pPr>
            <w:r>
              <w:rPr>
                <w:b w:val="0"/>
                <w:sz w:val="19"/>
              </w:rPr>
              <w:t>Adverbs: Carefully, willingly, cheerfully.</w:t>
            </w:r>
          </w:p>
          <w:p>
            <w:pPr>
              <w:spacing w:after="0"/>
            </w:pPr>
            <w:r>
              <w:rPr>
                <w:b w:val="0"/>
                <w:sz w:val="19"/>
              </w:rPr>
              <w:t>Vocabulary for school routines:</w:t>
            </w:r>
          </w:p>
          <w:p>
            <w:pPr>
              <w:spacing w:after="0"/>
            </w:pPr>
            <w:r>
              <w:rPr>
                <w:b w:val="0"/>
                <w:sz w:val="19"/>
              </w:rPr>
              <w:t>Nouns: An instruction, a listener, a term, a follow-up, a ceremony, national anthem, a parade, a flag.</w:t>
            </w:r>
          </w:p>
          <w:p>
            <w:pPr>
              <w:spacing w:after="0"/>
            </w:pPr>
            <w:r>
              <w:rPr>
                <w:b w:val="0"/>
                <w:sz w:val="19"/>
              </w:rPr>
              <w:t>Verbs: To enter, to greet, to pack, to pass, to fail, to try, to follow.</w:t>
            </w:r>
          </w:p>
          <w:p>
            <w:pPr>
              <w:spacing w:after="0"/>
            </w:pPr>
            <w:r>
              <w:rPr>
                <w:b w:val="0"/>
                <w:sz w:val="19"/>
              </w:rPr>
              <w:t>Adjectives: Later, soon.</w:t>
            </w:r>
          </w:p>
          <w:p>
            <w:pPr>
              <w:spacing w:after="0"/>
            </w:pPr>
            <w:r>
              <w:rPr>
                <w:b w:val="0"/>
                <w:sz w:val="19"/>
              </w:rPr>
              <w:t>Adverbs: Before, regularly.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Background Grammatical Structures in Use:</w:t>
            </w:r>
          </w:p>
          <w:p>
            <w:pPr>
              <w:spacing w:after="0"/>
            </w:pPr>
            <w:r>
              <w:rPr>
                <w:b w:val="0"/>
                <w:sz w:val="19"/>
              </w:rPr>
              <w:t>-Articles (a/an/the): (A leader, an instruction, the permission)</w:t>
            </w:r>
          </w:p>
          <w:p>
            <w:pPr>
              <w:spacing w:after="0"/>
            </w:pPr>
            <w:r>
              <w:rPr>
                <w:b w:val="0"/>
                <w:sz w:val="19"/>
              </w:rPr>
              <w:t>-Imperatives: (Enter the classroom quietly).</w:t>
            </w:r>
          </w:p>
          <w:p>
            <w:pPr>
              <w:spacing w:after="0"/>
            </w:pPr>
            <w:r>
              <w:rPr>
                <w:b w:val="0"/>
                <w:sz w:val="19"/>
              </w:rPr>
              <w:t>-Personal pronouns: (He listens carefully to the teacher’s instructions).</w:t>
            </w:r>
          </w:p>
          <w:p>
            <w:pPr>
              <w:spacing w:after="0"/>
            </w:pPr>
            <w:r>
              <w:rPr>
                <w:b w:val="0"/>
                <w:sz w:val="19"/>
              </w:rPr>
              <w:t>-There is/There are: (There is a leader in every group. There are instructions written on the board).</w:t>
            </w:r>
          </w:p>
          <w:p>
            <w:pPr>
              <w:spacing w:after="0"/>
            </w:pPr>
            <w:r>
              <w:rPr>
                <w:b w:val="0"/>
                <w:sz w:val="19"/>
              </w:rPr>
              <w:t>-Wh- questions (who-when-what-where): (Who is the leader of the class? Where do we enter the building?)</w:t>
            </w:r>
          </w:p>
          <w:p>
            <w:pPr>
              <w:spacing w:after="0"/>
            </w:pPr>
            <w:r>
              <w:rPr>
                <w:b w:val="0"/>
                <w:sz w:val="19"/>
              </w:rPr>
              <w:t>Target Grammatical Structures in Use:</w:t>
            </w:r>
          </w:p>
          <w:p>
            <w:pPr>
              <w:spacing w:after="0"/>
            </w:pPr>
            <w:r>
              <w:rPr>
                <w:b w:val="0"/>
                <w:sz w:val="19"/>
              </w:rPr>
              <w:t>-The Present Simple Tense: (A leader always cares for the team).</w:t>
            </w:r>
          </w:p>
          <w:p>
            <w:pPr>
              <w:spacing w:after="0"/>
            </w:pPr>
            <w:r>
              <w:rPr>
                <w:b w:val="0"/>
                <w:sz w:val="19"/>
              </w:rPr>
              <w:t>-Adverbs of frequency: (Students often greet their teachers before entering the class).</w:t>
            </w:r>
          </w:p>
          <w:p>
            <w:pPr>
              <w:spacing w:after="0"/>
            </w:pPr>
            <w:r>
              <w:rPr>
                <w:b w:val="0"/>
                <w:sz w:val="19"/>
              </w:rPr>
              <w:t>-Object pronouns: (The teacher supports them in their work).</w:t>
            </w:r>
          </w:p>
          <w:p>
            <w:pPr>
              <w:spacing w:after="0"/>
            </w:pPr>
            <w:r>
              <w:rPr>
                <w:b w:val="0"/>
                <w:sz w:val="19"/>
              </w:rPr>
              <w:t>Functions of the Grammatical Structures in Use:</w:t>
            </w:r>
          </w:p>
          <w:p>
            <w:pPr>
              <w:spacing w:after="0"/>
            </w:pPr>
            <w:r>
              <w:rPr>
                <w:b w:val="0"/>
                <w:sz w:val="19"/>
              </w:rPr>
              <w:t>-Use of articles (a/an/the): Expressing non-specific or general items and specific or definite items.</w:t>
            </w:r>
          </w:p>
          <w:p>
            <w:pPr>
              <w:spacing w:after="0"/>
            </w:pPr>
            <w:r>
              <w:rPr>
                <w:b w:val="0"/>
                <w:sz w:val="19"/>
              </w:rPr>
              <w:t>-Use of imperatives: Giving commands.</w:t>
            </w:r>
          </w:p>
          <w:p>
            <w:pPr>
              <w:spacing w:after="0"/>
            </w:pPr>
            <w:r>
              <w:rPr>
                <w:b w:val="0"/>
                <w:sz w:val="19"/>
              </w:rPr>
              <w:t>-Use of The Present Simple Tense: Expressing routines, habits, general truths, and facts.</w:t>
            </w:r>
          </w:p>
          <w:p>
            <w:pPr>
              <w:spacing w:after="0"/>
            </w:pPr>
            <w:r>
              <w:rPr>
                <w:b w:val="0"/>
                <w:sz w:val="19"/>
              </w:rPr>
              <w:t>-Use of adverbs of frequency: Expressing the frequency of actions or events.</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there is/there are: Introducing existence or presence, specifying objects, people, or places in a</w:t>
            </w:r>
          </w:p>
          <w:p>
            <w:pPr>
              <w:spacing w:after="0"/>
            </w:pPr>
            <w:r>
              <w:rPr>
                <w:b w:val="0"/>
                <w:sz w:val="19"/>
              </w:rPr>
              <w:t>location. -Use of wh- questions (who-when-what-where): Asking about things, actions, ideas, a time of an event, about people in an action.</w:t>
            </w:r>
          </w:p>
          <w:p>
            <w:pPr>
              <w:spacing w:after="0"/>
            </w:pPr>
            <w:r>
              <w:rPr>
                <w:b w:val="0"/>
                <w:sz w:val="19"/>
              </w:rPr>
              <w:t>Use of object pronouns: Replacing nouns that receive the action in a sentence.</w:t>
            </w:r>
          </w:p>
          <w:p>
            <w:pPr>
              <w:spacing w:after="0"/>
            </w:pPr>
            <w:r>
              <w:rPr>
                <w:b w:val="0"/>
                <w:sz w:val="19"/>
              </w:rPr>
              <w:t>Target Social Language in Use:</w:t>
            </w:r>
          </w:p>
          <w:p>
            <w:pPr>
              <w:spacing w:after="0"/>
            </w:pPr>
            <w:r>
              <w:rPr>
                <w:b w:val="0"/>
                <w:sz w:val="19"/>
              </w:rPr>
              <w:t>She’s such a team player during all school projects!</w:t>
            </w:r>
          </w:p>
          <w:p>
            <w:pPr>
              <w:spacing w:after="0"/>
            </w:pPr>
            <w:r>
              <w:rPr>
                <w:b w:val="0"/>
                <w:sz w:val="19"/>
              </w:rPr>
              <w:t>You need to work harder to make the grade!</w:t>
            </w:r>
          </w:p>
          <w:p>
            <w:pPr>
              <w:spacing w:after="0"/>
            </w:pPr>
            <w:r>
              <w:rPr>
                <w:b w:val="0"/>
                <w:sz w:val="19"/>
              </w:rPr>
              <w:t>The choir is always in the spotlight during the Republic Day celebrations!</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ENG.6.1.L1. Students can get ready for the listening/watching-comprehension process for the current</w:t>
            </w:r>
          </w:p>
          <w:p>
            <w:pPr>
              <w:spacing w:after="0"/>
            </w:pPr>
            <w:r>
              <w:rPr>
                <w:b w:val="0"/>
                <w:sz w:val="19"/>
              </w:rPr>
              <w:t>content on “school life with roles, and responsibilities at school; school routines; national days</w:t>
            </w:r>
          </w:p>
          <w:p>
            <w:pPr>
              <w:spacing w:after="0"/>
            </w:pPr>
            <w:r>
              <w:rPr>
                <w:b w:val="0"/>
                <w:sz w:val="19"/>
              </w:rPr>
              <w:t>and celebrations” carefully. ENG.6.1.L2. Students can bring information about the current content on “school life with roles, and</w:t>
            </w:r>
          </w:p>
          <w:p>
            <w:pPr>
              <w:spacing w:after="0"/>
            </w:pPr>
            <w:r>
              <w:rPr>
                <w:b w:val="0"/>
                <w:sz w:val="19"/>
              </w:rPr>
              <w:t>responsibilities at school; school routines; national days and celebrations” together through</w:t>
            </w:r>
          </w:p>
          <w:p>
            <w:pPr>
              <w:spacing w:after="0"/>
            </w:pPr>
            <w:r>
              <w:rPr>
                <w:b w:val="0"/>
                <w:sz w:val="19"/>
              </w:rPr>
              <w:t>significant details and main components while listening/watching it. ENG.6.1.L3. Students can make meaning of/derive meaning from the current content on “school life with</w:t>
            </w:r>
          </w:p>
          <w:p>
            <w:pPr>
              <w:spacing w:after="0"/>
            </w:pPr>
            <w:r>
              <w:rPr>
                <w:b w:val="0"/>
                <w:sz w:val="19"/>
              </w:rPr>
              <w:t>roles, and responsibilities at school; school routines; national days and celebrations” through</w:t>
            </w:r>
          </w:p>
          <w:p>
            <w:pPr>
              <w:spacing w:after="0"/>
            </w:pPr>
            <w:r>
              <w:rPr>
                <w:b w:val="0"/>
                <w:sz w:val="19"/>
              </w:rPr>
              <w:t>significant details by listening/watching it carefully. ENG.6.1.L4.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“school life with roles, and responsibilities at school; school routines; national days and</w:t>
            </w:r>
          </w:p>
          <w:p>
            <w:pPr>
              <w:spacing w:after="0"/>
            </w:pPr>
            <w:r>
              <w:rPr>
                <w:b w:val="0"/>
                <w:sz w:val="19"/>
              </w:rPr>
              <w:t>celebrations”. ENG.6.1.P1. Students can select and use the target phonological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and naturally through spontaneous decision-making</w:t>
            </w:r>
          </w:p>
          <w:p>
            <w:pPr>
              <w:spacing w:after="0"/>
            </w:pPr>
            <w:r>
              <w:rPr>
                <w:b w:val="0"/>
                <w:sz w:val="19"/>
              </w:rPr>
              <w:t>processes and use it in an appropriate and effective way when communicating with others. ENG.6.1.R1. Students can get ready for the reading-comprehension process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ENG.6.1.R2. Students can bring information about the current content on “school life with roles, and</w:t>
            </w:r>
          </w:p>
          <w:p>
            <w:pPr>
              <w:spacing w:after="0"/>
            </w:pPr>
            <w:r>
              <w:rPr>
                <w:b w:val="0"/>
                <w:sz w:val="19"/>
              </w:rPr>
              <w:t>responsibilities at school; school routines; national days and celebrations” through skimming</w:t>
            </w:r>
          </w:p>
          <w:p>
            <w:pPr>
              <w:spacing w:after="0"/>
            </w:pPr>
            <w:r>
              <w:rPr>
                <w:b w:val="0"/>
                <w:sz w:val="19"/>
              </w:rPr>
              <w:t>(looking quickly at) the audio-visual elements and reading the content very quickly. ENG.6.1.R3. Students can make meaning of / derive meaning from the current content about “school life</w:t>
            </w:r>
          </w:p>
          <w:p>
            <w:pPr>
              <w:spacing w:after="0"/>
            </w:pPr>
            <w:r>
              <w:rPr>
                <w:b w:val="0"/>
                <w:sz w:val="19"/>
              </w:rPr>
              <w:t>with roles, and responsibilities at school; school routines; national days and celebrations” by</w:t>
            </w:r>
          </w:p>
          <w:p>
            <w:pPr>
              <w:spacing w:after="0"/>
            </w:pPr>
            <w:r>
              <w:rPr>
                <w:b w:val="0"/>
                <w:sz w:val="19"/>
              </w:rPr>
              <w:t>reading it carefully. ENG.6.1.R4. Students can convey their knowledge, experiences, thoughts, and feelings related to the</w:t>
            </w:r>
          </w:p>
          <w:p>
            <w:pPr>
              <w:spacing w:after="0"/>
            </w:pPr>
            <w:r>
              <w:rPr>
                <w:b w:val="0"/>
                <w:sz w:val="19"/>
              </w:rPr>
              <w:t>reading-comprehension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ENG.6.1.V1. Students can select and use the target vocabulary of the current content about “school life</w:t>
            </w:r>
          </w:p>
          <w:p>
            <w:pPr>
              <w:spacing w:after="0"/>
            </w:pPr>
            <w:r>
              <w:rPr>
                <w:b w:val="0"/>
                <w:sz w:val="19"/>
              </w:rPr>
              <w:t>with roles, and responsibilities at school; school routines; national days and celebrations”</w:t>
            </w:r>
          </w:p>
          <w:p>
            <w:pPr>
              <w:spacing w:after="0"/>
            </w:pPr>
            <w:r>
              <w:rPr>
                <w:b w:val="0"/>
                <w:sz w:val="19"/>
              </w:rPr>
              <w:t>accurately, authentically, spontaneously, and naturally and use it appropriately and effectively</w:t>
            </w:r>
          </w:p>
          <w:p>
            <w:pPr>
              <w:spacing w:after="0"/>
            </w:pPr>
            <w:r>
              <w:rPr>
                <w:b w:val="0"/>
                <w:sz w:val="19"/>
              </w:rPr>
              <w:t>when communicating with others. ENG.6.1.G1. Students can select and use the target grammatical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spontaneously, and naturally and use it appropriately</w:t>
            </w:r>
          </w:p>
          <w:p>
            <w:pPr>
              <w:spacing w:after="0"/>
            </w:pPr>
            <w:r>
              <w:rPr>
                <w:b w:val="0"/>
                <w:sz w:val="19"/>
              </w:rPr>
              <w:t>and effectively when communicating with others. ENG.6.1.W1. Students can get ready for the writing-expression process about the current content on</w:t>
            </w:r>
          </w:p>
          <w:p>
            <w:pPr>
              <w:spacing w:after="0"/>
            </w:pPr>
            <w:r>
              <w:rPr>
                <w:b w:val="0"/>
                <w:sz w:val="19"/>
              </w:rPr>
              <w:t>“school life with roles, and responsibilities at school; school routines; national days and</w:t>
            </w:r>
          </w:p>
          <w:p>
            <w:pPr>
              <w:spacing w:after="0"/>
            </w:pPr>
            <w:r>
              <w:rPr>
                <w:b w:val="0"/>
                <w:sz w:val="19"/>
              </w:rPr>
              <w:t>celebrations”. ENG.6.1.W2. Students can understand the model/example for the writing task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ENG.6.1.W3. Students can organise a content for the assigned writing task on the current content “school</w:t>
            </w:r>
          </w:p>
          <w:p>
            <w:pPr>
              <w:spacing w:after="0"/>
            </w:pPr>
            <w:r>
              <w:rPr>
                <w:b w:val="0"/>
                <w:sz w:val="19"/>
              </w:rPr>
              <w:t>life with roles, and responsibilities at school; school routines; national days and celebrations”</w:t>
            </w:r>
          </w:p>
          <w:p>
            <w:pPr>
              <w:spacing w:after="0"/>
            </w:pPr>
            <w:r>
              <w:rPr>
                <w:b w:val="0"/>
                <w:sz w:val="19"/>
              </w:rPr>
              <w:t>based on the model/example provided. ENG.6.1.W4. Students can individually construct/form content for the assigned writing task on the current</w:t>
            </w:r>
          </w:p>
          <w:p>
            <w:pPr>
              <w:spacing w:after="0"/>
            </w:pPr>
            <w:r>
              <w:rPr>
                <w:b w:val="0"/>
                <w:sz w:val="19"/>
              </w:rPr>
              <w:t>content “school life with roles, and responsibilities at school; school routines; national days</w:t>
            </w:r>
          </w:p>
          <w:p>
            <w:pPr>
              <w:spacing w:after="0"/>
            </w:pPr>
            <w:r>
              <w:rPr>
                <w:b w:val="0"/>
                <w:sz w:val="19"/>
              </w:rPr>
              <w:t>and celebrations”. ENG.6.1.W5. Students can reorganise (reconstruct) and use information in the new written tasks about</w:t>
            </w:r>
          </w:p>
          <w:p>
            <w:pPr>
              <w:spacing w:after="0"/>
            </w:pPr>
            <w:r>
              <w:rPr>
                <w:b w:val="0"/>
                <w:sz w:val="19"/>
              </w:rPr>
              <w:t>the “school life with roles, and responsibilities at school; school routines; national days and</w:t>
            </w:r>
          </w:p>
          <w:p>
            <w:pPr>
              <w:spacing w:after="0"/>
            </w:pPr>
            <w:r>
              <w:rPr>
                <w:b w:val="0"/>
                <w:sz w:val="19"/>
              </w:rPr>
              <w:t>celebrations” to communicate with other people. ENG.6.1.W6. Students can reflect on their knowledge, experiences, thoughts, and feelings related to</w:t>
            </w:r>
          </w:p>
          <w:p>
            <w:pPr>
              <w:spacing w:after="0"/>
            </w:pPr>
            <w:r>
              <w:rPr>
                <w:b w:val="0"/>
                <w:sz w:val="19"/>
              </w:rPr>
              <w:t>the writing-expression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ENG.6.1.S1. Students can get ready for speaking-expression process about the current content on “school</w:t>
            </w:r>
          </w:p>
          <w:p>
            <w:pPr>
              <w:spacing w:after="0"/>
            </w:pPr>
            <w:r>
              <w:rPr>
                <w:b w:val="0"/>
                <w:sz w:val="19"/>
              </w:rPr>
              <w:t>life with roles, and responsibilities at school; school routines; national days and celebrations”. ENG.6.1.S2. Students can use the model/example for producing verbal content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ENG.6.1.S3. Students can organise a new verbal content on “school life with roles, and responsibilities at</w:t>
            </w:r>
          </w:p>
          <w:p>
            <w:pPr>
              <w:spacing w:after="0"/>
            </w:pPr>
            <w:r>
              <w:rPr>
                <w:b w:val="0"/>
                <w:sz w:val="19"/>
              </w:rPr>
              <w:t>school; school routines; national days and celebrations” by speaking accurately, efficiently, and authentically. ENG.6.1.S4. Students can construct a new verbal content on “school life with roles, and responsibilities at</w:t>
            </w:r>
          </w:p>
          <w:p>
            <w:pPr>
              <w:spacing w:after="0"/>
            </w:pPr>
            <w:r>
              <w:rPr>
                <w:b w:val="0"/>
                <w:sz w:val="19"/>
              </w:rPr>
              <w:t>school; school routines; national days and celebrations” by speaking accurately, efficiently, and authentically. ENG.6.1.S5. Students can reorganise (reconstruct) and use information about the “school life with roles, and responsibilities at school; school routines; national days and celebrations” to communicate</w:t>
            </w:r>
          </w:p>
          <w:p>
            <w:pPr>
              <w:spacing w:after="0"/>
            </w:pPr>
            <w:r>
              <w:rPr>
                <w:b w:val="0"/>
                <w:sz w:val="19"/>
              </w:rPr>
              <w:t>with other people. ENG.6.1.S6. Students can convey their knowledge, experiences, thoughts, and feelings related to</w:t>
            </w:r>
          </w:p>
          <w:p>
            <w:pPr>
              <w:spacing w:after="0"/>
            </w:pPr>
            <w:r>
              <w:rPr>
                <w:b w:val="0"/>
                <w:sz w:val="19"/>
              </w:rPr>
              <w:t>the speaking-expression process about the current content, “school life with roles, and</w:t>
            </w:r>
          </w:p>
          <w:p>
            <w:pPr>
              <w:spacing w:after="0"/>
            </w:pPr>
            <w:r>
              <w:rPr>
                <w:b w:val="0"/>
                <w:sz w:val="19"/>
              </w:rPr>
              <w:t>responsibilities at school; school routines; national days and celebrations”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V6. Honesty, V7. Aesthetics, V9.</w:t>
            </w:r>
          </w:p>
          <w:p>
            <w:pPr>
              <w:spacing w:after="0"/>
            </w:pPr>
            <w:r>
              <w:rPr>
                <w:b w:val="0"/>
                <w:sz w:val="19"/>
              </w:rPr>
              <w:t>Compassion, V10. Modesty, V12. Patience, V14. Respect,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(ENG.6.1.L1.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survey sheet</w:t>
            </w:r>
          </w:p>
          <w:p>
            <w:pPr>
              <w:spacing w:after="0"/>
            </w:pPr>
            <w:r>
              <w:rPr>
                <w:b w:val="0"/>
                <w:sz w:val="19"/>
              </w:rPr>
              <w:t>with questions about routines, habits, and frequency. For example: “How often do you eat vegetables?”, “How</w:t>
            </w:r>
          </w:p>
          <w:p>
            <w:pPr>
              <w:spacing w:after="0"/>
            </w:pPr>
            <w:r>
              <w:rPr>
                <w:b w:val="0"/>
                <w:sz w:val="19"/>
              </w:rPr>
              <w:t>do 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For example: “I always eat vegetables for lunch”, “I usually take the bus to school” or “I never watch TV in the</w:t>
            </w:r>
          </w:p>
          <w:p>
            <w:pPr>
              <w:spacing w:after="0"/>
            </w:pPr>
            <w:r>
              <w:rPr>
                <w:b w:val="0"/>
                <w:sz w:val="19"/>
              </w:rPr>
              <w:t>morning”. After the survey, the teacher asks students to report back to the class using full sentences such</w:t>
            </w:r>
          </w:p>
          <w:p>
            <w:pPr>
              <w:spacing w:after="0"/>
            </w:pPr>
            <w:r>
              <w:rPr>
                <w:b w:val="0"/>
                <w:sz w:val="19"/>
              </w:rPr>
              <w:t>as “Student A always eats vegetables for lunch”, “Student B never watches TV in the morning”. She/He asks</w:t>
            </w:r>
          </w:p>
          <w:p>
            <w:pPr>
              <w:spacing w:after="0"/>
            </w:pPr>
            <w:r>
              <w:rPr>
                <w:b w:val="0"/>
                <w:sz w:val="19"/>
              </w:rPr>
              <w:t>students to share some of the most interesting or surprising routines they heard from their classmates. Then</w:t>
            </w:r>
          </w:p>
          <w:p>
            <w:pPr>
              <w:spacing w:after="0"/>
            </w:pPr>
            <w:r>
              <w:rPr>
                <w:b w:val="0"/>
                <w:sz w:val="19"/>
              </w:rPr>
              <w:t>she/he writes some of the correct and incorrect sentences on the board (without identifying the students)</w:t>
            </w:r>
          </w:p>
          <w:p>
            <w:pPr>
              <w:spacing w:after="0"/>
            </w:pPr>
            <w:r>
              <w:rPr>
                <w:b w:val="0"/>
                <w:sz w:val="19"/>
              </w:rPr>
              <w:t>and corrects any mistakes related to adverb placement and Present Simple Tense usage. She/He reminds</w:t>
            </w:r>
          </w:p>
          <w:p>
            <w:pPr>
              <w:spacing w:after="0"/>
            </w:pPr>
            <w:r>
              <w:rPr>
                <w:b w:val="0"/>
                <w:sz w:val="19"/>
              </w:rPr>
              <w:t>students that they can practice discussing their routines and habits outside of class by focusing on adverbs</w:t>
            </w:r>
          </w:p>
          <w:p>
            <w:pPr>
              <w:spacing w:after="0"/>
            </w:pPr>
            <w:r>
              <w:rPr>
                <w:b w:val="0"/>
                <w:sz w:val="19"/>
              </w:rPr>
              <w:t>of frequency in daily conversations. Students reflect on their thoughts and feelings about the activity. Supporting</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sheet with</w:t>
            </w:r>
          </w:p>
          <w:p>
            <w:pPr>
              <w:spacing w:after="0"/>
            </w:pPr>
            <w:r>
              <w:rPr>
                <w:b w:val="0"/>
                <w:sz w:val="19"/>
              </w:rPr>
              <w:t>questions about routines, habits, and frequency. For example: “How often do you eat vegetables?”, “How do</w:t>
            </w:r>
          </w:p>
          <w:p>
            <w:pPr>
              <w:spacing w:after="0"/>
            </w:pPr>
            <w:r>
              <w:rPr>
                <w:b w:val="0"/>
                <w:sz w:val="19"/>
              </w:rPr>
              <w:t>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The teacher moves around the class and gives guidance to students who need help with the sentence</w:t>
            </w:r>
          </w:p>
          <w:p>
            <w:pPr>
              <w:spacing w:after="0"/>
            </w:pPr>
            <w:r>
              <w:rPr>
                <w:b w:val="0"/>
                <w:sz w:val="19"/>
              </w:rPr>
              <w:t>structure or adverb placement. Students share their sentences with their peer. The teacher asks students</w:t>
            </w:r>
          </w:p>
          <w:p>
            <w:pPr>
              <w:spacing w:after="0"/>
            </w:pPr>
            <w:r>
              <w:rPr>
                <w:b w:val="0"/>
                <w:sz w:val="19"/>
              </w:rPr>
              <w:t>to share some of the most interesting or surprising routines they heard from their classmates. She/He writes</w:t>
            </w:r>
          </w:p>
          <w:p>
            <w:pPr>
              <w:spacing w:after="0"/>
            </w:pPr>
            <w:r>
              <w:rPr>
                <w:b w:val="0"/>
                <w:sz w:val="19"/>
              </w:rPr>
              <w:t>some of the correct and incorrect sentences on the board (without identifying the students) and corrects</w:t>
            </w:r>
          </w:p>
          <w:p>
            <w:pPr>
              <w:spacing w:after="0"/>
            </w:pPr>
            <w:r>
              <w:rPr>
                <w:b w:val="0"/>
                <w:sz w:val="19"/>
              </w:rPr>
              <w:t>any mistakes related to adverb placement and Present Simple Tense usage. She/He reminds students that</w:t>
            </w:r>
          </w:p>
          <w:p>
            <w:pPr>
              <w:spacing w:after="0"/>
            </w:pPr>
            <w:r>
              <w:rPr>
                <w:b w:val="0"/>
                <w:sz w:val="19"/>
              </w:rPr>
              <w:t>they can practise discussing their routines and habits outside of class by focusing on adverbs of frequency</w:t>
            </w:r>
          </w:p>
          <w:p>
            <w:pPr>
              <w:spacing w:after="0"/>
            </w:pPr>
            <w:r>
              <w:rPr>
                <w:b w:val="0"/>
                <w:sz w:val="19"/>
              </w:rPr>
              <w:t>in daily conversations.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poster about their daily routines at school. First, they will write sentences describing their daily routines at school. Then, they will write these sentences on</w:t>
            </w:r>
          </w:p>
          <w:p>
            <w:pPr>
              <w:spacing w:after="0"/>
            </w:pPr>
            <w:r>
              <w:rPr>
                <w:b w:val="0"/>
                <w:sz w:val="19"/>
              </w:rPr>
              <w:t>a paper and add some details such as photos, pictures, drawings etc. Finally, they will present their posters</w:t>
            </w:r>
          </w:p>
          <w:p>
            <w:pPr>
              <w:spacing w:after="0"/>
            </w:pPr>
            <w:r>
              <w:rPr>
                <w:b w:val="0"/>
                <w:sz w:val="19"/>
              </w:rPr>
              <w:t>in the class and display them on the classroom bulletin board. The assignment will be evaluated by using a</w:t>
            </w:r>
          </w:p>
          <w:p>
            <w:pPr>
              <w:spacing w:after="0"/>
            </w:pPr>
            <w:r>
              <w:rPr>
                <w:b w:val="0"/>
                <w:sz w:val="19"/>
              </w:rPr>
              <w:t>rubric scheme, a rating scale, and/or a marking scheme.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6: 19-23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6: 19-23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Roles, and responsibilities at school; school routines; national days and celebrations</w:t>
            </w:r>
          </w:p>
          <w:p>
            <w:pPr>
              <w:spacing w:after="0"/>
            </w:pPr>
            <w:r>
              <w:rPr>
                <w:b w:val="0"/>
                <w:sz w:val="19"/>
              </w:rPr>
              <w:t>Target Vocabulary in Use (with revisional vocabulary):</w:t>
            </w:r>
          </w:p>
          <w:p>
            <w:pPr>
              <w:spacing w:after="0"/>
            </w:pPr>
            <w:r>
              <w:rPr>
                <w:b w:val="0"/>
                <w:sz w:val="19"/>
              </w:rPr>
              <w:t>Vocabulary for roles, and responsibilities at school:</w:t>
            </w:r>
          </w:p>
          <w:p>
            <w:pPr>
              <w:spacing w:after="0"/>
            </w:pPr>
            <w:r>
              <w:rPr>
                <w:b w:val="0"/>
                <w:sz w:val="19"/>
              </w:rPr>
              <w:t>Nouns: A permission, a leader, a manner, a guide, a celebration, an interview, a celebration, a festival, a</w:t>
            </w:r>
          </w:p>
          <w:p>
            <w:pPr>
              <w:spacing w:after="0"/>
            </w:pPr>
            <w:r>
              <w:rPr>
                <w:b w:val="0"/>
                <w:sz w:val="19"/>
              </w:rPr>
              <w:t>school ceremony, an assembly, a speech.</w:t>
            </w:r>
          </w:p>
          <w:p>
            <w:pPr>
              <w:spacing w:after="0"/>
            </w:pPr>
            <w:r>
              <w:rPr>
                <w:b w:val="0"/>
                <w:sz w:val="19"/>
              </w:rPr>
              <w:t>Verbs: To support, to lead, to care, to volunteer, to celebrate.</w:t>
            </w:r>
          </w:p>
          <w:p>
            <w:pPr>
              <w:spacing w:after="0"/>
            </w:pPr>
            <w:r>
              <w:rPr>
                <w:b w:val="0"/>
                <w:sz w:val="19"/>
              </w:rPr>
              <w:t>Adjectives: Helpful, successful, keen.</w:t>
            </w:r>
          </w:p>
          <w:p>
            <w:pPr>
              <w:spacing w:after="0"/>
            </w:pPr>
            <w:r>
              <w:rPr>
                <w:b w:val="0"/>
                <w:sz w:val="19"/>
              </w:rPr>
              <w:t>Adverbs: Carefully, willingly, cheerfully.</w:t>
            </w:r>
          </w:p>
          <w:p>
            <w:pPr>
              <w:spacing w:after="0"/>
            </w:pPr>
            <w:r>
              <w:rPr>
                <w:b w:val="0"/>
                <w:sz w:val="19"/>
              </w:rPr>
              <w:t>Vocabulary for school routines:</w:t>
            </w:r>
          </w:p>
          <w:p>
            <w:pPr>
              <w:spacing w:after="0"/>
            </w:pPr>
            <w:r>
              <w:rPr>
                <w:b w:val="0"/>
                <w:sz w:val="19"/>
              </w:rPr>
              <w:t>Nouns: An instruction, a listener, a term, a follow-up, a ceremony, national anthem, a parade, a flag.</w:t>
            </w:r>
          </w:p>
          <w:p>
            <w:pPr>
              <w:spacing w:after="0"/>
            </w:pPr>
            <w:r>
              <w:rPr>
                <w:b w:val="0"/>
                <w:sz w:val="19"/>
              </w:rPr>
              <w:t>Verbs: To enter, to greet, to pack, to pass, to fail, to try, to follow.</w:t>
            </w:r>
          </w:p>
          <w:p>
            <w:pPr>
              <w:spacing w:after="0"/>
            </w:pPr>
            <w:r>
              <w:rPr>
                <w:b w:val="0"/>
                <w:sz w:val="19"/>
              </w:rPr>
              <w:t>Adjectives: Later, soon.</w:t>
            </w:r>
          </w:p>
          <w:p>
            <w:pPr>
              <w:spacing w:after="0"/>
            </w:pPr>
            <w:r>
              <w:rPr>
                <w:b w:val="0"/>
                <w:sz w:val="19"/>
              </w:rPr>
              <w:t>Adverbs: Before, regularly.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Background Grammatical Structures in Use:</w:t>
            </w:r>
          </w:p>
          <w:p>
            <w:pPr>
              <w:spacing w:after="0"/>
            </w:pPr>
            <w:r>
              <w:rPr>
                <w:b w:val="0"/>
                <w:sz w:val="19"/>
              </w:rPr>
              <w:t>-Articles (a/an/the): (A leader, an instruction, the permission)</w:t>
            </w:r>
          </w:p>
          <w:p>
            <w:pPr>
              <w:spacing w:after="0"/>
            </w:pPr>
            <w:r>
              <w:rPr>
                <w:b w:val="0"/>
                <w:sz w:val="19"/>
              </w:rPr>
              <w:t>-Imperatives: (Enter the classroom quietly).</w:t>
            </w:r>
          </w:p>
          <w:p>
            <w:pPr>
              <w:spacing w:after="0"/>
            </w:pPr>
            <w:r>
              <w:rPr>
                <w:b w:val="0"/>
                <w:sz w:val="19"/>
              </w:rPr>
              <w:t>-Personal pronouns: (He listens carefully to the teacher’s instructions).</w:t>
            </w:r>
          </w:p>
          <w:p>
            <w:pPr>
              <w:spacing w:after="0"/>
            </w:pPr>
            <w:r>
              <w:rPr>
                <w:b w:val="0"/>
                <w:sz w:val="19"/>
              </w:rPr>
              <w:t>-There is/There are: (There is a leader in every group. There are instructions written on the board).</w:t>
            </w:r>
          </w:p>
          <w:p>
            <w:pPr>
              <w:spacing w:after="0"/>
            </w:pPr>
            <w:r>
              <w:rPr>
                <w:b w:val="0"/>
                <w:sz w:val="19"/>
              </w:rPr>
              <w:t>-Wh- questions (who-when-what-where): (Who is the leader of the class? Where do we enter the building?)</w:t>
            </w:r>
          </w:p>
          <w:p>
            <w:pPr>
              <w:spacing w:after="0"/>
            </w:pPr>
            <w:r>
              <w:rPr>
                <w:b w:val="0"/>
                <w:sz w:val="19"/>
              </w:rPr>
              <w:t>Target Grammatical Structures in Use:</w:t>
            </w:r>
          </w:p>
          <w:p>
            <w:pPr>
              <w:spacing w:after="0"/>
            </w:pPr>
            <w:r>
              <w:rPr>
                <w:b w:val="0"/>
                <w:sz w:val="19"/>
              </w:rPr>
              <w:t>-The Present Simple Tense: (A leader always cares for the team).</w:t>
            </w:r>
          </w:p>
          <w:p>
            <w:pPr>
              <w:spacing w:after="0"/>
            </w:pPr>
            <w:r>
              <w:rPr>
                <w:b w:val="0"/>
                <w:sz w:val="19"/>
              </w:rPr>
              <w:t>-Adverbs of frequency: (Students often greet their teachers before entering the class).</w:t>
            </w:r>
          </w:p>
          <w:p>
            <w:pPr>
              <w:spacing w:after="0"/>
            </w:pPr>
            <w:r>
              <w:rPr>
                <w:b w:val="0"/>
                <w:sz w:val="19"/>
              </w:rPr>
              <w:t>-Object pronouns: (The teacher supports them in their work).</w:t>
            </w:r>
          </w:p>
          <w:p>
            <w:pPr>
              <w:spacing w:after="0"/>
            </w:pPr>
            <w:r>
              <w:rPr>
                <w:b w:val="0"/>
                <w:sz w:val="19"/>
              </w:rPr>
              <w:t>Functions of the Grammatical Structures in Use:</w:t>
            </w:r>
          </w:p>
          <w:p>
            <w:pPr>
              <w:spacing w:after="0"/>
            </w:pPr>
            <w:r>
              <w:rPr>
                <w:b w:val="0"/>
                <w:sz w:val="19"/>
              </w:rPr>
              <w:t>-Use of articles (a/an/the): Expressing non-specific or general items and specific or definite items.</w:t>
            </w:r>
          </w:p>
          <w:p>
            <w:pPr>
              <w:spacing w:after="0"/>
            </w:pPr>
            <w:r>
              <w:rPr>
                <w:b w:val="0"/>
                <w:sz w:val="19"/>
              </w:rPr>
              <w:t>-Use of imperatives: Giving commands.</w:t>
            </w:r>
          </w:p>
          <w:p>
            <w:pPr>
              <w:spacing w:after="0"/>
            </w:pPr>
            <w:r>
              <w:rPr>
                <w:b w:val="0"/>
                <w:sz w:val="19"/>
              </w:rPr>
              <w:t>-Use of The Present Simple Tense: Expressing routines, habits, general truths, and facts.</w:t>
            </w:r>
          </w:p>
          <w:p>
            <w:pPr>
              <w:spacing w:after="0"/>
            </w:pPr>
            <w:r>
              <w:rPr>
                <w:b w:val="0"/>
                <w:sz w:val="19"/>
              </w:rPr>
              <w:t>-Use of adverbs of frequency: Expressing the frequency of actions or events.</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there is/there are: Introducing existence or presence, specifying objects, people, or places in a</w:t>
            </w:r>
          </w:p>
          <w:p>
            <w:pPr>
              <w:spacing w:after="0"/>
            </w:pPr>
            <w:r>
              <w:rPr>
                <w:b w:val="0"/>
                <w:sz w:val="19"/>
              </w:rPr>
              <w:t>location. -Use of wh- questions (who-when-what-where): Asking about things, actions, ideas, a time of an event, about people in an action.</w:t>
            </w:r>
          </w:p>
          <w:p>
            <w:pPr>
              <w:spacing w:after="0"/>
            </w:pPr>
            <w:r>
              <w:rPr>
                <w:b w:val="0"/>
                <w:sz w:val="19"/>
              </w:rPr>
              <w:t>Use of object pronouns: Replacing nouns that receive the action in a sentence.</w:t>
            </w:r>
          </w:p>
          <w:p>
            <w:pPr>
              <w:spacing w:after="0"/>
            </w:pPr>
            <w:r>
              <w:rPr>
                <w:b w:val="0"/>
                <w:sz w:val="19"/>
              </w:rPr>
              <w:t>Target Social Language in Use:</w:t>
            </w:r>
          </w:p>
          <w:p>
            <w:pPr>
              <w:spacing w:after="0"/>
            </w:pPr>
            <w:r>
              <w:rPr>
                <w:b w:val="0"/>
                <w:sz w:val="19"/>
              </w:rPr>
              <w:t>She’s such a team player during all school projects!</w:t>
            </w:r>
          </w:p>
          <w:p>
            <w:pPr>
              <w:spacing w:after="0"/>
            </w:pPr>
            <w:r>
              <w:rPr>
                <w:b w:val="0"/>
                <w:sz w:val="19"/>
              </w:rPr>
              <w:t>You need to work harder to make the grade!</w:t>
            </w:r>
          </w:p>
          <w:p>
            <w:pPr>
              <w:spacing w:after="0"/>
            </w:pPr>
            <w:r>
              <w:rPr>
                <w:b w:val="0"/>
                <w:sz w:val="19"/>
              </w:rPr>
              <w:t>The choir is always in the spotlight during the Republic Day celebrations!</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ENG.6.1.L1. Students can get ready for the listening/watching-comprehension process for the current</w:t>
            </w:r>
          </w:p>
          <w:p>
            <w:pPr>
              <w:spacing w:after="0"/>
            </w:pPr>
            <w:r>
              <w:rPr>
                <w:b w:val="0"/>
                <w:sz w:val="19"/>
              </w:rPr>
              <w:t>content on “school life with roles, and responsibilities at school; school routines; national days</w:t>
            </w:r>
          </w:p>
          <w:p>
            <w:pPr>
              <w:spacing w:after="0"/>
            </w:pPr>
            <w:r>
              <w:rPr>
                <w:b w:val="0"/>
                <w:sz w:val="19"/>
              </w:rPr>
              <w:t>and celebrations” carefully. ENG.6.1.L2. Students can bring information about the current content on “school life with roles, and</w:t>
            </w:r>
          </w:p>
          <w:p>
            <w:pPr>
              <w:spacing w:after="0"/>
            </w:pPr>
            <w:r>
              <w:rPr>
                <w:b w:val="0"/>
                <w:sz w:val="19"/>
              </w:rPr>
              <w:t>responsibilities at school; school routines; national days and celebrations” together through</w:t>
            </w:r>
          </w:p>
          <w:p>
            <w:pPr>
              <w:spacing w:after="0"/>
            </w:pPr>
            <w:r>
              <w:rPr>
                <w:b w:val="0"/>
                <w:sz w:val="19"/>
              </w:rPr>
              <w:t>significant details and main components while listening/watching it. ENG.6.1.L3. Students can make meaning of/derive meaning from the current content on “school life with</w:t>
            </w:r>
          </w:p>
          <w:p>
            <w:pPr>
              <w:spacing w:after="0"/>
            </w:pPr>
            <w:r>
              <w:rPr>
                <w:b w:val="0"/>
                <w:sz w:val="19"/>
              </w:rPr>
              <w:t>roles, and responsibilities at school; school routines; national days and celebrations” through</w:t>
            </w:r>
          </w:p>
          <w:p>
            <w:pPr>
              <w:spacing w:after="0"/>
            </w:pPr>
            <w:r>
              <w:rPr>
                <w:b w:val="0"/>
                <w:sz w:val="19"/>
              </w:rPr>
              <w:t>significant details by listening/watching it carefully. ENG.6.1.L4.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“school life with roles, and responsibilities at school; school routines; national days and</w:t>
            </w:r>
          </w:p>
          <w:p>
            <w:pPr>
              <w:spacing w:after="0"/>
            </w:pPr>
            <w:r>
              <w:rPr>
                <w:b w:val="0"/>
                <w:sz w:val="19"/>
              </w:rPr>
              <w:t>celebrations”. ENG.6.1.P1. Students can select and use the target phonological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and naturally through spontaneous decision-making</w:t>
            </w:r>
          </w:p>
          <w:p>
            <w:pPr>
              <w:spacing w:after="0"/>
            </w:pPr>
            <w:r>
              <w:rPr>
                <w:b w:val="0"/>
                <w:sz w:val="19"/>
              </w:rPr>
              <w:t>processes and use it in an appropriate and effective way when communicating with others. ENG.6.1.R1. Students can get ready for the reading-comprehension process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ENG.6.1.R2. Students can bring information about the current content on “school life with roles, and</w:t>
            </w:r>
          </w:p>
          <w:p>
            <w:pPr>
              <w:spacing w:after="0"/>
            </w:pPr>
            <w:r>
              <w:rPr>
                <w:b w:val="0"/>
                <w:sz w:val="19"/>
              </w:rPr>
              <w:t>responsibilities at school; school routines; national days and celebrations” through skimming</w:t>
            </w:r>
          </w:p>
          <w:p>
            <w:pPr>
              <w:spacing w:after="0"/>
            </w:pPr>
            <w:r>
              <w:rPr>
                <w:b w:val="0"/>
                <w:sz w:val="19"/>
              </w:rPr>
              <w:t>(looking quickly at) the audio-visual elements and reading the content very quickly. ENG.6.1.R3. Students can make meaning of / derive meaning from the current content about “school life</w:t>
            </w:r>
          </w:p>
          <w:p>
            <w:pPr>
              <w:spacing w:after="0"/>
            </w:pPr>
            <w:r>
              <w:rPr>
                <w:b w:val="0"/>
                <w:sz w:val="19"/>
              </w:rPr>
              <w:t>with roles, and responsibilities at school; school routines; national days and celebrations” by</w:t>
            </w:r>
          </w:p>
          <w:p>
            <w:pPr>
              <w:spacing w:after="0"/>
            </w:pPr>
            <w:r>
              <w:rPr>
                <w:b w:val="0"/>
                <w:sz w:val="19"/>
              </w:rPr>
              <w:t>reading it carefully. ENG.6.1.R4. Students can convey their knowledge, experiences, thoughts, and feelings related to the</w:t>
            </w:r>
          </w:p>
          <w:p>
            <w:pPr>
              <w:spacing w:after="0"/>
            </w:pPr>
            <w:r>
              <w:rPr>
                <w:b w:val="0"/>
                <w:sz w:val="19"/>
              </w:rPr>
              <w:t>reading-comprehension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ENG.6.1.V1. Students can select and use the target vocabulary of the current content about “school life</w:t>
            </w:r>
          </w:p>
          <w:p>
            <w:pPr>
              <w:spacing w:after="0"/>
            </w:pPr>
            <w:r>
              <w:rPr>
                <w:b w:val="0"/>
                <w:sz w:val="19"/>
              </w:rPr>
              <w:t>with roles, and responsibilities at school; school routines; national days and celebrations”</w:t>
            </w:r>
          </w:p>
          <w:p>
            <w:pPr>
              <w:spacing w:after="0"/>
            </w:pPr>
            <w:r>
              <w:rPr>
                <w:b w:val="0"/>
                <w:sz w:val="19"/>
              </w:rPr>
              <w:t>accurately, authentically, spontaneously, and naturally and use it appropriately and effectively</w:t>
            </w:r>
          </w:p>
          <w:p>
            <w:pPr>
              <w:spacing w:after="0"/>
            </w:pPr>
            <w:r>
              <w:rPr>
                <w:b w:val="0"/>
                <w:sz w:val="19"/>
              </w:rPr>
              <w:t>when communicating with others. ENG.6.1.G1. Students can select and use the target grammatical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spontaneously, and naturally and use it appropriately</w:t>
            </w:r>
          </w:p>
          <w:p>
            <w:pPr>
              <w:spacing w:after="0"/>
            </w:pPr>
            <w:r>
              <w:rPr>
                <w:b w:val="0"/>
                <w:sz w:val="19"/>
              </w:rPr>
              <w:t>and effectively when communicating with others. ENG.6.1.W1. Students can get ready for the writing-expression process about the current content on</w:t>
            </w:r>
          </w:p>
          <w:p>
            <w:pPr>
              <w:spacing w:after="0"/>
            </w:pPr>
            <w:r>
              <w:rPr>
                <w:b w:val="0"/>
                <w:sz w:val="19"/>
              </w:rPr>
              <w:t>“school life with roles, and responsibilities at school; school routines; national days and</w:t>
            </w:r>
          </w:p>
          <w:p>
            <w:pPr>
              <w:spacing w:after="0"/>
            </w:pPr>
            <w:r>
              <w:rPr>
                <w:b w:val="0"/>
                <w:sz w:val="19"/>
              </w:rPr>
              <w:t>celebrations”. ENG.6.1.W2. Students can understand the model/example for the writing task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ENG.6.1.W3. Students can organise a content for the assigned writing task on the current content “school</w:t>
            </w:r>
          </w:p>
          <w:p>
            <w:pPr>
              <w:spacing w:after="0"/>
            </w:pPr>
            <w:r>
              <w:rPr>
                <w:b w:val="0"/>
                <w:sz w:val="19"/>
              </w:rPr>
              <w:t>life with roles, and responsibilities at school; school routines; national days and celebrations”</w:t>
            </w:r>
          </w:p>
          <w:p>
            <w:pPr>
              <w:spacing w:after="0"/>
            </w:pPr>
            <w:r>
              <w:rPr>
                <w:b w:val="0"/>
                <w:sz w:val="19"/>
              </w:rPr>
              <w:t>based on the model/example provided. ENG.6.1.W4. Students can individually construct/form content for the assigned writing task on the current</w:t>
            </w:r>
          </w:p>
          <w:p>
            <w:pPr>
              <w:spacing w:after="0"/>
            </w:pPr>
            <w:r>
              <w:rPr>
                <w:b w:val="0"/>
                <w:sz w:val="19"/>
              </w:rPr>
              <w:t>content “school life with roles, and responsibilities at school; school routines; national days</w:t>
            </w:r>
          </w:p>
          <w:p>
            <w:pPr>
              <w:spacing w:after="0"/>
            </w:pPr>
            <w:r>
              <w:rPr>
                <w:b w:val="0"/>
                <w:sz w:val="19"/>
              </w:rPr>
              <w:t>and celebrations”. ENG.6.1.W5. Students can reorganise (reconstruct) and use information in the new written tasks about</w:t>
            </w:r>
          </w:p>
          <w:p>
            <w:pPr>
              <w:spacing w:after="0"/>
            </w:pPr>
            <w:r>
              <w:rPr>
                <w:b w:val="0"/>
                <w:sz w:val="19"/>
              </w:rPr>
              <w:t>the “school life with roles, and responsibilities at school; school routines; national days and</w:t>
            </w:r>
          </w:p>
          <w:p>
            <w:pPr>
              <w:spacing w:after="0"/>
            </w:pPr>
            <w:r>
              <w:rPr>
                <w:b w:val="0"/>
                <w:sz w:val="19"/>
              </w:rPr>
              <w:t>celebrations” to communicate with other people. ENG.6.1.W6. Students can reflect on their knowledge, experiences, thoughts, and feelings related to</w:t>
            </w:r>
          </w:p>
          <w:p>
            <w:pPr>
              <w:spacing w:after="0"/>
            </w:pPr>
            <w:r>
              <w:rPr>
                <w:b w:val="0"/>
                <w:sz w:val="19"/>
              </w:rPr>
              <w:t>the writing-expression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ENG.6.1.S1. Students can get ready for speaking-expression process about the current content on “school</w:t>
            </w:r>
          </w:p>
          <w:p>
            <w:pPr>
              <w:spacing w:after="0"/>
            </w:pPr>
            <w:r>
              <w:rPr>
                <w:b w:val="0"/>
                <w:sz w:val="19"/>
              </w:rPr>
              <w:t>life with roles, and responsibilities at school; school routines; national days and celebrations”. ENG.6.1.S2. Students can use the model/example for producing verbal content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ENG.6.1.S3. Students can organise a new verbal content on “school life with roles, and responsibilities at</w:t>
            </w:r>
          </w:p>
          <w:p>
            <w:pPr>
              <w:spacing w:after="0"/>
            </w:pPr>
            <w:r>
              <w:rPr>
                <w:b w:val="0"/>
                <w:sz w:val="19"/>
              </w:rPr>
              <w:t>school; school routines; national days and celebrations” by speaking accurately, efficiently, and authentically. ENG.6.1.S4. Students can construct a new verbal content on “school life with roles, and responsibilities at</w:t>
            </w:r>
          </w:p>
          <w:p>
            <w:pPr>
              <w:spacing w:after="0"/>
            </w:pPr>
            <w:r>
              <w:rPr>
                <w:b w:val="0"/>
                <w:sz w:val="19"/>
              </w:rPr>
              <w:t>school; school routines; national days and celebrations” by speaking accurately, efficiently, and authentically. ENG.6.1.S5. Students can reorganise (reconstruct) and use information about the “school life with roles, and responsibilities at school; school routines; national days and celebrations” to communicate</w:t>
            </w:r>
          </w:p>
          <w:p>
            <w:pPr>
              <w:spacing w:after="0"/>
            </w:pPr>
            <w:r>
              <w:rPr>
                <w:b w:val="0"/>
                <w:sz w:val="19"/>
              </w:rPr>
              <w:t>with other people. ENG.6.1.S6. Students can convey their knowledge, experiences, thoughts, and feelings related to</w:t>
            </w:r>
          </w:p>
          <w:p>
            <w:pPr>
              <w:spacing w:after="0"/>
            </w:pPr>
            <w:r>
              <w:rPr>
                <w:b w:val="0"/>
                <w:sz w:val="19"/>
              </w:rPr>
              <w:t>the speaking-expression process about the current content, “school life with roles, and</w:t>
            </w:r>
          </w:p>
          <w:p>
            <w:pPr>
              <w:spacing w:after="0"/>
            </w:pPr>
            <w:r>
              <w:rPr>
                <w:b w:val="0"/>
                <w:sz w:val="19"/>
              </w:rPr>
              <w:t>responsibilities at school; school routines; national days and celebrations”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V6. Honesty, V7. Aesthetics, V9.</w:t>
            </w:r>
          </w:p>
          <w:p>
            <w:pPr>
              <w:spacing w:after="0"/>
            </w:pPr>
            <w:r>
              <w:rPr>
                <w:b w:val="0"/>
                <w:sz w:val="19"/>
              </w:rPr>
              <w:t>Compassion, V10. Modesty, V12. Patience, V14. Respect,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(ENG.6.1.L1.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survey sheet</w:t>
            </w:r>
          </w:p>
          <w:p>
            <w:pPr>
              <w:spacing w:after="0"/>
            </w:pPr>
            <w:r>
              <w:rPr>
                <w:b w:val="0"/>
                <w:sz w:val="19"/>
              </w:rPr>
              <w:t>with questions about routines, habits, and frequency. For example: “How often do you eat vegetables?”, “How</w:t>
            </w:r>
          </w:p>
          <w:p>
            <w:pPr>
              <w:spacing w:after="0"/>
            </w:pPr>
            <w:r>
              <w:rPr>
                <w:b w:val="0"/>
                <w:sz w:val="19"/>
              </w:rPr>
              <w:t>do 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For example: “I always eat vegetables for lunch”, “I usually take the bus to school” or “I never watch TV in the</w:t>
            </w:r>
          </w:p>
          <w:p>
            <w:pPr>
              <w:spacing w:after="0"/>
            </w:pPr>
            <w:r>
              <w:rPr>
                <w:b w:val="0"/>
                <w:sz w:val="19"/>
              </w:rPr>
              <w:t>morning”. After the survey, the teacher asks students to report back to the class using full sentences such</w:t>
            </w:r>
          </w:p>
          <w:p>
            <w:pPr>
              <w:spacing w:after="0"/>
            </w:pPr>
            <w:r>
              <w:rPr>
                <w:b w:val="0"/>
                <w:sz w:val="19"/>
              </w:rPr>
              <w:t>as “Student A always eats vegetables for lunch”, “Student B never watches TV in the morning”. She/He asks</w:t>
            </w:r>
          </w:p>
          <w:p>
            <w:pPr>
              <w:spacing w:after="0"/>
            </w:pPr>
            <w:r>
              <w:rPr>
                <w:b w:val="0"/>
                <w:sz w:val="19"/>
              </w:rPr>
              <w:t>students to share some of the most interesting or surprising routines they heard from their classmates. Then</w:t>
            </w:r>
          </w:p>
          <w:p>
            <w:pPr>
              <w:spacing w:after="0"/>
            </w:pPr>
            <w:r>
              <w:rPr>
                <w:b w:val="0"/>
                <w:sz w:val="19"/>
              </w:rPr>
              <w:t>she/he writes some of the correct and incorrect sentences on the board (without identifying the students)</w:t>
            </w:r>
          </w:p>
          <w:p>
            <w:pPr>
              <w:spacing w:after="0"/>
            </w:pPr>
            <w:r>
              <w:rPr>
                <w:b w:val="0"/>
                <w:sz w:val="19"/>
              </w:rPr>
              <w:t>and corrects any mistakes related to adverb placement and Present Simple Tense usage. She/He reminds</w:t>
            </w:r>
          </w:p>
          <w:p>
            <w:pPr>
              <w:spacing w:after="0"/>
            </w:pPr>
            <w:r>
              <w:rPr>
                <w:b w:val="0"/>
                <w:sz w:val="19"/>
              </w:rPr>
              <w:t>students that they can practice discussing their routines and habits outside of class by focusing on adverbs</w:t>
            </w:r>
          </w:p>
          <w:p>
            <w:pPr>
              <w:spacing w:after="0"/>
            </w:pPr>
            <w:r>
              <w:rPr>
                <w:b w:val="0"/>
                <w:sz w:val="19"/>
              </w:rPr>
              <w:t>of frequency in daily conversations. Students reflect on their thoughts and feelings about the activity. Supporting</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sheet with</w:t>
            </w:r>
          </w:p>
          <w:p>
            <w:pPr>
              <w:spacing w:after="0"/>
            </w:pPr>
            <w:r>
              <w:rPr>
                <w:b w:val="0"/>
                <w:sz w:val="19"/>
              </w:rPr>
              <w:t>questions about routines, habits, and frequency. For example: “How often do you eat vegetables?”, “How do</w:t>
            </w:r>
          </w:p>
          <w:p>
            <w:pPr>
              <w:spacing w:after="0"/>
            </w:pPr>
            <w:r>
              <w:rPr>
                <w:b w:val="0"/>
                <w:sz w:val="19"/>
              </w:rPr>
              <w:t>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The teacher moves around the class and gives guidance to students who need help with the sentence</w:t>
            </w:r>
          </w:p>
          <w:p>
            <w:pPr>
              <w:spacing w:after="0"/>
            </w:pPr>
            <w:r>
              <w:rPr>
                <w:b w:val="0"/>
                <w:sz w:val="19"/>
              </w:rPr>
              <w:t>structure or adverb placement. Students share their sentences with their peer. The teacher asks students</w:t>
            </w:r>
          </w:p>
          <w:p>
            <w:pPr>
              <w:spacing w:after="0"/>
            </w:pPr>
            <w:r>
              <w:rPr>
                <w:b w:val="0"/>
                <w:sz w:val="19"/>
              </w:rPr>
              <w:t>to share some of the most interesting or surprising routines they heard from their classmates. She/He writes</w:t>
            </w:r>
          </w:p>
          <w:p>
            <w:pPr>
              <w:spacing w:after="0"/>
            </w:pPr>
            <w:r>
              <w:rPr>
                <w:b w:val="0"/>
                <w:sz w:val="19"/>
              </w:rPr>
              <w:t>some of the correct and incorrect sentences on the board (without identifying the students) and corrects</w:t>
            </w:r>
          </w:p>
          <w:p>
            <w:pPr>
              <w:spacing w:after="0"/>
            </w:pPr>
            <w:r>
              <w:rPr>
                <w:b w:val="0"/>
                <w:sz w:val="19"/>
              </w:rPr>
              <w:t>any mistakes related to adverb placement and Present Simple Tense usage. She/He reminds students that</w:t>
            </w:r>
          </w:p>
          <w:p>
            <w:pPr>
              <w:spacing w:after="0"/>
            </w:pPr>
            <w:r>
              <w:rPr>
                <w:b w:val="0"/>
                <w:sz w:val="19"/>
              </w:rPr>
              <w:t>they can practise discussing their routines and habits outside of class by focusing on adverbs of frequency</w:t>
            </w:r>
          </w:p>
          <w:p>
            <w:pPr>
              <w:spacing w:after="0"/>
            </w:pPr>
            <w:r>
              <w:rPr>
                <w:b w:val="0"/>
                <w:sz w:val="19"/>
              </w:rPr>
              <w:t>in daily conversations.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poster about their daily routines at school. First, they will write sentences describing their daily routines at school. Then, they will write these sentences on</w:t>
            </w:r>
          </w:p>
          <w:p>
            <w:pPr>
              <w:spacing w:after="0"/>
            </w:pPr>
            <w:r>
              <w:rPr>
                <w:b w:val="0"/>
                <w:sz w:val="19"/>
              </w:rPr>
              <w:t>a paper and add some details such as photos, pictures, drawings etc. Finally, they will present their posters</w:t>
            </w:r>
          </w:p>
          <w:p>
            <w:pPr>
              <w:spacing w:after="0"/>
            </w:pPr>
            <w:r>
              <w:rPr>
                <w:b w:val="0"/>
                <w:sz w:val="19"/>
              </w:rPr>
              <w:t>in the class and display them on the classroom bulletin board. The assignment will be evaluated by using a</w:t>
            </w:r>
          </w:p>
          <w:p>
            <w:pPr>
              <w:spacing w:after="0"/>
            </w:pPr>
            <w:r>
              <w:rPr>
                <w:b w:val="0"/>
                <w:sz w:val="19"/>
              </w:rPr>
              <w:t>rubric scheme, a rating scale, and/or a marking scheme.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w:t>
            </w:r>
          </w:p>
          <w:p>
            <w:pPr>
              <w:spacing w:after="0"/>
            </w:pPr>
            <w:r>
              <w:rPr>
                <w:b w:val="0"/>
                <w:sz w:val="19"/>
              </w:rPr>
              <w:t>The instructional activities to be carried out within the scope of these plans should support student participation, provide opportunities for learning by doing and experiencing, and serve the holistic development of the student.</w:t>
            </w:r>
          </w:p>
          <w:p>
            <w:pPr>
              <w:spacing w:after="0"/>
            </w:pPr>
            <w:r>
              <w:rPr>
                <w:b w:val="0"/>
                <w:sz w:val="19"/>
              </w:rPr>
              <w:t>*The school-based planning weeks indicated in this framework plan are presented as examples. The planning should be made in accordance with the decisions taken by the subject teachers’ board, taking into account the conditions of the school and the course.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7: 26-30 October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October · Week 7: 26-30 October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1: SCHOOL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Roles, and responsibilities at school; school routines; national days and celebrations</w:t>
            </w:r>
          </w:p>
          <w:p>
            <w:pPr>
              <w:spacing w:after="0"/>
            </w:pPr>
            <w:r>
              <w:rPr>
                <w:b w:val="0"/>
                <w:sz w:val="19"/>
              </w:rPr>
              <w:t>Target Vocabulary in Use (with revisional vocabulary):</w:t>
            </w:r>
          </w:p>
          <w:p>
            <w:pPr>
              <w:spacing w:after="0"/>
            </w:pPr>
            <w:r>
              <w:rPr>
                <w:b w:val="0"/>
                <w:sz w:val="19"/>
              </w:rPr>
              <w:t>Vocabulary for roles, and responsibilities at school:</w:t>
            </w:r>
          </w:p>
          <w:p>
            <w:pPr>
              <w:spacing w:after="0"/>
            </w:pPr>
            <w:r>
              <w:rPr>
                <w:b w:val="0"/>
                <w:sz w:val="19"/>
              </w:rPr>
              <w:t>Nouns: A permission, a leader, a manner, a guide, a celebration, an interview, a celebration, a festival, a</w:t>
            </w:r>
          </w:p>
          <w:p>
            <w:pPr>
              <w:spacing w:after="0"/>
            </w:pPr>
            <w:r>
              <w:rPr>
                <w:b w:val="0"/>
                <w:sz w:val="19"/>
              </w:rPr>
              <w:t>school ceremony, an assembly, a speech.</w:t>
            </w:r>
          </w:p>
          <w:p>
            <w:pPr>
              <w:spacing w:after="0"/>
            </w:pPr>
            <w:r>
              <w:rPr>
                <w:b w:val="0"/>
                <w:sz w:val="19"/>
              </w:rPr>
              <w:t>Verbs: To support, to lead, to care, to volunteer, to celebrate.</w:t>
            </w:r>
          </w:p>
          <w:p>
            <w:pPr>
              <w:spacing w:after="0"/>
            </w:pPr>
            <w:r>
              <w:rPr>
                <w:b w:val="0"/>
                <w:sz w:val="19"/>
              </w:rPr>
              <w:t>Adjectives: Helpful, successful, keen.</w:t>
            </w:r>
          </w:p>
          <w:p>
            <w:pPr>
              <w:spacing w:after="0"/>
            </w:pPr>
            <w:r>
              <w:rPr>
                <w:b w:val="0"/>
                <w:sz w:val="19"/>
              </w:rPr>
              <w:t>Adverbs: Carefully, willingly, cheerfully.</w:t>
            </w:r>
          </w:p>
          <w:p>
            <w:pPr>
              <w:spacing w:after="0"/>
            </w:pPr>
            <w:r>
              <w:rPr>
                <w:b w:val="0"/>
                <w:sz w:val="19"/>
              </w:rPr>
              <w:t>Vocabulary for school routines:</w:t>
            </w:r>
          </w:p>
          <w:p>
            <w:pPr>
              <w:spacing w:after="0"/>
            </w:pPr>
            <w:r>
              <w:rPr>
                <w:b w:val="0"/>
                <w:sz w:val="19"/>
              </w:rPr>
              <w:t>Nouns: An instruction, a listener, a term, a follow-up, a ceremony, national anthem, a parade, a flag.</w:t>
            </w:r>
          </w:p>
          <w:p>
            <w:pPr>
              <w:spacing w:after="0"/>
            </w:pPr>
            <w:r>
              <w:rPr>
                <w:b w:val="0"/>
                <w:sz w:val="19"/>
              </w:rPr>
              <w:t>Verbs: To enter, to greet, to pack, to pass, to fail, to try, to follow.</w:t>
            </w:r>
          </w:p>
          <w:p>
            <w:pPr>
              <w:spacing w:after="0"/>
            </w:pPr>
            <w:r>
              <w:rPr>
                <w:b w:val="0"/>
                <w:sz w:val="19"/>
              </w:rPr>
              <w:t>Adjectives: Later, soon.</w:t>
            </w:r>
          </w:p>
          <w:p>
            <w:pPr>
              <w:spacing w:after="0"/>
            </w:pPr>
            <w:r>
              <w:rPr>
                <w:b w:val="0"/>
                <w:sz w:val="19"/>
              </w:rPr>
              <w:t>Adverbs: Before, regularly.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Background Grammatical Structures in Use:</w:t>
            </w:r>
          </w:p>
          <w:p>
            <w:pPr>
              <w:spacing w:after="0"/>
            </w:pPr>
            <w:r>
              <w:rPr>
                <w:b w:val="0"/>
                <w:sz w:val="19"/>
              </w:rPr>
              <w:t>-Articles (a/an/the): (A leader, an instruction, the permission)</w:t>
            </w:r>
          </w:p>
          <w:p>
            <w:pPr>
              <w:spacing w:after="0"/>
            </w:pPr>
            <w:r>
              <w:rPr>
                <w:b w:val="0"/>
                <w:sz w:val="19"/>
              </w:rPr>
              <w:t>-Imperatives: (Enter the classroom quietly).</w:t>
            </w:r>
          </w:p>
          <w:p>
            <w:pPr>
              <w:spacing w:after="0"/>
            </w:pPr>
            <w:r>
              <w:rPr>
                <w:b w:val="0"/>
                <w:sz w:val="19"/>
              </w:rPr>
              <w:t>-Personal pronouns: (He listens carefully to the teacher’s instructions).</w:t>
            </w:r>
          </w:p>
          <w:p>
            <w:pPr>
              <w:spacing w:after="0"/>
            </w:pPr>
            <w:r>
              <w:rPr>
                <w:b w:val="0"/>
                <w:sz w:val="19"/>
              </w:rPr>
              <w:t>-There is/There are: (There is a leader in every group. There are instructions written on the board).</w:t>
            </w:r>
          </w:p>
          <w:p>
            <w:pPr>
              <w:spacing w:after="0"/>
            </w:pPr>
            <w:r>
              <w:rPr>
                <w:b w:val="0"/>
                <w:sz w:val="19"/>
              </w:rPr>
              <w:t>-Wh- questions (who-when-what-where): (Who is the leader of the class? Where do we enter the building?)</w:t>
            </w:r>
          </w:p>
          <w:p>
            <w:pPr>
              <w:spacing w:after="0"/>
            </w:pPr>
            <w:r>
              <w:rPr>
                <w:b w:val="0"/>
                <w:sz w:val="19"/>
              </w:rPr>
              <w:t>Target Grammatical Structures in Use:</w:t>
            </w:r>
          </w:p>
          <w:p>
            <w:pPr>
              <w:spacing w:after="0"/>
            </w:pPr>
            <w:r>
              <w:rPr>
                <w:b w:val="0"/>
                <w:sz w:val="19"/>
              </w:rPr>
              <w:t>-The Present Simple Tense: (A leader always cares for the team).</w:t>
            </w:r>
          </w:p>
          <w:p>
            <w:pPr>
              <w:spacing w:after="0"/>
            </w:pPr>
            <w:r>
              <w:rPr>
                <w:b w:val="0"/>
                <w:sz w:val="19"/>
              </w:rPr>
              <w:t>-Adverbs of frequency: (Students often greet their teachers before entering the class).</w:t>
            </w:r>
          </w:p>
          <w:p>
            <w:pPr>
              <w:spacing w:after="0"/>
            </w:pPr>
            <w:r>
              <w:rPr>
                <w:b w:val="0"/>
                <w:sz w:val="19"/>
              </w:rPr>
              <w:t>-Object pronouns: (The teacher supports them in their work).</w:t>
            </w:r>
          </w:p>
          <w:p>
            <w:pPr>
              <w:spacing w:after="0"/>
            </w:pPr>
            <w:r>
              <w:rPr>
                <w:b w:val="0"/>
                <w:sz w:val="19"/>
              </w:rPr>
              <w:t>Functions of the Grammatical Structures in Use:</w:t>
            </w:r>
          </w:p>
          <w:p>
            <w:pPr>
              <w:spacing w:after="0"/>
            </w:pPr>
            <w:r>
              <w:rPr>
                <w:b w:val="0"/>
                <w:sz w:val="19"/>
              </w:rPr>
              <w:t>-Use of articles (a/an/the): Expressing non-specific or general items and specific or definite items.</w:t>
            </w:r>
          </w:p>
          <w:p>
            <w:pPr>
              <w:spacing w:after="0"/>
            </w:pPr>
            <w:r>
              <w:rPr>
                <w:b w:val="0"/>
                <w:sz w:val="19"/>
              </w:rPr>
              <w:t>-Use of imperatives: Giving commands.</w:t>
            </w:r>
          </w:p>
          <w:p>
            <w:pPr>
              <w:spacing w:after="0"/>
            </w:pPr>
            <w:r>
              <w:rPr>
                <w:b w:val="0"/>
                <w:sz w:val="19"/>
              </w:rPr>
              <w:t>-Use of The Present Simple Tense: Expressing routines, habits, general truths, and facts.</w:t>
            </w:r>
          </w:p>
          <w:p>
            <w:pPr>
              <w:spacing w:after="0"/>
            </w:pPr>
            <w:r>
              <w:rPr>
                <w:b w:val="0"/>
                <w:sz w:val="19"/>
              </w:rPr>
              <w:t>-Use of adverbs of frequency: Expressing the frequency of actions or events.</w:t>
            </w:r>
          </w:p>
          <w:p>
            <w:pPr>
              <w:spacing w:after="0"/>
            </w:pPr>
            <w:r>
              <w:rPr>
                <w:b w:val="0"/>
                <w:sz w:val="19"/>
              </w:rPr>
              <w:t>-Use of personal pronouns: Indicating who is involved in the action, possession, or other relationships in a</w:t>
            </w:r>
          </w:p>
          <w:p>
            <w:pPr>
              <w:spacing w:after="0"/>
            </w:pPr>
            <w:r>
              <w:rPr>
                <w:b w:val="0"/>
                <w:sz w:val="19"/>
              </w:rPr>
              <w:t>sentence.</w:t>
            </w:r>
          </w:p>
          <w:p>
            <w:pPr>
              <w:spacing w:after="0"/>
            </w:pPr>
            <w:r>
              <w:rPr>
                <w:b w:val="0"/>
                <w:sz w:val="19"/>
              </w:rPr>
              <w:t>-Use of there is/there are: Introducing existence or presence, specifying objects, people, or places in a</w:t>
            </w:r>
          </w:p>
          <w:p>
            <w:pPr>
              <w:spacing w:after="0"/>
            </w:pPr>
            <w:r>
              <w:rPr>
                <w:b w:val="0"/>
                <w:sz w:val="19"/>
              </w:rPr>
              <w:t>location. -Use of wh- questions (who-when-what-where): Asking about things, actions, ideas, a time of an event, about people in an action.</w:t>
            </w:r>
          </w:p>
          <w:p>
            <w:pPr>
              <w:spacing w:after="0"/>
            </w:pPr>
            <w:r>
              <w:rPr>
                <w:b w:val="0"/>
                <w:sz w:val="19"/>
              </w:rPr>
              <w:t>Use of object pronouns: Replacing nouns that receive the action in a sentence.</w:t>
            </w:r>
          </w:p>
          <w:p>
            <w:pPr>
              <w:spacing w:after="0"/>
            </w:pPr>
            <w:r>
              <w:rPr>
                <w:b w:val="0"/>
                <w:sz w:val="19"/>
              </w:rPr>
              <w:t>Target Social Language in Use:</w:t>
            </w:r>
          </w:p>
          <w:p>
            <w:pPr>
              <w:spacing w:after="0"/>
            </w:pPr>
            <w:r>
              <w:rPr>
                <w:b w:val="0"/>
                <w:sz w:val="19"/>
              </w:rPr>
              <w:t>She’s such a team player during all school projects!</w:t>
            </w:r>
          </w:p>
          <w:p>
            <w:pPr>
              <w:spacing w:after="0"/>
            </w:pPr>
            <w:r>
              <w:rPr>
                <w:b w:val="0"/>
                <w:sz w:val="19"/>
              </w:rPr>
              <w:t>You need to work harder to make the grade!</w:t>
            </w:r>
          </w:p>
          <w:p>
            <w:pPr>
              <w:spacing w:after="0"/>
            </w:pPr>
            <w:r>
              <w:rPr>
                <w:b w:val="0"/>
                <w:sz w:val="19"/>
              </w:rPr>
              <w:t>The choir is always in the spotlight during the Republic Day celebrations!</w:t>
            </w:r>
          </w:p>
          <w:p>
            <w:pPr>
              <w:spacing w:after="0"/>
            </w:pPr>
            <w:r>
              <w:rPr>
                <w:b w:val="0"/>
                <w:sz w:val="19"/>
              </w:rPr>
              <w:t>Target Phonological Sounds in Use:</w:t>
            </w:r>
          </w:p>
          <w:p>
            <w:pPr>
              <w:spacing w:after="0"/>
            </w:pPr>
            <w:r>
              <w:rPr>
                <w:b w:val="0"/>
                <w:sz w:val="19"/>
              </w:rPr>
              <w:t>Intonation of positive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ENG.6.1.L1. Students can get ready for the listening/watching-comprehension process for the current</w:t>
            </w:r>
          </w:p>
          <w:p>
            <w:pPr>
              <w:spacing w:after="0"/>
            </w:pPr>
            <w:r>
              <w:rPr>
                <w:b w:val="0"/>
                <w:sz w:val="19"/>
              </w:rPr>
              <w:t>content on “school life with roles, and responsibilities at school; school routines; national days</w:t>
            </w:r>
          </w:p>
          <w:p>
            <w:pPr>
              <w:spacing w:after="0"/>
            </w:pPr>
            <w:r>
              <w:rPr>
                <w:b w:val="0"/>
                <w:sz w:val="19"/>
              </w:rPr>
              <w:t>and celebrations” carefully. ENG.6.1.L2. Students can bring information about the current content on “school life with roles, and</w:t>
            </w:r>
          </w:p>
          <w:p>
            <w:pPr>
              <w:spacing w:after="0"/>
            </w:pPr>
            <w:r>
              <w:rPr>
                <w:b w:val="0"/>
                <w:sz w:val="19"/>
              </w:rPr>
              <w:t>responsibilities at school; school routines; national days and celebrations” together through</w:t>
            </w:r>
          </w:p>
          <w:p>
            <w:pPr>
              <w:spacing w:after="0"/>
            </w:pPr>
            <w:r>
              <w:rPr>
                <w:b w:val="0"/>
                <w:sz w:val="19"/>
              </w:rPr>
              <w:t>significant details and main components while listening/watching it. ENG.6.1.L3. Students can make meaning of/derive meaning from the current content on “school life with</w:t>
            </w:r>
          </w:p>
          <w:p>
            <w:pPr>
              <w:spacing w:after="0"/>
            </w:pPr>
            <w:r>
              <w:rPr>
                <w:b w:val="0"/>
                <w:sz w:val="19"/>
              </w:rPr>
              <w:t>roles, and responsibilities at school; school routines; national days and celebrations” through</w:t>
            </w:r>
          </w:p>
          <w:p>
            <w:pPr>
              <w:spacing w:after="0"/>
            </w:pPr>
            <w:r>
              <w:rPr>
                <w:b w:val="0"/>
                <w:sz w:val="19"/>
              </w:rPr>
              <w:t>significant details by listening/watching it carefully. ENG.6.1.L4.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“school life with roles, and responsibilities at school; school routines; national days and</w:t>
            </w:r>
          </w:p>
          <w:p>
            <w:pPr>
              <w:spacing w:after="0"/>
            </w:pPr>
            <w:r>
              <w:rPr>
                <w:b w:val="0"/>
                <w:sz w:val="19"/>
              </w:rPr>
              <w:t>celebrations”. ENG.6.1.P1. Students can select and use the target phonological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and naturally through spontaneous decision-making</w:t>
            </w:r>
          </w:p>
          <w:p>
            <w:pPr>
              <w:spacing w:after="0"/>
            </w:pPr>
            <w:r>
              <w:rPr>
                <w:b w:val="0"/>
                <w:sz w:val="19"/>
              </w:rPr>
              <w:t>processes and use it in an appropriate and effective way when communicating with others. ENG.6.1.R1. Students can get ready for the reading-comprehension process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ENG.6.1.R2. Students can bring information about the current content on “school life with roles, and</w:t>
            </w:r>
          </w:p>
          <w:p>
            <w:pPr>
              <w:spacing w:after="0"/>
            </w:pPr>
            <w:r>
              <w:rPr>
                <w:b w:val="0"/>
                <w:sz w:val="19"/>
              </w:rPr>
              <w:t>responsibilities at school; school routines; national days and celebrations” through skimming</w:t>
            </w:r>
          </w:p>
          <w:p>
            <w:pPr>
              <w:spacing w:after="0"/>
            </w:pPr>
            <w:r>
              <w:rPr>
                <w:b w:val="0"/>
                <w:sz w:val="19"/>
              </w:rPr>
              <w:t>(looking quickly at) the audio-visual elements and reading the content very quickly. ENG.6.1.R3. Students can make meaning of / derive meaning from the current content about “school life</w:t>
            </w:r>
          </w:p>
          <w:p>
            <w:pPr>
              <w:spacing w:after="0"/>
            </w:pPr>
            <w:r>
              <w:rPr>
                <w:b w:val="0"/>
                <w:sz w:val="19"/>
              </w:rPr>
              <w:t>with roles, and responsibilities at school; school routines; national days and celebrations” by</w:t>
            </w:r>
          </w:p>
          <w:p>
            <w:pPr>
              <w:spacing w:after="0"/>
            </w:pPr>
            <w:r>
              <w:rPr>
                <w:b w:val="0"/>
                <w:sz w:val="19"/>
              </w:rPr>
              <w:t>reading it carefully. ENG.6.1.R4. Students can convey their knowledge, experiences, thoughts, and feelings related to the</w:t>
            </w:r>
          </w:p>
          <w:p>
            <w:pPr>
              <w:spacing w:after="0"/>
            </w:pPr>
            <w:r>
              <w:rPr>
                <w:b w:val="0"/>
                <w:sz w:val="19"/>
              </w:rPr>
              <w:t>reading-comprehension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ENG.6.1.V1. Students can select and use the target vocabulary of the current content about “school life</w:t>
            </w:r>
          </w:p>
          <w:p>
            <w:pPr>
              <w:spacing w:after="0"/>
            </w:pPr>
            <w:r>
              <w:rPr>
                <w:b w:val="0"/>
                <w:sz w:val="19"/>
              </w:rPr>
              <w:t>with roles, and responsibilities at school; school routines; national days and celebrations”</w:t>
            </w:r>
          </w:p>
          <w:p>
            <w:pPr>
              <w:spacing w:after="0"/>
            </w:pPr>
            <w:r>
              <w:rPr>
                <w:b w:val="0"/>
                <w:sz w:val="19"/>
              </w:rPr>
              <w:t>accurately, authentically, spontaneously, and naturally and use it appropriately and effectively</w:t>
            </w:r>
          </w:p>
          <w:p>
            <w:pPr>
              <w:spacing w:after="0"/>
            </w:pPr>
            <w:r>
              <w:rPr>
                <w:b w:val="0"/>
                <w:sz w:val="19"/>
              </w:rPr>
              <w:t>when communicating with others. ENG.6.1.G1. Students can select and use the target grammatical elements of the current content about</w:t>
            </w:r>
          </w:p>
          <w:p>
            <w:pPr>
              <w:spacing w:after="0"/>
            </w:pPr>
            <w:r>
              <w:rPr>
                <w:b w:val="0"/>
                <w:sz w:val="19"/>
              </w:rPr>
              <w:t>“school life with roles, and responsibilities at school; school routines; national days and</w:t>
            </w:r>
          </w:p>
          <w:p>
            <w:pPr>
              <w:spacing w:after="0"/>
            </w:pPr>
            <w:r>
              <w:rPr>
                <w:b w:val="0"/>
                <w:sz w:val="19"/>
              </w:rPr>
              <w:t>celebrations” accurately, authentically, spontaneously, and naturally and use it appropriately</w:t>
            </w:r>
          </w:p>
          <w:p>
            <w:pPr>
              <w:spacing w:after="0"/>
            </w:pPr>
            <w:r>
              <w:rPr>
                <w:b w:val="0"/>
                <w:sz w:val="19"/>
              </w:rPr>
              <w:t>and effectively when communicating with others. ENG.6.1.W1. Students can get ready for the writing-expression process about the current content on</w:t>
            </w:r>
          </w:p>
          <w:p>
            <w:pPr>
              <w:spacing w:after="0"/>
            </w:pPr>
            <w:r>
              <w:rPr>
                <w:b w:val="0"/>
                <w:sz w:val="19"/>
              </w:rPr>
              <w:t>“school life with roles, and responsibilities at school; school routines; national days and</w:t>
            </w:r>
          </w:p>
          <w:p>
            <w:pPr>
              <w:spacing w:after="0"/>
            </w:pPr>
            <w:r>
              <w:rPr>
                <w:b w:val="0"/>
                <w:sz w:val="19"/>
              </w:rPr>
              <w:t>celebrations”. ENG.6.1.W2. Students can understand the model/example for the writing task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ENG.6.1.W3. Students can organise a content for the assigned writing task on the current content “school</w:t>
            </w:r>
          </w:p>
          <w:p>
            <w:pPr>
              <w:spacing w:after="0"/>
            </w:pPr>
            <w:r>
              <w:rPr>
                <w:b w:val="0"/>
                <w:sz w:val="19"/>
              </w:rPr>
              <w:t>life with roles, and responsibilities at school; school routines; national days and celebrations”</w:t>
            </w:r>
          </w:p>
          <w:p>
            <w:pPr>
              <w:spacing w:after="0"/>
            </w:pPr>
            <w:r>
              <w:rPr>
                <w:b w:val="0"/>
                <w:sz w:val="19"/>
              </w:rPr>
              <w:t>based on the model/example provided. ENG.6.1.W4. Students can individually construct/form content for the assigned writing task on the current</w:t>
            </w:r>
          </w:p>
          <w:p>
            <w:pPr>
              <w:spacing w:after="0"/>
            </w:pPr>
            <w:r>
              <w:rPr>
                <w:b w:val="0"/>
                <w:sz w:val="19"/>
              </w:rPr>
              <w:t>content “school life with roles, and responsibilities at school; school routines; national days</w:t>
            </w:r>
          </w:p>
          <w:p>
            <w:pPr>
              <w:spacing w:after="0"/>
            </w:pPr>
            <w:r>
              <w:rPr>
                <w:b w:val="0"/>
                <w:sz w:val="19"/>
              </w:rPr>
              <w:t>and celebrations”. ENG.6.1.W5. Students can reorganise (reconstruct) and use information in the new written tasks about</w:t>
            </w:r>
          </w:p>
          <w:p>
            <w:pPr>
              <w:spacing w:after="0"/>
            </w:pPr>
            <w:r>
              <w:rPr>
                <w:b w:val="0"/>
                <w:sz w:val="19"/>
              </w:rPr>
              <w:t>the “school life with roles, and responsibilities at school; school routines; national days and</w:t>
            </w:r>
          </w:p>
          <w:p>
            <w:pPr>
              <w:spacing w:after="0"/>
            </w:pPr>
            <w:r>
              <w:rPr>
                <w:b w:val="0"/>
                <w:sz w:val="19"/>
              </w:rPr>
              <w:t>celebrations” to communicate with other people. ENG.6.1.W6. Students can reflect on their knowledge, experiences, thoughts, and feelings related to</w:t>
            </w:r>
          </w:p>
          <w:p>
            <w:pPr>
              <w:spacing w:after="0"/>
            </w:pPr>
            <w:r>
              <w:rPr>
                <w:b w:val="0"/>
                <w:sz w:val="19"/>
              </w:rPr>
              <w:t>the writing-expression process about the current content, “school life with roles, and</w:t>
            </w:r>
          </w:p>
          <w:p>
            <w:pPr>
              <w:spacing w:after="0"/>
            </w:pPr>
            <w:r>
              <w:rPr>
                <w:b w:val="0"/>
                <w:sz w:val="19"/>
              </w:rPr>
              <w:t>responsibilities at school; school routines; national days and celebrations” in relation to</w:t>
            </w:r>
          </w:p>
          <w:p>
            <w:pPr>
              <w:spacing w:after="0"/>
            </w:pPr>
            <w:r>
              <w:rPr>
                <w:b w:val="0"/>
                <w:sz w:val="19"/>
              </w:rPr>
              <w:t>themselves or others, both individually and/or with others. ENG.6.1.S1. Students can get ready for speaking-expression process about the current content on “school</w:t>
            </w:r>
          </w:p>
          <w:p>
            <w:pPr>
              <w:spacing w:after="0"/>
            </w:pPr>
            <w:r>
              <w:rPr>
                <w:b w:val="0"/>
                <w:sz w:val="19"/>
              </w:rPr>
              <w:t>life with roles, and responsibilities at school; school routines; national days and celebrations”. ENG.6.1.S2. Students can use the model/example for producing verbal content about the current content</w:t>
            </w:r>
          </w:p>
          <w:p>
            <w:pPr>
              <w:spacing w:after="0"/>
            </w:pPr>
            <w:r>
              <w:rPr>
                <w:b w:val="0"/>
                <w:sz w:val="19"/>
              </w:rPr>
              <w:t>on “school life with roles, and responsibilities at school; school routines; national days and</w:t>
            </w:r>
          </w:p>
          <w:p>
            <w:pPr>
              <w:spacing w:after="0"/>
            </w:pPr>
            <w:r>
              <w:rPr>
                <w:b w:val="0"/>
                <w:sz w:val="19"/>
              </w:rPr>
              <w:t>celebrations”. ENG.6.1.S3. Students can organise a new verbal content on “school life with roles, and responsibilities at</w:t>
            </w:r>
          </w:p>
          <w:p>
            <w:pPr>
              <w:spacing w:after="0"/>
            </w:pPr>
            <w:r>
              <w:rPr>
                <w:b w:val="0"/>
                <w:sz w:val="19"/>
              </w:rPr>
              <w:t>school; school routines; national days and celebrations” by speaking accurately, efficiently, and authentically. ENG.6.1.S4. Students can construct a new verbal content on “school life with roles, and responsibilities at</w:t>
            </w:r>
          </w:p>
          <w:p>
            <w:pPr>
              <w:spacing w:after="0"/>
            </w:pPr>
            <w:r>
              <w:rPr>
                <w:b w:val="0"/>
                <w:sz w:val="19"/>
              </w:rPr>
              <w:t>school; school routines; national days and celebrations” by speaking accurately, efficiently, and authentically. ENG.6.1.S5. Students can reorganise (reconstruct) and use information about the “school life with roles, and responsibilities at school; school routines; national days and celebrations” to communicate</w:t>
            </w:r>
          </w:p>
          <w:p>
            <w:pPr>
              <w:spacing w:after="0"/>
            </w:pPr>
            <w:r>
              <w:rPr>
                <w:b w:val="0"/>
                <w:sz w:val="19"/>
              </w:rPr>
              <w:t>with other people. ENG.6.1.S6. Students can convey their knowledge, experiences, thoughts, and feelings related to</w:t>
            </w:r>
          </w:p>
          <w:p>
            <w:pPr>
              <w:spacing w:after="0"/>
            </w:pPr>
            <w:r>
              <w:rPr>
                <w:b w:val="0"/>
                <w:sz w:val="19"/>
              </w:rPr>
              <w:t>the speaking-expression process about the current content, “school life with roles, and</w:t>
            </w:r>
          </w:p>
          <w:p>
            <w:pPr>
              <w:spacing w:after="0"/>
            </w:pPr>
            <w:r>
              <w:rPr>
                <w:b w:val="0"/>
                <w:sz w:val="19"/>
              </w:rPr>
              <w:t>responsibilities at school; school routines; national days and celebrations”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V6. Honesty, V7. Aesthetics, V9.</w:t>
            </w:r>
          </w:p>
          <w:p>
            <w:pPr>
              <w:spacing w:after="0"/>
            </w:pPr>
            <w:r>
              <w:rPr>
                <w:b w:val="0"/>
                <w:sz w:val="19"/>
              </w:rPr>
              <w:t>Compassion, V10. Modesty, V12. Patience, V14. Respect,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(ENG.6.1.L1.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survey sheet</w:t>
            </w:r>
          </w:p>
          <w:p>
            <w:pPr>
              <w:spacing w:after="0"/>
            </w:pPr>
            <w:r>
              <w:rPr>
                <w:b w:val="0"/>
                <w:sz w:val="19"/>
              </w:rPr>
              <w:t>with questions about routines, habits, and frequency. For example: “How often do you eat vegetables?”, “How</w:t>
            </w:r>
          </w:p>
          <w:p>
            <w:pPr>
              <w:spacing w:after="0"/>
            </w:pPr>
            <w:r>
              <w:rPr>
                <w:b w:val="0"/>
                <w:sz w:val="19"/>
              </w:rPr>
              <w:t>do 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For example: “I always eat vegetables for lunch”, “I usually take the bus to school” or “I never watch TV in the</w:t>
            </w:r>
          </w:p>
          <w:p>
            <w:pPr>
              <w:spacing w:after="0"/>
            </w:pPr>
            <w:r>
              <w:rPr>
                <w:b w:val="0"/>
                <w:sz w:val="19"/>
              </w:rPr>
              <w:t>morning”. After the survey, the teacher asks students to report back to the class using full sentences such</w:t>
            </w:r>
          </w:p>
          <w:p>
            <w:pPr>
              <w:spacing w:after="0"/>
            </w:pPr>
            <w:r>
              <w:rPr>
                <w:b w:val="0"/>
                <w:sz w:val="19"/>
              </w:rPr>
              <w:t>as “Student A always eats vegetables for lunch”, “Student B never watches TV in the morning”. She/He asks</w:t>
            </w:r>
          </w:p>
          <w:p>
            <w:pPr>
              <w:spacing w:after="0"/>
            </w:pPr>
            <w:r>
              <w:rPr>
                <w:b w:val="0"/>
                <w:sz w:val="19"/>
              </w:rPr>
              <w:t>students to share some of the most interesting or surprising routines they heard from their classmates. Then</w:t>
            </w:r>
          </w:p>
          <w:p>
            <w:pPr>
              <w:spacing w:after="0"/>
            </w:pPr>
            <w:r>
              <w:rPr>
                <w:b w:val="0"/>
                <w:sz w:val="19"/>
              </w:rPr>
              <w:t>she/he writes some of the correct and incorrect sentences on the board (without identifying the students)</w:t>
            </w:r>
          </w:p>
          <w:p>
            <w:pPr>
              <w:spacing w:after="0"/>
            </w:pPr>
            <w:r>
              <w:rPr>
                <w:b w:val="0"/>
                <w:sz w:val="19"/>
              </w:rPr>
              <w:t>and corrects any mistakes related to adverb placement and Present Simple Tense usage. She/He reminds</w:t>
            </w:r>
          </w:p>
          <w:p>
            <w:pPr>
              <w:spacing w:after="0"/>
            </w:pPr>
            <w:r>
              <w:rPr>
                <w:b w:val="0"/>
                <w:sz w:val="19"/>
              </w:rPr>
              <w:t>students that they can practice discussing their routines and habits outside of class by focusing on adverbs</w:t>
            </w:r>
          </w:p>
          <w:p>
            <w:pPr>
              <w:spacing w:after="0"/>
            </w:pPr>
            <w:r>
              <w:rPr>
                <w:b w:val="0"/>
                <w:sz w:val="19"/>
              </w:rPr>
              <w:t>of frequency in daily conversations. Students reflect on their thoughts and feelings about the activity. Supporting</w:t>
            </w:r>
          </w:p>
          <w:p>
            <w:pPr>
              <w:spacing w:after="0"/>
            </w:pPr>
            <w:r>
              <w:rPr>
                <w:b w:val="0"/>
                <w:sz w:val="19"/>
              </w:rPr>
              <w:t>Objective: To practise daily routines and habits in English by encouraging students to use the target grammar</w:t>
            </w:r>
          </w:p>
          <w:p>
            <w:pPr>
              <w:spacing w:after="0"/>
            </w:pPr>
            <w:r>
              <w:rPr>
                <w:b w:val="0"/>
                <w:sz w:val="19"/>
              </w:rPr>
              <w:t>chunks and vocabulary.</w:t>
            </w:r>
          </w:p>
          <w:p>
            <w:pPr>
              <w:spacing w:after="0"/>
            </w:pPr>
            <w:r>
              <w:rPr>
                <w:b w:val="0"/>
                <w:sz w:val="19"/>
              </w:rPr>
              <w:t>Activity 1: Frequency Matters</w:t>
            </w:r>
          </w:p>
          <w:p>
            <w:pPr>
              <w:spacing w:after="0"/>
            </w:pPr>
            <w:r>
              <w:rPr>
                <w:b w:val="0"/>
                <w:sz w:val="19"/>
              </w:rPr>
              <w:t>The teacher divides the class into pairs or small groups of 3-4 students and gives each group a sheet with</w:t>
            </w:r>
          </w:p>
          <w:p>
            <w:pPr>
              <w:spacing w:after="0"/>
            </w:pPr>
            <w:r>
              <w:rPr>
                <w:b w:val="0"/>
                <w:sz w:val="19"/>
              </w:rPr>
              <w:t>questions about routines, habits, and frequency. For example: “How often do you eat vegetables?”, “How do</w:t>
            </w:r>
          </w:p>
          <w:p>
            <w:pPr>
              <w:spacing w:after="0"/>
            </w:pPr>
            <w:r>
              <w:rPr>
                <w:b w:val="0"/>
                <w:sz w:val="19"/>
              </w:rPr>
              <w:t>you go to school?” or “Do you ever watch TV in the morning?”. Students ask and answer the questions in pairs</w:t>
            </w:r>
          </w:p>
          <w:p>
            <w:pPr>
              <w:spacing w:after="0"/>
            </w:pPr>
            <w:r>
              <w:rPr>
                <w:b w:val="0"/>
                <w:sz w:val="19"/>
              </w:rPr>
              <w:t>or small groups. They respond using the Present Simple and include adverbs of frequency in their answers.</w:t>
            </w:r>
          </w:p>
          <w:p>
            <w:pPr>
              <w:spacing w:after="0"/>
            </w:pPr>
            <w:r>
              <w:rPr>
                <w:b w:val="0"/>
                <w:sz w:val="19"/>
              </w:rPr>
              <w:t>The teacher moves around the class and gives guidance to students who need help with the sentence</w:t>
            </w:r>
          </w:p>
          <w:p>
            <w:pPr>
              <w:spacing w:after="0"/>
            </w:pPr>
            <w:r>
              <w:rPr>
                <w:b w:val="0"/>
                <w:sz w:val="19"/>
              </w:rPr>
              <w:t>structure or adverb placement. Students share their sentences with their peer. The teacher asks students</w:t>
            </w:r>
          </w:p>
          <w:p>
            <w:pPr>
              <w:spacing w:after="0"/>
            </w:pPr>
            <w:r>
              <w:rPr>
                <w:b w:val="0"/>
                <w:sz w:val="19"/>
              </w:rPr>
              <w:t>to share some of the most interesting or surprising routines they heard from their classmates. She/He writes</w:t>
            </w:r>
          </w:p>
          <w:p>
            <w:pPr>
              <w:spacing w:after="0"/>
            </w:pPr>
            <w:r>
              <w:rPr>
                <w:b w:val="0"/>
                <w:sz w:val="19"/>
              </w:rPr>
              <w:t>some of the correct and incorrect sentences on the board (without identifying the students) and corrects</w:t>
            </w:r>
          </w:p>
          <w:p>
            <w:pPr>
              <w:spacing w:after="0"/>
            </w:pPr>
            <w:r>
              <w:rPr>
                <w:b w:val="0"/>
                <w:sz w:val="19"/>
              </w:rPr>
              <w:t>any mistakes related to adverb placement and Present Simple Tense usage. She/He reminds students that</w:t>
            </w:r>
          </w:p>
          <w:p>
            <w:pPr>
              <w:spacing w:after="0"/>
            </w:pPr>
            <w:r>
              <w:rPr>
                <w:b w:val="0"/>
                <w:sz w:val="19"/>
              </w:rPr>
              <w:t>they can practise discussing their routines and habits outside of class by focusing on adverbs of frequency</w:t>
            </w:r>
          </w:p>
          <w:p>
            <w:pPr>
              <w:spacing w:after="0"/>
            </w:pPr>
            <w:r>
              <w:rPr>
                <w:b w:val="0"/>
                <w:sz w:val="19"/>
              </w:rPr>
              <w:t>in daily conversations.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poster about their daily routines at school. First, they will write sentences describing their daily routines at school. Then, they will write these sentences on</w:t>
            </w:r>
          </w:p>
          <w:p>
            <w:pPr>
              <w:spacing w:after="0"/>
            </w:pPr>
            <w:r>
              <w:rPr>
                <w:b w:val="0"/>
                <w:sz w:val="19"/>
              </w:rPr>
              <w:t>a paper and add some details such as photos, pictures, drawings etc. Finally, they will present their posters</w:t>
            </w:r>
          </w:p>
          <w:p>
            <w:pPr>
              <w:spacing w:after="0"/>
            </w:pPr>
            <w:r>
              <w:rPr>
                <w:b w:val="0"/>
                <w:sz w:val="19"/>
              </w:rPr>
              <w:t>in the class and display them on the classroom bulletin board. The assignment will be evaluated by using a</w:t>
            </w:r>
          </w:p>
          <w:p>
            <w:pPr>
              <w:spacing w:after="0"/>
            </w:pPr>
            <w:r>
              <w:rPr>
                <w:b w:val="0"/>
                <w:sz w:val="19"/>
              </w:rPr>
              <w:t>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October, Republic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8: 2-6 November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8: 2-6 November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Daily and study routines; learning activities in the classroom; cardinal numbers 100-500;</w:t>
            </w:r>
          </w:p>
          <w:p>
            <w:pPr>
              <w:spacing w:after="0"/>
            </w:pPr>
            <w:r>
              <w:rPr>
                <w:b w:val="0"/>
                <w:sz w:val="19"/>
              </w:rPr>
              <w:t>ordinal numbers 1-50</w:t>
            </w:r>
          </w:p>
          <w:p>
            <w:pPr>
              <w:spacing w:after="0"/>
            </w:pPr>
            <w:r>
              <w:rPr>
                <w:b w:val="0"/>
                <w:sz w:val="19"/>
              </w:rPr>
              <w:t>Target Vocabulary in Use (with revisional vocabulary):</w:t>
            </w:r>
          </w:p>
          <w:p>
            <w:pPr>
              <w:spacing w:after="0"/>
            </w:pPr>
            <w:r>
              <w:rPr>
                <w:b w:val="0"/>
                <w:sz w:val="19"/>
              </w:rPr>
              <w:t>Vocabulary for daily and study routines:</w:t>
            </w:r>
          </w:p>
          <w:p>
            <w:pPr>
              <w:spacing w:after="0"/>
            </w:pPr>
            <w:r>
              <w:rPr>
                <w:b w:val="0"/>
                <w:sz w:val="19"/>
              </w:rPr>
              <w:t>Nouns: A habit, a research.</w:t>
            </w:r>
          </w:p>
          <w:p>
            <w:pPr>
              <w:spacing w:after="0"/>
            </w:pPr>
            <w:r>
              <w:rPr>
                <w:b w:val="0"/>
                <w:sz w:val="19"/>
              </w:rPr>
              <w:t>Verbs: To brush, to rest, to search, to focus, to review, to recycle, to repeat, to revise, to remember, to</w:t>
            </w:r>
          </w:p>
          <w:p>
            <w:pPr>
              <w:spacing w:after="0"/>
            </w:pPr>
            <w:r>
              <w:rPr>
                <w:b w:val="0"/>
                <w:sz w:val="19"/>
              </w:rPr>
              <w:t>practise, to work in pairs, to work in groups, to share.</w:t>
            </w:r>
          </w:p>
          <w:p>
            <w:pPr>
              <w:spacing w:after="0"/>
            </w:pPr>
            <w:r>
              <w:rPr>
                <w:b w:val="0"/>
                <w:sz w:val="19"/>
              </w:rPr>
              <w:t>Adjectives: Regular, after, before.</w:t>
            </w:r>
          </w:p>
          <w:p>
            <w:pPr>
              <w:spacing w:after="0"/>
            </w:pPr>
            <w:r>
              <w:rPr>
                <w:b w:val="0"/>
                <w:sz w:val="19"/>
              </w:rPr>
              <w:t>Adverbs: Firstly, normally.</w:t>
            </w:r>
          </w:p>
          <w:p>
            <w:pPr>
              <w:spacing w:after="0"/>
            </w:pPr>
            <w:r>
              <w:rPr>
                <w:b w:val="0"/>
                <w:sz w:val="19"/>
              </w:rPr>
              <w:t>Vocabulary for learning activities in the classroom:</w:t>
            </w:r>
          </w:p>
          <w:p>
            <w:pPr>
              <w:spacing w:after="0"/>
            </w:pPr>
            <w:r>
              <w:rPr>
                <w:b w:val="0"/>
                <w:sz w:val="19"/>
              </w:rPr>
              <w:t>Nouns: A diary, a level, a sort, learning, a method, teaching, an activity, a task, an exercise, a peer, a pair, a</w:t>
            </w:r>
          </w:p>
          <w:p>
            <w:pPr>
              <w:spacing w:after="0"/>
            </w:pPr>
            <w:r>
              <w:rPr>
                <w:b w:val="0"/>
                <w:sz w:val="19"/>
              </w:rPr>
              <w:t>group.</w:t>
            </w:r>
          </w:p>
          <w:p>
            <w:pPr>
              <w:spacing w:after="0"/>
            </w:pPr>
            <w:r>
              <w:rPr>
                <w:b w:val="0"/>
                <w:sz w:val="19"/>
              </w:rPr>
              <w:t>Verbs: To continue, to mark, to count, to read silently, to read aloud.</w:t>
            </w:r>
          </w:p>
          <w:p>
            <w:pPr>
              <w:spacing w:after="0"/>
            </w:pPr>
            <w:r>
              <w:rPr>
                <w:b w:val="0"/>
                <w:sz w:val="19"/>
              </w:rPr>
              <w:t>Adjectives: Creative, effective.</w:t>
            </w:r>
          </w:p>
          <w:p>
            <w:pPr>
              <w:spacing w:after="0"/>
            </w:pPr>
            <w:r>
              <w:rPr>
                <w:b w:val="0"/>
                <w:sz w:val="19"/>
              </w:rPr>
              <w:t>Adverbs: Easily, in turns, one after another, to each other, together.</w:t>
            </w:r>
          </w:p>
          <w:p>
            <w:pPr>
              <w:spacing w:after="0"/>
            </w:pPr>
            <w:r>
              <w:rPr>
                <w:b w:val="0"/>
                <w:sz w:val="19"/>
              </w:rPr>
              <w:t>Vocabulary for cardinal numbers 100-500: From 100 to 500.</w:t>
            </w:r>
          </w:p>
          <w:p>
            <w:pPr>
              <w:spacing w:after="0"/>
            </w:pPr>
            <w:r>
              <w:rPr>
                <w:b w:val="0"/>
                <w:sz w:val="19"/>
              </w:rPr>
              <w:t>Vocabulary for ordinal numbers 1-50: From 1st to 50th.</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Present Progressive Tense: (I am reviewing my notes for the test now).</w:t>
            </w:r>
          </w:p>
          <w:p>
            <w:pPr>
              <w:spacing w:after="0"/>
            </w:pPr>
            <w:r>
              <w:rPr>
                <w:b w:val="0"/>
                <w:sz w:val="19"/>
              </w:rPr>
              <w:t>-The Present Progressive Tense vs the Simple Present Tense: (I brush my teeth every morning, but today I</w:t>
            </w:r>
          </w:p>
          <w:p>
            <w:pPr>
              <w:spacing w:after="0"/>
            </w:pPr>
            <w:r>
              <w:rPr>
                <w:b w:val="0"/>
                <w:sz w:val="19"/>
              </w:rPr>
              <w:t>am brushing them after breakfast).</w:t>
            </w:r>
          </w:p>
          <w:p>
            <w:pPr>
              <w:spacing w:after="0"/>
            </w:pPr>
            <w:r>
              <w:rPr>
                <w:b w:val="0"/>
                <w:sz w:val="19"/>
              </w:rPr>
              <w:t>-Question tags for The Present Progressive Tense and the Simple Present Tense: (She is marking the tests</w:t>
            </w:r>
          </w:p>
          <w:p>
            <w:pPr>
              <w:spacing w:after="0"/>
            </w:pPr>
            <w:r>
              <w:rPr>
                <w:b w:val="0"/>
                <w:sz w:val="19"/>
              </w:rPr>
              <w:t>now, isn’t she? They study in the library every day, don’t they?)</w:t>
            </w:r>
          </w:p>
          <w:p>
            <w:pPr>
              <w:spacing w:after="0"/>
            </w:pPr>
            <w:r>
              <w:rPr>
                <w:b w:val="0"/>
                <w:sz w:val="19"/>
              </w:rPr>
              <w:t>-Possessive adjectives: (I always keep my diary on the table).</w:t>
            </w:r>
          </w:p>
          <w:p>
            <w:pPr>
              <w:spacing w:after="0"/>
            </w:pPr>
            <w:r>
              <w:rPr>
                <w:b w:val="0"/>
                <w:sz w:val="19"/>
              </w:rPr>
              <w:t>-Word order with adverbs: (He normally brushes his teeth after breakfast).</w:t>
            </w:r>
          </w:p>
          <w:p>
            <w:pPr>
              <w:spacing w:after="0"/>
            </w:pPr>
            <w:r>
              <w:rPr>
                <w:b w:val="0"/>
                <w:sz w:val="19"/>
              </w:rPr>
              <w:t>-Question: How often: (How often do you review your notes before a test?)</w:t>
            </w:r>
          </w:p>
          <w:p>
            <w:pPr>
              <w:spacing w:after="0"/>
            </w:pPr>
            <w:r>
              <w:rPr>
                <w:b w:val="0"/>
                <w:sz w:val="19"/>
              </w:rPr>
              <w:t>Functions of the Grammatical Structures in Use:</w:t>
            </w:r>
          </w:p>
          <w:p>
            <w:pPr>
              <w:spacing w:after="0"/>
            </w:pPr>
            <w:r>
              <w:rPr>
                <w:b w:val="0"/>
                <w:sz w:val="19"/>
              </w:rPr>
              <w:t>-Use of The Present Progressive Tense: Indicating actions happening right now or ongoing activities.</w:t>
            </w:r>
          </w:p>
          <w:p>
            <w:pPr>
              <w:spacing w:after="0"/>
            </w:pPr>
            <w:r>
              <w:rPr>
                <w:b w:val="0"/>
                <w:sz w:val="19"/>
              </w:rPr>
              <w:t>-Use of Present Progressive Tense vs Present Simple Tense: Comparing actions happening right now and</w:t>
            </w:r>
          </w:p>
          <w:p>
            <w:pPr>
              <w:spacing w:after="0"/>
            </w:pPr>
            <w:r>
              <w:rPr>
                <w:b w:val="0"/>
                <w:sz w:val="19"/>
              </w:rPr>
              <w:t>general truths, habits, routines.</w:t>
            </w:r>
          </w:p>
          <w:p>
            <w:pPr>
              <w:spacing w:after="0"/>
            </w:pPr>
            <w:r>
              <w:rPr>
                <w:b w:val="0"/>
                <w:sz w:val="19"/>
              </w:rPr>
              <w:t>-Use of question tags for the Simple Present Tense and Progressive Tense: Confirming general truths, actions or habits and confirming ongoing action. -Use of possessive adjectives: Showing ownership in relation to nouns.</w:t>
            </w:r>
          </w:p>
          <w:p>
            <w:pPr>
              <w:spacing w:after="0"/>
            </w:pPr>
            <w:r>
              <w:rPr>
                <w:b w:val="0"/>
                <w:sz w:val="19"/>
              </w:rPr>
              <w:t>-Use of the word order with adverbs: Organizing adverbs correctly to modify verbs, adjectives, or other</w:t>
            </w:r>
          </w:p>
          <w:p>
            <w:pPr>
              <w:spacing w:after="0"/>
            </w:pPr>
            <w:r>
              <w:rPr>
                <w:b w:val="0"/>
                <w:sz w:val="19"/>
              </w:rPr>
              <w:t>adverbs.</w:t>
            </w:r>
          </w:p>
          <w:p>
            <w:pPr>
              <w:spacing w:after="0"/>
            </w:pPr>
            <w:r>
              <w:rPr>
                <w:b w:val="0"/>
                <w:sz w:val="19"/>
              </w:rPr>
              <w:t>-Use of question: How often: Asking about the frequency of an action.</w:t>
            </w:r>
          </w:p>
          <w:p>
            <w:pPr>
              <w:spacing w:after="0"/>
            </w:pPr>
            <w:r>
              <w:rPr>
                <w:b w:val="0"/>
                <w:sz w:val="19"/>
              </w:rPr>
              <w:t>Target Social Language in Use:</w:t>
            </w:r>
          </w:p>
          <w:p>
            <w:pPr>
              <w:spacing w:after="0"/>
            </w:pPr>
            <w:r>
              <w:rPr>
                <w:b w:val="0"/>
                <w:sz w:val="19"/>
              </w:rPr>
              <w:t>I got full marks on the English test!</w:t>
            </w:r>
          </w:p>
          <w:p>
            <w:pPr>
              <w:spacing w:after="0"/>
            </w:pPr>
            <w:r>
              <w:rPr>
                <w:b w:val="0"/>
                <w:sz w:val="19"/>
              </w:rPr>
              <w:t>Do we have to discuss the answers in pairs?</w:t>
            </w:r>
          </w:p>
          <w:p>
            <w:pPr>
              <w:spacing w:after="0"/>
            </w:pPr>
            <w:r>
              <w:rPr>
                <w:b w:val="0"/>
                <w:sz w:val="19"/>
              </w:rPr>
              <w:t>I need some help with vocabulary work!</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ENG.6.2.L1. Students can get ready for the listening/watching-comprehension process for the current</w:t>
            </w:r>
          </w:p>
          <w:p>
            <w:pPr>
              <w:spacing w:after="0"/>
            </w:pPr>
            <w:r>
              <w:rPr>
                <w:b w:val="0"/>
                <w:sz w:val="19"/>
              </w:rPr>
              <w:t>content on “classroom life with daily and study routines; learning activities in the classroom;</w:t>
            </w:r>
          </w:p>
          <w:p>
            <w:pPr>
              <w:spacing w:after="0"/>
            </w:pPr>
            <w:r>
              <w:rPr>
                <w:b w:val="0"/>
                <w:sz w:val="19"/>
              </w:rPr>
              <w:t>cardinal numbers 100-500; ordinal numbers 1-50” carefully. ENG.6.2.L2.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together through significant details and main components while listening/</w:t>
            </w:r>
          </w:p>
          <w:p>
            <w:pPr>
              <w:spacing w:after="0"/>
            </w:pPr>
            <w:r>
              <w:rPr>
                <w:b w:val="0"/>
                <w:sz w:val="19"/>
              </w:rPr>
              <w:t>watching it. ENG.6.2.L3. Students can make meaning of/derive meaning from the current content on “classroom life</w:t>
            </w:r>
          </w:p>
          <w:p>
            <w:pPr>
              <w:spacing w:after="0"/>
            </w:pPr>
            <w:r>
              <w:rPr>
                <w:b w:val="0"/>
                <w:sz w:val="19"/>
              </w:rPr>
              <w:t>with daily and study routines; learning activities in the classroom; cardinal numbers 100-500;</w:t>
            </w:r>
          </w:p>
          <w:p>
            <w:pPr>
              <w:spacing w:after="0"/>
            </w:pPr>
            <w:r>
              <w:rPr>
                <w:b w:val="0"/>
                <w:sz w:val="19"/>
              </w:rPr>
              <w:t>ordinal numbers 1-50” through significant details by listening/watching it carefully. ENG.6.2.L4.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ENG.6.2.P1. Students can select and use the target phonological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and naturally through</w:t>
            </w:r>
          </w:p>
          <w:p>
            <w:pPr>
              <w:spacing w:after="0"/>
            </w:pPr>
            <w:r>
              <w:rPr>
                <w:b w:val="0"/>
                <w:sz w:val="19"/>
              </w:rPr>
              <w:t>spontaneous decision-making processes and use it in an appropriate and effective way when</w:t>
            </w:r>
          </w:p>
          <w:p>
            <w:pPr>
              <w:spacing w:after="0"/>
            </w:pPr>
            <w:r>
              <w:rPr>
                <w:b w:val="0"/>
                <w:sz w:val="19"/>
              </w:rPr>
              <w:t>communicating with others. ENG.6.2.R1. Students can get ready for the reading-comprehension process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ENG.6.2.R2.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through skimming (looking quickly at) the audio-visual elements and reading</w:t>
            </w:r>
          </w:p>
          <w:p>
            <w:pPr>
              <w:spacing w:after="0"/>
            </w:pPr>
            <w:r>
              <w:rPr>
                <w:b w:val="0"/>
                <w:sz w:val="19"/>
              </w:rPr>
              <w:t>the content very quickly. ENG.6.2.R3. Students can make meaning of / derive meaning from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by reading it carefully. ENG.6.2.R4. Students can convey their knowledge, experiences, thoughts, and feelings related to the</w:t>
            </w:r>
          </w:p>
          <w:p>
            <w:pPr>
              <w:spacing w:after="0"/>
            </w:pPr>
            <w:r>
              <w:rPr>
                <w:b w:val="0"/>
                <w:sz w:val="19"/>
              </w:rPr>
              <w:t>reading-comprehension process about the current content, “classroom life with daily and</w:t>
            </w:r>
          </w:p>
          <w:p>
            <w:pPr>
              <w:spacing w:after="0"/>
            </w:pPr>
            <w:r>
              <w:rPr>
                <w:b w:val="0"/>
                <w:sz w:val="19"/>
              </w:rPr>
              <w:t>study routines; learning activities in the classroom; cardinal numbers 100-500; ordinal</w:t>
            </w:r>
          </w:p>
          <w:p>
            <w:pPr>
              <w:spacing w:after="0"/>
            </w:pPr>
            <w:r>
              <w:rPr>
                <w:b w:val="0"/>
                <w:sz w:val="19"/>
              </w:rPr>
              <w:t>numbers 1-50” in relation to themselves or others, both individually and/or with others. ENG.6.2.V1. Students can select and use the target vocabulary of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accurately, authentically, spontaneously, and naturally and use it</w:t>
            </w:r>
          </w:p>
          <w:p>
            <w:pPr>
              <w:spacing w:after="0"/>
            </w:pPr>
            <w:r>
              <w:rPr>
                <w:b w:val="0"/>
                <w:sz w:val="19"/>
              </w:rPr>
              <w:t>appropriately and effectively when communicating with others. ENG.6.2.G1. Students can select and use the target grammatical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spontaneously, and</w:t>
            </w:r>
          </w:p>
          <w:p>
            <w:pPr>
              <w:spacing w:after="0"/>
            </w:pPr>
            <w:r>
              <w:rPr>
                <w:b w:val="0"/>
                <w:sz w:val="19"/>
              </w:rPr>
              <w:t>naturally and use it appropriately and effectively when communicating with others. ENG.6.2.W1. Students can get ready for the writing-expression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ENG.6.2.W2. Students can understand the model/example for the writing task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ENG.6.2.W3. Students can organise a content for the assigned writing task on the current content</w:t>
            </w:r>
          </w:p>
          <w:p>
            <w:pPr>
              <w:spacing w:after="0"/>
            </w:pPr>
            <w:r>
              <w:rPr>
                <w:b w:val="0"/>
                <w:sz w:val="19"/>
              </w:rPr>
              <w:t>“classroom life with daily and study routines; learning activities in the classroom; cardinal</w:t>
            </w:r>
          </w:p>
          <w:p>
            <w:pPr>
              <w:spacing w:after="0"/>
            </w:pPr>
            <w:r>
              <w:rPr>
                <w:b w:val="0"/>
                <w:sz w:val="19"/>
              </w:rPr>
              <w:t>numbers 100-500; ordinal numbers 1-50” based on the model/example provided. ENG.6.2.W4. Students can individually construct/form content for the assigned writing task on the current</w:t>
            </w:r>
          </w:p>
          <w:p>
            <w:pPr>
              <w:spacing w:after="0"/>
            </w:pPr>
            <w:r>
              <w:rPr>
                <w:b w:val="0"/>
                <w:sz w:val="19"/>
              </w:rPr>
              <w:t>content “classroom life with daily and study routines; learning activities in the classroom;</w:t>
            </w:r>
          </w:p>
          <w:p>
            <w:pPr>
              <w:spacing w:after="0"/>
            </w:pPr>
            <w:r>
              <w:rPr>
                <w:b w:val="0"/>
                <w:sz w:val="19"/>
              </w:rPr>
              <w:t>cardinal numbers 100-500; ordinal numbers 1-50”. ENG.6.2.W5. Students can reorganise (reconstruct) and use information in the new written tasks about</w:t>
            </w:r>
          </w:p>
          <w:p>
            <w:pPr>
              <w:spacing w:after="0"/>
            </w:pPr>
            <w:r>
              <w:rPr>
                <w:b w:val="0"/>
                <w:sz w:val="19"/>
              </w:rPr>
              <w:t>the “classroom life with daily and study routines; learning activities in the classroom; cardinal</w:t>
            </w:r>
          </w:p>
          <w:p>
            <w:pPr>
              <w:spacing w:after="0"/>
            </w:pPr>
            <w:r>
              <w:rPr>
                <w:b w:val="0"/>
                <w:sz w:val="19"/>
              </w:rPr>
              <w:t>numbers 100-500; ordinal numbers 1-50” to communicate with other people. ENG.6.2.W6. Students can reflect on their knowledge, experiences, thoughts, and feelings related to the</w:t>
            </w:r>
          </w:p>
          <w:p>
            <w:pPr>
              <w:spacing w:after="0"/>
            </w:pPr>
            <w:r>
              <w:rPr>
                <w:b w:val="0"/>
                <w:sz w:val="19"/>
              </w:rPr>
              <w:t>writing-expression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in relation to themselves or others, both individually and/or with others. ENG.6.2.S1. Students can get ready for speaking-expression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ENG.6.2.S2. Students can use the model/example for producing verbal content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ENG.6.2.S3. Students can organise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ENG.6.2.S4. Students can construct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ENG.6.2.S5. Students can reorganise (reconstruct) and use information about the “classroom life with daily</w:t>
            </w:r>
          </w:p>
          <w:p>
            <w:pPr>
              <w:spacing w:after="0"/>
            </w:pPr>
            <w:r>
              <w:rPr>
                <w:b w:val="0"/>
                <w:sz w:val="19"/>
              </w:rPr>
              <w:t>and study routines; learning activities in the classroom; cardinal numbers 100-500; ordinal</w:t>
            </w:r>
          </w:p>
          <w:p>
            <w:pPr>
              <w:spacing w:after="0"/>
            </w:pPr>
            <w:r>
              <w:rPr>
                <w:b w:val="0"/>
                <w:sz w:val="19"/>
              </w:rPr>
              <w:t>numbers 1-50” to communicate with other people. ENG.6.2.S6. Students can convey their knowledge, experiences, thoughts, and feelings related to the</w:t>
            </w:r>
          </w:p>
          <w:p>
            <w:pPr>
              <w:spacing w:after="0"/>
            </w:pPr>
            <w:r>
              <w:rPr>
                <w:b w:val="0"/>
                <w:sz w:val="19"/>
              </w:rPr>
              <w:t>speaking-expression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to communicate with other people in relation to themselves or others, both individually</w:t>
            </w:r>
          </w:p>
          <w:p>
            <w:pPr>
              <w:spacing w:after="0"/>
            </w:pPr>
            <w:r>
              <w:rPr>
                <w:b w:val="0"/>
                <w:sz w:val="19"/>
              </w:rPr>
              <w:t>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w:t>
            </w:r>
          </w:p>
          <w:p>
            <w:pPr>
              <w:spacing w:after="0"/>
            </w:pPr>
            <w:r>
              <w:rPr>
                <w:b w:val="0"/>
                <w:sz w:val="19"/>
              </w:rPr>
              <w:t>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actions happening at present in English by creating a short, imaginative story based</w:t>
            </w:r>
          </w:p>
          <w:p>
            <w:pPr>
              <w:spacing w:after="0"/>
            </w:pPr>
            <w:r>
              <w:rPr>
                <w:b w:val="0"/>
                <w:sz w:val="19"/>
              </w:rPr>
              <w:t>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list the actions happening in their scenario in a specific and imaginative way</w:t>
            </w:r>
          </w:p>
          <w:p>
            <w:pPr>
              <w:spacing w:after="0"/>
            </w:pPr>
            <w:r>
              <w:rPr>
                <w:b w:val="0"/>
                <w:sz w:val="19"/>
              </w:rPr>
              <w:t>(e.g., “People are swimming”, “A dog is barking”, “The sun is shining”). Once they have their list, they combine</w:t>
            </w:r>
          </w:p>
          <w:p>
            <w:pPr>
              <w:spacing w:after="0"/>
            </w:pPr>
            <w:r>
              <w:rPr>
                <w:b w:val="0"/>
                <w:sz w:val="19"/>
              </w:rPr>
              <w:t>the actions into a cohesive short story, creating a narrative that describes what’s happening in the scene in</w:t>
            </w:r>
          </w:p>
          <w:p>
            <w:pPr>
              <w:spacing w:after="0"/>
            </w:pPr>
            <w:r>
              <w:rPr>
                <w:b w:val="0"/>
                <w:sz w:val="19"/>
              </w:rPr>
              <w:t>real-time. The teacher encourages students to think about the setting, the characters involved, and how</w:t>
            </w:r>
          </w:p>
          <w:p>
            <w:pPr>
              <w:spacing w:after="0"/>
            </w:pPr>
            <w:r>
              <w:rPr>
                <w:b w:val="0"/>
                <w:sz w:val="19"/>
              </w:rPr>
              <w:t>they can create a detailed and engaging story using the target grammar. For example: “At the beach, people</w:t>
            </w:r>
          </w:p>
          <w:p>
            <w:pPr>
              <w:spacing w:after="0"/>
            </w:pPr>
            <w:r>
              <w:rPr>
                <w:b w:val="0"/>
                <w:sz w:val="19"/>
              </w:rPr>
              <w:t>are playing volleyball. Some children are building sandcastles, and a man is selling ice cream. A family is</w:t>
            </w:r>
          </w:p>
          <w:p>
            <w:pPr>
              <w:spacing w:after="0"/>
            </w:pPr>
            <w:r>
              <w:rPr>
                <w:b w:val="0"/>
                <w:sz w:val="19"/>
              </w:rPr>
              <w:t>sitting on a blanket and having a picnic”. Students share their stories with the rest of the class, reading them</w:t>
            </w:r>
          </w:p>
          <w:p>
            <w:pPr>
              <w:spacing w:after="0"/>
            </w:pPr>
            <w:r>
              <w:rPr>
                <w:b w:val="0"/>
                <w:sz w:val="19"/>
              </w:rPr>
              <w:t>aloud or presenting them as a group. After each group shares their story, the teacher provides feedback on language use and focuses on how well students have applied the target grammar and any common errors.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practise actions happening at present in English by creating a short, imaginative dialogue</w:t>
            </w:r>
          </w:p>
          <w:p>
            <w:pPr>
              <w:spacing w:after="0"/>
            </w:pPr>
            <w:r>
              <w:rPr>
                <w:b w:val="0"/>
                <w:sz w:val="19"/>
              </w:rPr>
              <w:t>between two friends based 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create a dialogue between two characters in the scene (e.g., two friends at</w:t>
            </w:r>
          </w:p>
          <w:p>
            <w:pPr>
              <w:spacing w:after="0"/>
            </w:pPr>
            <w:r>
              <w:rPr>
                <w:b w:val="0"/>
                <w:sz w:val="19"/>
              </w:rPr>
              <w:t>the zoo). Students read their dialogue aloud to the rest of the class. After each group shares their dialogue, the teacher provides feedback on language use and focuses on how well students have applied the target</w:t>
            </w:r>
          </w:p>
          <w:p>
            <w:pPr>
              <w:spacing w:after="0"/>
            </w:pPr>
            <w:r>
              <w:rPr>
                <w:b w:val="0"/>
                <w:sz w:val="19"/>
              </w:rPr>
              <w:t>grammar and any common errors.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game about numbers focusing on using cardinal</w:t>
            </w:r>
          </w:p>
          <w:p>
            <w:pPr>
              <w:spacing w:after="0"/>
            </w:pPr>
            <w:r>
              <w:rPr>
                <w:b w:val="0"/>
                <w:sz w:val="19"/>
              </w:rPr>
              <w:t>numbers (100-500) and ordinal numbers (1-50). They will design a game, such as a board game, card game, or</w:t>
            </w:r>
          </w:p>
          <w:p>
            <w:pPr>
              <w:spacing w:after="0"/>
            </w:pPr>
            <w:r>
              <w:rPr>
                <w:b w:val="0"/>
                <w:sz w:val="19"/>
              </w:rPr>
              <w:t>quiz, where players solve problems or answer questions about these numbers. They will also place questions</w:t>
            </w:r>
          </w:p>
          <w:p>
            <w:pPr>
              <w:spacing w:after="0"/>
            </w:pPr>
            <w:r>
              <w:rPr>
                <w:b w:val="0"/>
                <w:sz w:val="19"/>
              </w:rPr>
              <w:t>about school routines and learning activities to be answered in an order with given numbers. They will write</w:t>
            </w:r>
          </w:p>
          <w:p>
            <w:pPr>
              <w:spacing w:after="0"/>
            </w:pPr>
            <w:r>
              <w:rPr>
                <w:b w:val="0"/>
                <w:sz w:val="19"/>
              </w:rPr>
              <w:t>simple rules for their games and create challenges related to classroom life, such as arranging items in order</w:t>
            </w:r>
          </w:p>
          <w:p>
            <w:pPr>
              <w:spacing w:after="0"/>
            </w:pPr>
            <w:r>
              <w:rPr>
                <w:b w:val="0"/>
                <w:sz w:val="19"/>
              </w:rPr>
              <w:t>or counting objects. They will present their games to classmates, explain how to play, and let others try them.</w:t>
            </w:r>
          </w:p>
          <w:p>
            <w:pPr>
              <w:spacing w:after="0"/>
            </w:pPr>
            <w:r>
              <w:rPr>
                <w:b w:val="0"/>
                <w:sz w:val="19"/>
              </w:rPr>
              <w:t>The project should include colourful designs, creative questions, and clear instructions. The assignment will</w:t>
            </w:r>
          </w:p>
          <w:p>
            <w:pPr>
              <w:spacing w:after="0"/>
            </w:pPr>
            <w:r>
              <w:rPr>
                <w:b w:val="0"/>
                <w:sz w:val="19"/>
              </w:rPr>
              <w:t>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9: 9-13 November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9: 9-13 November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SCHOOL-BASED PLANNING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10 November, Atatürk Memorial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10: 23-27 November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10: 23-27 November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Daily and study routines; learning activities in the classroom; cardinal numbers 100-500;</w:t>
            </w:r>
          </w:p>
          <w:p>
            <w:pPr>
              <w:spacing w:after="0"/>
            </w:pPr>
            <w:r>
              <w:rPr>
                <w:b w:val="0"/>
                <w:sz w:val="19"/>
              </w:rPr>
              <w:t>ordinal numbers 1-50</w:t>
            </w:r>
          </w:p>
          <w:p>
            <w:pPr>
              <w:spacing w:after="0"/>
            </w:pPr>
            <w:r>
              <w:rPr>
                <w:b w:val="0"/>
                <w:sz w:val="19"/>
              </w:rPr>
              <w:t>Target Vocabulary in Use (with revisional vocabulary):</w:t>
            </w:r>
          </w:p>
          <w:p>
            <w:pPr>
              <w:spacing w:after="0"/>
            </w:pPr>
            <w:r>
              <w:rPr>
                <w:b w:val="0"/>
                <w:sz w:val="19"/>
              </w:rPr>
              <w:t>Vocabulary for daily and study routines:</w:t>
            </w:r>
          </w:p>
          <w:p>
            <w:pPr>
              <w:spacing w:after="0"/>
            </w:pPr>
            <w:r>
              <w:rPr>
                <w:b w:val="0"/>
                <w:sz w:val="19"/>
              </w:rPr>
              <w:t>Nouns: A habit, a research.</w:t>
            </w:r>
          </w:p>
          <w:p>
            <w:pPr>
              <w:spacing w:after="0"/>
            </w:pPr>
            <w:r>
              <w:rPr>
                <w:b w:val="0"/>
                <w:sz w:val="19"/>
              </w:rPr>
              <w:t>Verbs: To brush, to rest, to search, to focus, to review, to recycle, to repeat, to revise, to remember, to</w:t>
            </w:r>
          </w:p>
          <w:p>
            <w:pPr>
              <w:spacing w:after="0"/>
            </w:pPr>
            <w:r>
              <w:rPr>
                <w:b w:val="0"/>
                <w:sz w:val="19"/>
              </w:rPr>
              <w:t>practise, to work in pairs, to work in groups, to share.</w:t>
            </w:r>
          </w:p>
          <w:p>
            <w:pPr>
              <w:spacing w:after="0"/>
            </w:pPr>
            <w:r>
              <w:rPr>
                <w:b w:val="0"/>
                <w:sz w:val="19"/>
              </w:rPr>
              <w:t>Adjectives: Regular, after, before.</w:t>
            </w:r>
          </w:p>
          <w:p>
            <w:pPr>
              <w:spacing w:after="0"/>
            </w:pPr>
            <w:r>
              <w:rPr>
                <w:b w:val="0"/>
                <w:sz w:val="19"/>
              </w:rPr>
              <w:t>Adverbs: Firstly, normally.</w:t>
            </w:r>
          </w:p>
          <w:p>
            <w:pPr>
              <w:spacing w:after="0"/>
            </w:pPr>
            <w:r>
              <w:rPr>
                <w:b w:val="0"/>
                <w:sz w:val="19"/>
              </w:rPr>
              <w:t>Vocabulary for learning activities in the classroom:</w:t>
            </w:r>
          </w:p>
          <w:p>
            <w:pPr>
              <w:spacing w:after="0"/>
            </w:pPr>
            <w:r>
              <w:rPr>
                <w:b w:val="0"/>
                <w:sz w:val="19"/>
              </w:rPr>
              <w:t>Nouns: A diary, a level, a sort, learning, a method, teaching, an activity, a task, an exercise, a peer, a pair, a</w:t>
            </w:r>
          </w:p>
          <w:p>
            <w:pPr>
              <w:spacing w:after="0"/>
            </w:pPr>
            <w:r>
              <w:rPr>
                <w:b w:val="0"/>
                <w:sz w:val="19"/>
              </w:rPr>
              <w:t>group.</w:t>
            </w:r>
          </w:p>
          <w:p>
            <w:pPr>
              <w:spacing w:after="0"/>
            </w:pPr>
            <w:r>
              <w:rPr>
                <w:b w:val="0"/>
                <w:sz w:val="19"/>
              </w:rPr>
              <w:t>Verbs: To continue, to mark, to count, to read silently, to read aloud.</w:t>
            </w:r>
          </w:p>
          <w:p>
            <w:pPr>
              <w:spacing w:after="0"/>
            </w:pPr>
            <w:r>
              <w:rPr>
                <w:b w:val="0"/>
                <w:sz w:val="19"/>
              </w:rPr>
              <w:t>Adjectives: Creative, effective.</w:t>
            </w:r>
          </w:p>
          <w:p>
            <w:pPr>
              <w:spacing w:after="0"/>
            </w:pPr>
            <w:r>
              <w:rPr>
                <w:b w:val="0"/>
                <w:sz w:val="19"/>
              </w:rPr>
              <w:t>Adverbs: Easily, in turns, one after another, to each other, together.</w:t>
            </w:r>
          </w:p>
          <w:p>
            <w:pPr>
              <w:spacing w:after="0"/>
            </w:pPr>
            <w:r>
              <w:rPr>
                <w:b w:val="0"/>
                <w:sz w:val="19"/>
              </w:rPr>
              <w:t>Vocabulary for cardinal numbers 100-500: From 100 to 500.</w:t>
            </w:r>
          </w:p>
          <w:p>
            <w:pPr>
              <w:spacing w:after="0"/>
            </w:pPr>
            <w:r>
              <w:rPr>
                <w:b w:val="0"/>
                <w:sz w:val="19"/>
              </w:rPr>
              <w:t>Vocabulary for ordinal numbers 1-50: From 1st to 50th.</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Present Progressive Tense: (I am reviewing my notes for the test now).</w:t>
            </w:r>
          </w:p>
          <w:p>
            <w:pPr>
              <w:spacing w:after="0"/>
            </w:pPr>
            <w:r>
              <w:rPr>
                <w:b w:val="0"/>
                <w:sz w:val="19"/>
              </w:rPr>
              <w:t>-The Present Progressive Tense vs the Simple Present Tense: (I brush my teeth every morning, but today I</w:t>
            </w:r>
          </w:p>
          <w:p>
            <w:pPr>
              <w:spacing w:after="0"/>
            </w:pPr>
            <w:r>
              <w:rPr>
                <w:b w:val="0"/>
                <w:sz w:val="19"/>
              </w:rPr>
              <w:t>am brushing them after breakfast).</w:t>
            </w:r>
          </w:p>
          <w:p>
            <w:pPr>
              <w:spacing w:after="0"/>
            </w:pPr>
            <w:r>
              <w:rPr>
                <w:b w:val="0"/>
                <w:sz w:val="19"/>
              </w:rPr>
              <w:t>-Question tags for The Present Progressive Tense and the Simple Present Tense: (She is marking the tests</w:t>
            </w:r>
          </w:p>
          <w:p>
            <w:pPr>
              <w:spacing w:after="0"/>
            </w:pPr>
            <w:r>
              <w:rPr>
                <w:b w:val="0"/>
                <w:sz w:val="19"/>
              </w:rPr>
              <w:t>now, isn’t she? They study in the library every day, don’t they?)</w:t>
            </w:r>
          </w:p>
          <w:p>
            <w:pPr>
              <w:spacing w:after="0"/>
            </w:pPr>
            <w:r>
              <w:rPr>
                <w:b w:val="0"/>
                <w:sz w:val="19"/>
              </w:rPr>
              <w:t>-Possessive adjectives: (I always keep my diary on the table).</w:t>
            </w:r>
          </w:p>
          <w:p>
            <w:pPr>
              <w:spacing w:after="0"/>
            </w:pPr>
            <w:r>
              <w:rPr>
                <w:b w:val="0"/>
                <w:sz w:val="19"/>
              </w:rPr>
              <w:t>-Word order with adverbs: (He normally brushes his teeth after breakfast).</w:t>
            </w:r>
          </w:p>
          <w:p>
            <w:pPr>
              <w:spacing w:after="0"/>
            </w:pPr>
            <w:r>
              <w:rPr>
                <w:b w:val="0"/>
                <w:sz w:val="19"/>
              </w:rPr>
              <w:t>-Question: How often: (How often do you review your notes before a test?)</w:t>
            </w:r>
          </w:p>
          <w:p>
            <w:pPr>
              <w:spacing w:after="0"/>
            </w:pPr>
            <w:r>
              <w:rPr>
                <w:b w:val="0"/>
                <w:sz w:val="19"/>
              </w:rPr>
              <w:t>Functions of the Grammatical Structures in Use:</w:t>
            </w:r>
          </w:p>
          <w:p>
            <w:pPr>
              <w:spacing w:after="0"/>
            </w:pPr>
            <w:r>
              <w:rPr>
                <w:b w:val="0"/>
                <w:sz w:val="19"/>
              </w:rPr>
              <w:t>-Use of The Present Progressive Tense: Indicating actions happening right now or ongoing activities.</w:t>
            </w:r>
          </w:p>
          <w:p>
            <w:pPr>
              <w:spacing w:after="0"/>
            </w:pPr>
            <w:r>
              <w:rPr>
                <w:b w:val="0"/>
                <w:sz w:val="19"/>
              </w:rPr>
              <w:t>-Use of Present Progressive Tense vs Present Simple Tense: Comparing actions happening right now and</w:t>
            </w:r>
          </w:p>
          <w:p>
            <w:pPr>
              <w:spacing w:after="0"/>
            </w:pPr>
            <w:r>
              <w:rPr>
                <w:b w:val="0"/>
                <w:sz w:val="19"/>
              </w:rPr>
              <w:t>general truths, habits, routines.</w:t>
            </w:r>
          </w:p>
          <w:p>
            <w:pPr>
              <w:spacing w:after="0"/>
            </w:pPr>
            <w:r>
              <w:rPr>
                <w:b w:val="0"/>
                <w:sz w:val="19"/>
              </w:rPr>
              <w:t>-Use of question tags for the Simple Present Tense and Progressive Tense: Confirming general truths, actions or habits and confirming ongoing action. -Use of possessive adjectives: Showing ownership in relation to nouns.</w:t>
            </w:r>
          </w:p>
          <w:p>
            <w:pPr>
              <w:spacing w:after="0"/>
            </w:pPr>
            <w:r>
              <w:rPr>
                <w:b w:val="0"/>
                <w:sz w:val="19"/>
              </w:rPr>
              <w:t>-Use of the word order with adverbs: Organizing adverbs correctly to modify verbs, adjectives, or other</w:t>
            </w:r>
          </w:p>
          <w:p>
            <w:pPr>
              <w:spacing w:after="0"/>
            </w:pPr>
            <w:r>
              <w:rPr>
                <w:b w:val="0"/>
                <w:sz w:val="19"/>
              </w:rPr>
              <w:t>adverbs.</w:t>
            </w:r>
          </w:p>
          <w:p>
            <w:pPr>
              <w:spacing w:after="0"/>
            </w:pPr>
            <w:r>
              <w:rPr>
                <w:b w:val="0"/>
                <w:sz w:val="19"/>
              </w:rPr>
              <w:t>-Use of question: How often: Asking about the frequency of an action.</w:t>
            </w:r>
          </w:p>
          <w:p>
            <w:pPr>
              <w:spacing w:after="0"/>
            </w:pPr>
            <w:r>
              <w:rPr>
                <w:b w:val="0"/>
                <w:sz w:val="19"/>
              </w:rPr>
              <w:t>Target Social Language in Use:</w:t>
            </w:r>
          </w:p>
          <w:p>
            <w:pPr>
              <w:spacing w:after="0"/>
            </w:pPr>
            <w:r>
              <w:rPr>
                <w:b w:val="0"/>
                <w:sz w:val="19"/>
              </w:rPr>
              <w:t>I got full marks on the English test!</w:t>
            </w:r>
          </w:p>
          <w:p>
            <w:pPr>
              <w:spacing w:after="0"/>
            </w:pPr>
            <w:r>
              <w:rPr>
                <w:b w:val="0"/>
                <w:sz w:val="19"/>
              </w:rPr>
              <w:t>Do we have to discuss the answers in pairs?</w:t>
            </w:r>
          </w:p>
          <w:p>
            <w:pPr>
              <w:spacing w:after="0"/>
            </w:pPr>
            <w:r>
              <w:rPr>
                <w:b w:val="0"/>
                <w:sz w:val="19"/>
              </w:rPr>
              <w:t>I need some help with vocabulary work!</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ENG.6.2.L1. Students can get ready for the listening/watching-comprehension process for the current</w:t>
            </w:r>
          </w:p>
          <w:p>
            <w:pPr>
              <w:spacing w:after="0"/>
            </w:pPr>
            <w:r>
              <w:rPr>
                <w:b w:val="0"/>
                <w:sz w:val="19"/>
              </w:rPr>
              <w:t>content on “classroom life with daily and study routines; learning activities in the classroom;</w:t>
            </w:r>
          </w:p>
          <w:p>
            <w:pPr>
              <w:spacing w:after="0"/>
            </w:pPr>
            <w:r>
              <w:rPr>
                <w:b w:val="0"/>
                <w:sz w:val="19"/>
              </w:rPr>
              <w:t>cardinal numbers 100-500; ordinal numbers 1-50” carefully. ENG.6.2.L2.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together through significant details and main components while listening/</w:t>
            </w:r>
          </w:p>
          <w:p>
            <w:pPr>
              <w:spacing w:after="0"/>
            </w:pPr>
            <w:r>
              <w:rPr>
                <w:b w:val="0"/>
                <w:sz w:val="19"/>
              </w:rPr>
              <w:t>watching it. ENG.6.2.L3. Students can make meaning of/derive meaning from the current content on “classroom life</w:t>
            </w:r>
          </w:p>
          <w:p>
            <w:pPr>
              <w:spacing w:after="0"/>
            </w:pPr>
            <w:r>
              <w:rPr>
                <w:b w:val="0"/>
                <w:sz w:val="19"/>
              </w:rPr>
              <w:t>with daily and study routines; learning activities in the classroom; cardinal numbers 100-500;</w:t>
            </w:r>
          </w:p>
          <w:p>
            <w:pPr>
              <w:spacing w:after="0"/>
            </w:pPr>
            <w:r>
              <w:rPr>
                <w:b w:val="0"/>
                <w:sz w:val="19"/>
              </w:rPr>
              <w:t>ordinal numbers 1-50” through significant details by listening/watching it carefully. ENG.6.2.L4.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ENG.6.2.P1. Students can select and use the target phonological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and naturally through</w:t>
            </w:r>
          </w:p>
          <w:p>
            <w:pPr>
              <w:spacing w:after="0"/>
            </w:pPr>
            <w:r>
              <w:rPr>
                <w:b w:val="0"/>
                <w:sz w:val="19"/>
              </w:rPr>
              <w:t>spontaneous decision-making processes and use it in an appropriate and effective way when</w:t>
            </w:r>
          </w:p>
          <w:p>
            <w:pPr>
              <w:spacing w:after="0"/>
            </w:pPr>
            <w:r>
              <w:rPr>
                <w:b w:val="0"/>
                <w:sz w:val="19"/>
              </w:rPr>
              <w:t>communicating with others. ENG.6.2.R1. Students can get ready for the reading-comprehension process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ENG.6.2.R2.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through skimming (looking quickly at) the audio-visual elements and reading</w:t>
            </w:r>
          </w:p>
          <w:p>
            <w:pPr>
              <w:spacing w:after="0"/>
            </w:pPr>
            <w:r>
              <w:rPr>
                <w:b w:val="0"/>
                <w:sz w:val="19"/>
              </w:rPr>
              <w:t>the content very quickly. ENG.6.2.R3. Students can make meaning of / derive meaning from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by reading it carefully. ENG.6.2.R4. Students can convey their knowledge, experiences, thoughts, and feelings related to the</w:t>
            </w:r>
          </w:p>
          <w:p>
            <w:pPr>
              <w:spacing w:after="0"/>
            </w:pPr>
            <w:r>
              <w:rPr>
                <w:b w:val="0"/>
                <w:sz w:val="19"/>
              </w:rPr>
              <w:t>reading-comprehension process about the current content, “classroom life with daily and</w:t>
            </w:r>
          </w:p>
          <w:p>
            <w:pPr>
              <w:spacing w:after="0"/>
            </w:pPr>
            <w:r>
              <w:rPr>
                <w:b w:val="0"/>
                <w:sz w:val="19"/>
              </w:rPr>
              <w:t>study routines; learning activities in the classroom; cardinal numbers 100-500; ordinal</w:t>
            </w:r>
          </w:p>
          <w:p>
            <w:pPr>
              <w:spacing w:after="0"/>
            </w:pPr>
            <w:r>
              <w:rPr>
                <w:b w:val="0"/>
                <w:sz w:val="19"/>
              </w:rPr>
              <w:t>numbers 1-50” in relation to themselves or others, both individually and/or with others. ENG.6.2.V1. Students can select and use the target vocabulary of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accurately, authentically, spontaneously, and naturally and use it</w:t>
            </w:r>
          </w:p>
          <w:p>
            <w:pPr>
              <w:spacing w:after="0"/>
            </w:pPr>
            <w:r>
              <w:rPr>
                <w:b w:val="0"/>
                <w:sz w:val="19"/>
              </w:rPr>
              <w:t>appropriately and effectively when communicating with others. ENG.6.2.G1. Students can select and use the target grammatical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spontaneously, and</w:t>
            </w:r>
          </w:p>
          <w:p>
            <w:pPr>
              <w:spacing w:after="0"/>
            </w:pPr>
            <w:r>
              <w:rPr>
                <w:b w:val="0"/>
                <w:sz w:val="19"/>
              </w:rPr>
              <w:t>naturally and use it appropriately and effectively when communicating with others. ENG.6.2.W1. Students can get ready for the writing-expression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ENG.6.2.W2. Students can understand the model/example for the writing task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ENG.6.2.W3. Students can organise a content for the assigned writing task on the current content</w:t>
            </w:r>
          </w:p>
          <w:p>
            <w:pPr>
              <w:spacing w:after="0"/>
            </w:pPr>
            <w:r>
              <w:rPr>
                <w:b w:val="0"/>
                <w:sz w:val="19"/>
              </w:rPr>
              <w:t>“classroom life with daily and study routines; learning activities in the classroom; cardinal</w:t>
            </w:r>
          </w:p>
          <w:p>
            <w:pPr>
              <w:spacing w:after="0"/>
            </w:pPr>
            <w:r>
              <w:rPr>
                <w:b w:val="0"/>
                <w:sz w:val="19"/>
              </w:rPr>
              <w:t>numbers 100-500; ordinal numbers 1-50” based on the model/example provided. ENG.6.2.W4. Students can individually construct/form content for the assigned writing task on the current</w:t>
            </w:r>
          </w:p>
          <w:p>
            <w:pPr>
              <w:spacing w:after="0"/>
            </w:pPr>
            <w:r>
              <w:rPr>
                <w:b w:val="0"/>
                <w:sz w:val="19"/>
              </w:rPr>
              <w:t>content “classroom life with daily and study routines; learning activities in the classroom;</w:t>
            </w:r>
          </w:p>
          <w:p>
            <w:pPr>
              <w:spacing w:after="0"/>
            </w:pPr>
            <w:r>
              <w:rPr>
                <w:b w:val="0"/>
                <w:sz w:val="19"/>
              </w:rPr>
              <w:t>cardinal numbers 100-500; ordinal numbers 1-50”. ENG.6.2.W5. Students can reorganise (reconstruct) and use information in the new written tasks about</w:t>
            </w:r>
          </w:p>
          <w:p>
            <w:pPr>
              <w:spacing w:after="0"/>
            </w:pPr>
            <w:r>
              <w:rPr>
                <w:b w:val="0"/>
                <w:sz w:val="19"/>
              </w:rPr>
              <w:t>the “classroom life with daily and study routines; learning activities in the classroom; cardinal</w:t>
            </w:r>
          </w:p>
          <w:p>
            <w:pPr>
              <w:spacing w:after="0"/>
            </w:pPr>
            <w:r>
              <w:rPr>
                <w:b w:val="0"/>
                <w:sz w:val="19"/>
              </w:rPr>
              <w:t>numbers 100-500; ordinal numbers 1-50” to communicate with other people. ENG.6.2.W6. Students can reflect on their knowledge, experiences, thoughts, and feelings related to the</w:t>
            </w:r>
          </w:p>
          <w:p>
            <w:pPr>
              <w:spacing w:after="0"/>
            </w:pPr>
            <w:r>
              <w:rPr>
                <w:b w:val="0"/>
                <w:sz w:val="19"/>
              </w:rPr>
              <w:t>writing-expression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in relation to themselves or others, both individually and/or with others. ENG.6.2.S1. Students can get ready for speaking-expression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ENG.6.2.S2. Students can use the model/example for producing verbal content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ENG.6.2.S3. Students can organise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ENG.6.2.S4. Students can construct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ENG.6.2.S5. Students can reorganise (reconstruct) and use information about the “classroom life with daily</w:t>
            </w:r>
          </w:p>
          <w:p>
            <w:pPr>
              <w:spacing w:after="0"/>
            </w:pPr>
            <w:r>
              <w:rPr>
                <w:b w:val="0"/>
                <w:sz w:val="19"/>
              </w:rPr>
              <w:t>and study routines; learning activities in the classroom; cardinal numbers 100-500; ordinal</w:t>
            </w:r>
          </w:p>
          <w:p>
            <w:pPr>
              <w:spacing w:after="0"/>
            </w:pPr>
            <w:r>
              <w:rPr>
                <w:b w:val="0"/>
                <w:sz w:val="19"/>
              </w:rPr>
              <w:t>numbers 1-50” to communicate with other people. ENG.6.2.S6. Students can convey their knowledge, experiences, thoughts, and feelings related to the</w:t>
            </w:r>
          </w:p>
          <w:p>
            <w:pPr>
              <w:spacing w:after="0"/>
            </w:pPr>
            <w:r>
              <w:rPr>
                <w:b w:val="0"/>
                <w:sz w:val="19"/>
              </w:rPr>
              <w:t>speaking-expression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to communicate with other people in relation to themselves or others, both individually</w:t>
            </w:r>
          </w:p>
          <w:p>
            <w:pPr>
              <w:spacing w:after="0"/>
            </w:pPr>
            <w:r>
              <w:rPr>
                <w:b w:val="0"/>
                <w:sz w:val="19"/>
              </w:rPr>
              <w:t>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w:t>
            </w:r>
          </w:p>
          <w:p>
            <w:pPr>
              <w:spacing w:after="0"/>
            </w:pPr>
            <w:r>
              <w:rPr>
                <w:b w:val="0"/>
                <w:sz w:val="19"/>
              </w:rPr>
              <w:t>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actions happening at present in English by creating a short, imaginative story based</w:t>
            </w:r>
          </w:p>
          <w:p>
            <w:pPr>
              <w:spacing w:after="0"/>
            </w:pPr>
            <w:r>
              <w:rPr>
                <w:b w:val="0"/>
                <w:sz w:val="19"/>
              </w:rPr>
              <w:t>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list the actions happening in their scenario in a specific and imaginative way</w:t>
            </w:r>
          </w:p>
          <w:p>
            <w:pPr>
              <w:spacing w:after="0"/>
            </w:pPr>
            <w:r>
              <w:rPr>
                <w:b w:val="0"/>
                <w:sz w:val="19"/>
              </w:rPr>
              <w:t>(e.g., “People are swimming”, “A dog is barking”, “The sun is shining”). Once they have their list, they combine</w:t>
            </w:r>
          </w:p>
          <w:p>
            <w:pPr>
              <w:spacing w:after="0"/>
            </w:pPr>
            <w:r>
              <w:rPr>
                <w:b w:val="0"/>
                <w:sz w:val="19"/>
              </w:rPr>
              <w:t>the actions into a cohesive short story, creating a narrative that describes what’s happening in the scene in</w:t>
            </w:r>
          </w:p>
          <w:p>
            <w:pPr>
              <w:spacing w:after="0"/>
            </w:pPr>
            <w:r>
              <w:rPr>
                <w:b w:val="0"/>
                <w:sz w:val="19"/>
              </w:rPr>
              <w:t>real-time. The teacher encourages students to think about the setting, the characters involved, and how</w:t>
            </w:r>
          </w:p>
          <w:p>
            <w:pPr>
              <w:spacing w:after="0"/>
            </w:pPr>
            <w:r>
              <w:rPr>
                <w:b w:val="0"/>
                <w:sz w:val="19"/>
              </w:rPr>
              <w:t>they can create a detailed and engaging story using the target grammar. For example: “At the beach, people</w:t>
            </w:r>
          </w:p>
          <w:p>
            <w:pPr>
              <w:spacing w:after="0"/>
            </w:pPr>
            <w:r>
              <w:rPr>
                <w:b w:val="0"/>
                <w:sz w:val="19"/>
              </w:rPr>
              <w:t>are playing volleyball. Some children are building sandcastles, and a man is selling ice cream. A family is</w:t>
            </w:r>
          </w:p>
          <w:p>
            <w:pPr>
              <w:spacing w:after="0"/>
            </w:pPr>
            <w:r>
              <w:rPr>
                <w:b w:val="0"/>
                <w:sz w:val="19"/>
              </w:rPr>
              <w:t>sitting on a blanket and having a picnic”. Students share their stories with the rest of the class, reading them</w:t>
            </w:r>
          </w:p>
          <w:p>
            <w:pPr>
              <w:spacing w:after="0"/>
            </w:pPr>
            <w:r>
              <w:rPr>
                <w:b w:val="0"/>
                <w:sz w:val="19"/>
              </w:rPr>
              <w:t>aloud or presenting them as a group. After each group shares their story, the teacher provides feedback on language use and focuses on how well students have applied the target grammar and any common errors.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practise actions happening at present in English by creating a short, imaginative dialogue</w:t>
            </w:r>
          </w:p>
          <w:p>
            <w:pPr>
              <w:spacing w:after="0"/>
            </w:pPr>
            <w:r>
              <w:rPr>
                <w:b w:val="0"/>
                <w:sz w:val="19"/>
              </w:rPr>
              <w:t>between two friends based 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create a dialogue between two characters in the scene (e.g., two friends at</w:t>
            </w:r>
          </w:p>
          <w:p>
            <w:pPr>
              <w:spacing w:after="0"/>
            </w:pPr>
            <w:r>
              <w:rPr>
                <w:b w:val="0"/>
                <w:sz w:val="19"/>
              </w:rPr>
              <w:t>the zoo). Students read their dialogue aloud to the rest of the class. After each group shares their dialogue, the teacher provides feedback on language use and focuses on how well students have applied the target</w:t>
            </w:r>
          </w:p>
          <w:p>
            <w:pPr>
              <w:spacing w:after="0"/>
            </w:pPr>
            <w:r>
              <w:rPr>
                <w:b w:val="0"/>
                <w:sz w:val="19"/>
              </w:rPr>
              <w:t>grammar and any common errors.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game about numbers focusing on using cardinal</w:t>
            </w:r>
          </w:p>
          <w:p>
            <w:pPr>
              <w:spacing w:after="0"/>
            </w:pPr>
            <w:r>
              <w:rPr>
                <w:b w:val="0"/>
                <w:sz w:val="19"/>
              </w:rPr>
              <w:t>numbers (100-500) and ordinal numbers (1-50). They will design a game, such as a board game, card game, or</w:t>
            </w:r>
          </w:p>
          <w:p>
            <w:pPr>
              <w:spacing w:after="0"/>
            </w:pPr>
            <w:r>
              <w:rPr>
                <w:b w:val="0"/>
                <w:sz w:val="19"/>
              </w:rPr>
              <w:t>quiz, where players solve problems or answer questions about these numbers. They will also place questions</w:t>
            </w:r>
          </w:p>
          <w:p>
            <w:pPr>
              <w:spacing w:after="0"/>
            </w:pPr>
            <w:r>
              <w:rPr>
                <w:b w:val="0"/>
                <w:sz w:val="19"/>
              </w:rPr>
              <w:t>about school routines and learning activities to be answered in an order with given numbers. They will write</w:t>
            </w:r>
          </w:p>
          <w:p>
            <w:pPr>
              <w:spacing w:after="0"/>
            </w:pPr>
            <w:r>
              <w:rPr>
                <w:b w:val="0"/>
                <w:sz w:val="19"/>
              </w:rPr>
              <w:t>simple rules for their games and create challenges related to classroom life, such as arranging items in order</w:t>
            </w:r>
          </w:p>
          <w:p>
            <w:pPr>
              <w:spacing w:after="0"/>
            </w:pPr>
            <w:r>
              <w:rPr>
                <w:b w:val="0"/>
                <w:sz w:val="19"/>
              </w:rPr>
              <w:t>or counting objects. They will present their games to classmates, explain how to play, and let others try them.</w:t>
            </w:r>
          </w:p>
          <w:p>
            <w:pPr>
              <w:spacing w:after="0"/>
            </w:pPr>
            <w:r>
              <w:rPr>
                <w:b w:val="0"/>
                <w:sz w:val="19"/>
              </w:rPr>
              <w:t>The project should include colourful designs, creative questions, and clear instructions. The assignment will</w:t>
            </w:r>
          </w:p>
          <w:p>
            <w:pPr>
              <w:spacing w:after="0"/>
            </w:pPr>
            <w:r>
              <w:rPr>
                <w:b w:val="0"/>
                <w:sz w:val="19"/>
              </w:rPr>
              <w:t>be evaluated 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20 November, Children’s Rights Day </w:t>
            </w:r>
          </w:p>
          <w:p>
            <w:pPr>
              <w:spacing w:after="0"/>
            </w:pPr>
            <w:r>
              <w:rPr>
                <w:b w:val="0"/>
                <w:sz w:val="19"/>
              </w:rPr>
              <w:t>24 November, Teachers'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11: 30 November - 4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November · Week 11: 30 November - 4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Daily and study routines; learning activities in the classroom; cardinal numbers 100-500;</w:t>
            </w:r>
          </w:p>
          <w:p>
            <w:pPr>
              <w:spacing w:after="0"/>
            </w:pPr>
            <w:r>
              <w:rPr>
                <w:b w:val="0"/>
                <w:sz w:val="19"/>
              </w:rPr>
              <w:t>ordinal numbers 1-50</w:t>
            </w:r>
          </w:p>
          <w:p>
            <w:pPr>
              <w:spacing w:after="0"/>
            </w:pPr>
            <w:r>
              <w:rPr>
                <w:b w:val="0"/>
                <w:sz w:val="19"/>
              </w:rPr>
              <w:t>Target Vocabulary in Use (with revisional vocabulary):</w:t>
            </w:r>
          </w:p>
          <w:p>
            <w:pPr>
              <w:spacing w:after="0"/>
            </w:pPr>
            <w:r>
              <w:rPr>
                <w:b w:val="0"/>
                <w:sz w:val="19"/>
              </w:rPr>
              <w:t>Vocabulary for daily and study routines:</w:t>
            </w:r>
          </w:p>
          <w:p>
            <w:pPr>
              <w:spacing w:after="0"/>
            </w:pPr>
            <w:r>
              <w:rPr>
                <w:b w:val="0"/>
                <w:sz w:val="19"/>
              </w:rPr>
              <w:t>Nouns: A habit, a research.</w:t>
            </w:r>
          </w:p>
          <w:p>
            <w:pPr>
              <w:spacing w:after="0"/>
            </w:pPr>
            <w:r>
              <w:rPr>
                <w:b w:val="0"/>
                <w:sz w:val="19"/>
              </w:rPr>
              <w:t>Verbs: To brush, to rest, to search, to focus, to review, to recycle, to repeat, to revise, to remember, to</w:t>
            </w:r>
          </w:p>
          <w:p>
            <w:pPr>
              <w:spacing w:after="0"/>
            </w:pPr>
            <w:r>
              <w:rPr>
                <w:b w:val="0"/>
                <w:sz w:val="19"/>
              </w:rPr>
              <w:t>practise, to work in pairs, to work in groups, to share.</w:t>
            </w:r>
          </w:p>
          <w:p>
            <w:pPr>
              <w:spacing w:after="0"/>
            </w:pPr>
            <w:r>
              <w:rPr>
                <w:b w:val="0"/>
                <w:sz w:val="19"/>
              </w:rPr>
              <w:t>Adjectives: Regular, after, before.</w:t>
            </w:r>
          </w:p>
          <w:p>
            <w:pPr>
              <w:spacing w:after="0"/>
            </w:pPr>
            <w:r>
              <w:rPr>
                <w:b w:val="0"/>
                <w:sz w:val="19"/>
              </w:rPr>
              <w:t>Adverbs: Firstly, normally.</w:t>
            </w:r>
          </w:p>
          <w:p>
            <w:pPr>
              <w:spacing w:after="0"/>
            </w:pPr>
            <w:r>
              <w:rPr>
                <w:b w:val="0"/>
                <w:sz w:val="19"/>
              </w:rPr>
              <w:t>Vocabulary for learning activities in the classroom:</w:t>
            </w:r>
          </w:p>
          <w:p>
            <w:pPr>
              <w:spacing w:after="0"/>
            </w:pPr>
            <w:r>
              <w:rPr>
                <w:b w:val="0"/>
                <w:sz w:val="19"/>
              </w:rPr>
              <w:t>Nouns: A diary, a level, a sort, learning, a method, teaching, an activity, a task, an exercise, a peer, a pair, a</w:t>
            </w:r>
          </w:p>
          <w:p>
            <w:pPr>
              <w:spacing w:after="0"/>
            </w:pPr>
            <w:r>
              <w:rPr>
                <w:b w:val="0"/>
                <w:sz w:val="19"/>
              </w:rPr>
              <w:t>group.</w:t>
            </w:r>
          </w:p>
          <w:p>
            <w:pPr>
              <w:spacing w:after="0"/>
            </w:pPr>
            <w:r>
              <w:rPr>
                <w:b w:val="0"/>
                <w:sz w:val="19"/>
              </w:rPr>
              <w:t>Verbs: To continue, to mark, to count, to read silently, to read aloud.</w:t>
            </w:r>
          </w:p>
          <w:p>
            <w:pPr>
              <w:spacing w:after="0"/>
            </w:pPr>
            <w:r>
              <w:rPr>
                <w:b w:val="0"/>
                <w:sz w:val="19"/>
              </w:rPr>
              <w:t>Adjectives: Creative, effective.</w:t>
            </w:r>
          </w:p>
          <w:p>
            <w:pPr>
              <w:spacing w:after="0"/>
            </w:pPr>
            <w:r>
              <w:rPr>
                <w:b w:val="0"/>
                <w:sz w:val="19"/>
              </w:rPr>
              <w:t>Adverbs: Easily, in turns, one after another, to each other, together.</w:t>
            </w:r>
          </w:p>
          <w:p>
            <w:pPr>
              <w:spacing w:after="0"/>
            </w:pPr>
            <w:r>
              <w:rPr>
                <w:b w:val="0"/>
                <w:sz w:val="19"/>
              </w:rPr>
              <w:t>Vocabulary for cardinal numbers 100-500: From 100 to 500.</w:t>
            </w:r>
          </w:p>
          <w:p>
            <w:pPr>
              <w:spacing w:after="0"/>
            </w:pPr>
            <w:r>
              <w:rPr>
                <w:b w:val="0"/>
                <w:sz w:val="19"/>
              </w:rPr>
              <w:t>Vocabulary for ordinal numbers 1-50: From 1st to 50th.</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Present Progressive Tense: (I am reviewing my notes for the test now).</w:t>
            </w:r>
          </w:p>
          <w:p>
            <w:pPr>
              <w:spacing w:after="0"/>
            </w:pPr>
            <w:r>
              <w:rPr>
                <w:b w:val="0"/>
                <w:sz w:val="19"/>
              </w:rPr>
              <w:t>-The Present Progressive Tense vs the Simple Present Tense: (I brush my teeth every morning, but today I</w:t>
            </w:r>
          </w:p>
          <w:p>
            <w:pPr>
              <w:spacing w:after="0"/>
            </w:pPr>
            <w:r>
              <w:rPr>
                <w:b w:val="0"/>
                <w:sz w:val="19"/>
              </w:rPr>
              <w:t>am brushing them after breakfast).</w:t>
            </w:r>
          </w:p>
          <w:p>
            <w:pPr>
              <w:spacing w:after="0"/>
            </w:pPr>
            <w:r>
              <w:rPr>
                <w:b w:val="0"/>
                <w:sz w:val="19"/>
              </w:rPr>
              <w:t>-Question tags for The Present Progressive Tense and the Simple Present Tense: (She is marking the tests</w:t>
            </w:r>
          </w:p>
          <w:p>
            <w:pPr>
              <w:spacing w:after="0"/>
            </w:pPr>
            <w:r>
              <w:rPr>
                <w:b w:val="0"/>
                <w:sz w:val="19"/>
              </w:rPr>
              <w:t>now, isn’t she? They study in the library every day, don’t they?)</w:t>
            </w:r>
          </w:p>
          <w:p>
            <w:pPr>
              <w:spacing w:after="0"/>
            </w:pPr>
            <w:r>
              <w:rPr>
                <w:b w:val="0"/>
                <w:sz w:val="19"/>
              </w:rPr>
              <w:t>-Possessive adjectives: (I always keep my diary on the table).</w:t>
            </w:r>
          </w:p>
          <w:p>
            <w:pPr>
              <w:spacing w:after="0"/>
            </w:pPr>
            <w:r>
              <w:rPr>
                <w:b w:val="0"/>
                <w:sz w:val="19"/>
              </w:rPr>
              <w:t>-Word order with adverbs: (He normally brushes his teeth after breakfast).</w:t>
            </w:r>
          </w:p>
          <w:p>
            <w:pPr>
              <w:spacing w:after="0"/>
            </w:pPr>
            <w:r>
              <w:rPr>
                <w:b w:val="0"/>
                <w:sz w:val="19"/>
              </w:rPr>
              <w:t>-Question: How often: (How often do you review your notes before a test?)</w:t>
            </w:r>
          </w:p>
          <w:p>
            <w:pPr>
              <w:spacing w:after="0"/>
            </w:pPr>
            <w:r>
              <w:rPr>
                <w:b w:val="0"/>
                <w:sz w:val="19"/>
              </w:rPr>
              <w:t>Functions of the Grammatical Structures in Use:</w:t>
            </w:r>
          </w:p>
          <w:p>
            <w:pPr>
              <w:spacing w:after="0"/>
            </w:pPr>
            <w:r>
              <w:rPr>
                <w:b w:val="0"/>
                <w:sz w:val="19"/>
              </w:rPr>
              <w:t>-Use of The Present Progressive Tense: Indicating actions happening right now or ongoing activities.</w:t>
            </w:r>
          </w:p>
          <w:p>
            <w:pPr>
              <w:spacing w:after="0"/>
            </w:pPr>
            <w:r>
              <w:rPr>
                <w:b w:val="0"/>
                <w:sz w:val="19"/>
              </w:rPr>
              <w:t>-Use of Present Progressive Tense vs Present Simple Tense: Comparing actions happening right now and</w:t>
            </w:r>
          </w:p>
          <w:p>
            <w:pPr>
              <w:spacing w:after="0"/>
            </w:pPr>
            <w:r>
              <w:rPr>
                <w:b w:val="0"/>
                <w:sz w:val="19"/>
              </w:rPr>
              <w:t>general truths, habits, routines.</w:t>
            </w:r>
          </w:p>
          <w:p>
            <w:pPr>
              <w:spacing w:after="0"/>
            </w:pPr>
            <w:r>
              <w:rPr>
                <w:b w:val="0"/>
                <w:sz w:val="19"/>
              </w:rPr>
              <w:t>-Use of question tags for the Simple Present Tense and Progressive Tense: Confirming general truths, actions or habits and confirming ongoing action. -Use of possessive adjectives: Showing ownership in relation to nouns.</w:t>
            </w:r>
          </w:p>
          <w:p>
            <w:pPr>
              <w:spacing w:after="0"/>
            </w:pPr>
            <w:r>
              <w:rPr>
                <w:b w:val="0"/>
                <w:sz w:val="19"/>
              </w:rPr>
              <w:t>-Use of the word order with adverbs: Organizing adverbs correctly to modify verbs, adjectives, or other</w:t>
            </w:r>
          </w:p>
          <w:p>
            <w:pPr>
              <w:spacing w:after="0"/>
            </w:pPr>
            <w:r>
              <w:rPr>
                <w:b w:val="0"/>
                <w:sz w:val="19"/>
              </w:rPr>
              <w:t>adverbs.</w:t>
            </w:r>
          </w:p>
          <w:p>
            <w:pPr>
              <w:spacing w:after="0"/>
            </w:pPr>
            <w:r>
              <w:rPr>
                <w:b w:val="0"/>
                <w:sz w:val="19"/>
              </w:rPr>
              <w:t>-Use of question: How often: Asking about the frequency of an action.</w:t>
            </w:r>
          </w:p>
          <w:p>
            <w:pPr>
              <w:spacing w:after="0"/>
            </w:pPr>
            <w:r>
              <w:rPr>
                <w:b w:val="0"/>
                <w:sz w:val="19"/>
              </w:rPr>
              <w:t>Target Social Language in Use:</w:t>
            </w:r>
          </w:p>
          <w:p>
            <w:pPr>
              <w:spacing w:after="0"/>
            </w:pPr>
            <w:r>
              <w:rPr>
                <w:b w:val="0"/>
                <w:sz w:val="19"/>
              </w:rPr>
              <w:t>I got full marks on the English test!</w:t>
            </w:r>
          </w:p>
          <w:p>
            <w:pPr>
              <w:spacing w:after="0"/>
            </w:pPr>
            <w:r>
              <w:rPr>
                <w:b w:val="0"/>
                <w:sz w:val="19"/>
              </w:rPr>
              <w:t>Do we have to discuss the answers in pairs?</w:t>
            </w:r>
          </w:p>
          <w:p>
            <w:pPr>
              <w:spacing w:after="0"/>
            </w:pPr>
            <w:r>
              <w:rPr>
                <w:b w:val="0"/>
                <w:sz w:val="19"/>
              </w:rPr>
              <w:t>I need some help with vocabulary work!</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ENG.6.2.L1. Students can get ready for the listening/watching-comprehension process for the current</w:t>
            </w:r>
          </w:p>
          <w:p>
            <w:pPr>
              <w:spacing w:after="0"/>
            </w:pPr>
            <w:r>
              <w:rPr>
                <w:b w:val="0"/>
                <w:sz w:val="19"/>
              </w:rPr>
              <w:t>content on “classroom life with daily and study routines; learning activities in the classroom;</w:t>
            </w:r>
          </w:p>
          <w:p>
            <w:pPr>
              <w:spacing w:after="0"/>
            </w:pPr>
            <w:r>
              <w:rPr>
                <w:b w:val="0"/>
                <w:sz w:val="19"/>
              </w:rPr>
              <w:t>cardinal numbers 100-500; ordinal numbers 1-50” carefully. ENG.6.2.L2.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together through significant details and main components while listening/</w:t>
            </w:r>
          </w:p>
          <w:p>
            <w:pPr>
              <w:spacing w:after="0"/>
            </w:pPr>
            <w:r>
              <w:rPr>
                <w:b w:val="0"/>
                <w:sz w:val="19"/>
              </w:rPr>
              <w:t>watching it. ENG.6.2.L3. Students can make meaning of/derive meaning from the current content on “classroom life</w:t>
            </w:r>
          </w:p>
          <w:p>
            <w:pPr>
              <w:spacing w:after="0"/>
            </w:pPr>
            <w:r>
              <w:rPr>
                <w:b w:val="0"/>
                <w:sz w:val="19"/>
              </w:rPr>
              <w:t>with daily and study routines; learning activities in the classroom; cardinal numbers 100-500;</w:t>
            </w:r>
          </w:p>
          <w:p>
            <w:pPr>
              <w:spacing w:after="0"/>
            </w:pPr>
            <w:r>
              <w:rPr>
                <w:b w:val="0"/>
                <w:sz w:val="19"/>
              </w:rPr>
              <w:t>ordinal numbers 1-50” through significant details by listening/watching it carefully. ENG.6.2.L4.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ENG.6.2.P1. Students can select and use the target phonological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and naturally through</w:t>
            </w:r>
          </w:p>
          <w:p>
            <w:pPr>
              <w:spacing w:after="0"/>
            </w:pPr>
            <w:r>
              <w:rPr>
                <w:b w:val="0"/>
                <w:sz w:val="19"/>
              </w:rPr>
              <w:t>spontaneous decision-making processes and use it in an appropriate and effective way when</w:t>
            </w:r>
          </w:p>
          <w:p>
            <w:pPr>
              <w:spacing w:after="0"/>
            </w:pPr>
            <w:r>
              <w:rPr>
                <w:b w:val="0"/>
                <w:sz w:val="19"/>
              </w:rPr>
              <w:t>communicating with others. ENG.6.2.R1. Students can get ready for the reading-comprehension process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ENG.6.2.R2.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through skimming (looking quickly at) the audio-visual elements and reading</w:t>
            </w:r>
          </w:p>
          <w:p>
            <w:pPr>
              <w:spacing w:after="0"/>
            </w:pPr>
            <w:r>
              <w:rPr>
                <w:b w:val="0"/>
                <w:sz w:val="19"/>
              </w:rPr>
              <w:t>the content very quickly. ENG.6.2.R3. Students can make meaning of / derive meaning from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by reading it carefully. ENG.6.2.R4. Students can convey their knowledge, experiences, thoughts, and feelings related to the</w:t>
            </w:r>
          </w:p>
          <w:p>
            <w:pPr>
              <w:spacing w:after="0"/>
            </w:pPr>
            <w:r>
              <w:rPr>
                <w:b w:val="0"/>
                <w:sz w:val="19"/>
              </w:rPr>
              <w:t>reading-comprehension process about the current content, “classroom life with daily and</w:t>
            </w:r>
          </w:p>
          <w:p>
            <w:pPr>
              <w:spacing w:after="0"/>
            </w:pPr>
            <w:r>
              <w:rPr>
                <w:b w:val="0"/>
                <w:sz w:val="19"/>
              </w:rPr>
              <w:t>study routines; learning activities in the classroom; cardinal numbers 100-500; ordinal</w:t>
            </w:r>
          </w:p>
          <w:p>
            <w:pPr>
              <w:spacing w:after="0"/>
            </w:pPr>
            <w:r>
              <w:rPr>
                <w:b w:val="0"/>
                <w:sz w:val="19"/>
              </w:rPr>
              <w:t>numbers 1-50” in relation to themselves or others, both individually and/or with others. ENG.6.2.V1. Students can select and use the target vocabulary of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accurately, authentically, spontaneously, and naturally and use it</w:t>
            </w:r>
          </w:p>
          <w:p>
            <w:pPr>
              <w:spacing w:after="0"/>
            </w:pPr>
            <w:r>
              <w:rPr>
                <w:b w:val="0"/>
                <w:sz w:val="19"/>
              </w:rPr>
              <w:t>appropriately and effectively when communicating with others. ENG.6.2.G1. Students can select and use the target grammatical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spontaneously, and</w:t>
            </w:r>
          </w:p>
          <w:p>
            <w:pPr>
              <w:spacing w:after="0"/>
            </w:pPr>
            <w:r>
              <w:rPr>
                <w:b w:val="0"/>
                <w:sz w:val="19"/>
              </w:rPr>
              <w:t>naturally and use it appropriately and effectively when communicating with others. ENG.6.2.W1. Students can get ready for the writing-expression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ENG.6.2.W2. Students can understand the model/example for the writing task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ENG.6.2.W3. Students can organise a content for the assigned writing task on the current content</w:t>
            </w:r>
          </w:p>
          <w:p>
            <w:pPr>
              <w:spacing w:after="0"/>
            </w:pPr>
            <w:r>
              <w:rPr>
                <w:b w:val="0"/>
                <w:sz w:val="19"/>
              </w:rPr>
              <w:t>“classroom life with daily and study routines; learning activities in the classroom; cardinal</w:t>
            </w:r>
          </w:p>
          <w:p>
            <w:pPr>
              <w:spacing w:after="0"/>
            </w:pPr>
            <w:r>
              <w:rPr>
                <w:b w:val="0"/>
                <w:sz w:val="19"/>
              </w:rPr>
              <w:t>numbers 100-500; ordinal numbers 1-50” based on the model/example provided. ENG.6.2.W4. Students can individually construct/form content for the assigned writing task on the current</w:t>
            </w:r>
          </w:p>
          <w:p>
            <w:pPr>
              <w:spacing w:after="0"/>
            </w:pPr>
            <w:r>
              <w:rPr>
                <w:b w:val="0"/>
                <w:sz w:val="19"/>
              </w:rPr>
              <w:t>content “classroom life with daily and study routines; learning activities in the classroom;</w:t>
            </w:r>
          </w:p>
          <w:p>
            <w:pPr>
              <w:spacing w:after="0"/>
            </w:pPr>
            <w:r>
              <w:rPr>
                <w:b w:val="0"/>
                <w:sz w:val="19"/>
              </w:rPr>
              <w:t>cardinal numbers 100-500; ordinal numbers 1-50”. ENG.6.2.W5. Students can reorganise (reconstruct) and use information in the new written tasks about</w:t>
            </w:r>
          </w:p>
          <w:p>
            <w:pPr>
              <w:spacing w:after="0"/>
            </w:pPr>
            <w:r>
              <w:rPr>
                <w:b w:val="0"/>
                <w:sz w:val="19"/>
              </w:rPr>
              <w:t>the “classroom life with daily and study routines; learning activities in the classroom; cardinal</w:t>
            </w:r>
          </w:p>
          <w:p>
            <w:pPr>
              <w:spacing w:after="0"/>
            </w:pPr>
            <w:r>
              <w:rPr>
                <w:b w:val="0"/>
                <w:sz w:val="19"/>
              </w:rPr>
              <w:t>numbers 100-500; ordinal numbers 1-50” to communicate with other people. ENG.6.2.W6. Students can reflect on their knowledge, experiences, thoughts, and feelings related to the</w:t>
            </w:r>
          </w:p>
          <w:p>
            <w:pPr>
              <w:spacing w:after="0"/>
            </w:pPr>
            <w:r>
              <w:rPr>
                <w:b w:val="0"/>
                <w:sz w:val="19"/>
              </w:rPr>
              <w:t>writing-expression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in relation to themselves or others, both individually and/or with others. ENG.6.2.S1. Students can get ready for speaking-expression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ENG.6.2.S2. Students can use the model/example for producing verbal content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ENG.6.2.S3. Students can organise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ENG.6.2.S4. Students can construct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ENG.6.2.S5. Students can reorganise (reconstruct) and use information about the “classroom life with daily</w:t>
            </w:r>
          </w:p>
          <w:p>
            <w:pPr>
              <w:spacing w:after="0"/>
            </w:pPr>
            <w:r>
              <w:rPr>
                <w:b w:val="0"/>
                <w:sz w:val="19"/>
              </w:rPr>
              <w:t>and study routines; learning activities in the classroom; cardinal numbers 100-500; ordinal</w:t>
            </w:r>
          </w:p>
          <w:p>
            <w:pPr>
              <w:spacing w:after="0"/>
            </w:pPr>
            <w:r>
              <w:rPr>
                <w:b w:val="0"/>
                <w:sz w:val="19"/>
              </w:rPr>
              <w:t>numbers 1-50” to communicate with other people. ENG.6.2.S6. Students can convey their knowledge, experiences, thoughts, and feelings related to the</w:t>
            </w:r>
          </w:p>
          <w:p>
            <w:pPr>
              <w:spacing w:after="0"/>
            </w:pPr>
            <w:r>
              <w:rPr>
                <w:b w:val="0"/>
                <w:sz w:val="19"/>
              </w:rPr>
              <w:t>speaking-expression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to communicate with other people in relation to themselves or others, both individually</w:t>
            </w:r>
          </w:p>
          <w:p>
            <w:pPr>
              <w:spacing w:after="0"/>
            </w:pPr>
            <w:r>
              <w:rPr>
                <w:b w:val="0"/>
                <w:sz w:val="19"/>
              </w:rPr>
              <w:t>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w:t>
            </w:r>
          </w:p>
          <w:p>
            <w:pPr>
              <w:spacing w:after="0"/>
            </w:pPr>
            <w:r>
              <w:rPr>
                <w:b w:val="0"/>
                <w:sz w:val="19"/>
              </w:rPr>
              <w:t>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actions happening at present in English by creating a short, imaginative story based</w:t>
            </w:r>
          </w:p>
          <w:p>
            <w:pPr>
              <w:spacing w:after="0"/>
            </w:pPr>
            <w:r>
              <w:rPr>
                <w:b w:val="0"/>
                <w:sz w:val="19"/>
              </w:rPr>
              <w:t>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list the actions happening in their scenario in a specific and imaginative way</w:t>
            </w:r>
          </w:p>
          <w:p>
            <w:pPr>
              <w:spacing w:after="0"/>
            </w:pPr>
            <w:r>
              <w:rPr>
                <w:b w:val="0"/>
                <w:sz w:val="19"/>
              </w:rPr>
              <w:t>(e.g., “People are swimming”, “A dog is barking”, “The sun is shining”). Once they have their list, they combine</w:t>
            </w:r>
          </w:p>
          <w:p>
            <w:pPr>
              <w:spacing w:after="0"/>
            </w:pPr>
            <w:r>
              <w:rPr>
                <w:b w:val="0"/>
                <w:sz w:val="19"/>
              </w:rPr>
              <w:t>the actions into a cohesive short story, creating a narrative that describes what’s happening in the scene in</w:t>
            </w:r>
          </w:p>
          <w:p>
            <w:pPr>
              <w:spacing w:after="0"/>
            </w:pPr>
            <w:r>
              <w:rPr>
                <w:b w:val="0"/>
                <w:sz w:val="19"/>
              </w:rPr>
              <w:t>real-time. The teacher encourages students to think about the setting, the characters involved, and how</w:t>
            </w:r>
          </w:p>
          <w:p>
            <w:pPr>
              <w:spacing w:after="0"/>
            </w:pPr>
            <w:r>
              <w:rPr>
                <w:b w:val="0"/>
                <w:sz w:val="19"/>
              </w:rPr>
              <w:t>they can create a detailed and engaging story using the target grammar. For example: “At the beach, people</w:t>
            </w:r>
          </w:p>
          <w:p>
            <w:pPr>
              <w:spacing w:after="0"/>
            </w:pPr>
            <w:r>
              <w:rPr>
                <w:b w:val="0"/>
                <w:sz w:val="19"/>
              </w:rPr>
              <w:t>are playing volleyball. Some children are building sandcastles, and a man is selling ice cream. A family is</w:t>
            </w:r>
          </w:p>
          <w:p>
            <w:pPr>
              <w:spacing w:after="0"/>
            </w:pPr>
            <w:r>
              <w:rPr>
                <w:b w:val="0"/>
                <w:sz w:val="19"/>
              </w:rPr>
              <w:t>sitting on a blanket and having a picnic”. Students share their stories with the rest of the class, reading them</w:t>
            </w:r>
          </w:p>
          <w:p>
            <w:pPr>
              <w:spacing w:after="0"/>
            </w:pPr>
            <w:r>
              <w:rPr>
                <w:b w:val="0"/>
                <w:sz w:val="19"/>
              </w:rPr>
              <w:t>aloud or presenting them as a group. After each group shares their story, the teacher provides feedback on language use and focuses on how well students have applied the target grammar and any common errors.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practise actions happening at present in English by creating a short, imaginative dialogue</w:t>
            </w:r>
          </w:p>
          <w:p>
            <w:pPr>
              <w:spacing w:after="0"/>
            </w:pPr>
            <w:r>
              <w:rPr>
                <w:b w:val="0"/>
                <w:sz w:val="19"/>
              </w:rPr>
              <w:t>between two friends based 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create a dialogue between two characters in the scene (e.g., two friends at</w:t>
            </w:r>
          </w:p>
          <w:p>
            <w:pPr>
              <w:spacing w:after="0"/>
            </w:pPr>
            <w:r>
              <w:rPr>
                <w:b w:val="0"/>
                <w:sz w:val="19"/>
              </w:rPr>
              <w:t>the zoo). Students read their dialogue aloud to the rest of the class. After each group shares their dialogue, the teacher provides feedback on language use and focuses on how well students have applied the target</w:t>
            </w:r>
          </w:p>
          <w:p>
            <w:pPr>
              <w:spacing w:after="0"/>
            </w:pPr>
            <w:r>
              <w:rPr>
                <w:b w:val="0"/>
                <w:sz w:val="19"/>
              </w:rPr>
              <w:t>grammar and any common errors.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game about numbers focusing on using cardinal</w:t>
            </w:r>
          </w:p>
          <w:p>
            <w:pPr>
              <w:spacing w:after="0"/>
            </w:pPr>
            <w:r>
              <w:rPr>
                <w:b w:val="0"/>
                <w:sz w:val="19"/>
              </w:rPr>
              <w:t>numbers (100-500) and ordinal numbers (1-50). They will design a game, such as a board game, card game, or</w:t>
            </w:r>
          </w:p>
          <w:p>
            <w:pPr>
              <w:spacing w:after="0"/>
            </w:pPr>
            <w:r>
              <w:rPr>
                <w:b w:val="0"/>
                <w:sz w:val="19"/>
              </w:rPr>
              <w:t>quiz, where players solve problems or answer questions about these numbers. They will also place questions</w:t>
            </w:r>
          </w:p>
          <w:p>
            <w:pPr>
              <w:spacing w:after="0"/>
            </w:pPr>
            <w:r>
              <w:rPr>
                <w:b w:val="0"/>
                <w:sz w:val="19"/>
              </w:rPr>
              <w:t>about school routines and learning activities to be answered in an order with given numbers. They will write</w:t>
            </w:r>
          </w:p>
          <w:p>
            <w:pPr>
              <w:spacing w:after="0"/>
            </w:pPr>
            <w:r>
              <w:rPr>
                <w:b w:val="0"/>
                <w:sz w:val="19"/>
              </w:rPr>
              <w:t>simple rules for their games and create challenges related to classroom life, such as arranging items in order</w:t>
            </w:r>
          </w:p>
          <w:p>
            <w:pPr>
              <w:spacing w:after="0"/>
            </w:pPr>
            <w:r>
              <w:rPr>
                <w:b w:val="0"/>
                <w:sz w:val="19"/>
              </w:rPr>
              <w:t>or counting objects. They will present their games to classmates, explain how to play, and let others try them.</w:t>
            </w:r>
          </w:p>
          <w:p>
            <w:pPr>
              <w:spacing w:after="0"/>
            </w:pPr>
            <w:r>
              <w:rPr>
                <w:b w:val="0"/>
                <w:sz w:val="19"/>
              </w:rPr>
              <w:t>The project should include colourful designs, creative questions, and clear instructions. The assignment will</w:t>
            </w:r>
          </w:p>
          <w:p>
            <w:pPr>
              <w:spacing w:after="0"/>
            </w:pPr>
            <w:r>
              <w:rPr>
                <w:b w:val="0"/>
                <w:sz w:val="19"/>
              </w:rPr>
              <w:t>be evaluated 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December, International Day of Persons with Disabilities</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12: 7-11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12: 7-11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2: CLASSROOM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Daily and study routines; learning activities in the classroom; cardinal numbers 100-500;</w:t>
            </w:r>
          </w:p>
          <w:p>
            <w:pPr>
              <w:spacing w:after="0"/>
            </w:pPr>
            <w:r>
              <w:rPr>
                <w:b w:val="0"/>
                <w:sz w:val="19"/>
              </w:rPr>
              <w:t>ordinal numbers 1-50</w:t>
            </w:r>
          </w:p>
          <w:p>
            <w:pPr>
              <w:spacing w:after="0"/>
            </w:pPr>
            <w:r>
              <w:rPr>
                <w:b w:val="0"/>
                <w:sz w:val="19"/>
              </w:rPr>
              <w:t>Target Vocabulary in Use (with revisional vocabulary):</w:t>
            </w:r>
          </w:p>
          <w:p>
            <w:pPr>
              <w:spacing w:after="0"/>
            </w:pPr>
            <w:r>
              <w:rPr>
                <w:b w:val="0"/>
                <w:sz w:val="19"/>
              </w:rPr>
              <w:t>Vocabulary for daily and study routines:</w:t>
            </w:r>
          </w:p>
          <w:p>
            <w:pPr>
              <w:spacing w:after="0"/>
            </w:pPr>
            <w:r>
              <w:rPr>
                <w:b w:val="0"/>
                <w:sz w:val="19"/>
              </w:rPr>
              <w:t>Nouns: A habit, a research.</w:t>
            </w:r>
          </w:p>
          <w:p>
            <w:pPr>
              <w:spacing w:after="0"/>
            </w:pPr>
            <w:r>
              <w:rPr>
                <w:b w:val="0"/>
                <w:sz w:val="19"/>
              </w:rPr>
              <w:t>Verbs: To brush, to rest, to search, to focus, to review, to recycle, to repeat, to revise, to remember, to</w:t>
            </w:r>
          </w:p>
          <w:p>
            <w:pPr>
              <w:spacing w:after="0"/>
            </w:pPr>
            <w:r>
              <w:rPr>
                <w:b w:val="0"/>
                <w:sz w:val="19"/>
              </w:rPr>
              <w:t>practise, to work in pairs, to work in groups, to share.</w:t>
            </w:r>
          </w:p>
          <w:p>
            <w:pPr>
              <w:spacing w:after="0"/>
            </w:pPr>
            <w:r>
              <w:rPr>
                <w:b w:val="0"/>
                <w:sz w:val="19"/>
              </w:rPr>
              <w:t>Adjectives: Regular, after, before.</w:t>
            </w:r>
          </w:p>
          <w:p>
            <w:pPr>
              <w:spacing w:after="0"/>
            </w:pPr>
            <w:r>
              <w:rPr>
                <w:b w:val="0"/>
                <w:sz w:val="19"/>
              </w:rPr>
              <w:t>Adverbs: Firstly, normally.</w:t>
            </w:r>
          </w:p>
          <w:p>
            <w:pPr>
              <w:spacing w:after="0"/>
            </w:pPr>
            <w:r>
              <w:rPr>
                <w:b w:val="0"/>
                <w:sz w:val="19"/>
              </w:rPr>
              <w:t>Vocabulary for learning activities in the classroom:</w:t>
            </w:r>
          </w:p>
          <w:p>
            <w:pPr>
              <w:spacing w:after="0"/>
            </w:pPr>
            <w:r>
              <w:rPr>
                <w:b w:val="0"/>
                <w:sz w:val="19"/>
              </w:rPr>
              <w:t>Nouns: A diary, a level, a sort, learning, a method, teaching, an activity, a task, an exercise, a peer, a pair, a</w:t>
            </w:r>
          </w:p>
          <w:p>
            <w:pPr>
              <w:spacing w:after="0"/>
            </w:pPr>
            <w:r>
              <w:rPr>
                <w:b w:val="0"/>
                <w:sz w:val="19"/>
              </w:rPr>
              <w:t>group.</w:t>
            </w:r>
          </w:p>
          <w:p>
            <w:pPr>
              <w:spacing w:after="0"/>
            </w:pPr>
            <w:r>
              <w:rPr>
                <w:b w:val="0"/>
                <w:sz w:val="19"/>
              </w:rPr>
              <w:t>Verbs: To continue, to mark, to count, to read silently, to read aloud.</w:t>
            </w:r>
          </w:p>
          <w:p>
            <w:pPr>
              <w:spacing w:after="0"/>
            </w:pPr>
            <w:r>
              <w:rPr>
                <w:b w:val="0"/>
                <w:sz w:val="19"/>
              </w:rPr>
              <w:t>Adjectives: Creative, effective.</w:t>
            </w:r>
          </w:p>
          <w:p>
            <w:pPr>
              <w:spacing w:after="0"/>
            </w:pPr>
            <w:r>
              <w:rPr>
                <w:b w:val="0"/>
                <w:sz w:val="19"/>
              </w:rPr>
              <w:t>Adverbs: Easily, in turns, one after another, to each other, together.</w:t>
            </w:r>
          </w:p>
          <w:p>
            <w:pPr>
              <w:spacing w:after="0"/>
            </w:pPr>
            <w:r>
              <w:rPr>
                <w:b w:val="0"/>
                <w:sz w:val="19"/>
              </w:rPr>
              <w:t>Vocabulary for cardinal numbers 100-500: From 100 to 500.</w:t>
            </w:r>
          </w:p>
          <w:p>
            <w:pPr>
              <w:spacing w:after="0"/>
            </w:pPr>
            <w:r>
              <w:rPr>
                <w:b w:val="0"/>
                <w:sz w:val="19"/>
              </w:rPr>
              <w:t>Vocabulary for ordinal numbers 1-50: From 1st to 50th.</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Present Progressive Tense: (I am reviewing my notes for the test now).</w:t>
            </w:r>
          </w:p>
          <w:p>
            <w:pPr>
              <w:spacing w:after="0"/>
            </w:pPr>
            <w:r>
              <w:rPr>
                <w:b w:val="0"/>
                <w:sz w:val="19"/>
              </w:rPr>
              <w:t>-The Present Progressive Tense vs the Simple Present Tense: (I brush my teeth every morning, but today I</w:t>
            </w:r>
          </w:p>
          <w:p>
            <w:pPr>
              <w:spacing w:after="0"/>
            </w:pPr>
            <w:r>
              <w:rPr>
                <w:b w:val="0"/>
                <w:sz w:val="19"/>
              </w:rPr>
              <w:t>am brushing them after breakfast).</w:t>
            </w:r>
          </w:p>
          <w:p>
            <w:pPr>
              <w:spacing w:after="0"/>
            </w:pPr>
            <w:r>
              <w:rPr>
                <w:b w:val="0"/>
                <w:sz w:val="19"/>
              </w:rPr>
              <w:t>-Question tags for The Present Progressive Tense and the Simple Present Tense: (She is marking the tests</w:t>
            </w:r>
          </w:p>
          <w:p>
            <w:pPr>
              <w:spacing w:after="0"/>
            </w:pPr>
            <w:r>
              <w:rPr>
                <w:b w:val="0"/>
                <w:sz w:val="19"/>
              </w:rPr>
              <w:t>now, isn’t she? They study in the library every day, don’t they?)</w:t>
            </w:r>
          </w:p>
          <w:p>
            <w:pPr>
              <w:spacing w:after="0"/>
            </w:pPr>
            <w:r>
              <w:rPr>
                <w:b w:val="0"/>
                <w:sz w:val="19"/>
              </w:rPr>
              <w:t>-Possessive adjectives: (I always keep my diary on the table).</w:t>
            </w:r>
          </w:p>
          <w:p>
            <w:pPr>
              <w:spacing w:after="0"/>
            </w:pPr>
            <w:r>
              <w:rPr>
                <w:b w:val="0"/>
                <w:sz w:val="19"/>
              </w:rPr>
              <w:t>-Word order with adverbs: (He normally brushes his teeth after breakfast).</w:t>
            </w:r>
          </w:p>
          <w:p>
            <w:pPr>
              <w:spacing w:after="0"/>
            </w:pPr>
            <w:r>
              <w:rPr>
                <w:b w:val="0"/>
                <w:sz w:val="19"/>
              </w:rPr>
              <w:t>-Question: How often: (How often do you review your notes before a test?)</w:t>
            </w:r>
          </w:p>
          <w:p>
            <w:pPr>
              <w:spacing w:after="0"/>
            </w:pPr>
            <w:r>
              <w:rPr>
                <w:b w:val="0"/>
                <w:sz w:val="19"/>
              </w:rPr>
              <w:t>Functions of the Grammatical Structures in Use:</w:t>
            </w:r>
          </w:p>
          <w:p>
            <w:pPr>
              <w:spacing w:after="0"/>
            </w:pPr>
            <w:r>
              <w:rPr>
                <w:b w:val="0"/>
                <w:sz w:val="19"/>
              </w:rPr>
              <w:t>-Use of The Present Progressive Tense: Indicating actions happening right now or ongoing activities.</w:t>
            </w:r>
          </w:p>
          <w:p>
            <w:pPr>
              <w:spacing w:after="0"/>
            </w:pPr>
            <w:r>
              <w:rPr>
                <w:b w:val="0"/>
                <w:sz w:val="19"/>
              </w:rPr>
              <w:t>-Use of Present Progressive Tense vs Present Simple Tense: Comparing actions happening right now and</w:t>
            </w:r>
          </w:p>
          <w:p>
            <w:pPr>
              <w:spacing w:after="0"/>
            </w:pPr>
            <w:r>
              <w:rPr>
                <w:b w:val="0"/>
                <w:sz w:val="19"/>
              </w:rPr>
              <w:t>general truths, habits, routines.</w:t>
            </w:r>
          </w:p>
          <w:p>
            <w:pPr>
              <w:spacing w:after="0"/>
            </w:pPr>
            <w:r>
              <w:rPr>
                <w:b w:val="0"/>
                <w:sz w:val="19"/>
              </w:rPr>
              <w:t>-Use of question tags for the Simple Present Tense and Progressive Tense: Confirming general truths, actions or habits and confirming ongoing action. -Use of possessive adjectives: Showing ownership in relation to nouns.</w:t>
            </w:r>
          </w:p>
          <w:p>
            <w:pPr>
              <w:spacing w:after="0"/>
            </w:pPr>
            <w:r>
              <w:rPr>
                <w:b w:val="0"/>
                <w:sz w:val="19"/>
              </w:rPr>
              <w:t>-Use of the word order with adverbs: Organizing adverbs correctly to modify verbs, adjectives, or other</w:t>
            </w:r>
          </w:p>
          <w:p>
            <w:pPr>
              <w:spacing w:after="0"/>
            </w:pPr>
            <w:r>
              <w:rPr>
                <w:b w:val="0"/>
                <w:sz w:val="19"/>
              </w:rPr>
              <w:t>adverbs.</w:t>
            </w:r>
          </w:p>
          <w:p>
            <w:pPr>
              <w:spacing w:after="0"/>
            </w:pPr>
            <w:r>
              <w:rPr>
                <w:b w:val="0"/>
                <w:sz w:val="19"/>
              </w:rPr>
              <w:t>-Use of question: How often: Asking about the frequency of an action.</w:t>
            </w:r>
          </w:p>
          <w:p>
            <w:pPr>
              <w:spacing w:after="0"/>
            </w:pPr>
            <w:r>
              <w:rPr>
                <w:b w:val="0"/>
                <w:sz w:val="19"/>
              </w:rPr>
              <w:t>Target Social Language in Use:</w:t>
            </w:r>
          </w:p>
          <w:p>
            <w:pPr>
              <w:spacing w:after="0"/>
            </w:pPr>
            <w:r>
              <w:rPr>
                <w:b w:val="0"/>
                <w:sz w:val="19"/>
              </w:rPr>
              <w:t>I got full marks on the English test!</w:t>
            </w:r>
          </w:p>
          <w:p>
            <w:pPr>
              <w:spacing w:after="0"/>
            </w:pPr>
            <w:r>
              <w:rPr>
                <w:b w:val="0"/>
                <w:sz w:val="19"/>
              </w:rPr>
              <w:t>Do we have to discuss the answers in pairs?</w:t>
            </w:r>
          </w:p>
          <w:p>
            <w:pPr>
              <w:spacing w:after="0"/>
            </w:pPr>
            <w:r>
              <w:rPr>
                <w:b w:val="0"/>
                <w:sz w:val="19"/>
              </w:rPr>
              <w:t>I need some help with vocabulary work!</w:t>
            </w:r>
          </w:p>
          <w:p>
            <w:pPr>
              <w:spacing w:after="0"/>
            </w:pPr>
            <w:r>
              <w:rPr>
                <w:b w:val="0"/>
                <w:sz w:val="19"/>
              </w:rPr>
              <w:t>Target Phonological Sounds in Use:</w:t>
            </w:r>
          </w:p>
          <w:p>
            <w:pPr>
              <w:spacing w:after="0"/>
            </w:pPr>
            <w:r>
              <w:rPr>
                <w:b w:val="0"/>
                <w:sz w:val="19"/>
              </w:rPr>
              <w:t>Intonation of negative statements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ENG.6.2.L1. Students can get ready for the listening/watching-comprehension process for the current</w:t>
            </w:r>
          </w:p>
          <w:p>
            <w:pPr>
              <w:spacing w:after="0"/>
            </w:pPr>
            <w:r>
              <w:rPr>
                <w:b w:val="0"/>
                <w:sz w:val="19"/>
              </w:rPr>
              <w:t>content on “classroom life with daily and study routines; learning activities in the classroom;</w:t>
            </w:r>
          </w:p>
          <w:p>
            <w:pPr>
              <w:spacing w:after="0"/>
            </w:pPr>
            <w:r>
              <w:rPr>
                <w:b w:val="0"/>
                <w:sz w:val="19"/>
              </w:rPr>
              <w:t>cardinal numbers 100-500; ordinal numbers 1-50” carefully. ENG.6.2.L2.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together through significant details and main components while listening/</w:t>
            </w:r>
          </w:p>
          <w:p>
            <w:pPr>
              <w:spacing w:after="0"/>
            </w:pPr>
            <w:r>
              <w:rPr>
                <w:b w:val="0"/>
                <w:sz w:val="19"/>
              </w:rPr>
              <w:t>watching it. ENG.6.2.L3. Students can make meaning of/derive meaning from the current content on “classroom life</w:t>
            </w:r>
          </w:p>
          <w:p>
            <w:pPr>
              <w:spacing w:after="0"/>
            </w:pPr>
            <w:r>
              <w:rPr>
                <w:b w:val="0"/>
                <w:sz w:val="19"/>
              </w:rPr>
              <w:t>with daily and study routines; learning activities in the classroom; cardinal numbers 100-500;</w:t>
            </w:r>
          </w:p>
          <w:p>
            <w:pPr>
              <w:spacing w:after="0"/>
            </w:pPr>
            <w:r>
              <w:rPr>
                <w:b w:val="0"/>
                <w:sz w:val="19"/>
              </w:rPr>
              <w:t>ordinal numbers 1-50” through significant details by listening/watching it carefully. ENG.6.2.L4.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ENG.6.2.P1. Students can select and use the target phonological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and naturally through</w:t>
            </w:r>
          </w:p>
          <w:p>
            <w:pPr>
              <w:spacing w:after="0"/>
            </w:pPr>
            <w:r>
              <w:rPr>
                <w:b w:val="0"/>
                <w:sz w:val="19"/>
              </w:rPr>
              <w:t>spontaneous decision-making processes and use it in an appropriate and effective way when</w:t>
            </w:r>
          </w:p>
          <w:p>
            <w:pPr>
              <w:spacing w:after="0"/>
            </w:pPr>
            <w:r>
              <w:rPr>
                <w:b w:val="0"/>
                <w:sz w:val="19"/>
              </w:rPr>
              <w:t>communicating with others. ENG.6.2.R1. Students can get ready for the reading-comprehension process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ENG.6.2.R2. Students can bring information about the current content on “classroom life with daily and</w:t>
            </w:r>
          </w:p>
          <w:p>
            <w:pPr>
              <w:spacing w:after="0"/>
            </w:pPr>
            <w:r>
              <w:rPr>
                <w:b w:val="0"/>
                <w:sz w:val="19"/>
              </w:rPr>
              <w:t>study routines; learning activities in the classroom; cardinal numbers 100-500; ordinal</w:t>
            </w:r>
          </w:p>
          <w:p>
            <w:pPr>
              <w:spacing w:after="0"/>
            </w:pPr>
            <w:r>
              <w:rPr>
                <w:b w:val="0"/>
                <w:sz w:val="19"/>
              </w:rPr>
              <w:t>numbers 1-50” through skimming (looking quickly at) the audio-visual elements and reading</w:t>
            </w:r>
          </w:p>
          <w:p>
            <w:pPr>
              <w:spacing w:after="0"/>
            </w:pPr>
            <w:r>
              <w:rPr>
                <w:b w:val="0"/>
                <w:sz w:val="19"/>
              </w:rPr>
              <w:t>the content very quickly. ENG.6.2.R3. Students can make meaning of / derive meaning from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by reading it carefully. ENG.6.2.R4. Students can convey their knowledge, experiences, thoughts, and feelings related to the</w:t>
            </w:r>
          </w:p>
          <w:p>
            <w:pPr>
              <w:spacing w:after="0"/>
            </w:pPr>
            <w:r>
              <w:rPr>
                <w:b w:val="0"/>
                <w:sz w:val="19"/>
              </w:rPr>
              <w:t>reading-comprehension process about the current content, “classroom life with daily and</w:t>
            </w:r>
          </w:p>
          <w:p>
            <w:pPr>
              <w:spacing w:after="0"/>
            </w:pPr>
            <w:r>
              <w:rPr>
                <w:b w:val="0"/>
                <w:sz w:val="19"/>
              </w:rPr>
              <w:t>study routines; learning activities in the classroom; cardinal numbers 100-500; ordinal</w:t>
            </w:r>
          </w:p>
          <w:p>
            <w:pPr>
              <w:spacing w:after="0"/>
            </w:pPr>
            <w:r>
              <w:rPr>
                <w:b w:val="0"/>
                <w:sz w:val="19"/>
              </w:rPr>
              <w:t>numbers 1-50” in relation to themselves or others, both individually and/or with others. ENG.6.2.V1. Students can select and use the target vocabulary of the current content about “classroom</w:t>
            </w:r>
          </w:p>
          <w:p>
            <w:pPr>
              <w:spacing w:after="0"/>
            </w:pPr>
            <w:r>
              <w:rPr>
                <w:b w:val="0"/>
                <w:sz w:val="19"/>
              </w:rPr>
              <w:t>life with daily and study routines; learning activities in the classroom; cardinal numbers 100-</w:t>
            </w:r>
          </w:p>
          <w:p>
            <w:pPr>
              <w:spacing w:after="0"/>
            </w:pPr>
            <w:r>
              <w:rPr>
                <w:b w:val="0"/>
                <w:sz w:val="19"/>
              </w:rPr>
              <w:t>500; ordinal numbers 1-50” accurately, authentically, spontaneously, and naturally and use it</w:t>
            </w:r>
          </w:p>
          <w:p>
            <w:pPr>
              <w:spacing w:after="0"/>
            </w:pPr>
            <w:r>
              <w:rPr>
                <w:b w:val="0"/>
                <w:sz w:val="19"/>
              </w:rPr>
              <w:t>appropriately and effectively when communicating with others. ENG.6.2.G1. Students can select and use the target grammatical elements of the current content about</w:t>
            </w:r>
          </w:p>
          <w:p>
            <w:pPr>
              <w:spacing w:after="0"/>
            </w:pPr>
            <w:r>
              <w:rPr>
                <w:b w:val="0"/>
                <w:sz w:val="19"/>
              </w:rPr>
              <w:t>“classroom life with daily and study routines; learning activities in the classroom; cardinal</w:t>
            </w:r>
          </w:p>
          <w:p>
            <w:pPr>
              <w:spacing w:after="0"/>
            </w:pPr>
            <w:r>
              <w:rPr>
                <w:b w:val="0"/>
                <w:sz w:val="19"/>
              </w:rPr>
              <w:t>numbers 100-500; ordinal numbers 1-50” accurately, authentically, spontaneously, and</w:t>
            </w:r>
          </w:p>
          <w:p>
            <w:pPr>
              <w:spacing w:after="0"/>
            </w:pPr>
            <w:r>
              <w:rPr>
                <w:b w:val="0"/>
                <w:sz w:val="19"/>
              </w:rPr>
              <w:t>naturally and use it appropriately and effectively when communicating with others. ENG.6.2.W1. Students can get ready for the writing-expression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ENG.6.2.W2. Students can understand the model/example for the writing task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ENG.6.2.W3. Students can organise a content for the assigned writing task on the current content</w:t>
            </w:r>
          </w:p>
          <w:p>
            <w:pPr>
              <w:spacing w:after="0"/>
            </w:pPr>
            <w:r>
              <w:rPr>
                <w:b w:val="0"/>
                <w:sz w:val="19"/>
              </w:rPr>
              <w:t>“classroom life with daily and study routines; learning activities in the classroom; cardinal</w:t>
            </w:r>
          </w:p>
          <w:p>
            <w:pPr>
              <w:spacing w:after="0"/>
            </w:pPr>
            <w:r>
              <w:rPr>
                <w:b w:val="0"/>
                <w:sz w:val="19"/>
              </w:rPr>
              <w:t>numbers 100-500; ordinal numbers 1-50” based on the model/example provided. ENG.6.2.W4. Students can individually construct/form content for the assigned writing task on the current</w:t>
            </w:r>
          </w:p>
          <w:p>
            <w:pPr>
              <w:spacing w:after="0"/>
            </w:pPr>
            <w:r>
              <w:rPr>
                <w:b w:val="0"/>
                <w:sz w:val="19"/>
              </w:rPr>
              <w:t>content “classroom life with daily and study routines; learning activities in the classroom;</w:t>
            </w:r>
          </w:p>
          <w:p>
            <w:pPr>
              <w:spacing w:after="0"/>
            </w:pPr>
            <w:r>
              <w:rPr>
                <w:b w:val="0"/>
                <w:sz w:val="19"/>
              </w:rPr>
              <w:t>cardinal numbers 100-500; ordinal numbers 1-50”. ENG.6.2.W5. Students can reorganise (reconstruct) and use information in the new written tasks about</w:t>
            </w:r>
          </w:p>
          <w:p>
            <w:pPr>
              <w:spacing w:after="0"/>
            </w:pPr>
            <w:r>
              <w:rPr>
                <w:b w:val="0"/>
                <w:sz w:val="19"/>
              </w:rPr>
              <w:t>the “classroom life with daily and study routines; learning activities in the classroom; cardinal</w:t>
            </w:r>
          </w:p>
          <w:p>
            <w:pPr>
              <w:spacing w:after="0"/>
            </w:pPr>
            <w:r>
              <w:rPr>
                <w:b w:val="0"/>
                <w:sz w:val="19"/>
              </w:rPr>
              <w:t>numbers 100-500; ordinal numbers 1-50” to communicate with other people. ENG.6.2.W6. Students can reflect on their knowledge, experiences, thoughts, and feelings related to the</w:t>
            </w:r>
          </w:p>
          <w:p>
            <w:pPr>
              <w:spacing w:after="0"/>
            </w:pPr>
            <w:r>
              <w:rPr>
                <w:b w:val="0"/>
                <w:sz w:val="19"/>
              </w:rPr>
              <w:t>writing-expression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in relation to themselves or others, both individually and/or with others. ENG.6.2.S1. Students can get ready for speaking-expression process about the current content on</w:t>
            </w:r>
          </w:p>
          <w:p>
            <w:pPr>
              <w:spacing w:after="0"/>
            </w:pPr>
            <w:r>
              <w:rPr>
                <w:b w:val="0"/>
                <w:sz w:val="19"/>
              </w:rPr>
              <w:t>“classroom life with daily and study routines; learning activities in the classroom; cardinal</w:t>
            </w:r>
          </w:p>
          <w:p>
            <w:pPr>
              <w:spacing w:after="0"/>
            </w:pPr>
            <w:r>
              <w:rPr>
                <w:b w:val="0"/>
                <w:sz w:val="19"/>
              </w:rPr>
              <w:t>numbers 100-500; ordinal numbers 1-50”. ENG.6.2.S2. Students can use the model/example for producing verbal content about the current content</w:t>
            </w:r>
          </w:p>
          <w:p>
            <w:pPr>
              <w:spacing w:after="0"/>
            </w:pPr>
            <w:r>
              <w:rPr>
                <w:b w:val="0"/>
                <w:sz w:val="19"/>
              </w:rPr>
              <w:t>on “classroom life with daily and study routines; learning activities in the classroom; cardinal</w:t>
            </w:r>
          </w:p>
          <w:p>
            <w:pPr>
              <w:spacing w:after="0"/>
            </w:pPr>
            <w:r>
              <w:rPr>
                <w:b w:val="0"/>
                <w:sz w:val="19"/>
              </w:rPr>
              <w:t>numbers 100-500; ordinal numbers 1-50”. ENG.6.2.S3. Students can organise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ENG.6.2.S4. Students can construct a new verbal content on “classroom life with daily and study routines;</w:t>
            </w:r>
          </w:p>
          <w:p>
            <w:pPr>
              <w:spacing w:after="0"/>
            </w:pPr>
            <w:r>
              <w:rPr>
                <w:b w:val="0"/>
                <w:sz w:val="19"/>
              </w:rPr>
              <w:t>learning activities in the classroom; cardinal numbers 100-500; ordinal numbers 1-50” by</w:t>
            </w:r>
          </w:p>
          <w:p>
            <w:pPr>
              <w:spacing w:after="0"/>
            </w:pPr>
            <w:r>
              <w:rPr>
                <w:b w:val="0"/>
                <w:sz w:val="19"/>
              </w:rPr>
              <w:t>speaking accurately, efficiently, and authentically. ENG.6.2.S5. Students can reorganise (reconstruct) and use information about the “classroom life with daily</w:t>
            </w:r>
          </w:p>
          <w:p>
            <w:pPr>
              <w:spacing w:after="0"/>
            </w:pPr>
            <w:r>
              <w:rPr>
                <w:b w:val="0"/>
                <w:sz w:val="19"/>
              </w:rPr>
              <w:t>and study routines; learning activities in the classroom; cardinal numbers 100-500; ordinal</w:t>
            </w:r>
          </w:p>
          <w:p>
            <w:pPr>
              <w:spacing w:after="0"/>
            </w:pPr>
            <w:r>
              <w:rPr>
                <w:b w:val="0"/>
                <w:sz w:val="19"/>
              </w:rPr>
              <w:t>numbers 1-50” to communicate with other people. ENG.6.2.S6. Students can convey their knowledge, experiences, thoughts, and feelings related to the</w:t>
            </w:r>
          </w:p>
          <w:p>
            <w:pPr>
              <w:spacing w:after="0"/>
            </w:pPr>
            <w:r>
              <w:rPr>
                <w:b w:val="0"/>
                <w:sz w:val="19"/>
              </w:rPr>
              <w:t>speaking-expression process about the current content, “classroom life with daily and study</w:t>
            </w:r>
          </w:p>
          <w:p>
            <w:pPr>
              <w:spacing w:after="0"/>
            </w:pPr>
            <w:r>
              <w:rPr>
                <w:b w:val="0"/>
                <w:sz w:val="19"/>
              </w:rPr>
              <w:t>routines; learning activities in the classroom; cardinal numbers 100-500; ordinal numbers</w:t>
            </w:r>
          </w:p>
          <w:p>
            <w:pPr>
              <w:spacing w:after="0"/>
            </w:pPr>
            <w:r>
              <w:rPr>
                <w:b w:val="0"/>
                <w:sz w:val="19"/>
              </w:rPr>
              <w:t>1-50” to communicate with other people in relation to themselves or others, both individually</w:t>
            </w:r>
          </w:p>
          <w:p>
            <w:pPr>
              <w:spacing w:after="0"/>
            </w:pPr>
            <w:r>
              <w:rPr>
                <w:b w:val="0"/>
                <w:sz w:val="19"/>
              </w:rPr>
              <w:t>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V3. Diligence, V4. Friendship, V6. Honesty, V7. Aesthetics, V9. Compassion, V10.</w:t>
            </w:r>
          </w:p>
          <w:p>
            <w:pPr>
              <w:spacing w:after="0"/>
            </w:pPr>
            <w:r>
              <w:rPr>
                <w:b w:val="0"/>
                <w:sz w:val="19"/>
              </w:rPr>
              <w:t>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(ENG.6.2.L1.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actions happening at present in English by creating a short, imaginative story based</w:t>
            </w:r>
          </w:p>
          <w:p>
            <w:pPr>
              <w:spacing w:after="0"/>
            </w:pPr>
            <w:r>
              <w:rPr>
                <w:b w:val="0"/>
                <w:sz w:val="19"/>
              </w:rPr>
              <w:t>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list the actions happening in their scenario in a specific and imaginative way</w:t>
            </w:r>
          </w:p>
          <w:p>
            <w:pPr>
              <w:spacing w:after="0"/>
            </w:pPr>
            <w:r>
              <w:rPr>
                <w:b w:val="0"/>
                <w:sz w:val="19"/>
              </w:rPr>
              <w:t>(e.g., “People are swimming”, “A dog is barking”, “The sun is shining”). Once they have their list, they combine</w:t>
            </w:r>
          </w:p>
          <w:p>
            <w:pPr>
              <w:spacing w:after="0"/>
            </w:pPr>
            <w:r>
              <w:rPr>
                <w:b w:val="0"/>
                <w:sz w:val="19"/>
              </w:rPr>
              <w:t>the actions into a cohesive short story, creating a narrative that describes what’s happening in the scene in</w:t>
            </w:r>
          </w:p>
          <w:p>
            <w:pPr>
              <w:spacing w:after="0"/>
            </w:pPr>
            <w:r>
              <w:rPr>
                <w:b w:val="0"/>
                <w:sz w:val="19"/>
              </w:rPr>
              <w:t>real-time. The teacher encourages students to think about the setting, the characters involved, and how</w:t>
            </w:r>
          </w:p>
          <w:p>
            <w:pPr>
              <w:spacing w:after="0"/>
            </w:pPr>
            <w:r>
              <w:rPr>
                <w:b w:val="0"/>
                <w:sz w:val="19"/>
              </w:rPr>
              <w:t>they can create a detailed and engaging story using the target grammar. For example: “At the beach, people</w:t>
            </w:r>
          </w:p>
          <w:p>
            <w:pPr>
              <w:spacing w:after="0"/>
            </w:pPr>
            <w:r>
              <w:rPr>
                <w:b w:val="0"/>
                <w:sz w:val="19"/>
              </w:rPr>
              <w:t>are playing volleyball. Some children are building sandcastles, and a man is selling ice cream. A family is</w:t>
            </w:r>
          </w:p>
          <w:p>
            <w:pPr>
              <w:spacing w:after="0"/>
            </w:pPr>
            <w:r>
              <w:rPr>
                <w:b w:val="0"/>
                <w:sz w:val="19"/>
              </w:rPr>
              <w:t>sitting on a blanket and having a picnic”. Students share their stories with the rest of the class, reading them</w:t>
            </w:r>
          </w:p>
          <w:p>
            <w:pPr>
              <w:spacing w:after="0"/>
            </w:pPr>
            <w:r>
              <w:rPr>
                <w:b w:val="0"/>
                <w:sz w:val="19"/>
              </w:rPr>
              <w:t>aloud or presenting them as a group. After each group shares their story, the teacher provides feedback on language use and focuses on how well students have applied the target grammar and any common errors.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practise actions happening at present in English by creating a short, imaginative dialogue</w:t>
            </w:r>
          </w:p>
          <w:p>
            <w:pPr>
              <w:spacing w:after="0"/>
            </w:pPr>
            <w:r>
              <w:rPr>
                <w:b w:val="0"/>
                <w:sz w:val="19"/>
              </w:rPr>
              <w:t>between two friends based on a given scenario.</w:t>
            </w:r>
          </w:p>
          <w:p>
            <w:pPr>
              <w:spacing w:after="0"/>
            </w:pPr>
            <w:r>
              <w:rPr>
                <w:b w:val="0"/>
                <w:sz w:val="19"/>
              </w:rPr>
              <w:t>Activity 1: Scene Creators</w:t>
            </w:r>
          </w:p>
          <w:p>
            <w:pPr>
              <w:spacing w:after="0"/>
            </w:pPr>
            <w:r>
              <w:rPr>
                <w:b w:val="0"/>
                <w:sz w:val="19"/>
              </w:rPr>
              <w:t>The teacher divides the class into pairs or small groups of 3-4 students and gives each group a set of “What’s</w:t>
            </w:r>
          </w:p>
          <w:p>
            <w:pPr>
              <w:spacing w:after="0"/>
            </w:pPr>
            <w:r>
              <w:rPr>
                <w:b w:val="0"/>
                <w:sz w:val="19"/>
              </w:rPr>
              <w:t>Happening Right Now?” scenario cards (e.g., “You are at a circus”, “You are in a shopping centre”, “You are at</w:t>
            </w:r>
          </w:p>
          <w:p>
            <w:pPr>
              <w:spacing w:after="0"/>
            </w:pPr>
            <w:r>
              <w:rPr>
                <w:b w:val="0"/>
                <w:sz w:val="19"/>
              </w:rPr>
              <w:t>a birthday party”). Each group chooses a scenario card and discusses the actions happening in that scene.</w:t>
            </w:r>
          </w:p>
          <w:p>
            <w:pPr>
              <w:spacing w:after="0"/>
            </w:pPr>
            <w:r>
              <w:rPr>
                <w:b w:val="0"/>
                <w:sz w:val="19"/>
              </w:rPr>
              <w:t>Each group works together to create a dialogue between two characters in the scene (e.g., two friends at</w:t>
            </w:r>
          </w:p>
          <w:p>
            <w:pPr>
              <w:spacing w:after="0"/>
            </w:pPr>
            <w:r>
              <w:rPr>
                <w:b w:val="0"/>
                <w:sz w:val="19"/>
              </w:rPr>
              <w:t>the zoo). Students read their dialogue aloud to the rest of the class. After each group shares their dialogue, the teacher provides feedback on language use and focuses on how well students have applied the target</w:t>
            </w:r>
          </w:p>
          <w:p>
            <w:pPr>
              <w:spacing w:after="0"/>
            </w:pPr>
            <w:r>
              <w:rPr>
                <w:b w:val="0"/>
                <w:sz w:val="19"/>
              </w:rPr>
              <w:t>grammar and any common errors.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game about numbers focusing on using cardinal</w:t>
            </w:r>
          </w:p>
          <w:p>
            <w:pPr>
              <w:spacing w:after="0"/>
            </w:pPr>
            <w:r>
              <w:rPr>
                <w:b w:val="0"/>
                <w:sz w:val="19"/>
              </w:rPr>
              <w:t>numbers (100-500) and ordinal numbers (1-50). They will design a game, such as a board game, card game, or</w:t>
            </w:r>
          </w:p>
          <w:p>
            <w:pPr>
              <w:spacing w:after="0"/>
            </w:pPr>
            <w:r>
              <w:rPr>
                <w:b w:val="0"/>
                <w:sz w:val="19"/>
              </w:rPr>
              <w:t>quiz, where players solve problems or answer questions about these numbers. They will also place questions</w:t>
            </w:r>
          </w:p>
          <w:p>
            <w:pPr>
              <w:spacing w:after="0"/>
            </w:pPr>
            <w:r>
              <w:rPr>
                <w:b w:val="0"/>
                <w:sz w:val="19"/>
              </w:rPr>
              <w:t>about school routines and learning activities to be answered in an order with given numbers. They will write</w:t>
            </w:r>
          </w:p>
          <w:p>
            <w:pPr>
              <w:spacing w:after="0"/>
            </w:pPr>
            <w:r>
              <w:rPr>
                <w:b w:val="0"/>
                <w:sz w:val="19"/>
              </w:rPr>
              <w:t>simple rules for their games and create challenges related to classroom life, such as arranging items in order</w:t>
            </w:r>
          </w:p>
          <w:p>
            <w:pPr>
              <w:spacing w:after="0"/>
            </w:pPr>
            <w:r>
              <w:rPr>
                <w:b w:val="0"/>
                <w:sz w:val="19"/>
              </w:rPr>
              <w:t>or counting objects. They will present their games to classmates, explain how to play, and let others try them.</w:t>
            </w:r>
          </w:p>
          <w:p>
            <w:pPr>
              <w:spacing w:after="0"/>
            </w:pPr>
            <w:r>
              <w:rPr>
                <w:b w:val="0"/>
                <w:sz w:val="19"/>
              </w:rPr>
              <w:t>The project should include colourful designs, creative questions, and clear instructions. The assignment will</w:t>
            </w:r>
          </w:p>
          <w:p>
            <w:pPr>
              <w:spacing w:after="0"/>
            </w:pPr>
            <w:r>
              <w:rPr>
                <w:b w:val="0"/>
                <w:sz w:val="19"/>
              </w:rPr>
              <w:t>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13: 14-18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13: 14-18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body parts, physical appearance and clothes; personality and character</w:t>
            </w:r>
          </w:p>
          <w:p>
            <w:pPr>
              <w:spacing w:after="0"/>
            </w:pPr>
            <w:r>
              <w:rPr>
                <w:b w:val="0"/>
                <w:sz w:val="19"/>
              </w:rPr>
              <w:t>Target Vocabulary in Use (with revisional vocabulary):</w:t>
            </w:r>
          </w:p>
          <w:p>
            <w:pPr>
              <w:spacing w:after="0"/>
            </w:pPr>
            <w:r>
              <w:rPr>
                <w:b w:val="0"/>
                <w:sz w:val="19"/>
              </w:rPr>
              <w:t>Vocabulary for body parts, physical appearance and clothes</w:t>
            </w:r>
          </w:p>
          <w:p>
            <w:pPr>
              <w:spacing w:after="0"/>
            </w:pPr>
            <w:r>
              <w:rPr>
                <w:b w:val="0"/>
                <w:sz w:val="19"/>
              </w:rPr>
              <w:t>Nouns: Image, look, back, a leg, a heart, stomach, an ankle, skin, a swimsuit, tights, trainers, a necklace, a</w:t>
            </w:r>
          </w:p>
          <w:p>
            <w:pPr>
              <w:spacing w:after="0"/>
            </w:pPr>
            <w:r>
              <w:rPr>
                <w:b w:val="0"/>
                <w:sz w:val="19"/>
              </w:rPr>
              <w:t>kit, a pocket, jewellery, a wallet, a bracelet, a purse, a chain, a knee.</w:t>
            </w:r>
          </w:p>
          <w:p>
            <w:pPr>
              <w:spacing w:after="0"/>
            </w:pPr>
            <w:r>
              <w:rPr>
                <w:b w:val="0"/>
                <w:sz w:val="19"/>
              </w:rPr>
              <w:t>Verbs: To seem.</w:t>
            </w:r>
          </w:p>
          <w:p>
            <w:pPr>
              <w:spacing w:after="0"/>
            </w:pPr>
            <w:r>
              <w:rPr>
                <w:b w:val="0"/>
                <w:sz w:val="19"/>
              </w:rPr>
              <w:t>Adjectives: Attractive, lovely, physical.</w:t>
            </w:r>
          </w:p>
          <w:p>
            <w:pPr>
              <w:spacing w:after="0"/>
            </w:pPr>
            <w:r>
              <w:rPr>
                <w:b w:val="0"/>
                <w:sz w:val="19"/>
              </w:rPr>
              <w:t>Adverbs: Simply.</w:t>
            </w:r>
          </w:p>
          <w:p>
            <w:pPr>
              <w:spacing w:after="0"/>
            </w:pPr>
            <w:r>
              <w:rPr>
                <w:b w:val="0"/>
                <w:sz w:val="19"/>
              </w:rPr>
              <w:t>Vocabulary for clothes Personality and character: Character, personality, sense.</w:t>
            </w:r>
          </w:p>
          <w:p>
            <w:pPr>
              <w:spacing w:after="0"/>
            </w:pPr>
            <w:r>
              <w:rPr>
                <w:b w:val="0"/>
                <w:sz w:val="19"/>
              </w:rPr>
              <w:t>Verbs: to look.</w:t>
            </w:r>
          </w:p>
          <w:p>
            <w:pPr>
              <w:spacing w:after="0"/>
            </w:pPr>
            <w:r>
              <w:rPr>
                <w:b w:val="0"/>
                <w:sz w:val="19"/>
              </w:rPr>
              <w:t>Adjectives: Brilliant, clever, crazy, lazy, rude, social, weak, polite, caring, patient, serious, independent, organised, lazy, helpful, focused, simple, tidy.</w:t>
            </w:r>
          </w:p>
          <w:p>
            <w:pPr>
              <w:spacing w:after="0"/>
            </w:pPr>
            <w:r>
              <w:rPr>
                <w:b w:val="0"/>
                <w:sz w:val="19"/>
              </w:rPr>
              <w:t>Adverbs: Happily, sadly.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-Have/Has got: (She has got a lovely necklace. I have got a new swimsuit for the summer).</w:t>
            </w:r>
          </w:p>
          <w:p>
            <w:pPr>
              <w:spacing w:after="0"/>
            </w:pPr>
            <w:r>
              <w:rPr>
                <w:b w:val="0"/>
                <w:sz w:val="19"/>
              </w:rPr>
              <w:t>-Wh questions (whose): (Whose wallet is this?)</w:t>
            </w:r>
          </w:p>
          <w:p>
            <w:pPr>
              <w:spacing w:after="0"/>
            </w:pPr>
            <w:r>
              <w:rPr>
                <w:b w:val="0"/>
                <w:sz w:val="19"/>
              </w:rPr>
              <w:t>-Comparative and superlative adjectives (regular and irregular): (She is taller than her sister. She is the tallest</w:t>
            </w:r>
          </w:p>
          <w:p>
            <w:pPr>
              <w:spacing w:after="0"/>
            </w:pPr>
            <w:r>
              <w:rPr>
                <w:b w:val="0"/>
                <w:sz w:val="19"/>
              </w:rPr>
              <w:t>person in the room).</w:t>
            </w:r>
          </w:p>
          <w:p>
            <w:pPr>
              <w:spacing w:after="0"/>
            </w:pPr>
            <w:r>
              <w:rPr>
                <w:b w:val="0"/>
                <w:sz w:val="19"/>
              </w:rPr>
              <w:t>Functions of the Grammatical Structures in Use:</w:t>
            </w:r>
          </w:p>
          <w:p>
            <w:pPr>
              <w:spacing w:after="0"/>
            </w:pPr>
            <w:r>
              <w:rPr>
                <w:b w:val="0"/>
                <w:sz w:val="19"/>
              </w:rPr>
              <w:t>-Use of have/has got: Expressing possession.</w:t>
            </w:r>
          </w:p>
          <w:p>
            <w:pPr>
              <w:spacing w:after="0"/>
            </w:pPr>
            <w:r>
              <w:rPr>
                <w:b w:val="0"/>
                <w:sz w:val="19"/>
              </w:rPr>
              <w:t>-Use of wh- questions (whose): Requesting information about property, belongings, or association.</w:t>
            </w:r>
          </w:p>
          <w:p>
            <w:pPr>
              <w:spacing w:after="0"/>
            </w:pPr>
            <w:r>
              <w:rPr>
                <w:b w:val="0"/>
                <w:sz w:val="19"/>
              </w:rPr>
              <w:t>-Use of comparative and superlative adjectives (regular and irregular): Comparing two things or people and</w:t>
            </w:r>
          </w:p>
          <w:p>
            <w:pPr>
              <w:spacing w:after="0"/>
            </w:pPr>
            <w:r>
              <w:rPr>
                <w:b w:val="0"/>
                <w:sz w:val="19"/>
              </w:rPr>
              <w:t>comparing three or more things or people.</w:t>
            </w:r>
          </w:p>
          <w:p>
            <w:pPr>
              <w:spacing w:after="0"/>
            </w:pPr>
            <w:r>
              <w:rPr>
                <w:b w:val="0"/>
                <w:sz w:val="19"/>
              </w:rPr>
              <w:t>Target Social Language in Use:</w:t>
            </w:r>
          </w:p>
          <w:p>
            <w:pPr>
              <w:spacing w:after="0"/>
            </w:pPr>
            <w:r>
              <w:rPr>
                <w:b w:val="0"/>
                <w:sz w:val="19"/>
              </w:rPr>
              <w:t>OK smarty pants, stop showing off!</w:t>
            </w:r>
          </w:p>
          <w:p>
            <w:pPr>
              <w:spacing w:after="0"/>
            </w:pPr>
            <w:r>
              <w:rPr>
                <w:b w:val="0"/>
                <w:sz w:val="19"/>
              </w:rPr>
              <w:t>You’re full of beans this morning!</w:t>
            </w:r>
          </w:p>
          <w:p>
            <w:pPr>
              <w:spacing w:after="0"/>
            </w:pPr>
            <w:r>
              <w:rPr>
                <w:b w:val="0"/>
                <w:sz w:val="19"/>
              </w:rPr>
              <w:t>Don’t panic, just keep your cool!</w:t>
            </w:r>
          </w:p>
          <w:p>
            <w:pPr>
              <w:spacing w:after="0"/>
            </w:pPr>
            <w:r>
              <w:rPr>
                <w:b w:val="0"/>
                <w:sz w:val="19"/>
              </w:rPr>
              <w:t>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ENG.6.3.L1. Students can get ready for the listening/watching-comprehension process for the current</w:t>
            </w:r>
          </w:p>
          <w:p>
            <w:pPr>
              <w:spacing w:after="0"/>
            </w:pPr>
            <w:r>
              <w:rPr>
                <w:b w:val="0"/>
                <w:sz w:val="19"/>
              </w:rPr>
              <w:t>content on “personal life with body parts, physical appearance and clothes; personality and</w:t>
            </w:r>
          </w:p>
          <w:p>
            <w:pPr>
              <w:spacing w:after="0"/>
            </w:pPr>
            <w:r>
              <w:rPr>
                <w:b w:val="0"/>
                <w:sz w:val="19"/>
              </w:rPr>
              <w:t>character” carefully. ENG.6.3.L2. Students can bring information about the current content on “personal life with body parts, physical appearance and clothes; personality and character” together through significant</w:t>
            </w:r>
          </w:p>
          <w:p>
            <w:pPr>
              <w:spacing w:after="0"/>
            </w:pPr>
            <w:r>
              <w:rPr>
                <w:b w:val="0"/>
                <w:sz w:val="19"/>
              </w:rPr>
              <w:t>details and main components while listening/watching it. ENG.6.3.L3. Students can make meaning of/derive meaning from the current content on “personal life with</w:t>
            </w:r>
          </w:p>
          <w:p>
            <w:pPr>
              <w:spacing w:after="0"/>
            </w:pPr>
            <w:r>
              <w:rPr>
                <w:b w:val="0"/>
                <w:sz w:val="19"/>
              </w:rPr>
              <w:t>body parts, physical appearance and clothes; personality and character” through significant</w:t>
            </w:r>
          </w:p>
          <w:p>
            <w:pPr>
              <w:spacing w:after="0"/>
            </w:pPr>
            <w:r>
              <w:rPr>
                <w:b w:val="0"/>
                <w:sz w:val="19"/>
              </w:rPr>
              <w:t>details by listening/watching it carefully. ENG.6.3.L4.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“personal life with body parts, physical appearance and clothes; personality and character”. ENG.6.3.P1. Students can select and use the target phonological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ENG.6.3.R1. Students can get ready for the reading-comprehension process about the current content on</w:t>
            </w:r>
          </w:p>
          <w:p>
            <w:pPr>
              <w:spacing w:after="0"/>
            </w:pPr>
            <w:r>
              <w:rPr>
                <w:b w:val="0"/>
                <w:sz w:val="19"/>
              </w:rPr>
              <w:t>“personal life with body parts, physical appearance and clothes; personality and character”. ENG.6.3.R2. Students can bring information about the current content on “personal life with body parts, physical appearance and clothes; personality and character” through skimming (looking</w:t>
            </w:r>
          </w:p>
          <w:p>
            <w:pPr>
              <w:spacing w:after="0"/>
            </w:pPr>
            <w:r>
              <w:rPr>
                <w:b w:val="0"/>
                <w:sz w:val="19"/>
              </w:rPr>
              <w:t>quickly at) the audio-visual elements and reading the content very quickly. ENG.6.3.R3. Students can make meaning of / derive meaning from the current content about “personal</w:t>
            </w:r>
          </w:p>
          <w:p>
            <w:pPr>
              <w:spacing w:after="0"/>
            </w:pPr>
            <w:r>
              <w:rPr>
                <w:b w:val="0"/>
                <w:sz w:val="19"/>
              </w:rPr>
              <w:t>life with body parts, physical appearance and clothes; personality and character” by reading</w:t>
            </w:r>
          </w:p>
          <w:p>
            <w:pPr>
              <w:spacing w:after="0"/>
            </w:pPr>
            <w:r>
              <w:rPr>
                <w:b w:val="0"/>
                <w:sz w:val="19"/>
              </w:rPr>
              <w:t>it carefully. ENG.6.3.R4. Students can convey their knowledge, experiences, thoughts, and feelings related to the</w:t>
            </w:r>
          </w:p>
          <w:p>
            <w:pPr>
              <w:spacing w:after="0"/>
            </w:pPr>
            <w:r>
              <w:rPr>
                <w:b w:val="0"/>
                <w:sz w:val="19"/>
              </w:rPr>
              <w:t>reading-comprehension process about the current content, “personal life with body parts, physical appearance and clothes; personality and character” in relation to themselves or</w:t>
            </w:r>
          </w:p>
          <w:p>
            <w:pPr>
              <w:spacing w:after="0"/>
            </w:pPr>
            <w:r>
              <w:rPr>
                <w:b w:val="0"/>
                <w:sz w:val="19"/>
              </w:rPr>
              <w:t>others, both individually and/or with others. ENG.6.3.V1. Students can select and use the target vocabulary of the current content about “personal</w:t>
            </w:r>
          </w:p>
          <w:p>
            <w:pPr>
              <w:spacing w:after="0"/>
            </w:pPr>
            <w:r>
              <w:rPr>
                <w:b w:val="0"/>
                <w:sz w:val="19"/>
              </w:rPr>
              <w:t>life with body parts, physical appearance and clothes; personality and character” accurately, authentically, spontaneously, and naturally and use it appropriately and effectively when</w:t>
            </w:r>
          </w:p>
          <w:p>
            <w:pPr>
              <w:spacing w:after="0"/>
            </w:pPr>
            <w:r>
              <w:rPr>
                <w:b w:val="0"/>
                <w:sz w:val="19"/>
              </w:rPr>
              <w:t>communicating with others. ENG.6.3.G1. Students can select and use the target grammatical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spontaneously, and naturally and use it appropriately and effectively</w:t>
            </w:r>
          </w:p>
          <w:p>
            <w:pPr>
              <w:spacing w:after="0"/>
            </w:pPr>
            <w:r>
              <w:rPr>
                <w:b w:val="0"/>
                <w:sz w:val="19"/>
              </w:rPr>
              <w:t>when communicating with others. ENG.6.3.W1. Students can get ready for the writing-expression process about the current content on</w:t>
            </w:r>
          </w:p>
          <w:p>
            <w:pPr>
              <w:spacing w:after="0"/>
            </w:pPr>
            <w:r>
              <w:rPr>
                <w:b w:val="0"/>
                <w:sz w:val="19"/>
              </w:rPr>
              <w:t>“personal life with body parts, physical appearance and clothes; personality and character”. ENG.6.3.W2. Students can understand the model/example for the writing task about the current content on</w:t>
            </w:r>
          </w:p>
          <w:p>
            <w:pPr>
              <w:spacing w:after="0"/>
            </w:pPr>
            <w:r>
              <w:rPr>
                <w:b w:val="0"/>
                <w:sz w:val="19"/>
              </w:rPr>
              <w:t>“personal life with body parts, physical appearance and clothes; personality and character”. ENG.6.3.W3. Students can organise a content for the assigned writing task on the current content</w:t>
            </w:r>
          </w:p>
          <w:p>
            <w:pPr>
              <w:spacing w:after="0"/>
            </w:pPr>
            <w:r>
              <w:rPr>
                <w:b w:val="0"/>
                <w:sz w:val="19"/>
              </w:rPr>
              <w:t>“personal life with body parts, physical appearance and clothes; personality and character”</w:t>
            </w:r>
          </w:p>
          <w:p>
            <w:pPr>
              <w:spacing w:after="0"/>
            </w:pPr>
            <w:r>
              <w:rPr>
                <w:b w:val="0"/>
                <w:sz w:val="19"/>
              </w:rPr>
              <w:t>based on the model/example provided. ENG.6.3.W4. Students can individually construct/form content for the assigned writing task on the current</w:t>
            </w:r>
          </w:p>
          <w:p>
            <w:pPr>
              <w:spacing w:after="0"/>
            </w:pPr>
            <w:r>
              <w:rPr>
                <w:b w:val="0"/>
                <w:sz w:val="19"/>
              </w:rPr>
              <w:t>content “personal life with body parts, physical appearance and clothes; personality and</w:t>
            </w:r>
          </w:p>
          <w:p>
            <w:pPr>
              <w:spacing w:after="0"/>
            </w:pPr>
            <w:r>
              <w:rPr>
                <w:b w:val="0"/>
                <w:sz w:val="19"/>
              </w:rPr>
              <w:t>character” . ENG.6.3.W5. Students can reorganise (reconstruct) and use information in the new written tasks about</w:t>
            </w:r>
          </w:p>
          <w:p>
            <w:pPr>
              <w:spacing w:after="0"/>
            </w:pPr>
            <w:r>
              <w:rPr>
                <w:b w:val="0"/>
                <w:sz w:val="19"/>
              </w:rPr>
              <w:t>the“personal life with body parts, physical appearance and clothes; personality and character”</w:t>
            </w:r>
          </w:p>
          <w:p>
            <w:pPr>
              <w:spacing w:after="0"/>
            </w:pPr>
            <w:r>
              <w:rPr>
                <w:b w:val="0"/>
                <w:sz w:val="19"/>
              </w:rPr>
              <w:t>to communicate with other people. ENG.6.3.W6. Students can reflect on their knowledge, experiences, thoughts, and feelings related to the</w:t>
            </w:r>
          </w:p>
          <w:p>
            <w:pPr>
              <w:spacing w:after="0"/>
            </w:pPr>
            <w:r>
              <w:rPr>
                <w:b w:val="0"/>
                <w:sz w:val="19"/>
              </w:rPr>
              <w:t>writing-expression process about the current content, “personal life with body parts, physical</w:t>
            </w:r>
          </w:p>
          <w:p>
            <w:pPr>
              <w:spacing w:after="0"/>
            </w:pPr>
            <w:r>
              <w:rPr>
                <w:b w:val="0"/>
                <w:sz w:val="19"/>
              </w:rPr>
              <w:t>appearance and clothes; personality and character” in relation to themselves or others, both</w:t>
            </w:r>
          </w:p>
          <w:p>
            <w:pPr>
              <w:spacing w:after="0"/>
            </w:pPr>
            <w:r>
              <w:rPr>
                <w:b w:val="0"/>
                <w:sz w:val="19"/>
              </w:rPr>
              <w:t>individually and/or with others. ENG.6.3.S1. Students can get ready for speaking-expression process about the current content on</w:t>
            </w:r>
          </w:p>
          <w:p>
            <w:pPr>
              <w:spacing w:after="0"/>
            </w:pPr>
            <w:r>
              <w:rPr>
                <w:b w:val="0"/>
                <w:sz w:val="19"/>
              </w:rPr>
              <w:t>“personal life with body parts, physical appearance and clothes; personality and character”. ENG.6.3.S2. Students can use the model/example for producing verbal content about the current content</w:t>
            </w:r>
          </w:p>
          <w:p>
            <w:pPr>
              <w:spacing w:after="0"/>
            </w:pPr>
            <w:r>
              <w:rPr>
                <w:b w:val="0"/>
                <w:sz w:val="19"/>
              </w:rPr>
              <w:t>on “personal life with body parts, physical appearance and clothes; personality and character”. ENG.6.3.S3. Students can organise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ENG.6.3.S4. Students can construct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ENG.6.3.S5. Students can reorganise (reconstruct) and use information about the “personal life with body</w:t>
            </w:r>
          </w:p>
          <w:p>
            <w:pPr>
              <w:spacing w:after="0"/>
            </w:pPr>
            <w:r>
              <w:rPr>
                <w:b w:val="0"/>
                <w:sz w:val="19"/>
              </w:rPr>
              <w:t>parts, physical appearance and clothes; personality and character” to communicate with</w:t>
            </w:r>
          </w:p>
          <w:p>
            <w:pPr>
              <w:spacing w:after="0"/>
            </w:pPr>
            <w:r>
              <w:rPr>
                <w:b w:val="0"/>
                <w:sz w:val="19"/>
              </w:rPr>
              <w:t>other people. ENG.6.3.S6. Students can convey their knowledge, experiences, thoughts, and feelings related to the</w:t>
            </w:r>
          </w:p>
          <w:p>
            <w:pPr>
              <w:spacing w:after="0"/>
            </w:pPr>
            <w:r>
              <w:rPr>
                <w:b w:val="0"/>
                <w:sz w:val="19"/>
              </w:rPr>
              <w:t>speaking-expression process about the current content, “personal life with body parts, physical appearance and clothes; personality and character” to communicate with other</w:t>
            </w:r>
          </w:p>
          <w:p>
            <w:pPr>
              <w:spacing w:after="0"/>
            </w:pPr>
            <w:r>
              <w:rPr>
                <w:b w:val="0"/>
                <w:sz w:val="19"/>
              </w:rPr>
              <w:t>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V2. Family Integrity, V3. Diligence, V4. Friendship, V6. Honesty, V7.</w:t>
            </w:r>
          </w:p>
          <w:p>
            <w:pPr>
              <w:spacing w:after="0"/>
            </w:pPr>
            <w:r>
              <w:rPr>
                <w:b w:val="0"/>
                <w:sz w:val="19"/>
              </w:rPr>
              <w:t>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films). Example cards for comparison are as follows:</w:t>
            </w:r>
          </w:p>
          <w:p>
            <w:pPr>
              <w:spacing w:after="0"/>
            </w:pPr>
            <w:r>
              <w:rPr>
                <w:b w:val="0"/>
                <w:sz w:val="19"/>
              </w:rPr>
              <w:t>Three Countries: “Türkiye, Canada, Mexico”, Three Foods: “Kebab, Burger, Tacos”, Three Animals: “Cat, Dog, Rabbit”. The students rotate between stations, where they compare three or more items or people using</w:t>
            </w:r>
          </w:p>
          <w:p>
            <w:pPr>
              <w:spacing w:after="0"/>
            </w:pPr>
            <w:r>
              <w:rPr>
                <w:b w:val="0"/>
                <w:sz w:val="19"/>
              </w:rPr>
              <w:t>comparative and superlative forms. At each station, they discuss the differences and similarities between</w:t>
            </w:r>
          </w:p>
          <w:p>
            <w:pPr>
              <w:spacing w:after="0"/>
            </w:pPr>
            <w:r>
              <w:rPr>
                <w:b w:val="0"/>
                <w:sz w:val="19"/>
              </w:rPr>
              <w:t>the items using comparative forms (e.g., “The lion is bigger than the tiger.”). They also use superlative forms</w:t>
            </w:r>
          </w:p>
          <w:p>
            <w:pPr>
              <w:spacing w:after="0"/>
            </w:pPr>
            <w:r>
              <w:rPr>
                <w:b w:val="0"/>
                <w:sz w:val="19"/>
              </w:rPr>
              <w:t>for comparing within the group of three or more (e.g., “The giraffe is the tallest of all the animals.”). After 3-4</w:t>
            </w:r>
          </w:p>
          <w:p>
            <w:pPr>
              <w:spacing w:after="0"/>
            </w:pPr>
            <w:r>
              <w:rPr>
                <w:b w:val="0"/>
                <w:sz w:val="19"/>
              </w:rPr>
              <w:t>minutes at one station, students rotate to the next station until they’ve compared all sets of three or more</w:t>
            </w:r>
          </w:p>
          <w:p>
            <w:pPr>
              <w:spacing w:after="0"/>
            </w:pPr>
            <w:r>
              <w:rPr>
                <w:b w:val="0"/>
                <w:sz w:val="19"/>
              </w:rPr>
              <w:t>items. When the rotation of each group is completed, the students share their favourite comparisons with</w:t>
            </w:r>
          </w:p>
          <w:p>
            <w:pPr>
              <w:spacing w:after="0"/>
            </w:pPr>
            <w:r>
              <w:rPr>
                <w:b w:val="0"/>
                <w:sz w:val="19"/>
              </w:rPr>
              <w:t>the class and the teacher provides feedback on the use of comparatives and superlatives. Students reflect</w:t>
            </w:r>
          </w:p>
          <w:p>
            <w:pPr>
              <w:spacing w:after="0"/>
            </w:pPr>
            <w:r>
              <w:rPr>
                <w:b w:val="0"/>
                <w:sz w:val="19"/>
              </w:rPr>
              <w:t>on their thoughts and feelings about the activity.</w:t>
            </w:r>
          </w:p>
          <w:p>
            <w:pPr>
              <w:spacing w:after="0"/>
            </w:pPr>
            <w:r>
              <w:rPr>
                <w:b w:val="0"/>
                <w:sz w:val="19"/>
              </w:rPr>
              <w:t>Supporting</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or films). Example cards for comparison are as</w:t>
            </w:r>
          </w:p>
          <w:p>
            <w:pPr>
              <w:spacing w:after="0"/>
            </w:pPr>
            <w:r>
              <w:rPr>
                <w:b w:val="0"/>
                <w:sz w:val="19"/>
              </w:rPr>
              <w:t>follows: Three Countries: “Türkiye, Canada, Mexico”, Three Foods: “Kebab, Burger, Tacos” Three Animals:</w:t>
            </w:r>
          </w:p>
          <w:p>
            <w:pPr>
              <w:spacing w:after="0"/>
            </w:pPr>
            <w:r>
              <w:rPr>
                <w:b w:val="0"/>
                <w:sz w:val="19"/>
              </w:rPr>
              <w:t>“Cat, Dog, Rabbit”. The teacher provides students with a template with sentence structures (e.g., “X is taller</w:t>
            </w:r>
          </w:p>
          <w:p>
            <w:pPr>
              <w:spacing w:after="0"/>
            </w:pPr>
            <w:r>
              <w:rPr>
                <w:b w:val="0"/>
                <w:sz w:val="19"/>
              </w:rPr>
              <w:t>than Y. Y is the tallest.”). They rotate between stations. At each station, they discuss the differences and</w:t>
            </w:r>
          </w:p>
          <w:p>
            <w:pPr>
              <w:spacing w:after="0"/>
            </w:pPr>
            <w:r>
              <w:rPr>
                <w:b w:val="0"/>
                <w:sz w:val="19"/>
              </w:rPr>
              <w:t>similarities between the items and try to find the missing items/people on the template (e.g., “The lion is</w:t>
            </w:r>
          </w:p>
          <w:p>
            <w:pPr>
              <w:spacing w:after="0"/>
            </w:pPr>
            <w:r>
              <w:rPr>
                <w:b w:val="0"/>
                <w:sz w:val="19"/>
              </w:rPr>
              <w:t>bigger than the tiger.”). They also use superlative forms for comparing within the group of three or more (e.g.,</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personal profile poster to introduce themselves in</w:t>
            </w:r>
          </w:p>
          <w:p>
            <w:pPr>
              <w:spacing w:after="0"/>
            </w:pPr>
            <w:r>
              <w:rPr>
                <w:b w:val="0"/>
                <w:sz w:val="19"/>
              </w:rPr>
              <w:t>a creative way. They will include a drawing or a photo of themselves and label body parts, such as arms, legs, hands, and feet. They will describe their physical appearance using adjectives like tall, short, curly, or</w:t>
            </w:r>
          </w:p>
          <w:p>
            <w:pPr>
              <w:spacing w:after="0"/>
            </w:pPr>
            <w:r>
              <w:rPr>
                <w:b w:val="0"/>
                <w:sz w:val="19"/>
              </w:rPr>
              <w:t>straight and list their favourite clothes, explaining when they wear them. They will also write a few sentences</w:t>
            </w:r>
          </w:p>
          <w:p>
            <w:pPr>
              <w:spacing w:after="0"/>
            </w:pPr>
            <w:r>
              <w:rPr>
                <w:b w:val="0"/>
                <w:sz w:val="19"/>
              </w:rPr>
              <w:t>about their personality and character traits, such as being friendly, shy, or energetic. They can choose to</w:t>
            </w:r>
          </w:p>
          <w:p>
            <w:pPr>
              <w:spacing w:after="0"/>
            </w:pPr>
            <w:r>
              <w:rPr>
                <w:b w:val="0"/>
                <w:sz w:val="19"/>
              </w:rPr>
              <w:t>write about their best friends if they like. The assignment will be evaluated by using a rubric scheme, a rating</w:t>
            </w:r>
          </w:p>
          <w:p>
            <w:pPr>
              <w:spacing w:after="0"/>
            </w:pPr>
            <w:r>
              <w:rPr>
                <w:b w:val="0"/>
                <w:sz w:val="19"/>
              </w:rPr>
              <w:t>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14: 21-25 December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14: 21-25 December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body parts, physical appearance and clothes; personality and character</w:t>
            </w:r>
          </w:p>
          <w:p>
            <w:pPr>
              <w:spacing w:after="0"/>
            </w:pPr>
            <w:r>
              <w:rPr>
                <w:b w:val="0"/>
                <w:sz w:val="19"/>
              </w:rPr>
              <w:t>Target Vocabulary in Use (with revisional vocabulary):</w:t>
            </w:r>
          </w:p>
          <w:p>
            <w:pPr>
              <w:spacing w:after="0"/>
            </w:pPr>
            <w:r>
              <w:rPr>
                <w:b w:val="0"/>
                <w:sz w:val="19"/>
              </w:rPr>
              <w:t>Vocabulary for body parts, physical appearance and clothes</w:t>
            </w:r>
          </w:p>
          <w:p>
            <w:pPr>
              <w:spacing w:after="0"/>
            </w:pPr>
            <w:r>
              <w:rPr>
                <w:b w:val="0"/>
                <w:sz w:val="19"/>
              </w:rPr>
              <w:t>Nouns: Image, look, back, a leg, a heart, stomach, an ankle, skin, a swimsuit, tights, trainers, a necklace, a</w:t>
            </w:r>
          </w:p>
          <w:p>
            <w:pPr>
              <w:spacing w:after="0"/>
            </w:pPr>
            <w:r>
              <w:rPr>
                <w:b w:val="0"/>
                <w:sz w:val="19"/>
              </w:rPr>
              <w:t>kit, a pocket, jewellery, a wallet, a bracelet, a purse, a chain, a knee.</w:t>
            </w:r>
          </w:p>
          <w:p>
            <w:pPr>
              <w:spacing w:after="0"/>
            </w:pPr>
            <w:r>
              <w:rPr>
                <w:b w:val="0"/>
                <w:sz w:val="19"/>
              </w:rPr>
              <w:t>Verbs: To seem.</w:t>
            </w:r>
          </w:p>
          <w:p>
            <w:pPr>
              <w:spacing w:after="0"/>
            </w:pPr>
            <w:r>
              <w:rPr>
                <w:b w:val="0"/>
                <w:sz w:val="19"/>
              </w:rPr>
              <w:t>Adjectives: Attractive, lovely, physical.</w:t>
            </w:r>
          </w:p>
          <w:p>
            <w:pPr>
              <w:spacing w:after="0"/>
            </w:pPr>
            <w:r>
              <w:rPr>
                <w:b w:val="0"/>
                <w:sz w:val="19"/>
              </w:rPr>
              <w:t>Adverbs: Simply.</w:t>
            </w:r>
          </w:p>
          <w:p>
            <w:pPr>
              <w:spacing w:after="0"/>
            </w:pPr>
            <w:r>
              <w:rPr>
                <w:b w:val="0"/>
                <w:sz w:val="19"/>
              </w:rPr>
              <w:t>Vocabulary for clothes Personality and character: Character, personality, sense.</w:t>
            </w:r>
          </w:p>
          <w:p>
            <w:pPr>
              <w:spacing w:after="0"/>
            </w:pPr>
            <w:r>
              <w:rPr>
                <w:b w:val="0"/>
                <w:sz w:val="19"/>
              </w:rPr>
              <w:t>Verbs: to look.</w:t>
            </w:r>
          </w:p>
          <w:p>
            <w:pPr>
              <w:spacing w:after="0"/>
            </w:pPr>
            <w:r>
              <w:rPr>
                <w:b w:val="0"/>
                <w:sz w:val="19"/>
              </w:rPr>
              <w:t>Adjectives: Brilliant, clever, crazy, lazy, rude, social, weak, polite, caring, patient, serious, independent, organised, lazy, helpful, focused, simple, tidy.</w:t>
            </w:r>
          </w:p>
          <w:p>
            <w:pPr>
              <w:spacing w:after="0"/>
            </w:pPr>
            <w:r>
              <w:rPr>
                <w:b w:val="0"/>
                <w:sz w:val="19"/>
              </w:rPr>
              <w:t>Adverbs: Happily, sadly.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-Have/Has got: (She has got a lovely necklace. I have got a new swimsuit for the summer).</w:t>
            </w:r>
          </w:p>
          <w:p>
            <w:pPr>
              <w:spacing w:after="0"/>
            </w:pPr>
            <w:r>
              <w:rPr>
                <w:b w:val="0"/>
                <w:sz w:val="19"/>
              </w:rPr>
              <w:t>-Wh questions (whose): (Whose wallet is this?)</w:t>
            </w:r>
          </w:p>
          <w:p>
            <w:pPr>
              <w:spacing w:after="0"/>
            </w:pPr>
            <w:r>
              <w:rPr>
                <w:b w:val="0"/>
                <w:sz w:val="19"/>
              </w:rPr>
              <w:t>-Comparative and superlative adjectives (regular and irregular): (She is taller than her sister. She is the tallest</w:t>
            </w:r>
          </w:p>
          <w:p>
            <w:pPr>
              <w:spacing w:after="0"/>
            </w:pPr>
            <w:r>
              <w:rPr>
                <w:b w:val="0"/>
                <w:sz w:val="19"/>
              </w:rPr>
              <w:t>person in the room).</w:t>
            </w:r>
          </w:p>
          <w:p>
            <w:pPr>
              <w:spacing w:after="0"/>
            </w:pPr>
            <w:r>
              <w:rPr>
                <w:b w:val="0"/>
                <w:sz w:val="19"/>
              </w:rPr>
              <w:t>Functions of the Grammatical Structures in Use:</w:t>
            </w:r>
          </w:p>
          <w:p>
            <w:pPr>
              <w:spacing w:after="0"/>
            </w:pPr>
            <w:r>
              <w:rPr>
                <w:b w:val="0"/>
                <w:sz w:val="19"/>
              </w:rPr>
              <w:t>-Use of have/has got: Expressing possession.</w:t>
            </w:r>
          </w:p>
          <w:p>
            <w:pPr>
              <w:spacing w:after="0"/>
            </w:pPr>
            <w:r>
              <w:rPr>
                <w:b w:val="0"/>
                <w:sz w:val="19"/>
              </w:rPr>
              <w:t>-Use of wh- questions (whose): Requesting information about property, belongings, or association.</w:t>
            </w:r>
          </w:p>
          <w:p>
            <w:pPr>
              <w:spacing w:after="0"/>
            </w:pPr>
            <w:r>
              <w:rPr>
                <w:b w:val="0"/>
                <w:sz w:val="19"/>
              </w:rPr>
              <w:t>-Use of comparative and superlative adjectives (regular and irregular): Comparing two things or people and</w:t>
            </w:r>
          </w:p>
          <w:p>
            <w:pPr>
              <w:spacing w:after="0"/>
            </w:pPr>
            <w:r>
              <w:rPr>
                <w:b w:val="0"/>
                <w:sz w:val="19"/>
              </w:rPr>
              <w:t>comparing three or more things or people.</w:t>
            </w:r>
          </w:p>
          <w:p>
            <w:pPr>
              <w:spacing w:after="0"/>
            </w:pPr>
            <w:r>
              <w:rPr>
                <w:b w:val="0"/>
                <w:sz w:val="19"/>
              </w:rPr>
              <w:t>Target Social Language in Use:</w:t>
            </w:r>
          </w:p>
          <w:p>
            <w:pPr>
              <w:spacing w:after="0"/>
            </w:pPr>
            <w:r>
              <w:rPr>
                <w:b w:val="0"/>
                <w:sz w:val="19"/>
              </w:rPr>
              <w:t>OK smarty pants, stop showing off!</w:t>
            </w:r>
          </w:p>
          <w:p>
            <w:pPr>
              <w:spacing w:after="0"/>
            </w:pPr>
            <w:r>
              <w:rPr>
                <w:b w:val="0"/>
                <w:sz w:val="19"/>
              </w:rPr>
              <w:t>You’re full of beans this morning!</w:t>
            </w:r>
          </w:p>
          <w:p>
            <w:pPr>
              <w:spacing w:after="0"/>
            </w:pPr>
            <w:r>
              <w:rPr>
                <w:b w:val="0"/>
                <w:sz w:val="19"/>
              </w:rPr>
              <w:t>Don’t panic, just keep your cool!</w:t>
            </w:r>
          </w:p>
          <w:p>
            <w:pPr>
              <w:spacing w:after="0"/>
            </w:pPr>
            <w:r>
              <w:rPr>
                <w:b w:val="0"/>
                <w:sz w:val="19"/>
              </w:rPr>
              <w:t>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ENG.6.3.L1. Students can get ready for the listening/watching-comprehension process for the current</w:t>
            </w:r>
          </w:p>
          <w:p>
            <w:pPr>
              <w:spacing w:after="0"/>
            </w:pPr>
            <w:r>
              <w:rPr>
                <w:b w:val="0"/>
                <w:sz w:val="19"/>
              </w:rPr>
              <w:t>content on “personal life with body parts, physical appearance and clothes; personality and</w:t>
            </w:r>
          </w:p>
          <w:p>
            <w:pPr>
              <w:spacing w:after="0"/>
            </w:pPr>
            <w:r>
              <w:rPr>
                <w:b w:val="0"/>
                <w:sz w:val="19"/>
              </w:rPr>
              <w:t>character” carefully. ENG.6.3.L2. Students can bring information about the current content on “personal life with body parts, physical appearance and clothes; personality and character” together through significant</w:t>
            </w:r>
          </w:p>
          <w:p>
            <w:pPr>
              <w:spacing w:after="0"/>
            </w:pPr>
            <w:r>
              <w:rPr>
                <w:b w:val="0"/>
                <w:sz w:val="19"/>
              </w:rPr>
              <w:t>details and main components while listening/watching it. ENG.6.3.L3. Students can make meaning of/derive meaning from the current content on “personal life with</w:t>
            </w:r>
          </w:p>
          <w:p>
            <w:pPr>
              <w:spacing w:after="0"/>
            </w:pPr>
            <w:r>
              <w:rPr>
                <w:b w:val="0"/>
                <w:sz w:val="19"/>
              </w:rPr>
              <w:t>body parts, physical appearance and clothes; personality and character” through significant</w:t>
            </w:r>
          </w:p>
          <w:p>
            <w:pPr>
              <w:spacing w:after="0"/>
            </w:pPr>
            <w:r>
              <w:rPr>
                <w:b w:val="0"/>
                <w:sz w:val="19"/>
              </w:rPr>
              <w:t>details by listening/watching it carefully. ENG.6.3.L4.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“personal life with body parts, physical appearance and clothes; personality and character”. ENG.6.3.P1. Students can select and use the target phonological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ENG.6.3.R1. Students can get ready for the reading-comprehension process about the current content on</w:t>
            </w:r>
          </w:p>
          <w:p>
            <w:pPr>
              <w:spacing w:after="0"/>
            </w:pPr>
            <w:r>
              <w:rPr>
                <w:b w:val="0"/>
                <w:sz w:val="19"/>
              </w:rPr>
              <w:t>“personal life with body parts, physical appearance and clothes; personality and character”. ENG.6.3.R2. Students can bring information about the current content on “personal life with body parts, physical appearance and clothes; personality and character” through skimming (looking</w:t>
            </w:r>
          </w:p>
          <w:p>
            <w:pPr>
              <w:spacing w:after="0"/>
            </w:pPr>
            <w:r>
              <w:rPr>
                <w:b w:val="0"/>
                <w:sz w:val="19"/>
              </w:rPr>
              <w:t>quickly at) the audio-visual elements and reading the content very quickly. ENG.6.3.R3. Students can make meaning of / derive meaning from the current content about “personal</w:t>
            </w:r>
          </w:p>
          <w:p>
            <w:pPr>
              <w:spacing w:after="0"/>
            </w:pPr>
            <w:r>
              <w:rPr>
                <w:b w:val="0"/>
                <w:sz w:val="19"/>
              </w:rPr>
              <w:t>life with body parts, physical appearance and clothes; personality and character” by reading</w:t>
            </w:r>
          </w:p>
          <w:p>
            <w:pPr>
              <w:spacing w:after="0"/>
            </w:pPr>
            <w:r>
              <w:rPr>
                <w:b w:val="0"/>
                <w:sz w:val="19"/>
              </w:rPr>
              <w:t>it carefully. ENG.6.3.R4. Students can convey their knowledge, experiences, thoughts, and feelings related to the</w:t>
            </w:r>
          </w:p>
          <w:p>
            <w:pPr>
              <w:spacing w:after="0"/>
            </w:pPr>
            <w:r>
              <w:rPr>
                <w:b w:val="0"/>
                <w:sz w:val="19"/>
              </w:rPr>
              <w:t>reading-comprehension process about the current content, “personal life with body parts, physical appearance and clothes; personality and character” in relation to themselves or</w:t>
            </w:r>
          </w:p>
          <w:p>
            <w:pPr>
              <w:spacing w:after="0"/>
            </w:pPr>
            <w:r>
              <w:rPr>
                <w:b w:val="0"/>
                <w:sz w:val="19"/>
              </w:rPr>
              <w:t>others, both individually and/or with others. ENG.6.3.V1. Students can select and use the target vocabulary of the current content about “personal</w:t>
            </w:r>
          </w:p>
          <w:p>
            <w:pPr>
              <w:spacing w:after="0"/>
            </w:pPr>
            <w:r>
              <w:rPr>
                <w:b w:val="0"/>
                <w:sz w:val="19"/>
              </w:rPr>
              <w:t>life with body parts, physical appearance and clothes; personality and character” accurately, authentically, spontaneously, and naturally and use it appropriately and effectively when</w:t>
            </w:r>
          </w:p>
          <w:p>
            <w:pPr>
              <w:spacing w:after="0"/>
            </w:pPr>
            <w:r>
              <w:rPr>
                <w:b w:val="0"/>
                <w:sz w:val="19"/>
              </w:rPr>
              <w:t>communicating with others. ENG.6.3.G1. Students can select and use the target grammatical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spontaneously, and naturally and use it appropriately and effectively</w:t>
            </w:r>
          </w:p>
          <w:p>
            <w:pPr>
              <w:spacing w:after="0"/>
            </w:pPr>
            <w:r>
              <w:rPr>
                <w:b w:val="0"/>
                <w:sz w:val="19"/>
              </w:rPr>
              <w:t>when communicating with others. ENG.6.3.W1. Students can get ready for the writing-expression process about the current content on</w:t>
            </w:r>
          </w:p>
          <w:p>
            <w:pPr>
              <w:spacing w:after="0"/>
            </w:pPr>
            <w:r>
              <w:rPr>
                <w:b w:val="0"/>
                <w:sz w:val="19"/>
              </w:rPr>
              <w:t>“personal life with body parts, physical appearance and clothes; personality and character”. ENG.6.3.W2. Students can understand the model/example for the writing task about the current content on</w:t>
            </w:r>
          </w:p>
          <w:p>
            <w:pPr>
              <w:spacing w:after="0"/>
            </w:pPr>
            <w:r>
              <w:rPr>
                <w:b w:val="0"/>
                <w:sz w:val="19"/>
              </w:rPr>
              <w:t>“personal life with body parts, physical appearance and clothes; personality and character”. ENG.6.3.W3. Students can organise a content for the assigned writing task on the current content</w:t>
            </w:r>
          </w:p>
          <w:p>
            <w:pPr>
              <w:spacing w:after="0"/>
            </w:pPr>
            <w:r>
              <w:rPr>
                <w:b w:val="0"/>
                <w:sz w:val="19"/>
              </w:rPr>
              <w:t>“personal life with body parts, physical appearance and clothes; personality and character”</w:t>
            </w:r>
          </w:p>
          <w:p>
            <w:pPr>
              <w:spacing w:after="0"/>
            </w:pPr>
            <w:r>
              <w:rPr>
                <w:b w:val="0"/>
                <w:sz w:val="19"/>
              </w:rPr>
              <w:t>based on the model/example provided. ENG.6.3.W4. Students can individually construct/form content for the assigned writing task on the current</w:t>
            </w:r>
          </w:p>
          <w:p>
            <w:pPr>
              <w:spacing w:after="0"/>
            </w:pPr>
            <w:r>
              <w:rPr>
                <w:b w:val="0"/>
                <w:sz w:val="19"/>
              </w:rPr>
              <w:t>content “personal life with body parts, physical appearance and clothes; personality and</w:t>
            </w:r>
          </w:p>
          <w:p>
            <w:pPr>
              <w:spacing w:after="0"/>
            </w:pPr>
            <w:r>
              <w:rPr>
                <w:b w:val="0"/>
                <w:sz w:val="19"/>
              </w:rPr>
              <w:t>character” . ENG.6.3.W5. Students can reorganise (reconstruct) and use information in the new written tasks about</w:t>
            </w:r>
          </w:p>
          <w:p>
            <w:pPr>
              <w:spacing w:after="0"/>
            </w:pPr>
            <w:r>
              <w:rPr>
                <w:b w:val="0"/>
                <w:sz w:val="19"/>
              </w:rPr>
              <w:t>the“personal life with body parts, physical appearance and clothes; personality and character”</w:t>
            </w:r>
          </w:p>
          <w:p>
            <w:pPr>
              <w:spacing w:after="0"/>
            </w:pPr>
            <w:r>
              <w:rPr>
                <w:b w:val="0"/>
                <w:sz w:val="19"/>
              </w:rPr>
              <w:t>to communicate with other people. ENG.6.3.W6. Students can reflect on their knowledge, experiences, thoughts, and feelings related to the</w:t>
            </w:r>
          </w:p>
          <w:p>
            <w:pPr>
              <w:spacing w:after="0"/>
            </w:pPr>
            <w:r>
              <w:rPr>
                <w:b w:val="0"/>
                <w:sz w:val="19"/>
              </w:rPr>
              <w:t>writing-expression process about the current content, “personal life with body parts, physical</w:t>
            </w:r>
          </w:p>
          <w:p>
            <w:pPr>
              <w:spacing w:after="0"/>
            </w:pPr>
            <w:r>
              <w:rPr>
                <w:b w:val="0"/>
                <w:sz w:val="19"/>
              </w:rPr>
              <w:t>appearance and clothes; personality and character” in relation to themselves or others, both</w:t>
            </w:r>
          </w:p>
          <w:p>
            <w:pPr>
              <w:spacing w:after="0"/>
            </w:pPr>
            <w:r>
              <w:rPr>
                <w:b w:val="0"/>
                <w:sz w:val="19"/>
              </w:rPr>
              <w:t>individually and/or with others. ENG.6.3.S1. Students can get ready for speaking-expression process about the current content on</w:t>
            </w:r>
          </w:p>
          <w:p>
            <w:pPr>
              <w:spacing w:after="0"/>
            </w:pPr>
            <w:r>
              <w:rPr>
                <w:b w:val="0"/>
                <w:sz w:val="19"/>
              </w:rPr>
              <w:t>“personal life with body parts, physical appearance and clothes; personality and character”. ENG.6.3.S2. Students can use the model/example for producing verbal content about the current content</w:t>
            </w:r>
          </w:p>
          <w:p>
            <w:pPr>
              <w:spacing w:after="0"/>
            </w:pPr>
            <w:r>
              <w:rPr>
                <w:b w:val="0"/>
                <w:sz w:val="19"/>
              </w:rPr>
              <w:t>on “personal life with body parts, physical appearance and clothes; personality and character”. ENG.6.3.S3. Students can organise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ENG.6.3.S4. Students can construct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ENG.6.3.S5. Students can reorganise (reconstruct) and use information about the “personal life with body</w:t>
            </w:r>
          </w:p>
          <w:p>
            <w:pPr>
              <w:spacing w:after="0"/>
            </w:pPr>
            <w:r>
              <w:rPr>
                <w:b w:val="0"/>
                <w:sz w:val="19"/>
              </w:rPr>
              <w:t>parts, physical appearance and clothes; personality and character” to communicate with</w:t>
            </w:r>
          </w:p>
          <w:p>
            <w:pPr>
              <w:spacing w:after="0"/>
            </w:pPr>
            <w:r>
              <w:rPr>
                <w:b w:val="0"/>
                <w:sz w:val="19"/>
              </w:rPr>
              <w:t>other people. ENG.6.3.S6. Students can convey their knowledge, experiences, thoughts, and feelings related to the</w:t>
            </w:r>
          </w:p>
          <w:p>
            <w:pPr>
              <w:spacing w:after="0"/>
            </w:pPr>
            <w:r>
              <w:rPr>
                <w:b w:val="0"/>
                <w:sz w:val="19"/>
              </w:rPr>
              <w:t>speaking-expression process about the current content, “personal life with body parts, physical appearance and clothes; personality and character” to communicate with other</w:t>
            </w:r>
          </w:p>
          <w:p>
            <w:pPr>
              <w:spacing w:after="0"/>
            </w:pPr>
            <w:r>
              <w:rPr>
                <w:b w:val="0"/>
                <w:sz w:val="19"/>
              </w:rPr>
              <w:t>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V2. Family Integrity, V3. Diligence, V4. Friendship, V6. Honesty, V7.</w:t>
            </w:r>
          </w:p>
          <w:p>
            <w:pPr>
              <w:spacing w:after="0"/>
            </w:pPr>
            <w:r>
              <w:rPr>
                <w:b w:val="0"/>
                <w:sz w:val="19"/>
              </w:rPr>
              <w:t>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films). Example cards for comparison are as follows:</w:t>
            </w:r>
          </w:p>
          <w:p>
            <w:pPr>
              <w:spacing w:after="0"/>
            </w:pPr>
            <w:r>
              <w:rPr>
                <w:b w:val="0"/>
                <w:sz w:val="19"/>
              </w:rPr>
              <w:t>Three Countries: “Türkiye, Canada, Mexico”, Three Foods: “Kebab, Burger, Tacos”, Three Animals: “Cat, Dog, Rabbit”. The students rotate between stations, where they compare three or more items or people using</w:t>
            </w:r>
          </w:p>
          <w:p>
            <w:pPr>
              <w:spacing w:after="0"/>
            </w:pPr>
            <w:r>
              <w:rPr>
                <w:b w:val="0"/>
                <w:sz w:val="19"/>
              </w:rPr>
              <w:t>comparative and superlative forms. At each station, they discuss the differences and similarities between</w:t>
            </w:r>
          </w:p>
          <w:p>
            <w:pPr>
              <w:spacing w:after="0"/>
            </w:pPr>
            <w:r>
              <w:rPr>
                <w:b w:val="0"/>
                <w:sz w:val="19"/>
              </w:rPr>
              <w:t>the items using comparative forms (e.g., “The lion is bigger than the tiger.”). They also use superlative forms</w:t>
            </w:r>
          </w:p>
          <w:p>
            <w:pPr>
              <w:spacing w:after="0"/>
            </w:pPr>
            <w:r>
              <w:rPr>
                <w:b w:val="0"/>
                <w:sz w:val="19"/>
              </w:rPr>
              <w:t>for comparing within the group of three or more (e.g., “The giraffe is the tallest of all the animals.”). After 3-4</w:t>
            </w:r>
          </w:p>
          <w:p>
            <w:pPr>
              <w:spacing w:after="0"/>
            </w:pPr>
            <w:r>
              <w:rPr>
                <w:b w:val="0"/>
                <w:sz w:val="19"/>
              </w:rPr>
              <w:t>minutes at one station, students rotate to the next station until they’ve compared all sets of three or more</w:t>
            </w:r>
          </w:p>
          <w:p>
            <w:pPr>
              <w:spacing w:after="0"/>
            </w:pPr>
            <w:r>
              <w:rPr>
                <w:b w:val="0"/>
                <w:sz w:val="19"/>
              </w:rPr>
              <w:t>items. When the rotation of each group is completed, the students share their favourite comparisons with</w:t>
            </w:r>
          </w:p>
          <w:p>
            <w:pPr>
              <w:spacing w:after="0"/>
            </w:pPr>
            <w:r>
              <w:rPr>
                <w:b w:val="0"/>
                <w:sz w:val="19"/>
              </w:rPr>
              <w:t>the class and the teacher provides feedback on the use of comparatives and superlatives. Students reflect</w:t>
            </w:r>
          </w:p>
          <w:p>
            <w:pPr>
              <w:spacing w:after="0"/>
            </w:pPr>
            <w:r>
              <w:rPr>
                <w:b w:val="0"/>
                <w:sz w:val="19"/>
              </w:rPr>
              <w:t>on their thoughts and feelings about the activity.</w:t>
            </w:r>
          </w:p>
          <w:p>
            <w:pPr>
              <w:spacing w:after="0"/>
            </w:pPr>
            <w:r>
              <w:rPr>
                <w:b w:val="0"/>
                <w:sz w:val="19"/>
              </w:rPr>
              <w:t>Supporting</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or films). Example cards for comparison are as</w:t>
            </w:r>
          </w:p>
          <w:p>
            <w:pPr>
              <w:spacing w:after="0"/>
            </w:pPr>
            <w:r>
              <w:rPr>
                <w:b w:val="0"/>
                <w:sz w:val="19"/>
              </w:rPr>
              <w:t>follows: Three Countries: “Türkiye, Canada, Mexico”, Three Foods: “Kebab, Burger, Tacos” Three Animals:</w:t>
            </w:r>
          </w:p>
          <w:p>
            <w:pPr>
              <w:spacing w:after="0"/>
            </w:pPr>
            <w:r>
              <w:rPr>
                <w:b w:val="0"/>
                <w:sz w:val="19"/>
              </w:rPr>
              <w:t>“Cat, Dog, Rabbit”. The teacher provides students with a template with sentence structures (e.g., “X is taller</w:t>
            </w:r>
          </w:p>
          <w:p>
            <w:pPr>
              <w:spacing w:after="0"/>
            </w:pPr>
            <w:r>
              <w:rPr>
                <w:b w:val="0"/>
                <w:sz w:val="19"/>
              </w:rPr>
              <w:t>than Y. Y is the tallest.”). They rotate between stations. At each station, they discuss the differences and</w:t>
            </w:r>
          </w:p>
          <w:p>
            <w:pPr>
              <w:spacing w:after="0"/>
            </w:pPr>
            <w:r>
              <w:rPr>
                <w:b w:val="0"/>
                <w:sz w:val="19"/>
              </w:rPr>
              <w:t>similarities between the items and try to find the missing items/people on the template (e.g., “The lion is</w:t>
            </w:r>
          </w:p>
          <w:p>
            <w:pPr>
              <w:spacing w:after="0"/>
            </w:pPr>
            <w:r>
              <w:rPr>
                <w:b w:val="0"/>
                <w:sz w:val="19"/>
              </w:rPr>
              <w:t>bigger than the tiger.”). They also use superlative forms for comparing within the group of three or more (e.g.,</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personal profile poster to introduce themselves in</w:t>
            </w:r>
          </w:p>
          <w:p>
            <w:pPr>
              <w:spacing w:after="0"/>
            </w:pPr>
            <w:r>
              <w:rPr>
                <w:b w:val="0"/>
                <w:sz w:val="19"/>
              </w:rPr>
              <w:t>a creative way. They will include a drawing or a photo of themselves and label body parts, such as arms, legs, hands, and feet. They will describe their physical appearance using adjectives like tall, short, curly, or</w:t>
            </w:r>
          </w:p>
          <w:p>
            <w:pPr>
              <w:spacing w:after="0"/>
            </w:pPr>
            <w:r>
              <w:rPr>
                <w:b w:val="0"/>
                <w:sz w:val="19"/>
              </w:rPr>
              <w:t>straight and list their favourite clothes, explaining when they wear them. They will also write a few sentences</w:t>
            </w:r>
          </w:p>
          <w:p>
            <w:pPr>
              <w:spacing w:after="0"/>
            </w:pPr>
            <w:r>
              <w:rPr>
                <w:b w:val="0"/>
                <w:sz w:val="19"/>
              </w:rPr>
              <w:t>about their personality and character traits, such as being friendly, shy, or energetic. They can choose to</w:t>
            </w:r>
          </w:p>
          <w:p>
            <w:pPr>
              <w:spacing w:after="0"/>
            </w:pPr>
            <w:r>
              <w:rPr>
                <w:b w:val="0"/>
                <w:sz w:val="19"/>
              </w:rPr>
              <w:t>write about their best friends if they like. The assignment will be evaluated by using a rubric scheme, a rating</w:t>
            </w:r>
          </w:p>
          <w:p>
            <w:pPr>
              <w:spacing w:after="0"/>
            </w:pPr>
            <w:r>
              <w:rPr>
                <w:b w:val="0"/>
                <w:sz w:val="19"/>
              </w:rPr>
              <w:t>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15: 28 December - 1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December · Week 15: 28 December - 1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body parts, physical appearance and clothes; personality and character</w:t>
            </w:r>
          </w:p>
          <w:p>
            <w:pPr>
              <w:spacing w:after="0"/>
            </w:pPr>
            <w:r>
              <w:rPr>
                <w:b w:val="0"/>
                <w:sz w:val="19"/>
              </w:rPr>
              <w:t>Target Vocabulary in Use (with revisional vocabulary):</w:t>
            </w:r>
          </w:p>
          <w:p>
            <w:pPr>
              <w:spacing w:after="0"/>
            </w:pPr>
            <w:r>
              <w:rPr>
                <w:b w:val="0"/>
                <w:sz w:val="19"/>
              </w:rPr>
              <w:t>Vocabulary for body parts, physical appearance and clothes</w:t>
            </w:r>
          </w:p>
          <w:p>
            <w:pPr>
              <w:spacing w:after="0"/>
            </w:pPr>
            <w:r>
              <w:rPr>
                <w:b w:val="0"/>
                <w:sz w:val="19"/>
              </w:rPr>
              <w:t>Nouns: Image, look, back, a leg, a heart, stomach, an ankle, skin, a swimsuit, tights, trainers, a necklace, a</w:t>
            </w:r>
          </w:p>
          <w:p>
            <w:pPr>
              <w:spacing w:after="0"/>
            </w:pPr>
            <w:r>
              <w:rPr>
                <w:b w:val="0"/>
                <w:sz w:val="19"/>
              </w:rPr>
              <w:t>kit, a pocket, jewellery, a wallet, a bracelet, a purse, a chain, a knee.</w:t>
            </w:r>
          </w:p>
          <w:p>
            <w:pPr>
              <w:spacing w:after="0"/>
            </w:pPr>
            <w:r>
              <w:rPr>
                <w:b w:val="0"/>
                <w:sz w:val="19"/>
              </w:rPr>
              <w:t>Verbs: To seem.</w:t>
            </w:r>
          </w:p>
          <w:p>
            <w:pPr>
              <w:spacing w:after="0"/>
            </w:pPr>
            <w:r>
              <w:rPr>
                <w:b w:val="0"/>
                <w:sz w:val="19"/>
              </w:rPr>
              <w:t>Adjectives: Attractive, lovely, physical.</w:t>
            </w:r>
          </w:p>
          <w:p>
            <w:pPr>
              <w:spacing w:after="0"/>
            </w:pPr>
            <w:r>
              <w:rPr>
                <w:b w:val="0"/>
                <w:sz w:val="19"/>
              </w:rPr>
              <w:t>Adverbs: Simply.</w:t>
            </w:r>
          </w:p>
          <w:p>
            <w:pPr>
              <w:spacing w:after="0"/>
            </w:pPr>
            <w:r>
              <w:rPr>
                <w:b w:val="0"/>
                <w:sz w:val="19"/>
              </w:rPr>
              <w:t>Vocabulary for clothes Personality and character: Character, personality, sense.</w:t>
            </w:r>
          </w:p>
          <w:p>
            <w:pPr>
              <w:spacing w:after="0"/>
            </w:pPr>
            <w:r>
              <w:rPr>
                <w:b w:val="0"/>
                <w:sz w:val="19"/>
              </w:rPr>
              <w:t>Verbs: to look.</w:t>
            </w:r>
          </w:p>
          <w:p>
            <w:pPr>
              <w:spacing w:after="0"/>
            </w:pPr>
            <w:r>
              <w:rPr>
                <w:b w:val="0"/>
                <w:sz w:val="19"/>
              </w:rPr>
              <w:t>Adjectives: Brilliant, clever, crazy, lazy, rude, social, weak, polite, caring, patient, serious, independent, organised, lazy, helpful, focused, simple, tidy.</w:t>
            </w:r>
          </w:p>
          <w:p>
            <w:pPr>
              <w:spacing w:after="0"/>
            </w:pPr>
            <w:r>
              <w:rPr>
                <w:b w:val="0"/>
                <w:sz w:val="19"/>
              </w:rPr>
              <w:t>Adverbs: Happily, sadly.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-Have/Has got: (She has got a lovely necklace. I have got a new swimsuit for the summer).</w:t>
            </w:r>
          </w:p>
          <w:p>
            <w:pPr>
              <w:spacing w:after="0"/>
            </w:pPr>
            <w:r>
              <w:rPr>
                <w:b w:val="0"/>
                <w:sz w:val="19"/>
              </w:rPr>
              <w:t>-Wh questions (whose): (Whose wallet is this?)</w:t>
            </w:r>
          </w:p>
          <w:p>
            <w:pPr>
              <w:spacing w:after="0"/>
            </w:pPr>
            <w:r>
              <w:rPr>
                <w:b w:val="0"/>
                <w:sz w:val="19"/>
              </w:rPr>
              <w:t>-Comparative and superlative adjectives (regular and irregular): (She is taller than her sister. She is the tallest</w:t>
            </w:r>
          </w:p>
          <w:p>
            <w:pPr>
              <w:spacing w:after="0"/>
            </w:pPr>
            <w:r>
              <w:rPr>
                <w:b w:val="0"/>
                <w:sz w:val="19"/>
              </w:rPr>
              <w:t>person in the room).</w:t>
            </w:r>
          </w:p>
          <w:p>
            <w:pPr>
              <w:spacing w:after="0"/>
            </w:pPr>
            <w:r>
              <w:rPr>
                <w:b w:val="0"/>
                <w:sz w:val="19"/>
              </w:rPr>
              <w:t>Functions of the Grammatical Structures in Use:</w:t>
            </w:r>
          </w:p>
          <w:p>
            <w:pPr>
              <w:spacing w:after="0"/>
            </w:pPr>
            <w:r>
              <w:rPr>
                <w:b w:val="0"/>
                <w:sz w:val="19"/>
              </w:rPr>
              <w:t>-Use of have/has got: Expressing possession.</w:t>
            </w:r>
          </w:p>
          <w:p>
            <w:pPr>
              <w:spacing w:after="0"/>
            </w:pPr>
            <w:r>
              <w:rPr>
                <w:b w:val="0"/>
                <w:sz w:val="19"/>
              </w:rPr>
              <w:t>-Use of wh- questions (whose): Requesting information about property, belongings, or association.</w:t>
            </w:r>
          </w:p>
          <w:p>
            <w:pPr>
              <w:spacing w:after="0"/>
            </w:pPr>
            <w:r>
              <w:rPr>
                <w:b w:val="0"/>
                <w:sz w:val="19"/>
              </w:rPr>
              <w:t>-Use of comparative and superlative adjectives (regular and irregular): Comparing two things or people and</w:t>
            </w:r>
          </w:p>
          <w:p>
            <w:pPr>
              <w:spacing w:after="0"/>
            </w:pPr>
            <w:r>
              <w:rPr>
                <w:b w:val="0"/>
                <w:sz w:val="19"/>
              </w:rPr>
              <w:t>comparing three or more things or people.</w:t>
            </w:r>
          </w:p>
          <w:p>
            <w:pPr>
              <w:spacing w:after="0"/>
            </w:pPr>
            <w:r>
              <w:rPr>
                <w:b w:val="0"/>
                <w:sz w:val="19"/>
              </w:rPr>
              <w:t>Target Social Language in Use:</w:t>
            </w:r>
          </w:p>
          <w:p>
            <w:pPr>
              <w:spacing w:after="0"/>
            </w:pPr>
            <w:r>
              <w:rPr>
                <w:b w:val="0"/>
                <w:sz w:val="19"/>
              </w:rPr>
              <w:t>OK smarty pants, stop showing off!</w:t>
            </w:r>
          </w:p>
          <w:p>
            <w:pPr>
              <w:spacing w:after="0"/>
            </w:pPr>
            <w:r>
              <w:rPr>
                <w:b w:val="0"/>
                <w:sz w:val="19"/>
              </w:rPr>
              <w:t>You’re full of beans this morning!</w:t>
            </w:r>
          </w:p>
          <w:p>
            <w:pPr>
              <w:spacing w:after="0"/>
            </w:pPr>
            <w:r>
              <w:rPr>
                <w:b w:val="0"/>
                <w:sz w:val="19"/>
              </w:rPr>
              <w:t>Don’t panic, just keep your cool!</w:t>
            </w:r>
          </w:p>
          <w:p>
            <w:pPr>
              <w:spacing w:after="0"/>
            </w:pPr>
            <w:r>
              <w:rPr>
                <w:b w:val="0"/>
                <w:sz w:val="19"/>
              </w:rPr>
              <w:t>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ENG.6.3.L1. Students can get ready for the listening/watching-comprehension process for the current</w:t>
            </w:r>
          </w:p>
          <w:p>
            <w:pPr>
              <w:spacing w:after="0"/>
            </w:pPr>
            <w:r>
              <w:rPr>
                <w:b w:val="0"/>
                <w:sz w:val="19"/>
              </w:rPr>
              <w:t>content on “personal life with body parts, physical appearance and clothes; personality and</w:t>
            </w:r>
          </w:p>
          <w:p>
            <w:pPr>
              <w:spacing w:after="0"/>
            </w:pPr>
            <w:r>
              <w:rPr>
                <w:b w:val="0"/>
                <w:sz w:val="19"/>
              </w:rPr>
              <w:t>character” carefully. ENG.6.3.L2. Students can bring information about the current content on “personal life with body parts, physical appearance and clothes; personality and character” together through significant</w:t>
            </w:r>
          </w:p>
          <w:p>
            <w:pPr>
              <w:spacing w:after="0"/>
            </w:pPr>
            <w:r>
              <w:rPr>
                <w:b w:val="0"/>
                <w:sz w:val="19"/>
              </w:rPr>
              <w:t>details and main components while listening/watching it. ENG.6.3.L3. Students can make meaning of/derive meaning from the current content on “personal life with</w:t>
            </w:r>
          </w:p>
          <w:p>
            <w:pPr>
              <w:spacing w:after="0"/>
            </w:pPr>
            <w:r>
              <w:rPr>
                <w:b w:val="0"/>
                <w:sz w:val="19"/>
              </w:rPr>
              <w:t>body parts, physical appearance and clothes; personality and character” through significant</w:t>
            </w:r>
          </w:p>
          <w:p>
            <w:pPr>
              <w:spacing w:after="0"/>
            </w:pPr>
            <w:r>
              <w:rPr>
                <w:b w:val="0"/>
                <w:sz w:val="19"/>
              </w:rPr>
              <w:t>details by listening/watching it carefully. ENG.6.3.L4.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“personal life with body parts, physical appearance and clothes; personality and character”. ENG.6.3.P1. Students can select and use the target phonological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ENG.6.3.R1. Students can get ready for the reading-comprehension process about the current content on</w:t>
            </w:r>
          </w:p>
          <w:p>
            <w:pPr>
              <w:spacing w:after="0"/>
            </w:pPr>
            <w:r>
              <w:rPr>
                <w:b w:val="0"/>
                <w:sz w:val="19"/>
              </w:rPr>
              <w:t>“personal life with body parts, physical appearance and clothes; personality and character”. ENG.6.3.R2. Students can bring information about the current content on “personal life with body parts, physical appearance and clothes; personality and character” through skimming (looking</w:t>
            </w:r>
          </w:p>
          <w:p>
            <w:pPr>
              <w:spacing w:after="0"/>
            </w:pPr>
            <w:r>
              <w:rPr>
                <w:b w:val="0"/>
                <w:sz w:val="19"/>
              </w:rPr>
              <w:t>quickly at) the audio-visual elements and reading the content very quickly. ENG.6.3.R3. Students can make meaning of / derive meaning from the current content about “personal</w:t>
            </w:r>
          </w:p>
          <w:p>
            <w:pPr>
              <w:spacing w:after="0"/>
            </w:pPr>
            <w:r>
              <w:rPr>
                <w:b w:val="0"/>
                <w:sz w:val="19"/>
              </w:rPr>
              <w:t>life with body parts, physical appearance and clothes; personality and character” by reading</w:t>
            </w:r>
          </w:p>
          <w:p>
            <w:pPr>
              <w:spacing w:after="0"/>
            </w:pPr>
            <w:r>
              <w:rPr>
                <w:b w:val="0"/>
                <w:sz w:val="19"/>
              </w:rPr>
              <w:t>it carefully. ENG.6.3.R4. Students can convey their knowledge, experiences, thoughts, and feelings related to the</w:t>
            </w:r>
          </w:p>
          <w:p>
            <w:pPr>
              <w:spacing w:after="0"/>
            </w:pPr>
            <w:r>
              <w:rPr>
                <w:b w:val="0"/>
                <w:sz w:val="19"/>
              </w:rPr>
              <w:t>reading-comprehension process about the current content, “personal life with body parts, physical appearance and clothes; personality and character” in relation to themselves or</w:t>
            </w:r>
          </w:p>
          <w:p>
            <w:pPr>
              <w:spacing w:after="0"/>
            </w:pPr>
            <w:r>
              <w:rPr>
                <w:b w:val="0"/>
                <w:sz w:val="19"/>
              </w:rPr>
              <w:t>others, both individually and/or with others. ENG.6.3.V1. Students can select and use the target vocabulary of the current content about “personal</w:t>
            </w:r>
          </w:p>
          <w:p>
            <w:pPr>
              <w:spacing w:after="0"/>
            </w:pPr>
            <w:r>
              <w:rPr>
                <w:b w:val="0"/>
                <w:sz w:val="19"/>
              </w:rPr>
              <w:t>life with body parts, physical appearance and clothes; personality and character” accurately, authentically, spontaneously, and naturally and use it appropriately and effectively when</w:t>
            </w:r>
          </w:p>
          <w:p>
            <w:pPr>
              <w:spacing w:after="0"/>
            </w:pPr>
            <w:r>
              <w:rPr>
                <w:b w:val="0"/>
                <w:sz w:val="19"/>
              </w:rPr>
              <w:t>communicating with others. ENG.6.3.G1. Students can select and use the target grammatical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spontaneously, and naturally and use it appropriately and effectively</w:t>
            </w:r>
          </w:p>
          <w:p>
            <w:pPr>
              <w:spacing w:after="0"/>
            </w:pPr>
            <w:r>
              <w:rPr>
                <w:b w:val="0"/>
                <w:sz w:val="19"/>
              </w:rPr>
              <w:t>when communicating with others. ENG.6.3.W1. Students can get ready for the writing-expression process about the current content on</w:t>
            </w:r>
          </w:p>
          <w:p>
            <w:pPr>
              <w:spacing w:after="0"/>
            </w:pPr>
            <w:r>
              <w:rPr>
                <w:b w:val="0"/>
                <w:sz w:val="19"/>
              </w:rPr>
              <w:t>“personal life with body parts, physical appearance and clothes; personality and character”. ENG.6.3.W2. Students can understand the model/example for the writing task about the current content on</w:t>
            </w:r>
          </w:p>
          <w:p>
            <w:pPr>
              <w:spacing w:after="0"/>
            </w:pPr>
            <w:r>
              <w:rPr>
                <w:b w:val="0"/>
                <w:sz w:val="19"/>
              </w:rPr>
              <w:t>“personal life with body parts, physical appearance and clothes; personality and character”. ENG.6.3.W3. Students can organise a content for the assigned writing task on the current content</w:t>
            </w:r>
          </w:p>
          <w:p>
            <w:pPr>
              <w:spacing w:after="0"/>
            </w:pPr>
            <w:r>
              <w:rPr>
                <w:b w:val="0"/>
                <w:sz w:val="19"/>
              </w:rPr>
              <w:t>“personal life with body parts, physical appearance and clothes; personality and character”</w:t>
            </w:r>
          </w:p>
          <w:p>
            <w:pPr>
              <w:spacing w:after="0"/>
            </w:pPr>
            <w:r>
              <w:rPr>
                <w:b w:val="0"/>
                <w:sz w:val="19"/>
              </w:rPr>
              <w:t>based on the model/example provided. ENG.6.3.W4. Students can individually construct/form content for the assigned writing task on the current</w:t>
            </w:r>
          </w:p>
          <w:p>
            <w:pPr>
              <w:spacing w:after="0"/>
            </w:pPr>
            <w:r>
              <w:rPr>
                <w:b w:val="0"/>
                <w:sz w:val="19"/>
              </w:rPr>
              <w:t>content “personal life with body parts, physical appearance and clothes; personality and</w:t>
            </w:r>
          </w:p>
          <w:p>
            <w:pPr>
              <w:spacing w:after="0"/>
            </w:pPr>
            <w:r>
              <w:rPr>
                <w:b w:val="0"/>
                <w:sz w:val="19"/>
              </w:rPr>
              <w:t>character” . ENG.6.3.W5. Students can reorganise (reconstruct) and use information in the new written tasks about</w:t>
            </w:r>
          </w:p>
          <w:p>
            <w:pPr>
              <w:spacing w:after="0"/>
            </w:pPr>
            <w:r>
              <w:rPr>
                <w:b w:val="0"/>
                <w:sz w:val="19"/>
              </w:rPr>
              <w:t>the“personal life with body parts, physical appearance and clothes; personality and character”</w:t>
            </w:r>
          </w:p>
          <w:p>
            <w:pPr>
              <w:spacing w:after="0"/>
            </w:pPr>
            <w:r>
              <w:rPr>
                <w:b w:val="0"/>
                <w:sz w:val="19"/>
              </w:rPr>
              <w:t>to communicate with other people. ENG.6.3.W6. Students can reflect on their knowledge, experiences, thoughts, and feelings related to the</w:t>
            </w:r>
          </w:p>
          <w:p>
            <w:pPr>
              <w:spacing w:after="0"/>
            </w:pPr>
            <w:r>
              <w:rPr>
                <w:b w:val="0"/>
                <w:sz w:val="19"/>
              </w:rPr>
              <w:t>writing-expression process about the current content, “personal life with body parts, physical</w:t>
            </w:r>
          </w:p>
          <w:p>
            <w:pPr>
              <w:spacing w:after="0"/>
            </w:pPr>
            <w:r>
              <w:rPr>
                <w:b w:val="0"/>
                <w:sz w:val="19"/>
              </w:rPr>
              <w:t>appearance and clothes; personality and character” in relation to themselves or others, both</w:t>
            </w:r>
          </w:p>
          <w:p>
            <w:pPr>
              <w:spacing w:after="0"/>
            </w:pPr>
            <w:r>
              <w:rPr>
                <w:b w:val="0"/>
                <w:sz w:val="19"/>
              </w:rPr>
              <w:t>individually and/or with others. ENG.6.3.S1. Students can get ready for speaking-expression process about the current content on</w:t>
            </w:r>
          </w:p>
          <w:p>
            <w:pPr>
              <w:spacing w:after="0"/>
            </w:pPr>
            <w:r>
              <w:rPr>
                <w:b w:val="0"/>
                <w:sz w:val="19"/>
              </w:rPr>
              <w:t>“personal life with body parts, physical appearance and clothes; personality and character”. ENG.6.3.S2. Students can use the model/example for producing verbal content about the current content</w:t>
            </w:r>
          </w:p>
          <w:p>
            <w:pPr>
              <w:spacing w:after="0"/>
            </w:pPr>
            <w:r>
              <w:rPr>
                <w:b w:val="0"/>
                <w:sz w:val="19"/>
              </w:rPr>
              <w:t>on “personal life with body parts, physical appearance and clothes; personality and character”. ENG.6.3.S3. Students can organise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ENG.6.3.S4. Students can construct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ENG.6.3.S5. Students can reorganise (reconstruct) and use information about the “personal life with body</w:t>
            </w:r>
          </w:p>
          <w:p>
            <w:pPr>
              <w:spacing w:after="0"/>
            </w:pPr>
            <w:r>
              <w:rPr>
                <w:b w:val="0"/>
                <w:sz w:val="19"/>
              </w:rPr>
              <w:t>parts, physical appearance and clothes; personality and character” to communicate with</w:t>
            </w:r>
          </w:p>
          <w:p>
            <w:pPr>
              <w:spacing w:after="0"/>
            </w:pPr>
            <w:r>
              <w:rPr>
                <w:b w:val="0"/>
                <w:sz w:val="19"/>
              </w:rPr>
              <w:t>other people. ENG.6.3.S6. Students can convey their knowledge, experiences, thoughts, and feelings related to the</w:t>
            </w:r>
          </w:p>
          <w:p>
            <w:pPr>
              <w:spacing w:after="0"/>
            </w:pPr>
            <w:r>
              <w:rPr>
                <w:b w:val="0"/>
                <w:sz w:val="19"/>
              </w:rPr>
              <w:t>speaking-expression process about the current content, “personal life with body parts, physical appearance and clothes; personality and character” to communicate with other</w:t>
            </w:r>
          </w:p>
          <w:p>
            <w:pPr>
              <w:spacing w:after="0"/>
            </w:pPr>
            <w:r>
              <w:rPr>
                <w:b w:val="0"/>
                <w:sz w:val="19"/>
              </w:rPr>
              <w:t>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V2. Family Integrity, V3. Diligence, V4. Friendship, V6. Honesty, V7.</w:t>
            </w:r>
          </w:p>
          <w:p>
            <w:pPr>
              <w:spacing w:after="0"/>
            </w:pPr>
            <w:r>
              <w:rPr>
                <w:b w:val="0"/>
                <w:sz w:val="19"/>
              </w:rPr>
              <w:t>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films). Example cards for comparison are as follows:</w:t>
            </w:r>
          </w:p>
          <w:p>
            <w:pPr>
              <w:spacing w:after="0"/>
            </w:pPr>
            <w:r>
              <w:rPr>
                <w:b w:val="0"/>
                <w:sz w:val="19"/>
              </w:rPr>
              <w:t>Three Countries: “Türkiye, Canada, Mexico”, Three Foods: “Kebab, Burger, Tacos”, Three Animals: “Cat, Dog, Rabbit”. The students rotate between stations, where they compare three or more items or people using</w:t>
            </w:r>
          </w:p>
          <w:p>
            <w:pPr>
              <w:spacing w:after="0"/>
            </w:pPr>
            <w:r>
              <w:rPr>
                <w:b w:val="0"/>
                <w:sz w:val="19"/>
              </w:rPr>
              <w:t>comparative and superlative forms. At each station, they discuss the differences and similarities between</w:t>
            </w:r>
          </w:p>
          <w:p>
            <w:pPr>
              <w:spacing w:after="0"/>
            </w:pPr>
            <w:r>
              <w:rPr>
                <w:b w:val="0"/>
                <w:sz w:val="19"/>
              </w:rPr>
              <w:t>the items using comparative forms (e.g., “The lion is bigger than the tiger.”). They also use superlative forms</w:t>
            </w:r>
          </w:p>
          <w:p>
            <w:pPr>
              <w:spacing w:after="0"/>
            </w:pPr>
            <w:r>
              <w:rPr>
                <w:b w:val="0"/>
                <w:sz w:val="19"/>
              </w:rPr>
              <w:t>for comparing within the group of three or more (e.g., “The giraffe is the tallest of all the animals.”). After 3-4</w:t>
            </w:r>
          </w:p>
          <w:p>
            <w:pPr>
              <w:spacing w:after="0"/>
            </w:pPr>
            <w:r>
              <w:rPr>
                <w:b w:val="0"/>
                <w:sz w:val="19"/>
              </w:rPr>
              <w:t>minutes at one station, students rotate to the next station until they’ve compared all sets of three or more</w:t>
            </w:r>
          </w:p>
          <w:p>
            <w:pPr>
              <w:spacing w:after="0"/>
            </w:pPr>
            <w:r>
              <w:rPr>
                <w:b w:val="0"/>
                <w:sz w:val="19"/>
              </w:rPr>
              <w:t>items. When the rotation of each group is completed, the students share their favourite comparisons with</w:t>
            </w:r>
          </w:p>
          <w:p>
            <w:pPr>
              <w:spacing w:after="0"/>
            </w:pPr>
            <w:r>
              <w:rPr>
                <w:b w:val="0"/>
                <w:sz w:val="19"/>
              </w:rPr>
              <w:t>the class and the teacher provides feedback on the use of comparatives and superlatives. Students reflect</w:t>
            </w:r>
          </w:p>
          <w:p>
            <w:pPr>
              <w:spacing w:after="0"/>
            </w:pPr>
            <w:r>
              <w:rPr>
                <w:b w:val="0"/>
                <w:sz w:val="19"/>
              </w:rPr>
              <w:t>on their thoughts and feelings about the activity.</w:t>
            </w:r>
          </w:p>
          <w:p>
            <w:pPr>
              <w:spacing w:after="0"/>
            </w:pPr>
            <w:r>
              <w:rPr>
                <w:b w:val="0"/>
                <w:sz w:val="19"/>
              </w:rPr>
              <w:t>Supporting</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or films). Example cards for comparison are as</w:t>
            </w:r>
          </w:p>
          <w:p>
            <w:pPr>
              <w:spacing w:after="0"/>
            </w:pPr>
            <w:r>
              <w:rPr>
                <w:b w:val="0"/>
                <w:sz w:val="19"/>
              </w:rPr>
              <w:t>follows: Three Countries: “Türkiye, Canada, Mexico”, Three Foods: “Kebab, Burger, Tacos” Three Animals:</w:t>
            </w:r>
          </w:p>
          <w:p>
            <w:pPr>
              <w:spacing w:after="0"/>
            </w:pPr>
            <w:r>
              <w:rPr>
                <w:b w:val="0"/>
                <w:sz w:val="19"/>
              </w:rPr>
              <w:t>“Cat, Dog, Rabbit”. The teacher provides students with a template with sentence structures (e.g., “X is taller</w:t>
            </w:r>
          </w:p>
          <w:p>
            <w:pPr>
              <w:spacing w:after="0"/>
            </w:pPr>
            <w:r>
              <w:rPr>
                <w:b w:val="0"/>
                <w:sz w:val="19"/>
              </w:rPr>
              <w:t>than Y. Y is the tallest.”). They rotate between stations. At each station, they discuss the differences and</w:t>
            </w:r>
          </w:p>
          <w:p>
            <w:pPr>
              <w:spacing w:after="0"/>
            </w:pPr>
            <w:r>
              <w:rPr>
                <w:b w:val="0"/>
                <w:sz w:val="19"/>
              </w:rPr>
              <w:t>similarities between the items and try to find the missing items/people on the template (e.g., “The lion is</w:t>
            </w:r>
          </w:p>
          <w:p>
            <w:pPr>
              <w:spacing w:after="0"/>
            </w:pPr>
            <w:r>
              <w:rPr>
                <w:b w:val="0"/>
                <w:sz w:val="19"/>
              </w:rPr>
              <w:t>bigger than the tiger.”). They also use superlative forms for comparing within the group of three or more (e.g.,</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personal profile poster to introduce themselves in</w:t>
            </w:r>
          </w:p>
          <w:p>
            <w:pPr>
              <w:spacing w:after="0"/>
            </w:pPr>
            <w:r>
              <w:rPr>
                <w:b w:val="0"/>
                <w:sz w:val="19"/>
              </w:rPr>
              <w:t>a creative way. They will include a drawing or a photo of themselves and label body parts, such as arms, legs, hands, and feet. They will describe their physical appearance using adjectives like tall, short, curly, or</w:t>
            </w:r>
          </w:p>
          <w:p>
            <w:pPr>
              <w:spacing w:after="0"/>
            </w:pPr>
            <w:r>
              <w:rPr>
                <w:b w:val="0"/>
                <w:sz w:val="19"/>
              </w:rPr>
              <w:t>straight and list their favourite clothes, explaining when they wear them. They will also write a few sentences</w:t>
            </w:r>
          </w:p>
          <w:p>
            <w:pPr>
              <w:spacing w:after="0"/>
            </w:pPr>
            <w:r>
              <w:rPr>
                <w:b w:val="0"/>
                <w:sz w:val="19"/>
              </w:rPr>
              <w:t>about their personality and character traits, such as being friendly, shy, or energetic. They can choose to</w:t>
            </w:r>
          </w:p>
          <w:p>
            <w:pPr>
              <w:spacing w:after="0"/>
            </w:pPr>
            <w:r>
              <w:rPr>
                <w:b w:val="0"/>
                <w:sz w:val="19"/>
              </w:rPr>
              <w:t>write about their best friends if they like. The assignment will be evaluated by using a rubric scheme, a rating</w:t>
            </w:r>
          </w:p>
          <w:p>
            <w:pPr>
              <w:spacing w:after="0"/>
            </w:pPr>
            <w:r>
              <w:rPr>
                <w:b w:val="0"/>
                <w:sz w:val="19"/>
              </w:rPr>
              <w:t>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 January, New Year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16: 4-8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January · Week 16: 4-8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3: PERSONAL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body parts, physical appearance and clothes; personality and character</w:t>
            </w:r>
          </w:p>
          <w:p>
            <w:pPr>
              <w:spacing w:after="0"/>
            </w:pPr>
            <w:r>
              <w:rPr>
                <w:b w:val="0"/>
                <w:sz w:val="19"/>
              </w:rPr>
              <w:t>Target Vocabulary in Use (with revisional vocabulary):</w:t>
            </w:r>
          </w:p>
          <w:p>
            <w:pPr>
              <w:spacing w:after="0"/>
            </w:pPr>
            <w:r>
              <w:rPr>
                <w:b w:val="0"/>
                <w:sz w:val="19"/>
              </w:rPr>
              <w:t>Vocabulary for body parts, physical appearance and clothes</w:t>
            </w:r>
          </w:p>
          <w:p>
            <w:pPr>
              <w:spacing w:after="0"/>
            </w:pPr>
            <w:r>
              <w:rPr>
                <w:b w:val="0"/>
                <w:sz w:val="19"/>
              </w:rPr>
              <w:t>Nouns: Image, look, back, a leg, a heart, stomach, an ankle, skin, a swimsuit, tights, trainers, a necklace, a</w:t>
            </w:r>
          </w:p>
          <w:p>
            <w:pPr>
              <w:spacing w:after="0"/>
            </w:pPr>
            <w:r>
              <w:rPr>
                <w:b w:val="0"/>
                <w:sz w:val="19"/>
              </w:rPr>
              <w:t>kit, a pocket, jewellery, a wallet, a bracelet, a purse, a chain, a knee.</w:t>
            </w:r>
          </w:p>
          <w:p>
            <w:pPr>
              <w:spacing w:after="0"/>
            </w:pPr>
            <w:r>
              <w:rPr>
                <w:b w:val="0"/>
                <w:sz w:val="19"/>
              </w:rPr>
              <w:t>Verbs: To seem.</w:t>
            </w:r>
          </w:p>
          <w:p>
            <w:pPr>
              <w:spacing w:after="0"/>
            </w:pPr>
            <w:r>
              <w:rPr>
                <w:b w:val="0"/>
                <w:sz w:val="19"/>
              </w:rPr>
              <w:t>Adjectives: Attractive, lovely, physical.</w:t>
            </w:r>
          </w:p>
          <w:p>
            <w:pPr>
              <w:spacing w:after="0"/>
            </w:pPr>
            <w:r>
              <w:rPr>
                <w:b w:val="0"/>
                <w:sz w:val="19"/>
              </w:rPr>
              <w:t>Adverbs: Simply.</w:t>
            </w:r>
          </w:p>
          <w:p>
            <w:pPr>
              <w:spacing w:after="0"/>
            </w:pPr>
            <w:r>
              <w:rPr>
                <w:b w:val="0"/>
                <w:sz w:val="19"/>
              </w:rPr>
              <w:t>Vocabulary for clothes Personality and character: Character, personality, sense.</w:t>
            </w:r>
          </w:p>
          <w:p>
            <w:pPr>
              <w:spacing w:after="0"/>
            </w:pPr>
            <w:r>
              <w:rPr>
                <w:b w:val="0"/>
                <w:sz w:val="19"/>
              </w:rPr>
              <w:t>Verbs: to look.</w:t>
            </w:r>
          </w:p>
          <w:p>
            <w:pPr>
              <w:spacing w:after="0"/>
            </w:pPr>
            <w:r>
              <w:rPr>
                <w:b w:val="0"/>
                <w:sz w:val="19"/>
              </w:rPr>
              <w:t>Adjectives: Brilliant, clever, crazy, lazy, rude, social, weak, polite, caring, patient, serious, independent, organised, lazy, helpful, focused, simple, tidy.</w:t>
            </w:r>
          </w:p>
          <w:p>
            <w:pPr>
              <w:spacing w:after="0"/>
            </w:pPr>
            <w:r>
              <w:rPr>
                <w:b w:val="0"/>
                <w:sz w:val="19"/>
              </w:rPr>
              <w:t>Adverbs: Happily, sadly.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-Have/Has got: (She has got a lovely necklace. I have got a new swimsuit for the summer).</w:t>
            </w:r>
          </w:p>
          <w:p>
            <w:pPr>
              <w:spacing w:after="0"/>
            </w:pPr>
            <w:r>
              <w:rPr>
                <w:b w:val="0"/>
                <w:sz w:val="19"/>
              </w:rPr>
              <w:t>-Wh questions (whose): (Whose wallet is this?)</w:t>
            </w:r>
          </w:p>
          <w:p>
            <w:pPr>
              <w:spacing w:after="0"/>
            </w:pPr>
            <w:r>
              <w:rPr>
                <w:b w:val="0"/>
                <w:sz w:val="19"/>
              </w:rPr>
              <w:t>-Comparative and superlative adjectives (regular and irregular): (She is taller than her sister. She is the tallest</w:t>
            </w:r>
          </w:p>
          <w:p>
            <w:pPr>
              <w:spacing w:after="0"/>
            </w:pPr>
            <w:r>
              <w:rPr>
                <w:b w:val="0"/>
                <w:sz w:val="19"/>
              </w:rPr>
              <w:t>person in the room).</w:t>
            </w:r>
          </w:p>
          <w:p>
            <w:pPr>
              <w:spacing w:after="0"/>
            </w:pPr>
            <w:r>
              <w:rPr>
                <w:b w:val="0"/>
                <w:sz w:val="19"/>
              </w:rPr>
              <w:t>Functions of the Grammatical Structures in Use:</w:t>
            </w:r>
          </w:p>
          <w:p>
            <w:pPr>
              <w:spacing w:after="0"/>
            </w:pPr>
            <w:r>
              <w:rPr>
                <w:b w:val="0"/>
                <w:sz w:val="19"/>
              </w:rPr>
              <w:t>-Use of have/has got: Expressing possession.</w:t>
            </w:r>
          </w:p>
          <w:p>
            <w:pPr>
              <w:spacing w:after="0"/>
            </w:pPr>
            <w:r>
              <w:rPr>
                <w:b w:val="0"/>
                <w:sz w:val="19"/>
              </w:rPr>
              <w:t>-Use of wh- questions (whose): Requesting information about property, belongings, or association.</w:t>
            </w:r>
          </w:p>
          <w:p>
            <w:pPr>
              <w:spacing w:after="0"/>
            </w:pPr>
            <w:r>
              <w:rPr>
                <w:b w:val="0"/>
                <w:sz w:val="19"/>
              </w:rPr>
              <w:t>-Use of comparative and superlative adjectives (regular and irregular): Comparing two things or people and</w:t>
            </w:r>
          </w:p>
          <w:p>
            <w:pPr>
              <w:spacing w:after="0"/>
            </w:pPr>
            <w:r>
              <w:rPr>
                <w:b w:val="0"/>
                <w:sz w:val="19"/>
              </w:rPr>
              <w:t>comparing three or more things or people.</w:t>
            </w:r>
          </w:p>
          <w:p>
            <w:pPr>
              <w:spacing w:after="0"/>
            </w:pPr>
            <w:r>
              <w:rPr>
                <w:b w:val="0"/>
                <w:sz w:val="19"/>
              </w:rPr>
              <w:t>Target Social Language in Use:</w:t>
            </w:r>
          </w:p>
          <w:p>
            <w:pPr>
              <w:spacing w:after="0"/>
            </w:pPr>
            <w:r>
              <w:rPr>
                <w:b w:val="0"/>
                <w:sz w:val="19"/>
              </w:rPr>
              <w:t>OK smarty pants, stop showing off!</w:t>
            </w:r>
          </w:p>
          <w:p>
            <w:pPr>
              <w:spacing w:after="0"/>
            </w:pPr>
            <w:r>
              <w:rPr>
                <w:b w:val="0"/>
                <w:sz w:val="19"/>
              </w:rPr>
              <w:t>You’re full of beans this morning!</w:t>
            </w:r>
          </w:p>
          <w:p>
            <w:pPr>
              <w:spacing w:after="0"/>
            </w:pPr>
            <w:r>
              <w:rPr>
                <w:b w:val="0"/>
                <w:sz w:val="19"/>
              </w:rPr>
              <w:t>Don’t panic, just keep your cool!</w:t>
            </w:r>
          </w:p>
          <w:p>
            <w:pPr>
              <w:spacing w:after="0"/>
            </w:pPr>
            <w:r>
              <w:rPr>
                <w:b w:val="0"/>
                <w:sz w:val="19"/>
              </w:rPr>
              <w:t>Target Phonological Sounds in Use:</w:t>
            </w:r>
          </w:p>
          <w:p>
            <w:pPr>
              <w:spacing w:after="0"/>
            </w:pPr>
            <w:r>
              <w:rPr>
                <w:b w:val="0"/>
                <w:sz w:val="19"/>
              </w:rPr>
              <w:t>Intonation of questions and question tags</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ENG.6.3.L1. Students can get ready for the listening/watching-comprehension process for the current</w:t>
            </w:r>
          </w:p>
          <w:p>
            <w:pPr>
              <w:spacing w:after="0"/>
            </w:pPr>
            <w:r>
              <w:rPr>
                <w:b w:val="0"/>
                <w:sz w:val="19"/>
              </w:rPr>
              <w:t>content on “personal life with body parts, physical appearance and clothes; personality and</w:t>
            </w:r>
          </w:p>
          <w:p>
            <w:pPr>
              <w:spacing w:after="0"/>
            </w:pPr>
            <w:r>
              <w:rPr>
                <w:b w:val="0"/>
                <w:sz w:val="19"/>
              </w:rPr>
              <w:t>character” carefully. ENG.6.3.L2. Students can bring information about the current content on “personal life with body parts, physical appearance and clothes; personality and character” together through significant</w:t>
            </w:r>
          </w:p>
          <w:p>
            <w:pPr>
              <w:spacing w:after="0"/>
            </w:pPr>
            <w:r>
              <w:rPr>
                <w:b w:val="0"/>
                <w:sz w:val="19"/>
              </w:rPr>
              <w:t>details and main components while listening/watching it. ENG.6.3.L3. Students can make meaning of/derive meaning from the current content on “personal life with</w:t>
            </w:r>
          </w:p>
          <w:p>
            <w:pPr>
              <w:spacing w:after="0"/>
            </w:pPr>
            <w:r>
              <w:rPr>
                <w:b w:val="0"/>
                <w:sz w:val="19"/>
              </w:rPr>
              <w:t>body parts, physical appearance and clothes; personality and character” through significant</w:t>
            </w:r>
          </w:p>
          <w:p>
            <w:pPr>
              <w:spacing w:after="0"/>
            </w:pPr>
            <w:r>
              <w:rPr>
                <w:b w:val="0"/>
                <w:sz w:val="19"/>
              </w:rPr>
              <w:t>details by listening/watching it carefully. ENG.6.3.L4.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“personal life with body parts, physical appearance and clothes; personality and character”. ENG.6.3.P1. Students can select and use the target phonological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ENG.6.3.R1. Students can get ready for the reading-comprehension process about the current content on</w:t>
            </w:r>
          </w:p>
          <w:p>
            <w:pPr>
              <w:spacing w:after="0"/>
            </w:pPr>
            <w:r>
              <w:rPr>
                <w:b w:val="0"/>
                <w:sz w:val="19"/>
              </w:rPr>
              <w:t>“personal life with body parts, physical appearance and clothes; personality and character”. ENG.6.3.R2. Students can bring information about the current content on “personal life with body parts, physical appearance and clothes; personality and character” through skimming (looking</w:t>
            </w:r>
          </w:p>
          <w:p>
            <w:pPr>
              <w:spacing w:after="0"/>
            </w:pPr>
            <w:r>
              <w:rPr>
                <w:b w:val="0"/>
                <w:sz w:val="19"/>
              </w:rPr>
              <w:t>quickly at) the audio-visual elements and reading the content very quickly. ENG.6.3.R3. Students can make meaning of / derive meaning from the current content about “personal</w:t>
            </w:r>
          </w:p>
          <w:p>
            <w:pPr>
              <w:spacing w:after="0"/>
            </w:pPr>
            <w:r>
              <w:rPr>
                <w:b w:val="0"/>
                <w:sz w:val="19"/>
              </w:rPr>
              <w:t>life with body parts, physical appearance and clothes; personality and character” by reading</w:t>
            </w:r>
          </w:p>
          <w:p>
            <w:pPr>
              <w:spacing w:after="0"/>
            </w:pPr>
            <w:r>
              <w:rPr>
                <w:b w:val="0"/>
                <w:sz w:val="19"/>
              </w:rPr>
              <w:t>it carefully. ENG.6.3.R4. Students can convey their knowledge, experiences, thoughts, and feelings related to the</w:t>
            </w:r>
          </w:p>
          <w:p>
            <w:pPr>
              <w:spacing w:after="0"/>
            </w:pPr>
            <w:r>
              <w:rPr>
                <w:b w:val="0"/>
                <w:sz w:val="19"/>
              </w:rPr>
              <w:t>reading-comprehension process about the current content, “personal life with body parts, physical appearance and clothes; personality and character” in relation to themselves or</w:t>
            </w:r>
          </w:p>
          <w:p>
            <w:pPr>
              <w:spacing w:after="0"/>
            </w:pPr>
            <w:r>
              <w:rPr>
                <w:b w:val="0"/>
                <w:sz w:val="19"/>
              </w:rPr>
              <w:t>others, both individually and/or with others. ENG.6.3.V1. Students can select and use the target vocabulary of the current content about “personal</w:t>
            </w:r>
          </w:p>
          <w:p>
            <w:pPr>
              <w:spacing w:after="0"/>
            </w:pPr>
            <w:r>
              <w:rPr>
                <w:b w:val="0"/>
                <w:sz w:val="19"/>
              </w:rPr>
              <w:t>life with body parts, physical appearance and clothes; personality and character” accurately, authentically, spontaneously, and naturally and use it appropriately and effectively when</w:t>
            </w:r>
          </w:p>
          <w:p>
            <w:pPr>
              <w:spacing w:after="0"/>
            </w:pPr>
            <w:r>
              <w:rPr>
                <w:b w:val="0"/>
                <w:sz w:val="19"/>
              </w:rPr>
              <w:t>communicating with others. ENG.6.3.G1. Students can select and use the target grammatical elements of the current content about</w:t>
            </w:r>
          </w:p>
          <w:p>
            <w:pPr>
              <w:spacing w:after="0"/>
            </w:pPr>
            <w:r>
              <w:rPr>
                <w:b w:val="0"/>
                <w:sz w:val="19"/>
              </w:rPr>
              <w:t>“personal life with body parts, physical appearance and clothes; personality and character”</w:t>
            </w:r>
          </w:p>
          <w:p>
            <w:pPr>
              <w:spacing w:after="0"/>
            </w:pPr>
            <w:r>
              <w:rPr>
                <w:b w:val="0"/>
                <w:sz w:val="19"/>
              </w:rPr>
              <w:t>accurately, authentically, spontaneously, and naturally and use it appropriately and effectively</w:t>
            </w:r>
          </w:p>
          <w:p>
            <w:pPr>
              <w:spacing w:after="0"/>
            </w:pPr>
            <w:r>
              <w:rPr>
                <w:b w:val="0"/>
                <w:sz w:val="19"/>
              </w:rPr>
              <w:t>when communicating with others. ENG.6.3.W1. Students can get ready for the writing-expression process about the current content on</w:t>
            </w:r>
          </w:p>
          <w:p>
            <w:pPr>
              <w:spacing w:after="0"/>
            </w:pPr>
            <w:r>
              <w:rPr>
                <w:b w:val="0"/>
                <w:sz w:val="19"/>
              </w:rPr>
              <w:t>“personal life with body parts, physical appearance and clothes; personality and character”. ENG.6.3.W2. Students can understand the model/example for the writing task about the current content on</w:t>
            </w:r>
          </w:p>
          <w:p>
            <w:pPr>
              <w:spacing w:after="0"/>
            </w:pPr>
            <w:r>
              <w:rPr>
                <w:b w:val="0"/>
                <w:sz w:val="19"/>
              </w:rPr>
              <w:t>“personal life with body parts, physical appearance and clothes; personality and character”. ENG.6.3.W3. Students can organise a content for the assigned writing task on the current content</w:t>
            </w:r>
          </w:p>
          <w:p>
            <w:pPr>
              <w:spacing w:after="0"/>
            </w:pPr>
            <w:r>
              <w:rPr>
                <w:b w:val="0"/>
                <w:sz w:val="19"/>
              </w:rPr>
              <w:t>“personal life with body parts, physical appearance and clothes; personality and character”</w:t>
            </w:r>
          </w:p>
          <w:p>
            <w:pPr>
              <w:spacing w:after="0"/>
            </w:pPr>
            <w:r>
              <w:rPr>
                <w:b w:val="0"/>
                <w:sz w:val="19"/>
              </w:rPr>
              <w:t>based on the model/example provided. ENG.6.3.W4. Students can individually construct/form content for the assigned writing task on the current</w:t>
            </w:r>
          </w:p>
          <w:p>
            <w:pPr>
              <w:spacing w:after="0"/>
            </w:pPr>
            <w:r>
              <w:rPr>
                <w:b w:val="0"/>
                <w:sz w:val="19"/>
              </w:rPr>
              <w:t>content “personal life with body parts, physical appearance and clothes; personality and</w:t>
            </w:r>
          </w:p>
          <w:p>
            <w:pPr>
              <w:spacing w:after="0"/>
            </w:pPr>
            <w:r>
              <w:rPr>
                <w:b w:val="0"/>
                <w:sz w:val="19"/>
              </w:rPr>
              <w:t>character” . ENG.6.3.W5. Students can reorganise (reconstruct) and use information in the new written tasks about</w:t>
            </w:r>
          </w:p>
          <w:p>
            <w:pPr>
              <w:spacing w:after="0"/>
            </w:pPr>
            <w:r>
              <w:rPr>
                <w:b w:val="0"/>
                <w:sz w:val="19"/>
              </w:rPr>
              <w:t>the“personal life with body parts, physical appearance and clothes; personality and character”</w:t>
            </w:r>
          </w:p>
          <w:p>
            <w:pPr>
              <w:spacing w:after="0"/>
            </w:pPr>
            <w:r>
              <w:rPr>
                <w:b w:val="0"/>
                <w:sz w:val="19"/>
              </w:rPr>
              <w:t>to communicate with other people. ENG.6.3.W6. Students can reflect on their knowledge, experiences, thoughts, and feelings related to the</w:t>
            </w:r>
          </w:p>
          <w:p>
            <w:pPr>
              <w:spacing w:after="0"/>
            </w:pPr>
            <w:r>
              <w:rPr>
                <w:b w:val="0"/>
                <w:sz w:val="19"/>
              </w:rPr>
              <w:t>writing-expression process about the current content, “personal life with body parts, physical</w:t>
            </w:r>
          </w:p>
          <w:p>
            <w:pPr>
              <w:spacing w:after="0"/>
            </w:pPr>
            <w:r>
              <w:rPr>
                <w:b w:val="0"/>
                <w:sz w:val="19"/>
              </w:rPr>
              <w:t>appearance and clothes; personality and character” in relation to themselves or others, both</w:t>
            </w:r>
          </w:p>
          <w:p>
            <w:pPr>
              <w:spacing w:after="0"/>
            </w:pPr>
            <w:r>
              <w:rPr>
                <w:b w:val="0"/>
                <w:sz w:val="19"/>
              </w:rPr>
              <w:t>individually and/or with others. ENG.6.3.S1. Students can get ready for speaking-expression process about the current content on</w:t>
            </w:r>
          </w:p>
          <w:p>
            <w:pPr>
              <w:spacing w:after="0"/>
            </w:pPr>
            <w:r>
              <w:rPr>
                <w:b w:val="0"/>
                <w:sz w:val="19"/>
              </w:rPr>
              <w:t>“personal life with body parts, physical appearance and clothes; personality and character”. ENG.6.3.S2. Students can use the model/example for producing verbal content about the current content</w:t>
            </w:r>
          </w:p>
          <w:p>
            <w:pPr>
              <w:spacing w:after="0"/>
            </w:pPr>
            <w:r>
              <w:rPr>
                <w:b w:val="0"/>
                <w:sz w:val="19"/>
              </w:rPr>
              <w:t>on “personal life with body parts, physical appearance and clothes; personality and character”. ENG.6.3.S3. Students can organise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ENG.6.3.S4. Students can construct a new verbal content on “personal life with body parts, physical</w:t>
            </w:r>
          </w:p>
          <w:p>
            <w:pPr>
              <w:spacing w:after="0"/>
            </w:pPr>
            <w:r>
              <w:rPr>
                <w:b w:val="0"/>
                <w:sz w:val="19"/>
              </w:rPr>
              <w:t>appearance and clothes; personality and character” by speaking accurately, efficiently, and</w:t>
            </w:r>
          </w:p>
          <w:p>
            <w:pPr>
              <w:spacing w:after="0"/>
            </w:pPr>
            <w:r>
              <w:rPr>
                <w:b w:val="0"/>
                <w:sz w:val="19"/>
              </w:rPr>
              <w:t>authentically. ENG.6.3.S5. Students can reorganise (reconstruct) and use information about the “personal life with body</w:t>
            </w:r>
          </w:p>
          <w:p>
            <w:pPr>
              <w:spacing w:after="0"/>
            </w:pPr>
            <w:r>
              <w:rPr>
                <w:b w:val="0"/>
                <w:sz w:val="19"/>
              </w:rPr>
              <w:t>parts, physical appearance and clothes; personality and character” to communicate with</w:t>
            </w:r>
          </w:p>
          <w:p>
            <w:pPr>
              <w:spacing w:after="0"/>
            </w:pPr>
            <w:r>
              <w:rPr>
                <w:b w:val="0"/>
                <w:sz w:val="19"/>
              </w:rPr>
              <w:t>other people. ENG.6.3.S6. Students can convey their knowledge, experiences, thoughts, and feelings related to the</w:t>
            </w:r>
          </w:p>
          <w:p>
            <w:pPr>
              <w:spacing w:after="0"/>
            </w:pPr>
            <w:r>
              <w:rPr>
                <w:b w:val="0"/>
                <w:sz w:val="19"/>
              </w:rPr>
              <w:t>speaking-expression process about the current content, “personal life with body parts, physical appearance and clothes; personality and character” to communicate with other</w:t>
            </w:r>
          </w:p>
          <w:p>
            <w:pPr>
              <w:spacing w:after="0"/>
            </w:pPr>
            <w:r>
              <w:rPr>
                <w:b w:val="0"/>
                <w:sz w:val="19"/>
              </w:rPr>
              <w:t>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V2. Family Integrity, V3. Diligence, V4. Friendship, V6. Honesty, V7.</w:t>
            </w:r>
          </w:p>
          <w:p>
            <w:pPr>
              <w:spacing w:after="0"/>
            </w:pPr>
            <w:r>
              <w:rPr>
                <w:b w:val="0"/>
                <w:sz w:val="19"/>
              </w:rPr>
              <w:t>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(ENG.6.3.L1.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films). Example cards for comparison are as follows:</w:t>
            </w:r>
          </w:p>
          <w:p>
            <w:pPr>
              <w:spacing w:after="0"/>
            </w:pPr>
            <w:r>
              <w:rPr>
                <w:b w:val="0"/>
                <w:sz w:val="19"/>
              </w:rPr>
              <w:t>Three Countries: “Türkiye, Canada, Mexico”, Three Foods: “Kebab, Burger, Tacos”, Three Animals: “Cat, Dog, Rabbit”. The students rotate between stations, where they compare three or more items or people using</w:t>
            </w:r>
          </w:p>
          <w:p>
            <w:pPr>
              <w:spacing w:after="0"/>
            </w:pPr>
            <w:r>
              <w:rPr>
                <w:b w:val="0"/>
                <w:sz w:val="19"/>
              </w:rPr>
              <w:t>comparative and superlative forms. At each station, they discuss the differences and similarities between</w:t>
            </w:r>
          </w:p>
          <w:p>
            <w:pPr>
              <w:spacing w:after="0"/>
            </w:pPr>
            <w:r>
              <w:rPr>
                <w:b w:val="0"/>
                <w:sz w:val="19"/>
              </w:rPr>
              <w:t>the items using comparative forms (e.g., “The lion is bigger than the tiger.”). They also use superlative forms</w:t>
            </w:r>
          </w:p>
          <w:p>
            <w:pPr>
              <w:spacing w:after="0"/>
            </w:pPr>
            <w:r>
              <w:rPr>
                <w:b w:val="0"/>
                <w:sz w:val="19"/>
              </w:rPr>
              <w:t>for comparing within the group of three or more (e.g., “The giraffe is the tallest of all the animals.”). After 3-4</w:t>
            </w:r>
          </w:p>
          <w:p>
            <w:pPr>
              <w:spacing w:after="0"/>
            </w:pPr>
            <w:r>
              <w:rPr>
                <w:b w:val="0"/>
                <w:sz w:val="19"/>
              </w:rPr>
              <w:t>minutes at one station, students rotate to the next station until they’ve compared all sets of three or more</w:t>
            </w:r>
          </w:p>
          <w:p>
            <w:pPr>
              <w:spacing w:after="0"/>
            </w:pPr>
            <w:r>
              <w:rPr>
                <w:b w:val="0"/>
                <w:sz w:val="19"/>
              </w:rPr>
              <w:t>items. When the rotation of each group is completed, the students share their favourite comparisons with</w:t>
            </w:r>
          </w:p>
          <w:p>
            <w:pPr>
              <w:spacing w:after="0"/>
            </w:pPr>
            <w:r>
              <w:rPr>
                <w:b w:val="0"/>
                <w:sz w:val="19"/>
              </w:rPr>
              <w:t>the class and the teacher provides feedback on the use of comparatives and superlatives. Students reflect</w:t>
            </w:r>
          </w:p>
          <w:p>
            <w:pPr>
              <w:spacing w:after="0"/>
            </w:pPr>
            <w:r>
              <w:rPr>
                <w:b w:val="0"/>
                <w:sz w:val="19"/>
              </w:rPr>
              <w:t>on their thoughts and feelings about the activity.</w:t>
            </w:r>
          </w:p>
          <w:p>
            <w:pPr>
              <w:spacing w:after="0"/>
            </w:pPr>
            <w:r>
              <w:rPr>
                <w:b w:val="0"/>
                <w:sz w:val="19"/>
              </w:rPr>
              <w:t>Supporting</w:t>
            </w:r>
          </w:p>
          <w:p>
            <w:pPr>
              <w:spacing w:after="0"/>
            </w:pPr>
            <w:r>
              <w:rPr>
                <w:b w:val="0"/>
                <w:sz w:val="19"/>
              </w:rPr>
              <w:t>Objective: To practise comparing three or more things or people in English by using superlative and</w:t>
            </w:r>
          </w:p>
          <w:p>
            <w:pPr>
              <w:spacing w:after="0"/>
            </w:pPr>
            <w:r>
              <w:rPr>
                <w:b w:val="0"/>
                <w:sz w:val="19"/>
              </w:rPr>
              <w:t>comparative forms of adjectives in an engaging, rotating activity.</w:t>
            </w:r>
          </w:p>
          <w:p>
            <w:pPr>
              <w:spacing w:after="0"/>
            </w:pPr>
            <w:r>
              <w:rPr>
                <w:b w:val="0"/>
                <w:sz w:val="19"/>
              </w:rPr>
              <w:t>Activity title: The Comparison Carousel</w:t>
            </w:r>
          </w:p>
          <w:p>
            <w:pPr>
              <w:spacing w:after="0"/>
            </w:pPr>
            <w:r>
              <w:rPr>
                <w:b w:val="0"/>
                <w:sz w:val="19"/>
              </w:rPr>
              <w:t>The teacher divides the class into small groups and sets up 3-4 stations around the classroom and explains</w:t>
            </w:r>
          </w:p>
          <w:p>
            <w:pPr>
              <w:spacing w:after="0"/>
            </w:pPr>
            <w:r>
              <w:rPr>
                <w:b w:val="0"/>
                <w:sz w:val="19"/>
              </w:rPr>
              <w:t>the rules to students. Each station has a card with pictures or names of three or more items/people to</w:t>
            </w:r>
          </w:p>
          <w:p>
            <w:pPr>
              <w:spacing w:after="0"/>
            </w:pPr>
            <w:r>
              <w:rPr>
                <w:b w:val="0"/>
                <w:sz w:val="19"/>
              </w:rPr>
              <w:t>compare (e.g., fruits, animals, countries, famous people, or films). Example cards for comparison are as</w:t>
            </w:r>
          </w:p>
          <w:p>
            <w:pPr>
              <w:spacing w:after="0"/>
            </w:pPr>
            <w:r>
              <w:rPr>
                <w:b w:val="0"/>
                <w:sz w:val="19"/>
              </w:rPr>
              <w:t>follows: Three Countries: “Türkiye, Canada, Mexico”, Three Foods: “Kebab, Burger, Tacos” Three Animals:</w:t>
            </w:r>
          </w:p>
          <w:p>
            <w:pPr>
              <w:spacing w:after="0"/>
            </w:pPr>
            <w:r>
              <w:rPr>
                <w:b w:val="0"/>
                <w:sz w:val="19"/>
              </w:rPr>
              <w:t>“Cat, Dog, Rabbit”. The teacher provides students with a template with sentence structures (e.g., “X is taller</w:t>
            </w:r>
          </w:p>
          <w:p>
            <w:pPr>
              <w:spacing w:after="0"/>
            </w:pPr>
            <w:r>
              <w:rPr>
                <w:b w:val="0"/>
                <w:sz w:val="19"/>
              </w:rPr>
              <w:t>than Y. Y is the tallest.”). They rotate between stations. At each station, they discuss the differences and</w:t>
            </w:r>
          </w:p>
          <w:p>
            <w:pPr>
              <w:spacing w:after="0"/>
            </w:pPr>
            <w:r>
              <w:rPr>
                <w:b w:val="0"/>
                <w:sz w:val="19"/>
              </w:rPr>
              <w:t>similarities between the items and try to find the missing items/people on the template (e.g., “The lion is</w:t>
            </w:r>
          </w:p>
          <w:p>
            <w:pPr>
              <w:spacing w:after="0"/>
            </w:pPr>
            <w:r>
              <w:rPr>
                <w:b w:val="0"/>
                <w:sz w:val="19"/>
              </w:rPr>
              <w:t>bigger than the tiger.”). They also use superlative forms for comparing within the group of three or more (e.g.,</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personal profile poster to introduce themselves in</w:t>
            </w:r>
          </w:p>
          <w:p>
            <w:pPr>
              <w:spacing w:after="0"/>
            </w:pPr>
            <w:r>
              <w:rPr>
                <w:b w:val="0"/>
                <w:sz w:val="19"/>
              </w:rPr>
              <w:t>a creative way. They will include a drawing or a photo of themselves and label body parts, such as arms, legs, hands, and feet. They will describe their physical appearance using adjectives like tall, short, curly, or</w:t>
            </w:r>
          </w:p>
          <w:p>
            <w:pPr>
              <w:spacing w:after="0"/>
            </w:pPr>
            <w:r>
              <w:rPr>
                <w:b w:val="0"/>
                <w:sz w:val="19"/>
              </w:rPr>
              <w:t>straight and list their favourite clothes, explaining when they wear them. They will also write a few sentences</w:t>
            </w:r>
          </w:p>
          <w:p>
            <w:pPr>
              <w:spacing w:after="0"/>
            </w:pPr>
            <w:r>
              <w:rPr>
                <w:b w:val="0"/>
                <w:sz w:val="19"/>
              </w:rPr>
              <w:t>about their personality and character traits, such as being friendly, shy, or energetic. They can choose to</w:t>
            </w:r>
          </w:p>
          <w:p>
            <w:pPr>
              <w:spacing w:after="0"/>
            </w:pPr>
            <w:r>
              <w:rPr>
                <w:b w:val="0"/>
                <w:sz w:val="19"/>
              </w:rPr>
              <w:t>write about their best friends if they like. The assignment will be evaluated by using a rubric scheme, a rating</w:t>
            </w:r>
          </w:p>
          <w:p>
            <w:pPr>
              <w:spacing w:after="0"/>
            </w:pPr>
            <w:r>
              <w:rPr>
                <w:b w:val="0"/>
                <w:sz w:val="19"/>
              </w:rPr>
              <w:t>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17: 11-15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January · Week 17: 11-15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jobs, working places, and job routines; different types of family homes and</w:t>
            </w:r>
          </w:p>
          <w:p>
            <w:pPr>
              <w:spacing w:after="0"/>
            </w:pPr>
            <w:r>
              <w:rPr>
                <w:b w:val="0"/>
                <w:sz w:val="19"/>
              </w:rPr>
              <w:t>houses</w:t>
            </w:r>
          </w:p>
          <w:p>
            <w:pPr>
              <w:spacing w:after="0"/>
            </w:pPr>
            <w:r>
              <w:rPr>
                <w:b w:val="0"/>
                <w:sz w:val="19"/>
              </w:rPr>
              <w:t>Target Vocabulary in Use (with revisional vocabulary):</w:t>
            </w:r>
          </w:p>
          <w:p>
            <w:pPr>
              <w:spacing w:after="0"/>
            </w:pPr>
            <w:r>
              <w:rPr>
                <w:b w:val="0"/>
                <w:sz w:val="19"/>
              </w:rPr>
              <w:t>Vocabulary for family members’ jobs, working places, and job routines:</w:t>
            </w:r>
          </w:p>
          <w:p>
            <w:pPr>
              <w:spacing w:after="0"/>
            </w:pPr>
            <w:r>
              <w:rPr>
                <w:b w:val="0"/>
                <w:sz w:val="19"/>
              </w:rPr>
              <w:t>Nouns: An author, a boss, a businessman, a cook, a dentist, a designer, a detective, a director, an employee, an employer, a soldier, an assistant, a journalist, a lawyer, a manager, a painter, a pilot, a professor, a reporter, an engineer, an officer, a restaurant, a factory, a company, construction.</w:t>
            </w:r>
          </w:p>
          <w:p>
            <w:pPr>
              <w:spacing w:after="0"/>
            </w:pPr>
            <w:r>
              <w:rPr>
                <w:b w:val="0"/>
                <w:sz w:val="19"/>
              </w:rPr>
              <w:t>Verbs: To report, to employ, to earn, to farm.</w:t>
            </w:r>
          </w:p>
          <w:p>
            <w:pPr>
              <w:spacing w:after="0"/>
            </w:pPr>
            <w:r>
              <w:rPr>
                <w:b w:val="0"/>
                <w:sz w:val="19"/>
              </w:rPr>
              <w:t>Vocabulary for different types of family homes and houses:</w:t>
            </w:r>
          </w:p>
          <w:p>
            <w:pPr>
              <w:spacing w:after="0"/>
            </w:pPr>
            <w:r>
              <w:rPr>
                <w:b w:val="0"/>
                <w:sz w:val="19"/>
              </w:rPr>
              <w:t>Nouns: Rest (remaining part), an address, an apartment, a bin, a blanket, bookshelf, a box, a carpet, a</w:t>
            </w:r>
          </w:p>
          <w:p>
            <w:pPr>
              <w:spacing w:after="0"/>
            </w:pPr>
            <w:r>
              <w:rPr>
                <w:b w:val="0"/>
                <w:sz w:val="19"/>
              </w:rPr>
              <w:t>mirror, a clock, a cooker, a curtain, a drawer, an entrance, floor, furniture, heating, a key, a light, a pillow, a</w:t>
            </w:r>
          </w:p>
          <w:p>
            <w:pPr>
              <w:spacing w:after="0"/>
            </w:pPr>
            <w:r>
              <w:rPr>
                <w:b w:val="0"/>
                <w:sz w:val="19"/>
              </w:rPr>
              <w:t>refrigerator, a roof, rubbish, a shelf, a sink, a towel, a chopping board, a youth room set.</w:t>
            </w:r>
          </w:p>
          <w:p>
            <w:pPr>
              <w:spacing w:after="0"/>
            </w:pPr>
            <w:r>
              <w:rPr>
                <w:b w:val="0"/>
                <w:sz w:val="19"/>
              </w:rPr>
              <w:t>Adjectives: Downstairs, upstairs, flat, strict, ambitious.</w:t>
            </w:r>
          </w:p>
          <w:p>
            <w:pPr>
              <w:spacing w:after="0"/>
            </w:pPr>
            <w:r>
              <w:rPr>
                <w:b w:val="0"/>
                <w:sz w:val="19"/>
              </w:rPr>
              <w:t>Adverbs: Double.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Present Progressive Tense for the future: (We are moving to a new apartment next week).</w:t>
            </w:r>
          </w:p>
          <w:p>
            <w:pPr>
              <w:spacing w:after="0"/>
            </w:pPr>
            <w:r>
              <w:rPr>
                <w:b w:val="0"/>
                <w:sz w:val="19"/>
              </w:rPr>
              <w:t>-The Simple Present Tense for the future: (The plane to London takes off at 9:15 tomorrow morning).</w:t>
            </w:r>
          </w:p>
          <w:p>
            <w:pPr>
              <w:spacing w:after="0"/>
            </w:pPr>
            <w:r>
              <w:rPr>
                <w:b w:val="0"/>
                <w:sz w:val="19"/>
              </w:rPr>
              <w:t>-Conjunctions (when, while): (The cook prepares the food when the guests arrive. I will wait for you outside</w:t>
            </w:r>
          </w:p>
          <w:p>
            <w:pPr>
              <w:spacing w:after="0"/>
            </w:pPr>
            <w:r>
              <w:rPr>
                <w:b w:val="0"/>
                <w:sz w:val="19"/>
              </w:rPr>
              <w:t>while you are in the meeting).</w:t>
            </w:r>
          </w:p>
          <w:p>
            <w:pPr>
              <w:spacing w:after="0"/>
            </w:pPr>
            <w:r>
              <w:rPr>
                <w:b w:val="0"/>
                <w:sz w:val="19"/>
              </w:rPr>
              <w:t>-Wh- questions (Which): (Which job does your cousin do? Which room is upstairs?)</w:t>
            </w:r>
          </w:p>
          <w:p>
            <w:pPr>
              <w:spacing w:after="0"/>
            </w:pPr>
            <w:r>
              <w:rPr>
                <w:b w:val="0"/>
                <w:sz w:val="19"/>
              </w:rPr>
              <w:t>-Reflexive pronouns: (The reporter is introducing herself to the audience).</w:t>
            </w:r>
          </w:p>
          <w:p>
            <w:pPr>
              <w:spacing w:after="0"/>
            </w:pPr>
            <w:r>
              <w:rPr>
                <w:b w:val="0"/>
                <w:sz w:val="19"/>
              </w:rPr>
              <w:t>Functions of the Grammatical Structures in Use:</w:t>
            </w:r>
          </w:p>
          <w:p>
            <w:pPr>
              <w:spacing w:after="0"/>
            </w:pPr>
            <w:r>
              <w:rPr>
                <w:b w:val="0"/>
                <w:sz w:val="19"/>
              </w:rPr>
              <w:t>-The Present Progressive Tense for the future: Talking about planned future events or arrangements.</w:t>
            </w:r>
          </w:p>
          <w:p>
            <w:pPr>
              <w:spacing w:after="0"/>
            </w:pPr>
            <w:r>
              <w:rPr>
                <w:b w:val="0"/>
                <w:sz w:val="19"/>
              </w:rPr>
              <w:t>-The Simple Present for the future: Expressing scheduled or regular events in the future.</w:t>
            </w:r>
          </w:p>
          <w:p>
            <w:pPr>
              <w:spacing w:after="0"/>
            </w:pPr>
            <w:r>
              <w:rPr>
                <w:b w:val="0"/>
                <w:sz w:val="19"/>
              </w:rPr>
              <w:t>-Conjunctions (when, while): Describing actions or events that happen at the same time or one after the</w:t>
            </w:r>
          </w:p>
          <w:p>
            <w:pPr>
              <w:spacing w:after="0"/>
            </w:pPr>
            <w:r>
              <w:rPr>
                <w:b w:val="0"/>
                <w:sz w:val="19"/>
              </w:rPr>
              <w:t>other.</w:t>
            </w:r>
          </w:p>
          <w:p>
            <w:pPr>
              <w:spacing w:after="0"/>
            </w:pPr>
            <w:r>
              <w:rPr>
                <w:b w:val="0"/>
                <w:sz w:val="19"/>
              </w:rPr>
              <w:t>-Wh questions (Which): Asking for specific information or making distinctions.</w:t>
            </w:r>
          </w:p>
          <w:p>
            <w:pPr>
              <w:spacing w:after="0"/>
            </w:pPr>
            <w:r>
              <w:rPr>
                <w:b w:val="0"/>
                <w:sz w:val="19"/>
              </w:rPr>
              <w:t>-Reflexive pronouns: Emphasizing that the subject and object of an action are the same.</w:t>
            </w:r>
          </w:p>
          <w:p>
            <w:pPr>
              <w:spacing w:after="0"/>
            </w:pPr>
            <w:r>
              <w:rPr>
                <w:b w:val="0"/>
                <w:sz w:val="19"/>
              </w:rPr>
              <w:t>Target Social Language in Use:</w:t>
            </w:r>
          </w:p>
          <w:p>
            <w:pPr>
              <w:spacing w:after="0"/>
            </w:pPr>
            <w:r>
              <w:rPr>
                <w:b w:val="0"/>
                <w:sz w:val="19"/>
              </w:rPr>
              <w:t>Keep that secret in the family, please!</w:t>
            </w:r>
          </w:p>
          <w:p>
            <w:pPr>
              <w:spacing w:after="0"/>
            </w:pPr>
            <w:r>
              <w:rPr>
                <w:b w:val="0"/>
                <w:sz w:val="19"/>
              </w:rPr>
              <w:t>My father works all hours on his new job!</w:t>
            </w:r>
          </w:p>
          <w:p>
            <w:pPr>
              <w:spacing w:after="0"/>
            </w:pPr>
            <w:r>
              <w:rPr>
                <w:b w:val="0"/>
                <w:sz w:val="19"/>
              </w:rPr>
              <w:t>Please make yourself at home!</w:t>
            </w:r>
          </w:p>
          <w:p>
            <w:pPr>
              <w:spacing w:after="0"/>
            </w:pPr>
            <w:r>
              <w:rPr>
                <w:b w:val="0"/>
                <w:sz w:val="19"/>
              </w:rPr>
              <w:t>Target Phonological Sounds in Use:</w:t>
            </w:r>
          </w:p>
          <w:p>
            <w:pPr>
              <w:spacing w:after="0"/>
            </w:pPr>
            <w:r>
              <w:rPr>
                <w:b w:val="0"/>
                <w:sz w:val="19"/>
              </w:rPr>
              <w:t>a, b, c, d, e, 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ENG.6.4.L1. Students can get ready for the listening/watching-comprehension process for the current</w:t>
            </w:r>
          </w:p>
          <w:p>
            <w:pPr>
              <w:spacing w:after="0"/>
            </w:pPr>
            <w:r>
              <w:rPr>
                <w:b w:val="0"/>
                <w:sz w:val="19"/>
              </w:rPr>
              <w:t>content on “family life with family members’ jobs, working places, and job routines; different</w:t>
            </w:r>
          </w:p>
          <w:p>
            <w:pPr>
              <w:spacing w:after="0"/>
            </w:pPr>
            <w:r>
              <w:rPr>
                <w:b w:val="0"/>
                <w:sz w:val="19"/>
              </w:rPr>
              <w:t>types of family homes and houses” carefully. ENG.6.4.L2. Students can bring information about the current content on “family life with family members’</w:t>
            </w:r>
          </w:p>
          <w:p>
            <w:pPr>
              <w:spacing w:after="0"/>
            </w:pPr>
            <w:r>
              <w:rPr>
                <w:b w:val="0"/>
                <w:sz w:val="19"/>
              </w:rPr>
              <w:t>jobs, working places, and job routines; different types of family homes and houses” together</w:t>
            </w:r>
          </w:p>
          <w:p>
            <w:pPr>
              <w:spacing w:after="0"/>
            </w:pPr>
            <w:r>
              <w:rPr>
                <w:b w:val="0"/>
                <w:sz w:val="19"/>
              </w:rPr>
              <w:t>through significant details and main components while listening/watching it. ENG.6.4.L3. Students can make meaning of/derive meaning from the current content on “family life with</w:t>
            </w:r>
          </w:p>
          <w:p>
            <w:pPr>
              <w:spacing w:after="0"/>
            </w:pPr>
            <w:r>
              <w:rPr>
                <w:b w:val="0"/>
                <w:sz w:val="19"/>
              </w:rPr>
              <w:t>family members’ jobs, working places, and job routines; different types of family homes and</w:t>
            </w:r>
          </w:p>
          <w:p>
            <w:pPr>
              <w:spacing w:after="0"/>
            </w:pPr>
            <w:r>
              <w:rPr>
                <w:b w:val="0"/>
                <w:sz w:val="19"/>
              </w:rPr>
              <w:t>houses” through significant details by listening/watching it carefully. ENG.6.4.L4.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ENG.6.4.P1. Students can select and use the target phonological elements of the current content about</w:t>
            </w:r>
          </w:p>
          <w:p>
            <w:pPr>
              <w:spacing w:after="0"/>
            </w:pPr>
            <w:r>
              <w:rPr>
                <w:b w:val="0"/>
                <w:sz w:val="19"/>
              </w:rPr>
              <w:t>“family life with family members’ jobs, working places, and job routines; different types of family</w:t>
            </w:r>
          </w:p>
          <w:p>
            <w:pPr>
              <w:spacing w:after="0"/>
            </w:pPr>
            <w:r>
              <w:rPr>
                <w:b w:val="0"/>
                <w:sz w:val="19"/>
              </w:rPr>
              <w:t>homes and houses”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ENG.6.4.R1. Students can get ready for the reading-comprehension process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ENG.6.4.R2. Students can bring information about the current content on “family life with family members’</w:t>
            </w:r>
          </w:p>
          <w:p>
            <w:pPr>
              <w:spacing w:after="0"/>
            </w:pPr>
            <w:r>
              <w:rPr>
                <w:b w:val="0"/>
                <w:sz w:val="19"/>
              </w:rPr>
              <w:t>jobs, working places, and job routines; different types of family homes and houses” through</w:t>
            </w:r>
          </w:p>
          <w:p>
            <w:pPr>
              <w:spacing w:after="0"/>
            </w:pPr>
            <w:r>
              <w:rPr>
                <w:b w:val="0"/>
                <w:sz w:val="19"/>
              </w:rPr>
              <w:t>skimming (looking quickly at) the audio-visual elements and reading the content very quickly. ENG.6.4.R3. Students can make meaning of / derive meaning from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by reading it carefully. ENG.6.4.R4.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jobs, working places, and job routines; different types of family homes and houses” in relation</w:t>
            </w:r>
          </w:p>
          <w:p>
            <w:pPr>
              <w:spacing w:after="0"/>
            </w:pPr>
            <w:r>
              <w:rPr>
                <w:b w:val="0"/>
                <w:sz w:val="19"/>
              </w:rPr>
              <w:t>to themselves or others, both individually and/or with others. ENG.6.4.V1. Students can select and use the target vocabulary of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accurately, authentically, spontaneously, and naturally and use it appropriately</w:t>
            </w:r>
          </w:p>
          <w:p>
            <w:pPr>
              <w:spacing w:after="0"/>
            </w:pPr>
            <w:r>
              <w:rPr>
                <w:b w:val="0"/>
                <w:sz w:val="19"/>
              </w:rPr>
              <w:t>and effectively when communicating with others. ENG.6.4.G1. Students can select and use the target grammatical elements of the current content about</w:t>
            </w:r>
          </w:p>
          <w:p>
            <w:pPr>
              <w:spacing w:after="0"/>
            </w:pPr>
            <w:r>
              <w:rPr>
                <w:b w:val="0"/>
                <w:sz w:val="19"/>
              </w:rPr>
              <w:t>“family life with family members’ jobs, working places, and job routines; different types of</w:t>
            </w:r>
          </w:p>
          <w:p>
            <w:pPr>
              <w:spacing w:after="0"/>
            </w:pPr>
            <w:r>
              <w:rPr>
                <w:b w:val="0"/>
                <w:sz w:val="19"/>
              </w:rPr>
              <w:t>family homes and houses” accurately, authentically, spontaneously, and naturally and use it</w:t>
            </w:r>
          </w:p>
          <w:p>
            <w:pPr>
              <w:spacing w:after="0"/>
            </w:pPr>
            <w:r>
              <w:rPr>
                <w:b w:val="0"/>
                <w:sz w:val="19"/>
              </w:rPr>
              <w:t>appropriately and effectively when communicating with others. ENG.6.4.W1. Students can get ready for the writing-expression process about the current content on</w:t>
            </w:r>
          </w:p>
          <w:p>
            <w:pPr>
              <w:spacing w:after="0"/>
            </w:pPr>
            <w:r>
              <w:rPr>
                <w:b w:val="0"/>
                <w:sz w:val="19"/>
              </w:rPr>
              <w:t>“family life with family members’ jobs, working places, and job routines; different types of</w:t>
            </w:r>
          </w:p>
          <w:p>
            <w:pPr>
              <w:spacing w:after="0"/>
            </w:pPr>
            <w:r>
              <w:rPr>
                <w:b w:val="0"/>
                <w:sz w:val="19"/>
              </w:rPr>
              <w:t>family homes and houses”. ENG.6.4.W2. Students can understand the model/example for the writing task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ENG.6.4.W3. Students can organise a content for the assigned writing task on the current content “family</w:t>
            </w:r>
          </w:p>
          <w:p>
            <w:pPr>
              <w:spacing w:after="0"/>
            </w:pPr>
            <w:r>
              <w:rPr>
                <w:b w:val="0"/>
                <w:sz w:val="19"/>
              </w:rPr>
              <w:t>life with family members’ jobs, working places, and job routines; different types of family</w:t>
            </w:r>
          </w:p>
          <w:p>
            <w:pPr>
              <w:spacing w:after="0"/>
            </w:pPr>
            <w:r>
              <w:rPr>
                <w:b w:val="0"/>
                <w:sz w:val="19"/>
              </w:rPr>
              <w:t>homes and houses” based on the model/example provided. ENG.6.4.W4. Students can individually construct/form content for the assigned writing task on the current</w:t>
            </w:r>
          </w:p>
          <w:p>
            <w:pPr>
              <w:spacing w:after="0"/>
            </w:pPr>
            <w:r>
              <w:rPr>
                <w:b w:val="0"/>
                <w:sz w:val="19"/>
              </w:rPr>
              <w:t>content “family life with family members’ jobs, working places, and job routines; different</w:t>
            </w:r>
          </w:p>
          <w:p>
            <w:pPr>
              <w:spacing w:after="0"/>
            </w:pPr>
            <w:r>
              <w:rPr>
                <w:b w:val="0"/>
                <w:sz w:val="19"/>
              </w:rPr>
              <w:t>types of family homes and houses”. ENG.6.4.W5. Students can reorganise (reconstruct) and use information in the new written tasks about</w:t>
            </w:r>
          </w:p>
          <w:p>
            <w:pPr>
              <w:spacing w:after="0"/>
            </w:pPr>
            <w:r>
              <w:rPr>
                <w:b w:val="0"/>
                <w:sz w:val="19"/>
              </w:rPr>
              <w:t>the “family life with family members’ jobs, working places, and job routines; different types of</w:t>
            </w:r>
          </w:p>
          <w:p>
            <w:pPr>
              <w:spacing w:after="0"/>
            </w:pPr>
            <w:r>
              <w:rPr>
                <w:b w:val="0"/>
                <w:sz w:val="19"/>
              </w:rPr>
              <w:t>family homes and houses” to communicate with other people. ENG.6.4.W6. Students can reflect on their knowledge, experiences, thoughts, and feelings related to the</w:t>
            </w:r>
          </w:p>
          <w:p>
            <w:pPr>
              <w:spacing w:after="0"/>
            </w:pPr>
            <w:r>
              <w:rPr>
                <w:b w:val="0"/>
                <w:sz w:val="19"/>
              </w:rPr>
              <w:t>writing-expression process about the current content, “family life with family members’ jobs, working places, and job routines; different types of family homes and houses” in relation to</w:t>
            </w:r>
          </w:p>
          <w:p>
            <w:pPr>
              <w:spacing w:after="0"/>
            </w:pPr>
            <w:r>
              <w:rPr>
                <w:b w:val="0"/>
                <w:sz w:val="19"/>
              </w:rPr>
              <w:t>themselves or others, both individually and/or with others. ENG.6.4.S1. Students can get ready for speaking-expression process about the current content on “family</w:t>
            </w:r>
          </w:p>
          <w:p>
            <w:pPr>
              <w:spacing w:after="0"/>
            </w:pPr>
            <w:r>
              <w:rPr>
                <w:b w:val="0"/>
                <w:sz w:val="19"/>
              </w:rPr>
              <w:t>life with family members’ jobs, working places, and job routines; different types of family</w:t>
            </w:r>
          </w:p>
          <w:p>
            <w:pPr>
              <w:spacing w:after="0"/>
            </w:pPr>
            <w:r>
              <w:rPr>
                <w:b w:val="0"/>
                <w:sz w:val="19"/>
              </w:rPr>
              <w:t>homes and houses”. ENG.6.4.S2. Students can use the model/example for producing verbal content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ENG.6.4.S3. Students can organise a new verbal content on “family life with family members’ jobs, working</w:t>
            </w:r>
          </w:p>
          <w:p>
            <w:pPr>
              <w:spacing w:after="0"/>
            </w:pPr>
            <w:r>
              <w:rPr>
                <w:b w:val="0"/>
                <w:sz w:val="19"/>
              </w:rPr>
              <w:t>places, and job routines; different types of family homes and houses” by speaking accurately, efficiently, and authentically. ENG.6.4.S4. Students can construct a new verbal content on “family life with family members’ jobs, working</w:t>
            </w:r>
          </w:p>
          <w:p>
            <w:pPr>
              <w:spacing w:after="0"/>
            </w:pPr>
            <w:r>
              <w:rPr>
                <w:b w:val="0"/>
                <w:sz w:val="19"/>
              </w:rPr>
              <w:t>places, and job routines; different types of family homes and houses” by speaking accurately, efficiently, and authentically. ENG.6.4.S5. Students can reorganise (reconstruct) and use information about the “family life with family</w:t>
            </w:r>
          </w:p>
          <w:p>
            <w:pPr>
              <w:spacing w:after="0"/>
            </w:pPr>
            <w:r>
              <w:rPr>
                <w:b w:val="0"/>
                <w:sz w:val="19"/>
              </w:rPr>
              <w:t>members’ jobs, working places, and job routines; different types of family homes and houses”</w:t>
            </w:r>
          </w:p>
          <w:p>
            <w:pPr>
              <w:spacing w:after="0"/>
            </w:pPr>
            <w:r>
              <w:rPr>
                <w:b w:val="0"/>
                <w:sz w:val="19"/>
              </w:rPr>
              <w:t>to communicate with other people. ENG.6.4.S6.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jobs, working places, and job routines; different types of family homes and houses”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V2. Family Integrity, V3. Diligence, V4. Friendship, V6. Honesty, V7.</w:t>
            </w:r>
          </w:p>
          <w:p>
            <w:pPr>
              <w:spacing w:after="0"/>
            </w:pPr>
            <w:r>
              <w:rPr>
                <w:b w:val="0"/>
                <w:sz w:val="19"/>
              </w:rPr>
              <w:t>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future arrangements in English through a creative and interactive speaking activity</w:t>
            </w:r>
          </w:p>
          <w:p>
            <w:pPr>
              <w:spacing w:after="0"/>
            </w:pPr>
            <w:r>
              <w:rPr>
                <w:b w:val="0"/>
                <w:sz w:val="19"/>
              </w:rPr>
              <w:t>where students describe their future travel plans in detail.</w:t>
            </w:r>
          </w:p>
          <w:p>
            <w:pPr>
              <w:spacing w:after="0"/>
            </w:pPr>
            <w:r>
              <w:rPr>
                <w:b w:val="0"/>
                <w:sz w:val="19"/>
              </w:rPr>
              <w:t>Activity title: Future Travel Diaries</w:t>
            </w:r>
          </w:p>
          <w:p>
            <w:pPr>
              <w:spacing w:after="0"/>
            </w:pPr>
            <w:r>
              <w:rPr>
                <w:b w:val="0"/>
                <w:sz w:val="19"/>
              </w:rPr>
              <w:t>The teacher divides the class into pairs or small groups of 3-4 students and gives each group a set of Travel</w:t>
            </w:r>
          </w:p>
          <w:p>
            <w:pPr>
              <w:spacing w:after="0"/>
            </w:pPr>
            <w:r>
              <w:rPr>
                <w:b w:val="0"/>
                <w:sz w:val="19"/>
              </w:rPr>
              <w:t>Destination Cards and Travel Activity Cards. The Travel Destination Cards have places like “İstanbul”, “Paris”, “Antalya”, “New York”, “Maldives”, “Rome”, “Tokyo”, etc. The Travel Activity Cards contain activities people</w:t>
            </w:r>
          </w:p>
          <w:p>
            <w:pPr>
              <w:spacing w:after="0"/>
            </w:pPr>
            <w:r>
              <w:rPr>
                <w:b w:val="0"/>
                <w:sz w:val="19"/>
              </w:rPr>
              <w:t>can do while travelling (e.g., “attending a local festival”, “going on a city tour”, “trying new foods”, etc.). Each</w:t>
            </w:r>
          </w:p>
          <w:p>
            <w:pPr>
              <w:spacing w:after="0"/>
            </w:pPr>
            <w:r>
              <w:rPr>
                <w:b w:val="0"/>
                <w:sz w:val="19"/>
              </w:rPr>
              <w:t>group selects a destination card and a travel activity card and forms their travel plan using a destination and</w:t>
            </w:r>
          </w:p>
          <w:p>
            <w:pPr>
              <w:spacing w:after="0"/>
            </w:pPr>
            <w:r>
              <w:rPr>
                <w:b w:val="0"/>
                <w:sz w:val="19"/>
              </w:rPr>
              <w:t>activities they pick from the cards. For example: “We are flying to Paris next month. First, we are visiting</w:t>
            </w:r>
          </w:p>
          <w:p>
            <w:pPr>
              <w:spacing w:after="0"/>
            </w:pPr>
            <w:r>
              <w:rPr>
                <w:b w:val="0"/>
                <w:sz w:val="19"/>
              </w:rPr>
              <w:t>the Eiffel Tower, and then we are eating at a famous French cafe”. Students take turns speaking about their</w:t>
            </w:r>
          </w:p>
          <w:p>
            <w:pPr>
              <w:spacing w:after="0"/>
            </w:pPr>
            <w:r>
              <w:rPr>
                <w:b w:val="0"/>
                <w:sz w:val="19"/>
              </w:rPr>
              <w:t>future trip. For example: “Next summer, we are visiting the Maldives, and we are snorkelling with dolphins</w:t>
            </w:r>
          </w:p>
          <w:p>
            <w:pPr>
              <w:spacing w:after="0"/>
            </w:pPr>
            <w:r>
              <w:rPr>
                <w:b w:val="0"/>
                <w:sz w:val="19"/>
              </w:rPr>
              <w:t>every morning”, “I am flying to Rome next month to visit my cousin. We are going on a historical tour of the</w:t>
            </w:r>
          </w:p>
          <w:p>
            <w:pPr>
              <w:spacing w:after="0"/>
            </w:pPr>
            <w:r>
              <w:rPr>
                <w:b w:val="0"/>
                <w:sz w:val="19"/>
              </w:rPr>
              <w:t>Colosseum because I’m really interested in Roman history”. The teacher encourages students to add as</w:t>
            </w:r>
          </w:p>
          <w:p>
            <w:pPr>
              <w:spacing w:after="0"/>
            </w:pPr>
            <w:r>
              <w:rPr>
                <w:b w:val="0"/>
                <w:sz w:val="19"/>
              </w:rPr>
              <w:t>many details as possible to make the travel plan sound exciting, like when they are leaving, who they are</w:t>
            </w:r>
          </w:p>
          <w:p>
            <w:pPr>
              <w:spacing w:after="0"/>
            </w:pPr>
            <w:r>
              <w:rPr>
                <w:b w:val="0"/>
                <w:sz w:val="19"/>
              </w:rPr>
              <w:t>traveling with, and how they feel about the trip. After 3-5 minutes, the groups switch to the next destination</w:t>
            </w:r>
          </w:p>
          <w:p>
            <w:pPr>
              <w:spacing w:after="0"/>
            </w:pPr>
            <w:r>
              <w:rPr>
                <w:b w:val="0"/>
                <w:sz w:val="19"/>
              </w:rPr>
              <w:t>and activity, continuing to create new travel plans and speaking about their future plans. In pairs or groups, students can ask follow-up questions based on the plans their peers describe. For example: “Why are you</w:t>
            </w:r>
          </w:p>
          <w:p>
            <w:pPr>
              <w:spacing w:after="0"/>
            </w:pPr>
            <w:r>
              <w:rPr>
                <w:b w:val="0"/>
                <w:sz w:val="19"/>
              </w:rPr>
              <w:t>visiting Rome?”, “What other activities are you doing in İstanbul?” After the activity, the teacher asks a few</w:t>
            </w:r>
          </w:p>
          <w:p>
            <w:pPr>
              <w:spacing w:after="0"/>
            </w:pPr>
            <w:r>
              <w:rPr>
                <w:b w:val="0"/>
                <w:sz w:val="19"/>
              </w:rPr>
              <w:t>students or groups to share their travel plans with the class and writes their sentences on the board to</w:t>
            </w:r>
          </w:p>
          <w:p>
            <w:pPr>
              <w:spacing w:after="0"/>
            </w:pPr>
            <w:r>
              <w:rPr>
                <w:b w:val="0"/>
                <w:sz w:val="19"/>
              </w:rPr>
              <w:t>emphasize correct use of the target grammar. She/He praises students for being creative and using detailed</w:t>
            </w:r>
          </w:p>
          <w:p>
            <w:pPr>
              <w:spacing w:after="0"/>
            </w:pPr>
            <w:r>
              <w:rPr>
                <w:b w:val="0"/>
                <w:sz w:val="19"/>
              </w:rPr>
              <w:t>descriptions and encourages them to continue practising by imagining future trips or activities. Students</w:t>
            </w:r>
          </w:p>
          <w:p>
            <w:pPr>
              <w:spacing w:after="0"/>
            </w:pPr>
            <w:r>
              <w:rPr>
                <w:b w:val="0"/>
                <w:sz w:val="19"/>
              </w:rPr>
              <w:t>reflect on their thoughts and feelings about the activity. Supporting</w:t>
            </w:r>
          </w:p>
          <w:p>
            <w:pPr>
              <w:spacing w:after="0"/>
            </w:pPr>
            <w:r>
              <w:rPr>
                <w:b w:val="0"/>
                <w:sz w:val="19"/>
              </w:rPr>
              <w:t>Objective: To practise future arrangements in English through a creative and interactive speaking activity</w:t>
            </w:r>
          </w:p>
          <w:p>
            <w:pPr>
              <w:spacing w:after="0"/>
            </w:pPr>
            <w:r>
              <w:rPr>
                <w:b w:val="0"/>
                <w:sz w:val="19"/>
              </w:rPr>
              <w:t>where students describe their future travel plans.</w:t>
            </w:r>
          </w:p>
          <w:p>
            <w:pPr>
              <w:spacing w:after="0"/>
            </w:pPr>
            <w:r>
              <w:rPr>
                <w:b w:val="0"/>
                <w:sz w:val="19"/>
              </w:rPr>
              <w:t>Activity Title: Future Travel Diaries</w:t>
            </w:r>
          </w:p>
          <w:p>
            <w:pPr>
              <w:spacing w:after="0"/>
            </w:pPr>
            <w:r>
              <w:rPr>
                <w:b w:val="0"/>
                <w:sz w:val="19"/>
              </w:rPr>
              <w:t>For the same activity, the teacher provides sentence starters or a template to help guide the students</w:t>
            </w:r>
          </w:p>
          <w:p>
            <w:pPr>
              <w:spacing w:after="0"/>
            </w:pPr>
            <w:r>
              <w:rPr>
                <w:b w:val="0"/>
                <w:sz w:val="19"/>
              </w:rPr>
              <w:t>through their descriptions. For example: “I am going to _______ next _______.”, “We are visiting _______ and</w:t>
            </w:r>
          </w:p>
          <w:p>
            <w:pPr>
              <w:spacing w:after="0"/>
            </w:pPr>
            <w:r>
              <w:rPr>
                <w:b w:val="0"/>
                <w:sz w:val="19"/>
              </w:rPr>
              <w:t>then _______.”, “I am meeting my friend at the airport, and we are _______.” Students reflect on their thoughts</w:t>
            </w:r>
          </w:p>
          <w:p>
            <w:pPr>
              <w:spacing w:after="0"/>
            </w:pPr>
            <w:r>
              <w:rPr>
                <w:b w:val="0"/>
                <w:sz w:val="19"/>
              </w:rPr>
              <w:t>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short descriptive booklet about one of their family</w:t>
            </w:r>
          </w:p>
          <w:p>
            <w:pPr>
              <w:spacing w:after="0"/>
            </w:pPr>
            <w:r>
              <w:rPr>
                <w:b w:val="0"/>
                <w:sz w:val="19"/>
              </w:rPr>
              <w:t>members, focusing on their job, workplace, and daily routine. They will also include details about the type of</w:t>
            </w:r>
          </w:p>
          <w:p>
            <w:pPr>
              <w:spacing w:after="0"/>
            </w:pPr>
            <w:r>
              <w:rPr>
                <w:b w:val="0"/>
                <w:sz w:val="19"/>
              </w:rPr>
              <w:t>home this family member lives in, describing its features such as the number of rooms, outdoor spaces, or</w:t>
            </w:r>
          </w:p>
          <w:p>
            <w:pPr>
              <w:spacing w:after="0"/>
            </w:pPr>
            <w:r>
              <w:rPr>
                <w:b w:val="0"/>
                <w:sz w:val="19"/>
              </w:rPr>
              <w:t>special areas. To make their work more engaging, students will draw a simple illustration of the home and</w:t>
            </w:r>
          </w:p>
          <w:p>
            <w:pPr>
              <w:spacing w:after="0"/>
            </w:pPr>
            <w:r>
              <w:rPr>
                <w:b w:val="0"/>
                <w:sz w:val="19"/>
              </w:rPr>
              <w:t>explain how it supports their family member’s daily activities and routines. The assignment will be evaluated</w:t>
            </w:r>
          </w:p>
          <w:p>
            <w:pPr>
              <w:spacing w:after="0"/>
            </w:pPr>
            <w:r>
              <w:rPr>
                <w:b w:val="0"/>
                <w:sz w:val="19"/>
              </w:rPr>
              <w:t>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18: 18-22 January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January · Week 18: 18-22 January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jobs, working places, and job routines; different types of family homes and</w:t>
            </w:r>
          </w:p>
          <w:p>
            <w:pPr>
              <w:spacing w:after="0"/>
            </w:pPr>
            <w:r>
              <w:rPr>
                <w:b w:val="0"/>
                <w:sz w:val="19"/>
              </w:rPr>
              <w:t>houses</w:t>
            </w:r>
          </w:p>
          <w:p>
            <w:pPr>
              <w:spacing w:after="0"/>
            </w:pPr>
            <w:r>
              <w:rPr>
                <w:b w:val="0"/>
                <w:sz w:val="19"/>
              </w:rPr>
              <w:t>Target Vocabulary in Use (with revisional vocabulary):</w:t>
            </w:r>
          </w:p>
          <w:p>
            <w:pPr>
              <w:spacing w:after="0"/>
            </w:pPr>
            <w:r>
              <w:rPr>
                <w:b w:val="0"/>
                <w:sz w:val="19"/>
              </w:rPr>
              <w:t>Vocabulary for family members’ jobs, working places, and job routines:</w:t>
            </w:r>
          </w:p>
          <w:p>
            <w:pPr>
              <w:spacing w:after="0"/>
            </w:pPr>
            <w:r>
              <w:rPr>
                <w:b w:val="0"/>
                <w:sz w:val="19"/>
              </w:rPr>
              <w:t>Nouns: An author, a boss, a businessman, a cook, a dentist, a designer, a detective, a director, an employee, an employer, a soldier, an assistant, a journalist, a lawyer, a manager, a painter, a pilot, a professor, a reporter, an engineer, an officer, a restaurant, a factory, a company, construction.</w:t>
            </w:r>
          </w:p>
          <w:p>
            <w:pPr>
              <w:spacing w:after="0"/>
            </w:pPr>
            <w:r>
              <w:rPr>
                <w:b w:val="0"/>
                <w:sz w:val="19"/>
              </w:rPr>
              <w:t>Verbs: To report, to employ, to earn, to farm.</w:t>
            </w:r>
          </w:p>
          <w:p>
            <w:pPr>
              <w:spacing w:after="0"/>
            </w:pPr>
            <w:r>
              <w:rPr>
                <w:b w:val="0"/>
                <w:sz w:val="19"/>
              </w:rPr>
              <w:t>Vocabulary for different types of family homes and houses:</w:t>
            </w:r>
          </w:p>
          <w:p>
            <w:pPr>
              <w:spacing w:after="0"/>
            </w:pPr>
            <w:r>
              <w:rPr>
                <w:b w:val="0"/>
                <w:sz w:val="19"/>
              </w:rPr>
              <w:t>Nouns: Rest (remaining part), an address, an apartment, a bin, a blanket, bookshelf, a box, a carpet, a</w:t>
            </w:r>
          </w:p>
          <w:p>
            <w:pPr>
              <w:spacing w:after="0"/>
            </w:pPr>
            <w:r>
              <w:rPr>
                <w:b w:val="0"/>
                <w:sz w:val="19"/>
              </w:rPr>
              <w:t>mirror, a clock, a cooker, a curtain, a drawer, an entrance, floor, furniture, heating, a key, a light, a pillow, a</w:t>
            </w:r>
          </w:p>
          <w:p>
            <w:pPr>
              <w:spacing w:after="0"/>
            </w:pPr>
            <w:r>
              <w:rPr>
                <w:b w:val="0"/>
                <w:sz w:val="19"/>
              </w:rPr>
              <w:t>refrigerator, a roof, rubbish, a shelf, a sink, a towel, a chopping board, a youth room set.</w:t>
            </w:r>
          </w:p>
          <w:p>
            <w:pPr>
              <w:spacing w:after="0"/>
            </w:pPr>
            <w:r>
              <w:rPr>
                <w:b w:val="0"/>
                <w:sz w:val="19"/>
              </w:rPr>
              <w:t>Adjectives: Downstairs, upstairs, flat, strict, ambitious.</w:t>
            </w:r>
          </w:p>
          <w:p>
            <w:pPr>
              <w:spacing w:after="0"/>
            </w:pPr>
            <w:r>
              <w:rPr>
                <w:b w:val="0"/>
                <w:sz w:val="19"/>
              </w:rPr>
              <w:t>Adverbs: Double.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Present Progressive Tense for the future: (We are moving to a new apartment next week).</w:t>
            </w:r>
          </w:p>
          <w:p>
            <w:pPr>
              <w:spacing w:after="0"/>
            </w:pPr>
            <w:r>
              <w:rPr>
                <w:b w:val="0"/>
                <w:sz w:val="19"/>
              </w:rPr>
              <w:t>-The Simple Present Tense for the future: (The plane to London takes off at 9:15 tomorrow morning).</w:t>
            </w:r>
          </w:p>
          <w:p>
            <w:pPr>
              <w:spacing w:after="0"/>
            </w:pPr>
            <w:r>
              <w:rPr>
                <w:b w:val="0"/>
                <w:sz w:val="19"/>
              </w:rPr>
              <w:t>-Conjunctions (when, while): (The cook prepares the food when the guests arrive. I will wait for you outside</w:t>
            </w:r>
          </w:p>
          <w:p>
            <w:pPr>
              <w:spacing w:after="0"/>
            </w:pPr>
            <w:r>
              <w:rPr>
                <w:b w:val="0"/>
                <w:sz w:val="19"/>
              </w:rPr>
              <w:t>while you are in the meeting).</w:t>
            </w:r>
          </w:p>
          <w:p>
            <w:pPr>
              <w:spacing w:after="0"/>
            </w:pPr>
            <w:r>
              <w:rPr>
                <w:b w:val="0"/>
                <w:sz w:val="19"/>
              </w:rPr>
              <w:t>-Wh- questions (Which): (Which job does your cousin do? Which room is upstairs?)</w:t>
            </w:r>
          </w:p>
          <w:p>
            <w:pPr>
              <w:spacing w:after="0"/>
            </w:pPr>
            <w:r>
              <w:rPr>
                <w:b w:val="0"/>
                <w:sz w:val="19"/>
              </w:rPr>
              <w:t>-Reflexive pronouns: (The reporter is introducing herself to the audience).</w:t>
            </w:r>
          </w:p>
          <w:p>
            <w:pPr>
              <w:spacing w:after="0"/>
            </w:pPr>
            <w:r>
              <w:rPr>
                <w:b w:val="0"/>
                <w:sz w:val="19"/>
              </w:rPr>
              <w:t>Functions of the Grammatical Structures in Use:</w:t>
            </w:r>
          </w:p>
          <w:p>
            <w:pPr>
              <w:spacing w:after="0"/>
            </w:pPr>
            <w:r>
              <w:rPr>
                <w:b w:val="0"/>
                <w:sz w:val="19"/>
              </w:rPr>
              <w:t>-The Present Progressive Tense for the future: Talking about planned future events or arrangements.</w:t>
            </w:r>
          </w:p>
          <w:p>
            <w:pPr>
              <w:spacing w:after="0"/>
            </w:pPr>
            <w:r>
              <w:rPr>
                <w:b w:val="0"/>
                <w:sz w:val="19"/>
              </w:rPr>
              <w:t>-The Simple Present for the future: Expressing scheduled or regular events in the future.</w:t>
            </w:r>
          </w:p>
          <w:p>
            <w:pPr>
              <w:spacing w:after="0"/>
            </w:pPr>
            <w:r>
              <w:rPr>
                <w:b w:val="0"/>
                <w:sz w:val="19"/>
              </w:rPr>
              <w:t>-Conjunctions (when, while): Describing actions or events that happen at the same time or one after the</w:t>
            </w:r>
          </w:p>
          <w:p>
            <w:pPr>
              <w:spacing w:after="0"/>
            </w:pPr>
            <w:r>
              <w:rPr>
                <w:b w:val="0"/>
                <w:sz w:val="19"/>
              </w:rPr>
              <w:t>other.</w:t>
            </w:r>
          </w:p>
          <w:p>
            <w:pPr>
              <w:spacing w:after="0"/>
            </w:pPr>
            <w:r>
              <w:rPr>
                <w:b w:val="0"/>
                <w:sz w:val="19"/>
              </w:rPr>
              <w:t>-Wh questions (Which): Asking for specific information or making distinctions.</w:t>
            </w:r>
          </w:p>
          <w:p>
            <w:pPr>
              <w:spacing w:after="0"/>
            </w:pPr>
            <w:r>
              <w:rPr>
                <w:b w:val="0"/>
                <w:sz w:val="19"/>
              </w:rPr>
              <w:t>-Reflexive pronouns: Emphasizing that the subject and object of an action are the same.</w:t>
            </w:r>
          </w:p>
          <w:p>
            <w:pPr>
              <w:spacing w:after="0"/>
            </w:pPr>
            <w:r>
              <w:rPr>
                <w:b w:val="0"/>
                <w:sz w:val="19"/>
              </w:rPr>
              <w:t>Target Social Language in Use:</w:t>
            </w:r>
          </w:p>
          <w:p>
            <w:pPr>
              <w:spacing w:after="0"/>
            </w:pPr>
            <w:r>
              <w:rPr>
                <w:b w:val="0"/>
                <w:sz w:val="19"/>
              </w:rPr>
              <w:t>Keep that secret in the family, please!</w:t>
            </w:r>
          </w:p>
          <w:p>
            <w:pPr>
              <w:spacing w:after="0"/>
            </w:pPr>
            <w:r>
              <w:rPr>
                <w:b w:val="0"/>
                <w:sz w:val="19"/>
              </w:rPr>
              <w:t>My father works all hours on his new job!</w:t>
            </w:r>
          </w:p>
          <w:p>
            <w:pPr>
              <w:spacing w:after="0"/>
            </w:pPr>
            <w:r>
              <w:rPr>
                <w:b w:val="0"/>
                <w:sz w:val="19"/>
              </w:rPr>
              <w:t>Please make yourself at home!</w:t>
            </w:r>
          </w:p>
          <w:p>
            <w:pPr>
              <w:spacing w:after="0"/>
            </w:pPr>
            <w:r>
              <w:rPr>
                <w:b w:val="0"/>
                <w:sz w:val="19"/>
              </w:rPr>
              <w:t>Target Phonological Sounds in Use:</w:t>
            </w:r>
          </w:p>
          <w:p>
            <w:pPr>
              <w:spacing w:after="0"/>
            </w:pPr>
            <w:r>
              <w:rPr>
                <w:b w:val="0"/>
                <w:sz w:val="19"/>
              </w:rPr>
              <w:t>a, b, c, d, e, 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ENG.6.4.L1. Students can get ready for the listening/watching-comprehension process for the current</w:t>
            </w:r>
          </w:p>
          <w:p>
            <w:pPr>
              <w:spacing w:after="0"/>
            </w:pPr>
            <w:r>
              <w:rPr>
                <w:b w:val="0"/>
                <w:sz w:val="19"/>
              </w:rPr>
              <w:t>content on “family life with family members’ jobs, working places, and job routines; different</w:t>
            </w:r>
          </w:p>
          <w:p>
            <w:pPr>
              <w:spacing w:after="0"/>
            </w:pPr>
            <w:r>
              <w:rPr>
                <w:b w:val="0"/>
                <w:sz w:val="19"/>
              </w:rPr>
              <w:t>types of family homes and houses” carefully. ENG.6.4.L2. Students can bring information about the current content on “family life with family members’</w:t>
            </w:r>
          </w:p>
          <w:p>
            <w:pPr>
              <w:spacing w:after="0"/>
            </w:pPr>
            <w:r>
              <w:rPr>
                <w:b w:val="0"/>
                <w:sz w:val="19"/>
              </w:rPr>
              <w:t>jobs, working places, and job routines; different types of family homes and houses” together</w:t>
            </w:r>
          </w:p>
          <w:p>
            <w:pPr>
              <w:spacing w:after="0"/>
            </w:pPr>
            <w:r>
              <w:rPr>
                <w:b w:val="0"/>
                <w:sz w:val="19"/>
              </w:rPr>
              <w:t>through significant details and main components while listening/watching it. ENG.6.4.L3. Students can make meaning of/derive meaning from the current content on “family life with</w:t>
            </w:r>
          </w:p>
          <w:p>
            <w:pPr>
              <w:spacing w:after="0"/>
            </w:pPr>
            <w:r>
              <w:rPr>
                <w:b w:val="0"/>
                <w:sz w:val="19"/>
              </w:rPr>
              <w:t>family members’ jobs, working places, and job routines; different types of family homes and</w:t>
            </w:r>
          </w:p>
          <w:p>
            <w:pPr>
              <w:spacing w:after="0"/>
            </w:pPr>
            <w:r>
              <w:rPr>
                <w:b w:val="0"/>
                <w:sz w:val="19"/>
              </w:rPr>
              <w:t>houses” through significant details by listening/watching it carefully. ENG.6.4.L4.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ENG.6.4.P1. Students can select and use the target phonological elements of the current content about</w:t>
            </w:r>
          </w:p>
          <w:p>
            <w:pPr>
              <w:spacing w:after="0"/>
            </w:pPr>
            <w:r>
              <w:rPr>
                <w:b w:val="0"/>
                <w:sz w:val="19"/>
              </w:rPr>
              <w:t>“family life with family members’ jobs, working places, and job routines; different types of family</w:t>
            </w:r>
          </w:p>
          <w:p>
            <w:pPr>
              <w:spacing w:after="0"/>
            </w:pPr>
            <w:r>
              <w:rPr>
                <w:b w:val="0"/>
                <w:sz w:val="19"/>
              </w:rPr>
              <w:t>homes and houses”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ENG.6.4.R1. Students can get ready for the reading-comprehension process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ENG.6.4.R2. Students can bring information about the current content on “family life with family members’</w:t>
            </w:r>
          </w:p>
          <w:p>
            <w:pPr>
              <w:spacing w:after="0"/>
            </w:pPr>
            <w:r>
              <w:rPr>
                <w:b w:val="0"/>
                <w:sz w:val="19"/>
              </w:rPr>
              <w:t>jobs, working places, and job routines; different types of family homes and houses” through</w:t>
            </w:r>
          </w:p>
          <w:p>
            <w:pPr>
              <w:spacing w:after="0"/>
            </w:pPr>
            <w:r>
              <w:rPr>
                <w:b w:val="0"/>
                <w:sz w:val="19"/>
              </w:rPr>
              <w:t>skimming (looking quickly at) the audio-visual elements and reading the content very quickly. ENG.6.4.R3. Students can make meaning of / derive meaning from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by reading it carefully. ENG.6.4.R4.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jobs, working places, and job routines; different types of family homes and houses” in relation</w:t>
            </w:r>
          </w:p>
          <w:p>
            <w:pPr>
              <w:spacing w:after="0"/>
            </w:pPr>
            <w:r>
              <w:rPr>
                <w:b w:val="0"/>
                <w:sz w:val="19"/>
              </w:rPr>
              <w:t>to themselves or others, both individually and/or with others. ENG.6.4.V1. Students can select and use the target vocabulary of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accurately, authentically, spontaneously, and naturally and use it appropriately</w:t>
            </w:r>
          </w:p>
          <w:p>
            <w:pPr>
              <w:spacing w:after="0"/>
            </w:pPr>
            <w:r>
              <w:rPr>
                <w:b w:val="0"/>
                <w:sz w:val="19"/>
              </w:rPr>
              <w:t>and effectively when communicating with others. ENG.6.4.G1. Students can select and use the target grammatical elements of the current content about</w:t>
            </w:r>
          </w:p>
          <w:p>
            <w:pPr>
              <w:spacing w:after="0"/>
            </w:pPr>
            <w:r>
              <w:rPr>
                <w:b w:val="0"/>
                <w:sz w:val="19"/>
              </w:rPr>
              <w:t>“family life with family members’ jobs, working places, and job routines; different types of</w:t>
            </w:r>
          </w:p>
          <w:p>
            <w:pPr>
              <w:spacing w:after="0"/>
            </w:pPr>
            <w:r>
              <w:rPr>
                <w:b w:val="0"/>
                <w:sz w:val="19"/>
              </w:rPr>
              <w:t>family homes and houses” accurately, authentically, spontaneously, and naturally and use it</w:t>
            </w:r>
          </w:p>
          <w:p>
            <w:pPr>
              <w:spacing w:after="0"/>
            </w:pPr>
            <w:r>
              <w:rPr>
                <w:b w:val="0"/>
                <w:sz w:val="19"/>
              </w:rPr>
              <w:t>appropriately and effectively when communicating with others. ENG.6.4.W1. Students can get ready for the writing-expression process about the current content on</w:t>
            </w:r>
          </w:p>
          <w:p>
            <w:pPr>
              <w:spacing w:after="0"/>
            </w:pPr>
            <w:r>
              <w:rPr>
                <w:b w:val="0"/>
                <w:sz w:val="19"/>
              </w:rPr>
              <w:t>“family life with family members’ jobs, working places, and job routines; different types of</w:t>
            </w:r>
          </w:p>
          <w:p>
            <w:pPr>
              <w:spacing w:after="0"/>
            </w:pPr>
            <w:r>
              <w:rPr>
                <w:b w:val="0"/>
                <w:sz w:val="19"/>
              </w:rPr>
              <w:t>family homes and houses”. ENG.6.4.W2. Students can understand the model/example for the writing task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ENG.6.4.W3. Students can organise a content for the assigned writing task on the current content “family</w:t>
            </w:r>
          </w:p>
          <w:p>
            <w:pPr>
              <w:spacing w:after="0"/>
            </w:pPr>
            <w:r>
              <w:rPr>
                <w:b w:val="0"/>
                <w:sz w:val="19"/>
              </w:rPr>
              <w:t>life with family members’ jobs, working places, and job routines; different types of family</w:t>
            </w:r>
          </w:p>
          <w:p>
            <w:pPr>
              <w:spacing w:after="0"/>
            </w:pPr>
            <w:r>
              <w:rPr>
                <w:b w:val="0"/>
                <w:sz w:val="19"/>
              </w:rPr>
              <w:t>homes and houses” based on the model/example provided. ENG.6.4.W4. Students can individually construct/form content for the assigned writing task on the current</w:t>
            </w:r>
          </w:p>
          <w:p>
            <w:pPr>
              <w:spacing w:after="0"/>
            </w:pPr>
            <w:r>
              <w:rPr>
                <w:b w:val="0"/>
                <w:sz w:val="19"/>
              </w:rPr>
              <w:t>content “family life with family members’ jobs, working places, and job routines; different</w:t>
            </w:r>
          </w:p>
          <w:p>
            <w:pPr>
              <w:spacing w:after="0"/>
            </w:pPr>
            <w:r>
              <w:rPr>
                <w:b w:val="0"/>
                <w:sz w:val="19"/>
              </w:rPr>
              <w:t>types of family homes and houses”. ENG.6.4.W5. Students can reorganise (reconstruct) and use information in the new written tasks about</w:t>
            </w:r>
          </w:p>
          <w:p>
            <w:pPr>
              <w:spacing w:after="0"/>
            </w:pPr>
            <w:r>
              <w:rPr>
                <w:b w:val="0"/>
                <w:sz w:val="19"/>
              </w:rPr>
              <w:t>the “family life with family members’ jobs, working places, and job routines; different types of</w:t>
            </w:r>
          </w:p>
          <w:p>
            <w:pPr>
              <w:spacing w:after="0"/>
            </w:pPr>
            <w:r>
              <w:rPr>
                <w:b w:val="0"/>
                <w:sz w:val="19"/>
              </w:rPr>
              <w:t>family homes and houses” to communicate with other people. ENG.6.4.W6. Students can reflect on their knowledge, experiences, thoughts, and feelings related to the</w:t>
            </w:r>
          </w:p>
          <w:p>
            <w:pPr>
              <w:spacing w:after="0"/>
            </w:pPr>
            <w:r>
              <w:rPr>
                <w:b w:val="0"/>
                <w:sz w:val="19"/>
              </w:rPr>
              <w:t>writing-expression process about the current content, “family life with family members’ jobs, working places, and job routines; different types of family homes and houses” in relation to</w:t>
            </w:r>
          </w:p>
          <w:p>
            <w:pPr>
              <w:spacing w:after="0"/>
            </w:pPr>
            <w:r>
              <w:rPr>
                <w:b w:val="0"/>
                <w:sz w:val="19"/>
              </w:rPr>
              <w:t>themselves or others, both individually and/or with others. ENG.6.4.S1. Students can get ready for speaking-expression process about the current content on “family</w:t>
            </w:r>
          </w:p>
          <w:p>
            <w:pPr>
              <w:spacing w:after="0"/>
            </w:pPr>
            <w:r>
              <w:rPr>
                <w:b w:val="0"/>
                <w:sz w:val="19"/>
              </w:rPr>
              <w:t>life with family members’ jobs, working places, and job routines; different types of family</w:t>
            </w:r>
          </w:p>
          <w:p>
            <w:pPr>
              <w:spacing w:after="0"/>
            </w:pPr>
            <w:r>
              <w:rPr>
                <w:b w:val="0"/>
                <w:sz w:val="19"/>
              </w:rPr>
              <w:t>homes and houses”. ENG.6.4.S2. Students can use the model/example for producing verbal content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ENG.6.4.S3. Students can organise a new verbal content on “family life with family members’ jobs, working</w:t>
            </w:r>
          </w:p>
          <w:p>
            <w:pPr>
              <w:spacing w:after="0"/>
            </w:pPr>
            <w:r>
              <w:rPr>
                <w:b w:val="0"/>
                <w:sz w:val="19"/>
              </w:rPr>
              <w:t>places, and job routines; different types of family homes and houses” by speaking accurately, efficiently, and authentically. ENG.6.4.S4. Students can construct a new verbal content on “family life with family members’ jobs, working</w:t>
            </w:r>
          </w:p>
          <w:p>
            <w:pPr>
              <w:spacing w:after="0"/>
            </w:pPr>
            <w:r>
              <w:rPr>
                <w:b w:val="0"/>
                <w:sz w:val="19"/>
              </w:rPr>
              <w:t>places, and job routines; different types of family homes and houses” by speaking accurately, efficiently, and authentically. ENG.6.4.S5. Students can reorganise (reconstruct) and use information about the “family life with family</w:t>
            </w:r>
          </w:p>
          <w:p>
            <w:pPr>
              <w:spacing w:after="0"/>
            </w:pPr>
            <w:r>
              <w:rPr>
                <w:b w:val="0"/>
                <w:sz w:val="19"/>
              </w:rPr>
              <w:t>members’ jobs, working places, and job routines; different types of family homes and houses”</w:t>
            </w:r>
          </w:p>
          <w:p>
            <w:pPr>
              <w:spacing w:after="0"/>
            </w:pPr>
            <w:r>
              <w:rPr>
                <w:b w:val="0"/>
                <w:sz w:val="19"/>
              </w:rPr>
              <w:t>to communicate with other people. ENG.6.4.S6.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jobs, working places, and job routines; different types of family homes and houses”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V2. Family Integrity, V3. Diligence, V4. Friendship, V6. Honesty, V7.</w:t>
            </w:r>
          </w:p>
          <w:p>
            <w:pPr>
              <w:spacing w:after="0"/>
            </w:pPr>
            <w:r>
              <w:rPr>
                <w:b w:val="0"/>
                <w:sz w:val="19"/>
              </w:rPr>
              <w:t>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future arrangements in English through a creative and interactive speaking activity</w:t>
            </w:r>
          </w:p>
          <w:p>
            <w:pPr>
              <w:spacing w:after="0"/>
            </w:pPr>
            <w:r>
              <w:rPr>
                <w:b w:val="0"/>
                <w:sz w:val="19"/>
              </w:rPr>
              <w:t>where students describe their future travel plans in detail.</w:t>
            </w:r>
          </w:p>
          <w:p>
            <w:pPr>
              <w:spacing w:after="0"/>
            </w:pPr>
            <w:r>
              <w:rPr>
                <w:b w:val="0"/>
                <w:sz w:val="19"/>
              </w:rPr>
              <w:t>Activity title: Future Travel Diaries</w:t>
            </w:r>
          </w:p>
          <w:p>
            <w:pPr>
              <w:spacing w:after="0"/>
            </w:pPr>
            <w:r>
              <w:rPr>
                <w:b w:val="0"/>
                <w:sz w:val="19"/>
              </w:rPr>
              <w:t>The teacher divides the class into pairs or small groups of 3-4 students and gives each group a set of Travel</w:t>
            </w:r>
          </w:p>
          <w:p>
            <w:pPr>
              <w:spacing w:after="0"/>
            </w:pPr>
            <w:r>
              <w:rPr>
                <w:b w:val="0"/>
                <w:sz w:val="19"/>
              </w:rPr>
              <w:t>Destination Cards and Travel Activity Cards. The Travel Destination Cards have places like “İstanbul”, “Paris”, “Antalya”, “New York”, “Maldives”, “Rome”, “Tokyo”, etc. The Travel Activity Cards contain activities people</w:t>
            </w:r>
          </w:p>
          <w:p>
            <w:pPr>
              <w:spacing w:after="0"/>
            </w:pPr>
            <w:r>
              <w:rPr>
                <w:b w:val="0"/>
                <w:sz w:val="19"/>
              </w:rPr>
              <w:t>can do while travelling (e.g., “attending a local festival”, “going on a city tour”, “trying new foods”, etc.). Each</w:t>
            </w:r>
          </w:p>
          <w:p>
            <w:pPr>
              <w:spacing w:after="0"/>
            </w:pPr>
            <w:r>
              <w:rPr>
                <w:b w:val="0"/>
                <w:sz w:val="19"/>
              </w:rPr>
              <w:t>group selects a destination card and a travel activity card and forms their travel plan using a destination and</w:t>
            </w:r>
          </w:p>
          <w:p>
            <w:pPr>
              <w:spacing w:after="0"/>
            </w:pPr>
            <w:r>
              <w:rPr>
                <w:b w:val="0"/>
                <w:sz w:val="19"/>
              </w:rPr>
              <w:t>activities they pick from the cards. For example: “We are flying to Paris next month. First, we are visiting</w:t>
            </w:r>
          </w:p>
          <w:p>
            <w:pPr>
              <w:spacing w:after="0"/>
            </w:pPr>
            <w:r>
              <w:rPr>
                <w:b w:val="0"/>
                <w:sz w:val="19"/>
              </w:rPr>
              <w:t>the Eiffel Tower, and then we are eating at a famous French cafe”. Students take turns speaking about their</w:t>
            </w:r>
          </w:p>
          <w:p>
            <w:pPr>
              <w:spacing w:after="0"/>
            </w:pPr>
            <w:r>
              <w:rPr>
                <w:b w:val="0"/>
                <w:sz w:val="19"/>
              </w:rPr>
              <w:t>future trip. For example: “Next summer, we are visiting the Maldives, and we are snorkelling with dolphins</w:t>
            </w:r>
          </w:p>
          <w:p>
            <w:pPr>
              <w:spacing w:after="0"/>
            </w:pPr>
            <w:r>
              <w:rPr>
                <w:b w:val="0"/>
                <w:sz w:val="19"/>
              </w:rPr>
              <w:t>every morning”, “I am flying to Rome next month to visit my cousin. We are going on a historical tour of the</w:t>
            </w:r>
          </w:p>
          <w:p>
            <w:pPr>
              <w:spacing w:after="0"/>
            </w:pPr>
            <w:r>
              <w:rPr>
                <w:b w:val="0"/>
                <w:sz w:val="19"/>
              </w:rPr>
              <w:t>Colosseum because I’m really interested in Roman history”. The teacher encourages students to add as</w:t>
            </w:r>
          </w:p>
          <w:p>
            <w:pPr>
              <w:spacing w:after="0"/>
            </w:pPr>
            <w:r>
              <w:rPr>
                <w:b w:val="0"/>
                <w:sz w:val="19"/>
              </w:rPr>
              <w:t>many details as possible to make the travel plan sound exciting, like when they are leaving, who they are</w:t>
            </w:r>
          </w:p>
          <w:p>
            <w:pPr>
              <w:spacing w:after="0"/>
            </w:pPr>
            <w:r>
              <w:rPr>
                <w:b w:val="0"/>
                <w:sz w:val="19"/>
              </w:rPr>
              <w:t>traveling with, and how they feel about the trip. After 3-5 minutes, the groups switch to the next destination</w:t>
            </w:r>
          </w:p>
          <w:p>
            <w:pPr>
              <w:spacing w:after="0"/>
            </w:pPr>
            <w:r>
              <w:rPr>
                <w:b w:val="0"/>
                <w:sz w:val="19"/>
              </w:rPr>
              <w:t>and activity, continuing to create new travel plans and speaking about their future plans. In pairs or groups, students can ask follow-up questions based on the plans their peers describe. For example: “Why are you</w:t>
            </w:r>
          </w:p>
          <w:p>
            <w:pPr>
              <w:spacing w:after="0"/>
            </w:pPr>
            <w:r>
              <w:rPr>
                <w:b w:val="0"/>
                <w:sz w:val="19"/>
              </w:rPr>
              <w:t>visiting Rome?”, “What other activities are you doing in İstanbul?” After the activity, the teacher asks a few</w:t>
            </w:r>
          </w:p>
          <w:p>
            <w:pPr>
              <w:spacing w:after="0"/>
            </w:pPr>
            <w:r>
              <w:rPr>
                <w:b w:val="0"/>
                <w:sz w:val="19"/>
              </w:rPr>
              <w:t>students or groups to share their travel plans with the class and writes their sentences on the board to</w:t>
            </w:r>
          </w:p>
          <w:p>
            <w:pPr>
              <w:spacing w:after="0"/>
            </w:pPr>
            <w:r>
              <w:rPr>
                <w:b w:val="0"/>
                <w:sz w:val="19"/>
              </w:rPr>
              <w:t>emphasize correct use of the target grammar. She/He praises students for being creative and using detailed</w:t>
            </w:r>
          </w:p>
          <w:p>
            <w:pPr>
              <w:spacing w:after="0"/>
            </w:pPr>
            <w:r>
              <w:rPr>
                <w:b w:val="0"/>
                <w:sz w:val="19"/>
              </w:rPr>
              <w:t>descriptions and encourages them to continue practising by imagining future trips or activities. Students</w:t>
            </w:r>
          </w:p>
          <w:p>
            <w:pPr>
              <w:spacing w:after="0"/>
            </w:pPr>
            <w:r>
              <w:rPr>
                <w:b w:val="0"/>
                <w:sz w:val="19"/>
              </w:rPr>
              <w:t>reflect on their thoughts and feelings about the activity. Supporting</w:t>
            </w:r>
          </w:p>
          <w:p>
            <w:pPr>
              <w:spacing w:after="0"/>
            </w:pPr>
            <w:r>
              <w:rPr>
                <w:b w:val="0"/>
                <w:sz w:val="19"/>
              </w:rPr>
              <w:t>Objective: To practise future arrangements in English through a creative and interactive speaking activity</w:t>
            </w:r>
          </w:p>
          <w:p>
            <w:pPr>
              <w:spacing w:after="0"/>
            </w:pPr>
            <w:r>
              <w:rPr>
                <w:b w:val="0"/>
                <w:sz w:val="19"/>
              </w:rPr>
              <w:t>where students describe their future travel plans.</w:t>
            </w:r>
          </w:p>
          <w:p>
            <w:pPr>
              <w:spacing w:after="0"/>
            </w:pPr>
            <w:r>
              <w:rPr>
                <w:b w:val="0"/>
                <w:sz w:val="19"/>
              </w:rPr>
              <w:t>Activity Title: Future Travel Diaries</w:t>
            </w:r>
          </w:p>
          <w:p>
            <w:pPr>
              <w:spacing w:after="0"/>
            </w:pPr>
            <w:r>
              <w:rPr>
                <w:b w:val="0"/>
                <w:sz w:val="19"/>
              </w:rPr>
              <w:t>For the same activity, the teacher provides sentence starters or a template to help guide the students</w:t>
            </w:r>
          </w:p>
          <w:p>
            <w:pPr>
              <w:spacing w:after="0"/>
            </w:pPr>
            <w:r>
              <w:rPr>
                <w:b w:val="0"/>
                <w:sz w:val="19"/>
              </w:rPr>
              <w:t>through their descriptions. For example: “I am going to _______ next _______.”, “We are visiting _______ and</w:t>
            </w:r>
          </w:p>
          <w:p>
            <w:pPr>
              <w:spacing w:after="0"/>
            </w:pPr>
            <w:r>
              <w:rPr>
                <w:b w:val="0"/>
                <w:sz w:val="19"/>
              </w:rPr>
              <w:t>then _______.”, “I am meeting my friend at the airport, and we are _______.” Students reflect on their thoughts</w:t>
            </w:r>
          </w:p>
          <w:p>
            <w:pPr>
              <w:spacing w:after="0"/>
            </w:pPr>
            <w:r>
              <w:rPr>
                <w:b w:val="0"/>
                <w:sz w:val="19"/>
              </w:rPr>
              <w:t>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short descriptive booklet about one of their family</w:t>
            </w:r>
          </w:p>
          <w:p>
            <w:pPr>
              <w:spacing w:after="0"/>
            </w:pPr>
            <w:r>
              <w:rPr>
                <w:b w:val="0"/>
                <w:sz w:val="19"/>
              </w:rPr>
              <w:t>members, focusing on their job, workplace, and daily routine. They will also include details about the type of</w:t>
            </w:r>
          </w:p>
          <w:p>
            <w:pPr>
              <w:spacing w:after="0"/>
            </w:pPr>
            <w:r>
              <w:rPr>
                <w:b w:val="0"/>
                <w:sz w:val="19"/>
              </w:rPr>
              <w:t>home this family member lives in, describing its features such as the number of rooms, outdoor spaces, or</w:t>
            </w:r>
          </w:p>
          <w:p>
            <w:pPr>
              <w:spacing w:after="0"/>
            </w:pPr>
            <w:r>
              <w:rPr>
                <w:b w:val="0"/>
                <w:sz w:val="19"/>
              </w:rPr>
              <w:t>special areas. To make their work more engaging, students will draw a simple illustration of the home and</w:t>
            </w:r>
          </w:p>
          <w:p>
            <w:pPr>
              <w:spacing w:after="0"/>
            </w:pPr>
            <w:r>
              <w:rPr>
                <w:b w:val="0"/>
                <w:sz w:val="19"/>
              </w:rPr>
              <w:t>explain how it supports their family member’s daily activities and routines. The assignment will be evaluated</w:t>
            </w:r>
          </w:p>
          <w:p>
            <w:pPr>
              <w:spacing w:after="0"/>
            </w:pPr>
            <w:r>
              <w:rPr>
                <w:b w:val="0"/>
                <w:sz w:val="19"/>
              </w:rPr>
              <w:t>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19: 8-12 February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February · Week 19: 8-12 February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jobs, working places, and job routines; different types of family homes and</w:t>
            </w:r>
          </w:p>
          <w:p>
            <w:pPr>
              <w:spacing w:after="0"/>
            </w:pPr>
            <w:r>
              <w:rPr>
                <w:b w:val="0"/>
                <w:sz w:val="19"/>
              </w:rPr>
              <w:t>houses</w:t>
            </w:r>
          </w:p>
          <w:p>
            <w:pPr>
              <w:spacing w:after="0"/>
            </w:pPr>
            <w:r>
              <w:rPr>
                <w:b w:val="0"/>
                <w:sz w:val="19"/>
              </w:rPr>
              <w:t>Target Vocabulary in Use (with revisional vocabulary):</w:t>
            </w:r>
          </w:p>
          <w:p>
            <w:pPr>
              <w:spacing w:after="0"/>
            </w:pPr>
            <w:r>
              <w:rPr>
                <w:b w:val="0"/>
                <w:sz w:val="19"/>
              </w:rPr>
              <w:t>Vocabulary for family members’ jobs, working places, and job routines:</w:t>
            </w:r>
          </w:p>
          <w:p>
            <w:pPr>
              <w:spacing w:after="0"/>
            </w:pPr>
            <w:r>
              <w:rPr>
                <w:b w:val="0"/>
                <w:sz w:val="19"/>
              </w:rPr>
              <w:t>Nouns: An author, a boss, a businessman, a cook, a dentist, a designer, a detective, a director, an employee, an employer, a soldier, an assistant, a journalist, a lawyer, a manager, a painter, a pilot, a professor, a reporter, an engineer, an officer, a restaurant, a factory, a company, construction.</w:t>
            </w:r>
          </w:p>
          <w:p>
            <w:pPr>
              <w:spacing w:after="0"/>
            </w:pPr>
            <w:r>
              <w:rPr>
                <w:b w:val="0"/>
                <w:sz w:val="19"/>
              </w:rPr>
              <w:t>Verbs: To report, to employ, to earn, to farm.</w:t>
            </w:r>
          </w:p>
          <w:p>
            <w:pPr>
              <w:spacing w:after="0"/>
            </w:pPr>
            <w:r>
              <w:rPr>
                <w:b w:val="0"/>
                <w:sz w:val="19"/>
              </w:rPr>
              <w:t>Vocabulary for different types of family homes and houses:</w:t>
            </w:r>
          </w:p>
          <w:p>
            <w:pPr>
              <w:spacing w:after="0"/>
            </w:pPr>
            <w:r>
              <w:rPr>
                <w:b w:val="0"/>
                <w:sz w:val="19"/>
              </w:rPr>
              <w:t>Nouns: Rest (remaining part), an address, an apartment, a bin, a blanket, bookshelf, a box, a carpet, a</w:t>
            </w:r>
          </w:p>
          <w:p>
            <w:pPr>
              <w:spacing w:after="0"/>
            </w:pPr>
            <w:r>
              <w:rPr>
                <w:b w:val="0"/>
                <w:sz w:val="19"/>
              </w:rPr>
              <w:t>mirror, a clock, a cooker, a curtain, a drawer, an entrance, floor, furniture, heating, a key, a light, a pillow, a</w:t>
            </w:r>
          </w:p>
          <w:p>
            <w:pPr>
              <w:spacing w:after="0"/>
            </w:pPr>
            <w:r>
              <w:rPr>
                <w:b w:val="0"/>
                <w:sz w:val="19"/>
              </w:rPr>
              <w:t>refrigerator, a roof, rubbish, a shelf, a sink, a towel, a chopping board, a youth room set.</w:t>
            </w:r>
          </w:p>
          <w:p>
            <w:pPr>
              <w:spacing w:after="0"/>
            </w:pPr>
            <w:r>
              <w:rPr>
                <w:b w:val="0"/>
                <w:sz w:val="19"/>
              </w:rPr>
              <w:t>Adjectives: Downstairs, upstairs, flat, strict, ambitious.</w:t>
            </w:r>
          </w:p>
          <w:p>
            <w:pPr>
              <w:spacing w:after="0"/>
            </w:pPr>
            <w:r>
              <w:rPr>
                <w:b w:val="0"/>
                <w:sz w:val="19"/>
              </w:rPr>
              <w:t>Adverbs: Double.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Present Progressive Tense for the future: (We are moving to a new apartment next week).</w:t>
            </w:r>
          </w:p>
          <w:p>
            <w:pPr>
              <w:spacing w:after="0"/>
            </w:pPr>
            <w:r>
              <w:rPr>
                <w:b w:val="0"/>
                <w:sz w:val="19"/>
              </w:rPr>
              <w:t>-The Simple Present Tense for the future: (The plane to London takes off at 9:15 tomorrow morning).</w:t>
            </w:r>
          </w:p>
          <w:p>
            <w:pPr>
              <w:spacing w:after="0"/>
            </w:pPr>
            <w:r>
              <w:rPr>
                <w:b w:val="0"/>
                <w:sz w:val="19"/>
              </w:rPr>
              <w:t>-Conjunctions (when, while): (The cook prepares the food when the guests arrive. I will wait for you outside</w:t>
            </w:r>
          </w:p>
          <w:p>
            <w:pPr>
              <w:spacing w:after="0"/>
            </w:pPr>
            <w:r>
              <w:rPr>
                <w:b w:val="0"/>
                <w:sz w:val="19"/>
              </w:rPr>
              <w:t>while you are in the meeting).</w:t>
            </w:r>
          </w:p>
          <w:p>
            <w:pPr>
              <w:spacing w:after="0"/>
            </w:pPr>
            <w:r>
              <w:rPr>
                <w:b w:val="0"/>
                <w:sz w:val="19"/>
              </w:rPr>
              <w:t>-Wh- questions (Which): (Which job does your cousin do? Which room is upstairs?)</w:t>
            </w:r>
          </w:p>
          <w:p>
            <w:pPr>
              <w:spacing w:after="0"/>
            </w:pPr>
            <w:r>
              <w:rPr>
                <w:b w:val="0"/>
                <w:sz w:val="19"/>
              </w:rPr>
              <w:t>-Reflexive pronouns: (The reporter is introducing herself to the audience).</w:t>
            </w:r>
          </w:p>
          <w:p>
            <w:pPr>
              <w:spacing w:after="0"/>
            </w:pPr>
            <w:r>
              <w:rPr>
                <w:b w:val="0"/>
                <w:sz w:val="19"/>
              </w:rPr>
              <w:t>Functions of the Grammatical Structures in Use:</w:t>
            </w:r>
          </w:p>
          <w:p>
            <w:pPr>
              <w:spacing w:after="0"/>
            </w:pPr>
            <w:r>
              <w:rPr>
                <w:b w:val="0"/>
                <w:sz w:val="19"/>
              </w:rPr>
              <w:t>-The Present Progressive Tense for the future: Talking about planned future events or arrangements.</w:t>
            </w:r>
          </w:p>
          <w:p>
            <w:pPr>
              <w:spacing w:after="0"/>
            </w:pPr>
            <w:r>
              <w:rPr>
                <w:b w:val="0"/>
                <w:sz w:val="19"/>
              </w:rPr>
              <w:t>-The Simple Present for the future: Expressing scheduled or regular events in the future.</w:t>
            </w:r>
          </w:p>
          <w:p>
            <w:pPr>
              <w:spacing w:after="0"/>
            </w:pPr>
            <w:r>
              <w:rPr>
                <w:b w:val="0"/>
                <w:sz w:val="19"/>
              </w:rPr>
              <w:t>-Conjunctions (when, while): Describing actions or events that happen at the same time or one after the</w:t>
            </w:r>
          </w:p>
          <w:p>
            <w:pPr>
              <w:spacing w:after="0"/>
            </w:pPr>
            <w:r>
              <w:rPr>
                <w:b w:val="0"/>
                <w:sz w:val="19"/>
              </w:rPr>
              <w:t>other.</w:t>
            </w:r>
          </w:p>
          <w:p>
            <w:pPr>
              <w:spacing w:after="0"/>
            </w:pPr>
            <w:r>
              <w:rPr>
                <w:b w:val="0"/>
                <w:sz w:val="19"/>
              </w:rPr>
              <w:t>-Wh questions (Which): Asking for specific information or making distinctions.</w:t>
            </w:r>
          </w:p>
          <w:p>
            <w:pPr>
              <w:spacing w:after="0"/>
            </w:pPr>
            <w:r>
              <w:rPr>
                <w:b w:val="0"/>
                <w:sz w:val="19"/>
              </w:rPr>
              <w:t>-Reflexive pronouns: Emphasizing that the subject and object of an action are the same.</w:t>
            </w:r>
          </w:p>
          <w:p>
            <w:pPr>
              <w:spacing w:after="0"/>
            </w:pPr>
            <w:r>
              <w:rPr>
                <w:b w:val="0"/>
                <w:sz w:val="19"/>
              </w:rPr>
              <w:t>Target Social Language in Use:</w:t>
            </w:r>
          </w:p>
          <w:p>
            <w:pPr>
              <w:spacing w:after="0"/>
            </w:pPr>
            <w:r>
              <w:rPr>
                <w:b w:val="0"/>
                <w:sz w:val="19"/>
              </w:rPr>
              <w:t>Keep that secret in the family, please!</w:t>
            </w:r>
          </w:p>
          <w:p>
            <w:pPr>
              <w:spacing w:after="0"/>
            </w:pPr>
            <w:r>
              <w:rPr>
                <w:b w:val="0"/>
                <w:sz w:val="19"/>
              </w:rPr>
              <w:t>My father works all hours on his new job!</w:t>
            </w:r>
          </w:p>
          <w:p>
            <w:pPr>
              <w:spacing w:after="0"/>
            </w:pPr>
            <w:r>
              <w:rPr>
                <w:b w:val="0"/>
                <w:sz w:val="19"/>
              </w:rPr>
              <w:t>Please make yourself at home!</w:t>
            </w:r>
          </w:p>
          <w:p>
            <w:pPr>
              <w:spacing w:after="0"/>
            </w:pPr>
            <w:r>
              <w:rPr>
                <w:b w:val="0"/>
                <w:sz w:val="19"/>
              </w:rPr>
              <w:t>Target Phonological Sounds in Use:</w:t>
            </w:r>
          </w:p>
          <w:p>
            <w:pPr>
              <w:spacing w:after="0"/>
            </w:pPr>
            <w:r>
              <w:rPr>
                <w:b w:val="0"/>
                <w:sz w:val="19"/>
              </w:rPr>
              <w:t>a, b, c, d, e, 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ENG.6.4.L1. Students can get ready for the listening/watching-comprehension process for the current</w:t>
            </w:r>
          </w:p>
          <w:p>
            <w:pPr>
              <w:spacing w:after="0"/>
            </w:pPr>
            <w:r>
              <w:rPr>
                <w:b w:val="0"/>
                <w:sz w:val="19"/>
              </w:rPr>
              <w:t>content on “family life with family members’ jobs, working places, and job routines; different</w:t>
            </w:r>
          </w:p>
          <w:p>
            <w:pPr>
              <w:spacing w:after="0"/>
            </w:pPr>
            <w:r>
              <w:rPr>
                <w:b w:val="0"/>
                <w:sz w:val="19"/>
              </w:rPr>
              <w:t>types of family homes and houses” carefully. ENG.6.4.L2. Students can bring information about the current content on “family life with family members’</w:t>
            </w:r>
          </w:p>
          <w:p>
            <w:pPr>
              <w:spacing w:after="0"/>
            </w:pPr>
            <w:r>
              <w:rPr>
                <w:b w:val="0"/>
                <w:sz w:val="19"/>
              </w:rPr>
              <w:t>jobs, working places, and job routines; different types of family homes and houses” together</w:t>
            </w:r>
          </w:p>
          <w:p>
            <w:pPr>
              <w:spacing w:after="0"/>
            </w:pPr>
            <w:r>
              <w:rPr>
                <w:b w:val="0"/>
                <w:sz w:val="19"/>
              </w:rPr>
              <w:t>through significant details and main components while listening/watching it. ENG.6.4.L3. Students can make meaning of/derive meaning from the current content on “family life with</w:t>
            </w:r>
          </w:p>
          <w:p>
            <w:pPr>
              <w:spacing w:after="0"/>
            </w:pPr>
            <w:r>
              <w:rPr>
                <w:b w:val="0"/>
                <w:sz w:val="19"/>
              </w:rPr>
              <w:t>family members’ jobs, working places, and job routines; different types of family homes and</w:t>
            </w:r>
          </w:p>
          <w:p>
            <w:pPr>
              <w:spacing w:after="0"/>
            </w:pPr>
            <w:r>
              <w:rPr>
                <w:b w:val="0"/>
                <w:sz w:val="19"/>
              </w:rPr>
              <w:t>houses” through significant details by listening/watching it carefully. ENG.6.4.L4.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ENG.6.4.P1. Students can select and use the target phonological elements of the current content about</w:t>
            </w:r>
          </w:p>
          <w:p>
            <w:pPr>
              <w:spacing w:after="0"/>
            </w:pPr>
            <w:r>
              <w:rPr>
                <w:b w:val="0"/>
                <w:sz w:val="19"/>
              </w:rPr>
              <w:t>“family life with family members’ jobs, working places, and job routines; different types of family</w:t>
            </w:r>
          </w:p>
          <w:p>
            <w:pPr>
              <w:spacing w:after="0"/>
            </w:pPr>
            <w:r>
              <w:rPr>
                <w:b w:val="0"/>
                <w:sz w:val="19"/>
              </w:rPr>
              <w:t>homes and houses”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ENG.6.4.R1. Students can get ready for the reading-comprehension process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ENG.6.4.R2. Students can bring information about the current content on “family life with family members’</w:t>
            </w:r>
          </w:p>
          <w:p>
            <w:pPr>
              <w:spacing w:after="0"/>
            </w:pPr>
            <w:r>
              <w:rPr>
                <w:b w:val="0"/>
                <w:sz w:val="19"/>
              </w:rPr>
              <w:t>jobs, working places, and job routines; different types of family homes and houses” through</w:t>
            </w:r>
          </w:p>
          <w:p>
            <w:pPr>
              <w:spacing w:after="0"/>
            </w:pPr>
            <w:r>
              <w:rPr>
                <w:b w:val="0"/>
                <w:sz w:val="19"/>
              </w:rPr>
              <w:t>skimming (looking quickly at) the audio-visual elements and reading the content very quickly. ENG.6.4.R3. Students can make meaning of / derive meaning from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by reading it carefully. ENG.6.4.R4.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jobs, working places, and job routines; different types of family homes and houses” in relation</w:t>
            </w:r>
          </w:p>
          <w:p>
            <w:pPr>
              <w:spacing w:after="0"/>
            </w:pPr>
            <w:r>
              <w:rPr>
                <w:b w:val="0"/>
                <w:sz w:val="19"/>
              </w:rPr>
              <w:t>to themselves or others, both individually and/or with others. ENG.6.4.V1. Students can select and use the target vocabulary of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accurately, authentically, spontaneously, and naturally and use it appropriately</w:t>
            </w:r>
          </w:p>
          <w:p>
            <w:pPr>
              <w:spacing w:after="0"/>
            </w:pPr>
            <w:r>
              <w:rPr>
                <w:b w:val="0"/>
                <w:sz w:val="19"/>
              </w:rPr>
              <w:t>and effectively when communicating with others. ENG.6.4.G1. Students can select and use the target grammatical elements of the current content about</w:t>
            </w:r>
          </w:p>
          <w:p>
            <w:pPr>
              <w:spacing w:after="0"/>
            </w:pPr>
            <w:r>
              <w:rPr>
                <w:b w:val="0"/>
                <w:sz w:val="19"/>
              </w:rPr>
              <w:t>“family life with family members’ jobs, working places, and job routines; different types of</w:t>
            </w:r>
          </w:p>
          <w:p>
            <w:pPr>
              <w:spacing w:after="0"/>
            </w:pPr>
            <w:r>
              <w:rPr>
                <w:b w:val="0"/>
                <w:sz w:val="19"/>
              </w:rPr>
              <w:t>family homes and houses” accurately, authentically, spontaneously, and naturally and use it</w:t>
            </w:r>
          </w:p>
          <w:p>
            <w:pPr>
              <w:spacing w:after="0"/>
            </w:pPr>
            <w:r>
              <w:rPr>
                <w:b w:val="0"/>
                <w:sz w:val="19"/>
              </w:rPr>
              <w:t>appropriately and effectively when communicating with others. ENG.6.4.W1. Students can get ready for the writing-expression process about the current content on</w:t>
            </w:r>
          </w:p>
          <w:p>
            <w:pPr>
              <w:spacing w:after="0"/>
            </w:pPr>
            <w:r>
              <w:rPr>
                <w:b w:val="0"/>
                <w:sz w:val="19"/>
              </w:rPr>
              <w:t>“family life with family members’ jobs, working places, and job routines; different types of</w:t>
            </w:r>
          </w:p>
          <w:p>
            <w:pPr>
              <w:spacing w:after="0"/>
            </w:pPr>
            <w:r>
              <w:rPr>
                <w:b w:val="0"/>
                <w:sz w:val="19"/>
              </w:rPr>
              <w:t>family homes and houses”. ENG.6.4.W2. Students can understand the model/example for the writing task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ENG.6.4.W3. Students can organise a content for the assigned writing task on the current content “family</w:t>
            </w:r>
          </w:p>
          <w:p>
            <w:pPr>
              <w:spacing w:after="0"/>
            </w:pPr>
            <w:r>
              <w:rPr>
                <w:b w:val="0"/>
                <w:sz w:val="19"/>
              </w:rPr>
              <w:t>life with family members’ jobs, working places, and job routines; different types of family</w:t>
            </w:r>
          </w:p>
          <w:p>
            <w:pPr>
              <w:spacing w:after="0"/>
            </w:pPr>
            <w:r>
              <w:rPr>
                <w:b w:val="0"/>
                <w:sz w:val="19"/>
              </w:rPr>
              <w:t>homes and houses” based on the model/example provided. ENG.6.4.W4. Students can individually construct/form content for the assigned writing task on the current</w:t>
            </w:r>
          </w:p>
          <w:p>
            <w:pPr>
              <w:spacing w:after="0"/>
            </w:pPr>
            <w:r>
              <w:rPr>
                <w:b w:val="0"/>
                <w:sz w:val="19"/>
              </w:rPr>
              <w:t>content “family life with family members’ jobs, working places, and job routines; different</w:t>
            </w:r>
          </w:p>
          <w:p>
            <w:pPr>
              <w:spacing w:after="0"/>
            </w:pPr>
            <w:r>
              <w:rPr>
                <w:b w:val="0"/>
                <w:sz w:val="19"/>
              </w:rPr>
              <w:t>types of family homes and houses”. ENG.6.4.W5. Students can reorganise (reconstruct) and use information in the new written tasks about</w:t>
            </w:r>
          </w:p>
          <w:p>
            <w:pPr>
              <w:spacing w:after="0"/>
            </w:pPr>
            <w:r>
              <w:rPr>
                <w:b w:val="0"/>
                <w:sz w:val="19"/>
              </w:rPr>
              <w:t>the “family life with family members’ jobs, working places, and job routines; different types of</w:t>
            </w:r>
          </w:p>
          <w:p>
            <w:pPr>
              <w:spacing w:after="0"/>
            </w:pPr>
            <w:r>
              <w:rPr>
                <w:b w:val="0"/>
                <w:sz w:val="19"/>
              </w:rPr>
              <w:t>family homes and houses” to communicate with other people. ENG.6.4.W6. Students can reflect on their knowledge, experiences, thoughts, and feelings related to the</w:t>
            </w:r>
          </w:p>
          <w:p>
            <w:pPr>
              <w:spacing w:after="0"/>
            </w:pPr>
            <w:r>
              <w:rPr>
                <w:b w:val="0"/>
                <w:sz w:val="19"/>
              </w:rPr>
              <w:t>writing-expression process about the current content, “family life with family members’ jobs, working places, and job routines; different types of family homes and houses” in relation to</w:t>
            </w:r>
          </w:p>
          <w:p>
            <w:pPr>
              <w:spacing w:after="0"/>
            </w:pPr>
            <w:r>
              <w:rPr>
                <w:b w:val="0"/>
                <w:sz w:val="19"/>
              </w:rPr>
              <w:t>themselves or others, both individually and/or with others. ENG.6.4.S1. Students can get ready for speaking-expression process about the current content on “family</w:t>
            </w:r>
          </w:p>
          <w:p>
            <w:pPr>
              <w:spacing w:after="0"/>
            </w:pPr>
            <w:r>
              <w:rPr>
                <w:b w:val="0"/>
                <w:sz w:val="19"/>
              </w:rPr>
              <w:t>life with family members’ jobs, working places, and job routines; different types of family</w:t>
            </w:r>
          </w:p>
          <w:p>
            <w:pPr>
              <w:spacing w:after="0"/>
            </w:pPr>
            <w:r>
              <w:rPr>
                <w:b w:val="0"/>
                <w:sz w:val="19"/>
              </w:rPr>
              <w:t>homes and houses”. ENG.6.4.S2. Students can use the model/example for producing verbal content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ENG.6.4.S3. Students can organise a new verbal content on “family life with family members’ jobs, working</w:t>
            </w:r>
          </w:p>
          <w:p>
            <w:pPr>
              <w:spacing w:after="0"/>
            </w:pPr>
            <w:r>
              <w:rPr>
                <w:b w:val="0"/>
                <w:sz w:val="19"/>
              </w:rPr>
              <w:t>places, and job routines; different types of family homes and houses” by speaking accurately, efficiently, and authentically. ENG.6.4.S4. Students can construct a new verbal content on “family life with family members’ jobs, working</w:t>
            </w:r>
          </w:p>
          <w:p>
            <w:pPr>
              <w:spacing w:after="0"/>
            </w:pPr>
            <w:r>
              <w:rPr>
                <w:b w:val="0"/>
                <w:sz w:val="19"/>
              </w:rPr>
              <w:t>places, and job routines; different types of family homes and houses” by speaking accurately, efficiently, and authentically. ENG.6.4.S5. Students can reorganise (reconstruct) and use information about the “family life with family</w:t>
            </w:r>
          </w:p>
          <w:p>
            <w:pPr>
              <w:spacing w:after="0"/>
            </w:pPr>
            <w:r>
              <w:rPr>
                <w:b w:val="0"/>
                <w:sz w:val="19"/>
              </w:rPr>
              <w:t>members’ jobs, working places, and job routines; different types of family homes and houses”</w:t>
            </w:r>
          </w:p>
          <w:p>
            <w:pPr>
              <w:spacing w:after="0"/>
            </w:pPr>
            <w:r>
              <w:rPr>
                <w:b w:val="0"/>
                <w:sz w:val="19"/>
              </w:rPr>
              <w:t>to communicate with other people. ENG.6.4.S6.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jobs, working places, and job routines; different types of family homes and houses”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V2. Family Integrity, V3. Diligence, V4. Friendship, V6. Honesty, V7.</w:t>
            </w:r>
          </w:p>
          <w:p>
            <w:pPr>
              <w:spacing w:after="0"/>
            </w:pPr>
            <w:r>
              <w:rPr>
                <w:b w:val="0"/>
                <w:sz w:val="19"/>
              </w:rPr>
              <w:t>Aesthetics, V9. Compassion, V10. Modesty, V12. Patience, V16. 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future arrangements in English through a creative and interactive speaking activity</w:t>
            </w:r>
          </w:p>
          <w:p>
            <w:pPr>
              <w:spacing w:after="0"/>
            </w:pPr>
            <w:r>
              <w:rPr>
                <w:b w:val="0"/>
                <w:sz w:val="19"/>
              </w:rPr>
              <w:t>where students describe their future travel plans in detail.</w:t>
            </w:r>
          </w:p>
          <w:p>
            <w:pPr>
              <w:spacing w:after="0"/>
            </w:pPr>
            <w:r>
              <w:rPr>
                <w:b w:val="0"/>
                <w:sz w:val="19"/>
              </w:rPr>
              <w:t>Activity title: Future Travel Diaries</w:t>
            </w:r>
          </w:p>
          <w:p>
            <w:pPr>
              <w:spacing w:after="0"/>
            </w:pPr>
            <w:r>
              <w:rPr>
                <w:b w:val="0"/>
                <w:sz w:val="19"/>
              </w:rPr>
              <w:t>The teacher divides the class into pairs or small groups of 3-4 students and gives each group a set of Travel</w:t>
            </w:r>
          </w:p>
          <w:p>
            <w:pPr>
              <w:spacing w:after="0"/>
            </w:pPr>
            <w:r>
              <w:rPr>
                <w:b w:val="0"/>
                <w:sz w:val="19"/>
              </w:rPr>
              <w:t>Destination Cards and Travel Activity Cards. The Travel Destination Cards have places like “İstanbul”, “Paris”, “Antalya”, “New York”, “Maldives”, “Rome”, “Tokyo”, etc. The Travel Activity Cards contain activities people</w:t>
            </w:r>
          </w:p>
          <w:p>
            <w:pPr>
              <w:spacing w:after="0"/>
            </w:pPr>
            <w:r>
              <w:rPr>
                <w:b w:val="0"/>
                <w:sz w:val="19"/>
              </w:rPr>
              <w:t>can do while travelling (e.g., “attending a local festival”, “going on a city tour”, “trying new foods”, etc.). Each</w:t>
            </w:r>
          </w:p>
          <w:p>
            <w:pPr>
              <w:spacing w:after="0"/>
            </w:pPr>
            <w:r>
              <w:rPr>
                <w:b w:val="0"/>
                <w:sz w:val="19"/>
              </w:rPr>
              <w:t>group selects a destination card and a travel activity card and forms their travel plan using a destination and</w:t>
            </w:r>
          </w:p>
          <w:p>
            <w:pPr>
              <w:spacing w:after="0"/>
            </w:pPr>
            <w:r>
              <w:rPr>
                <w:b w:val="0"/>
                <w:sz w:val="19"/>
              </w:rPr>
              <w:t>activities they pick from the cards. For example: “We are flying to Paris next month. First, we are visiting</w:t>
            </w:r>
          </w:p>
          <w:p>
            <w:pPr>
              <w:spacing w:after="0"/>
            </w:pPr>
            <w:r>
              <w:rPr>
                <w:b w:val="0"/>
                <w:sz w:val="19"/>
              </w:rPr>
              <w:t>the Eiffel Tower, and then we are eating at a famous French cafe”. Students take turns speaking about their</w:t>
            </w:r>
          </w:p>
          <w:p>
            <w:pPr>
              <w:spacing w:after="0"/>
            </w:pPr>
            <w:r>
              <w:rPr>
                <w:b w:val="0"/>
                <w:sz w:val="19"/>
              </w:rPr>
              <w:t>future trip. For example: “Next summer, we are visiting the Maldives, and we are snorkelling with dolphins</w:t>
            </w:r>
          </w:p>
          <w:p>
            <w:pPr>
              <w:spacing w:after="0"/>
            </w:pPr>
            <w:r>
              <w:rPr>
                <w:b w:val="0"/>
                <w:sz w:val="19"/>
              </w:rPr>
              <w:t>every morning”, “I am flying to Rome next month to visit my cousin. We are going on a historical tour of the</w:t>
            </w:r>
          </w:p>
          <w:p>
            <w:pPr>
              <w:spacing w:after="0"/>
            </w:pPr>
            <w:r>
              <w:rPr>
                <w:b w:val="0"/>
                <w:sz w:val="19"/>
              </w:rPr>
              <w:t>Colosseum because I’m really interested in Roman history”. The teacher encourages students to add as</w:t>
            </w:r>
          </w:p>
          <w:p>
            <w:pPr>
              <w:spacing w:after="0"/>
            </w:pPr>
            <w:r>
              <w:rPr>
                <w:b w:val="0"/>
                <w:sz w:val="19"/>
              </w:rPr>
              <w:t>many details as possible to make the travel plan sound exciting, like when they are leaving, who they are</w:t>
            </w:r>
          </w:p>
          <w:p>
            <w:pPr>
              <w:spacing w:after="0"/>
            </w:pPr>
            <w:r>
              <w:rPr>
                <w:b w:val="0"/>
                <w:sz w:val="19"/>
              </w:rPr>
              <w:t>traveling with, and how they feel about the trip. After 3-5 minutes, the groups switch to the next destination</w:t>
            </w:r>
          </w:p>
          <w:p>
            <w:pPr>
              <w:spacing w:after="0"/>
            </w:pPr>
            <w:r>
              <w:rPr>
                <w:b w:val="0"/>
                <w:sz w:val="19"/>
              </w:rPr>
              <w:t>and activity, continuing to create new travel plans and speaking about their future plans. In pairs or groups, students can ask follow-up questions based on the plans their peers describe. For example: “Why are you</w:t>
            </w:r>
          </w:p>
          <w:p>
            <w:pPr>
              <w:spacing w:after="0"/>
            </w:pPr>
            <w:r>
              <w:rPr>
                <w:b w:val="0"/>
                <w:sz w:val="19"/>
              </w:rPr>
              <w:t>visiting Rome?”, “What other activities are you doing in İstanbul?” After the activity, the teacher asks a few</w:t>
            </w:r>
          </w:p>
          <w:p>
            <w:pPr>
              <w:spacing w:after="0"/>
            </w:pPr>
            <w:r>
              <w:rPr>
                <w:b w:val="0"/>
                <w:sz w:val="19"/>
              </w:rPr>
              <w:t>students or groups to share their travel plans with the class and writes their sentences on the board to</w:t>
            </w:r>
          </w:p>
          <w:p>
            <w:pPr>
              <w:spacing w:after="0"/>
            </w:pPr>
            <w:r>
              <w:rPr>
                <w:b w:val="0"/>
                <w:sz w:val="19"/>
              </w:rPr>
              <w:t>emphasize correct use of the target grammar. She/He praises students for being creative and using detailed</w:t>
            </w:r>
          </w:p>
          <w:p>
            <w:pPr>
              <w:spacing w:after="0"/>
            </w:pPr>
            <w:r>
              <w:rPr>
                <w:b w:val="0"/>
                <w:sz w:val="19"/>
              </w:rPr>
              <w:t>descriptions and encourages them to continue practising by imagining future trips or activities. Students</w:t>
            </w:r>
          </w:p>
          <w:p>
            <w:pPr>
              <w:spacing w:after="0"/>
            </w:pPr>
            <w:r>
              <w:rPr>
                <w:b w:val="0"/>
                <w:sz w:val="19"/>
              </w:rPr>
              <w:t>reflect on their thoughts and feelings about the activity. Supporting</w:t>
            </w:r>
          </w:p>
          <w:p>
            <w:pPr>
              <w:spacing w:after="0"/>
            </w:pPr>
            <w:r>
              <w:rPr>
                <w:b w:val="0"/>
                <w:sz w:val="19"/>
              </w:rPr>
              <w:t>Objective: To practise future arrangements in English through a creative and interactive speaking activity</w:t>
            </w:r>
          </w:p>
          <w:p>
            <w:pPr>
              <w:spacing w:after="0"/>
            </w:pPr>
            <w:r>
              <w:rPr>
                <w:b w:val="0"/>
                <w:sz w:val="19"/>
              </w:rPr>
              <w:t>where students describe their future travel plans.</w:t>
            </w:r>
          </w:p>
          <w:p>
            <w:pPr>
              <w:spacing w:after="0"/>
            </w:pPr>
            <w:r>
              <w:rPr>
                <w:b w:val="0"/>
                <w:sz w:val="19"/>
              </w:rPr>
              <w:t>Activity Title: Future Travel Diaries</w:t>
            </w:r>
          </w:p>
          <w:p>
            <w:pPr>
              <w:spacing w:after="0"/>
            </w:pPr>
            <w:r>
              <w:rPr>
                <w:b w:val="0"/>
                <w:sz w:val="19"/>
              </w:rPr>
              <w:t>For the same activity, the teacher provides sentence starters or a template to help guide the students</w:t>
            </w:r>
          </w:p>
          <w:p>
            <w:pPr>
              <w:spacing w:after="0"/>
            </w:pPr>
            <w:r>
              <w:rPr>
                <w:b w:val="0"/>
                <w:sz w:val="19"/>
              </w:rPr>
              <w:t>through their descriptions. For example: “I am going to _______ next _______.”, “We are visiting _______ and</w:t>
            </w:r>
          </w:p>
          <w:p>
            <w:pPr>
              <w:spacing w:after="0"/>
            </w:pPr>
            <w:r>
              <w:rPr>
                <w:b w:val="0"/>
                <w:sz w:val="19"/>
              </w:rPr>
              <w:t>then _______.”, “I am meeting my friend at the airport, and we are _______.” Students reflect on their thoughts</w:t>
            </w:r>
          </w:p>
          <w:p>
            <w:pPr>
              <w:spacing w:after="0"/>
            </w:pPr>
            <w:r>
              <w:rPr>
                <w:b w:val="0"/>
                <w:sz w:val="19"/>
              </w:rPr>
              <w:t>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short descriptive booklet about one of their family</w:t>
            </w:r>
          </w:p>
          <w:p>
            <w:pPr>
              <w:spacing w:after="0"/>
            </w:pPr>
            <w:r>
              <w:rPr>
                <w:b w:val="0"/>
                <w:sz w:val="19"/>
              </w:rPr>
              <w:t>members, focusing on their job, workplace, and daily routine. They will also include details about the type of</w:t>
            </w:r>
          </w:p>
          <w:p>
            <w:pPr>
              <w:spacing w:after="0"/>
            </w:pPr>
            <w:r>
              <w:rPr>
                <w:b w:val="0"/>
                <w:sz w:val="19"/>
              </w:rPr>
              <w:t>home this family member lives in, describing its features such as the number of rooms, outdoor spaces, or</w:t>
            </w:r>
          </w:p>
          <w:p>
            <w:pPr>
              <w:spacing w:after="0"/>
            </w:pPr>
            <w:r>
              <w:rPr>
                <w:b w:val="0"/>
                <w:sz w:val="19"/>
              </w:rPr>
              <w:t>special areas. To make their work more engaging, students will draw a simple illustration of the home and</w:t>
            </w:r>
          </w:p>
          <w:p>
            <w:pPr>
              <w:spacing w:after="0"/>
            </w:pPr>
            <w:r>
              <w:rPr>
                <w:b w:val="0"/>
                <w:sz w:val="19"/>
              </w:rPr>
              <w:t>explain how it supports their family member’s daily activities and routines. The assignment will be evaluated</w:t>
            </w:r>
          </w:p>
          <w:p>
            <w:pPr>
              <w:spacing w:after="0"/>
            </w:pPr>
            <w:r>
              <w:rPr>
                <w:b w:val="0"/>
                <w:sz w:val="19"/>
              </w:rPr>
              <w:t>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20: 15-19 February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February · Week 20: 15-19 February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4: FAMILY LIFE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Family members’ routines; family members’ hobbies and activities</w:t>
            </w:r>
          </w:p>
          <w:p>
            <w:pPr>
              <w:spacing w:after="0"/>
            </w:pPr>
            <w:r>
              <w:rPr>
                <w:b w:val="0"/>
                <w:sz w:val="19"/>
              </w:rPr>
              <w:t>Target Vocabulary in Use:</w:t>
            </w:r>
          </w:p>
          <w:p>
            <w:pPr>
              <w:spacing w:after="0"/>
            </w:pPr>
            <w:r>
              <w:rPr>
                <w:b w:val="0"/>
                <w:sz w:val="19"/>
              </w:rPr>
              <w:t>Vocabulary for Family members’ Routines: Nouns: A couple, a role, a task, focus, resting, tidying, pet care, organisation. Verbs: To brush, to take care (of), to organise. Adjectives: Everyday, specific.</w:t>
            </w:r>
          </w:p>
          <w:p>
            <w:pPr>
              <w:spacing w:after="0"/>
            </w:pPr>
            <w:r>
              <w:rPr>
                <w:b w:val="0"/>
                <w:sz w:val="19"/>
              </w:rPr>
              <w:t>Pronouns: Hers, his, mine (belongs to me), yours.</w:t>
            </w:r>
          </w:p>
          <w:p>
            <w:pPr>
              <w:spacing w:after="0"/>
            </w:pPr>
            <w:r>
              <w:rPr>
                <w:b w:val="0"/>
                <w:sz w:val="19"/>
              </w:rPr>
              <w:t>Vocabulary for family members’ hobbies and activities: Nouns: A board game, a beach, a barbecue, a</w:t>
            </w:r>
          </w:p>
          <w:p>
            <w:pPr>
              <w:spacing w:after="0"/>
            </w:pPr>
            <w:r>
              <w:rPr>
                <w:b w:val="0"/>
                <w:sz w:val="19"/>
              </w:rPr>
              <w:t>bicycle, a camera, a festival, a guitar, a hobby, a holiday, a member, a museum, a photograph, a photo, a tent, a party, a computer game, a forest, a scooter, a piano, cooking, camping, cycling, dancing, fishing, playing</w:t>
            </w:r>
          </w:p>
          <w:p>
            <w:pPr>
              <w:spacing w:after="0"/>
            </w:pPr>
            <w:r>
              <w:rPr>
                <w:b w:val="0"/>
                <w:sz w:val="19"/>
              </w:rPr>
              <w:t>golf, swimming, playing football. Verbs: To have a picnic, to relax, to join, Adjectives: Active, usual.</w:t>
            </w:r>
          </w:p>
          <w:p>
            <w:pPr>
              <w:spacing w:after="0"/>
            </w:pPr>
            <w:r>
              <w:rPr>
                <w:b w:val="0"/>
                <w:sz w:val="19"/>
              </w:rPr>
              <w:t>Target Grammatical Structures in Use:</w:t>
            </w:r>
          </w:p>
          <w:p>
            <w:pPr>
              <w:spacing w:after="0"/>
            </w:pPr>
            <w:r>
              <w:rPr>
                <w:b w:val="0"/>
                <w:sz w:val="19"/>
              </w:rPr>
              <w:t>-Present Progressive Tense: (She is brushing her teeth.)</w:t>
            </w:r>
          </w:p>
          <w:p>
            <w:pPr>
              <w:spacing w:after="0"/>
            </w:pPr>
            <w:r>
              <w:rPr>
                <w:b w:val="0"/>
                <w:sz w:val="19"/>
              </w:rPr>
              <w:t>-Present Progressive Tense vs Present Simple Tense: (We are camping in the forest this weekend, but we</w:t>
            </w:r>
          </w:p>
          <w:p>
            <w:pPr>
              <w:spacing w:after="0"/>
            </w:pPr>
            <w:r>
              <w:rPr>
                <w:b w:val="0"/>
                <w:sz w:val="19"/>
              </w:rPr>
              <w:t>normally stay at home during holidays.)</w:t>
            </w:r>
          </w:p>
          <w:p>
            <w:pPr>
              <w:spacing w:after="0"/>
            </w:pPr>
            <w:r>
              <w:rPr>
                <w:b w:val="0"/>
                <w:sz w:val="19"/>
              </w:rPr>
              <w:t>-Question tags for the Present Progressive Tense: (She is brushing her teeth, isn’t she?)</w:t>
            </w:r>
          </w:p>
          <w:p>
            <w:pPr>
              <w:spacing w:after="0"/>
            </w:pPr>
            <w:r>
              <w:rPr>
                <w:b w:val="0"/>
                <w:sz w:val="19"/>
              </w:rPr>
              <w:t>Functions of the Target Grammatical Structures in use:</w:t>
            </w:r>
          </w:p>
          <w:p>
            <w:pPr>
              <w:spacing w:after="0"/>
            </w:pPr>
            <w:r>
              <w:rPr>
                <w:b w:val="0"/>
                <w:sz w:val="19"/>
              </w:rPr>
              <w:t>-Use of the Present Progressive Tense: Expressing actions or events that are happening at the moment of</w:t>
            </w:r>
          </w:p>
          <w:p>
            <w:pPr>
              <w:spacing w:after="0"/>
            </w:pPr>
            <w:r>
              <w:rPr>
                <w:b w:val="0"/>
                <w:sz w:val="19"/>
              </w:rPr>
              <w:t>speaking, temporary actions, or planned future actions.</w:t>
            </w:r>
          </w:p>
          <w:p>
            <w:pPr>
              <w:spacing w:after="0"/>
            </w:pPr>
            <w:r>
              <w:rPr>
                <w:b w:val="0"/>
                <w:sz w:val="19"/>
              </w:rPr>
              <w:t>-Use of the Present Progressive Tense vs Present Simple Tense: Contrasting ongoing or temporary actions</w:t>
            </w:r>
          </w:p>
          <w:p>
            <w:pPr>
              <w:spacing w:after="0"/>
            </w:pPr>
            <w:r>
              <w:rPr>
                <w:b w:val="0"/>
                <w:sz w:val="19"/>
              </w:rPr>
              <w:t>(Present Progressive) with habitual actions, general truths, or permanent states (Present Simple).</w:t>
            </w:r>
          </w:p>
          <w:p>
            <w:pPr>
              <w:spacing w:after="0"/>
            </w:pPr>
            <w:r>
              <w:rPr>
                <w:b w:val="0"/>
                <w:sz w:val="19"/>
              </w:rPr>
              <w:t>-Use of question tags for Present Progressive Tense: Confirming or checking ongoing actions that match</w:t>
            </w:r>
          </w:p>
          <w:p>
            <w:pPr>
              <w:spacing w:after="0"/>
            </w:pPr>
            <w:r>
              <w:rPr>
                <w:b w:val="0"/>
                <w:sz w:val="19"/>
              </w:rPr>
              <w:t>the tense, tone, or polarity of the statement.</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of contents for this section is provided in the introduction to the whole English Language Curriculum.</w:t>
            </w:r>
          </w:p>
          <w:p>
            <w:pPr>
              <w:spacing w:after="0"/>
            </w:pPr>
            <w:r>
              <w:rPr>
                <w:b w:val="0"/>
                <w:sz w:val="19"/>
              </w:rPr>
              <w:t>Target Social Language in Use:</w:t>
            </w:r>
          </w:p>
          <w:p>
            <w:pPr>
              <w:spacing w:after="0"/>
            </w:pPr>
            <w:r>
              <w:rPr>
                <w:b w:val="0"/>
                <w:sz w:val="19"/>
              </w:rPr>
              <w:t>We always get on well as a family!</w:t>
            </w:r>
          </w:p>
          <w:p>
            <w:pPr>
              <w:spacing w:after="0"/>
            </w:pPr>
            <w:r>
              <w:rPr>
                <w:b w:val="0"/>
                <w:sz w:val="19"/>
              </w:rPr>
              <w:t>Can you lend your father a hand washing the car?</w:t>
            </w:r>
          </w:p>
          <w:p>
            <w:pPr>
              <w:spacing w:after="0"/>
            </w:pPr>
            <w:r>
              <w:rPr>
                <w:b w:val="0"/>
                <w:sz w:val="19"/>
              </w:rPr>
              <w:t>Let’s tidy up the house together.</w:t>
            </w:r>
          </w:p>
          <w:p>
            <w:pPr>
              <w:spacing w:after="0"/>
            </w:pPr>
            <w:r>
              <w:rPr>
                <w:b w:val="0"/>
                <w:sz w:val="19"/>
              </w:rPr>
              <w:t>Target Phonological Sounds in Use:</w:t>
            </w:r>
          </w:p>
          <w:p>
            <w:pPr>
              <w:spacing w:after="0"/>
            </w:pPr>
            <w:r>
              <w:rPr>
                <w:b w:val="0"/>
                <w:sz w:val="19"/>
              </w:rPr>
              <w:t>a, b, c, d, e</w:t>
            </w:r>
          </w:p>
          <w:p>
            <w:pPr>
              <w:spacing w:after="0"/>
            </w:pPr>
            <w:r>
              <w:rPr>
                <w:b w:val="0"/>
                <w:sz w:val="19"/>
              </w:rPr>
              <w:t>Vowels: a: (/ae/, /aeı/, /ə/, /a:/, /eɪ/, /a:/, /a/, /ɔː/, /eə/); e: (/e/; /i:/, /ə/)</w:t>
            </w:r>
          </w:p>
          <w:p>
            <w:pPr>
              <w:spacing w:after="0"/>
            </w:pPr>
            <w:r>
              <w:rPr>
                <w:b w:val="0"/>
                <w:sz w:val="19"/>
              </w:rPr>
              <w:t>Consonants: b: (/b/), silent /b/); c: (/si/, /k/); d: (/d/)</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ENG.6.4.L1. Students can get ready for the listening/watching-comprehension process for the current</w:t>
            </w:r>
          </w:p>
          <w:p>
            <w:pPr>
              <w:spacing w:after="0"/>
            </w:pPr>
            <w:r>
              <w:rPr>
                <w:b w:val="0"/>
                <w:sz w:val="19"/>
              </w:rPr>
              <w:t>content on “family life with family members’ jobs, working places, and job routines; different</w:t>
            </w:r>
          </w:p>
          <w:p>
            <w:pPr>
              <w:spacing w:after="0"/>
            </w:pPr>
            <w:r>
              <w:rPr>
                <w:b w:val="0"/>
                <w:sz w:val="19"/>
              </w:rPr>
              <w:t>types of family homes and houses” carefully. ENG.6.4.L2. Students can bring information about the current content on “family life with family members’</w:t>
            </w:r>
          </w:p>
          <w:p>
            <w:pPr>
              <w:spacing w:after="0"/>
            </w:pPr>
            <w:r>
              <w:rPr>
                <w:b w:val="0"/>
                <w:sz w:val="19"/>
              </w:rPr>
              <w:t>jobs, working places, and job routines; different types of family homes and houses” together</w:t>
            </w:r>
          </w:p>
          <w:p>
            <w:pPr>
              <w:spacing w:after="0"/>
            </w:pPr>
            <w:r>
              <w:rPr>
                <w:b w:val="0"/>
                <w:sz w:val="19"/>
              </w:rPr>
              <w:t>through significant details and main components while listening/watching it. ENG.6.4.L3. Students can make meaning of/derive meaning from the current content on “family life with</w:t>
            </w:r>
          </w:p>
          <w:p>
            <w:pPr>
              <w:spacing w:after="0"/>
            </w:pPr>
            <w:r>
              <w:rPr>
                <w:b w:val="0"/>
                <w:sz w:val="19"/>
              </w:rPr>
              <w:t>family members’ jobs, working places, and job routines; different types of family homes and</w:t>
            </w:r>
          </w:p>
          <w:p>
            <w:pPr>
              <w:spacing w:after="0"/>
            </w:pPr>
            <w:r>
              <w:rPr>
                <w:b w:val="0"/>
                <w:sz w:val="19"/>
              </w:rPr>
              <w:t>houses” through significant details by listening/watching it carefully. ENG.6.4.L4.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ENG.6.4.P1. Students can select and use the target phonological elements of the current content about</w:t>
            </w:r>
          </w:p>
          <w:p>
            <w:pPr>
              <w:spacing w:after="0"/>
            </w:pPr>
            <w:r>
              <w:rPr>
                <w:b w:val="0"/>
                <w:sz w:val="19"/>
              </w:rPr>
              <w:t>“family life with family members’ jobs, working places, and job routines; different types of family</w:t>
            </w:r>
          </w:p>
          <w:p>
            <w:pPr>
              <w:spacing w:after="0"/>
            </w:pPr>
            <w:r>
              <w:rPr>
                <w:b w:val="0"/>
                <w:sz w:val="19"/>
              </w:rPr>
              <w:t>homes and houses”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ENG.6.4.R1. Students can get ready for the reading-comprehension process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ENG.6.4.R2. Students can bring information about the current content on “family life with family members’</w:t>
            </w:r>
          </w:p>
          <w:p>
            <w:pPr>
              <w:spacing w:after="0"/>
            </w:pPr>
            <w:r>
              <w:rPr>
                <w:b w:val="0"/>
                <w:sz w:val="19"/>
              </w:rPr>
              <w:t>jobs, working places, and job routines; different types of family homes and houses” through</w:t>
            </w:r>
          </w:p>
          <w:p>
            <w:pPr>
              <w:spacing w:after="0"/>
            </w:pPr>
            <w:r>
              <w:rPr>
                <w:b w:val="0"/>
                <w:sz w:val="19"/>
              </w:rPr>
              <w:t>skimming (looking quickly at) the audio-visual elements and reading the content very quickly. ENG.6.4.R3. Students can make meaning of / derive meaning from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by reading it carefully. ENG.6.4.R4. Students can convey their knowledge, experiences, thoughts, and feelings related to the</w:t>
            </w:r>
          </w:p>
          <w:p>
            <w:pPr>
              <w:spacing w:after="0"/>
            </w:pPr>
            <w:r>
              <w:rPr>
                <w:b w:val="0"/>
                <w:sz w:val="19"/>
              </w:rPr>
              <w:t>reading-comprehension process about the current content, “family life with family members’</w:t>
            </w:r>
          </w:p>
          <w:p>
            <w:pPr>
              <w:spacing w:after="0"/>
            </w:pPr>
            <w:r>
              <w:rPr>
                <w:b w:val="0"/>
                <w:sz w:val="19"/>
              </w:rPr>
              <w:t>jobs, working places, and job routines; different types of family homes and houses” in relation</w:t>
            </w:r>
          </w:p>
          <w:p>
            <w:pPr>
              <w:spacing w:after="0"/>
            </w:pPr>
            <w:r>
              <w:rPr>
                <w:b w:val="0"/>
                <w:sz w:val="19"/>
              </w:rPr>
              <w:t>to themselves or others, both individually and/or with others. ENG.6.4.V1. Students can select and use the target vocabulary of the current content about “family life</w:t>
            </w:r>
          </w:p>
          <w:p>
            <w:pPr>
              <w:spacing w:after="0"/>
            </w:pPr>
            <w:r>
              <w:rPr>
                <w:b w:val="0"/>
                <w:sz w:val="19"/>
              </w:rPr>
              <w:t>with family members’ jobs, working places, and job routines; different types of family homes</w:t>
            </w:r>
          </w:p>
          <w:p>
            <w:pPr>
              <w:spacing w:after="0"/>
            </w:pPr>
            <w:r>
              <w:rPr>
                <w:b w:val="0"/>
                <w:sz w:val="19"/>
              </w:rPr>
              <w:t>and houses” accurately, authentically, spontaneously, and naturally and use it appropriately</w:t>
            </w:r>
          </w:p>
          <w:p>
            <w:pPr>
              <w:spacing w:after="0"/>
            </w:pPr>
            <w:r>
              <w:rPr>
                <w:b w:val="0"/>
                <w:sz w:val="19"/>
              </w:rPr>
              <w:t>and effectively when communicating with others. ENG.6.4.G1. Students can select and use the target grammatical elements of the current content about</w:t>
            </w:r>
          </w:p>
          <w:p>
            <w:pPr>
              <w:spacing w:after="0"/>
            </w:pPr>
            <w:r>
              <w:rPr>
                <w:b w:val="0"/>
                <w:sz w:val="19"/>
              </w:rPr>
              <w:t>“family life with family members’ jobs, working places, and job routines; different types of</w:t>
            </w:r>
          </w:p>
          <w:p>
            <w:pPr>
              <w:spacing w:after="0"/>
            </w:pPr>
            <w:r>
              <w:rPr>
                <w:b w:val="0"/>
                <w:sz w:val="19"/>
              </w:rPr>
              <w:t>family homes and houses” accurately, authentically, spontaneously, and naturally and use it</w:t>
            </w:r>
          </w:p>
          <w:p>
            <w:pPr>
              <w:spacing w:after="0"/>
            </w:pPr>
            <w:r>
              <w:rPr>
                <w:b w:val="0"/>
                <w:sz w:val="19"/>
              </w:rPr>
              <w:t>appropriately and effectively when communicating with others. ENG.6.4.W1. Students can get ready for the writing-expression process about the current content on</w:t>
            </w:r>
          </w:p>
          <w:p>
            <w:pPr>
              <w:spacing w:after="0"/>
            </w:pPr>
            <w:r>
              <w:rPr>
                <w:b w:val="0"/>
                <w:sz w:val="19"/>
              </w:rPr>
              <w:t>“family life with family members’ jobs, working places, and job routines; different types of</w:t>
            </w:r>
          </w:p>
          <w:p>
            <w:pPr>
              <w:spacing w:after="0"/>
            </w:pPr>
            <w:r>
              <w:rPr>
                <w:b w:val="0"/>
                <w:sz w:val="19"/>
              </w:rPr>
              <w:t>family homes and houses”. ENG.6.4.W2. Students can understand the model/example for the writing task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ENG.6.4.W3. Students can organise a content for the assigned writing task on the current content “family</w:t>
            </w:r>
          </w:p>
          <w:p>
            <w:pPr>
              <w:spacing w:after="0"/>
            </w:pPr>
            <w:r>
              <w:rPr>
                <w:b w:val="0"/>
                <w:sz w:val="19"/>
              </w:rPr>
              <w:t>life with family members’ jobs, working places, and job routines; different types of family</w:t>
            </w:r>
          </w:p>
          <w:p>
            <w:pPr>
              <w:spacing w:after="0"/>
            </w:pPr>
            <w:r>
              <w:rPr>
                <w:b w:val="0"/>
                <w:sz w:val="19"/>
              </w:rPr>
              <w:t>homes and houses” based on the model/example provided. ENG.6.4.W4. Students can individually construct/form content for the assigned writing task on the current</w:t>
            </w:r>
          </w:p>
          <w:p>
            <w:pPr>
              <w:spacing w:after="0"/>
            </w:pPr>
            <w:r>
              <w:rPr>
                <w:b w:val="0"/>
                <w:sz w:val="19"/>
              </w:rPr>
              <w:t>content “family life with family members’ jobs, working places, and job routines; different</w:t>
            </w:r>
          </w:p>
          <w:p>
            <w:pPr>
              <w:spacing w:after="0"/>
            </w:pPr>
            <w:r>
              <w:rPr>
                <w:b w:val="0"/>
                <w:sz w:val="19"/>
              </w:rPr>
              <w:t>types of family homes and houses”. ENG.6.4.W5. Students can reorganise (reconstruct) and use information in the new written tasks about</w:t>
            </w:r>
          </w:p>
          <w:p>
            <w:pPr>
              <w:spacing w:after="0"/>
            </w:pPr>
            <w:r>
              <w:rPr>
                <w:b w:val="0"/>
                <w:sz w:val="19"/>
              </w:rPr>
              <w:t>the “family life with family members’ jobs, working places, and job routines; different types of</w:t>
            </w:r>
          </w:p>
          <w:p>
            <w:pPr>
              <w:spacing w:after="0"/>
            </w:pPr>
            <w:r>
              <w:rPr>
                <w:b w:val="0"/>
                <w:sz w:val="19"/>
              </w:rPr>
              <w:t>family homes and houses” to communicate with other people. ENG.6.4.W6. Students can reflect on their knowledge, experiences, thoughts, and feelings related to the</w:t>
            </w:r>
          </w:p>
          <w:p>
            <w:pPr>
              <w:spacing w:after="0"/>
            </w:pPr>
            <w:r>
              <w:rPr>
                <w:b w:val="0"/>
                <w:sz w:val="19"/>
              </w:rPr>
              <w:t>writing-expression process about the current content, “family life with family members’ jobs, working places, and job routines; different types of family homes and houses” in relation to</w:t>
            </w:r>
          </w:p>
          <w:p>
            <w:pPr>
              <w:spacing w:after="0"/>
            </w:pPr>
            <w:r>
              <w:rPr>
                <w:b w:val="0"/>
                <w:sz w:val="19"/>
              </w:rPr>
              <w:t>themselves or others, both individually and/or with others. ENG.6.4.S1. Students can get ready for speaking-expression process about the current content on “family</w:t>
            </w:r>
          </w:p>
          <w:p>
            <w:pPr>
              <w:spacing w:after="0"/>
            </w:pPr>
            <w:r>
              <w:rPr>
                <w:b w:val="0"/>
                <w:sz w:val="19"/>
              </w:rPr>
              <w:t>life with family members’ jobs, working places, and job routines; different types of family</w:t>
            </w:r>
          </w:p>
          <w:p>
            <w:pPr>
              <w:spacing w:after="0"/>
            </w:pPr>
            <w:r>
              <w:rPr>
                <w:b w:val="0"/>
                <w:sz w:val="19"/>
              </w:rPr>
              <w:t>homes and houses”. ENG.6.4.S2. Students can use the model/example for producing verbal content about the current content</w:t>
            </w:r>
          </w:p>
          <w:p>
            <w:pPr>
              <w:spacing w:after="0"/>
            </w:pPr>
            <w:r>
              <w:rPr>
                <w:b w:val="0"/>
                <w:sz w:val="19"/>
              </w:rPr>
              <w:t>on “family life with family members’ jobs, working places, and job routines; different types of</w:t>
            </w:r>
          </w:p>
          <w:p>
            <w:pPr>
              <w:spacing w:after="0"/>
            </w:pPr>
            <w:r>
              <w:rPr>
                <w:b w:val="0"/>
                <w:sz w:val="19"/>
              </w:rPr>
              <w:t>family homes and houses”. ENG.6.4.S3. Students can organise a new verbal content on “family life with family members’ jobs, working</w:t>
            </w:r>
          </w:p>
          <w:p>
            <w:pPr>
              <w:spacing w:after="0"/>
            </w:pPr>
            <w:r>
              <w:rPr>
                <w:b w:val="0"/>
                <w:sz w:val="19"/>
              </w:rPr>
              <w:t>places, and job routines; different types of family homes and houses” by speaking accurately, efficiently, and authentically. ENG.6.4.S4. Students can construct a new verbal content on “family life with family members’ jobs, working</w:t>
            </w:r>
          </w:p>
          <w:p>
            <w:pPr>
              <w:spacing w:after="0"/>
            </w:pPr>
            <w:r>
              <w:rPr>
                <w:b w:val="0"/>
                <w:sz w:val="19"/>
              </w:rPr>
              <w:t>places, and job routines; different types of family homes and houses” by speaking accurately, efficiently, and authentically. ENG.6.4.S5. Students can reorganise (reconstruct) and use information about the “family life with family</w:t>
            </w:r>
          </w:p>
          <w:p>
            <w:pPr>
              <w:spacing w:after="0"/>
            </w:pPr>
            <w:r>
              <w:rPr>
                <w:b w:val="0"/>
                <w:sz w:val="19"/>
              </w:rPr>
              <w:t>members’ jobs, working places, and job routines; different types of family homes and houses”</w:t>
            </w:r>
          </w:p>
          <w:p>
            <w:pPr>
              <w:spacing w:after="0"/>
            </w:pPr>
            <w:r>
              <w:rPr>
                <w:b w:val="0"/>
                <w:sz w:val="19"/>
              </w:rPr>
              <w:t>to communicate with other people. ENG.6.4.S6. Students can convey their knowledge, experiences, thoughts, and feelings related to the</w:t>
            </w:r>
          </w:p>
          <w:p>
            <w:pPr>
              <w:spacing w:after="0"/>
            </w:pPr>
            <w:r>
              <w:rPr>
                <w:b w:val="0"/>
                <w:sz w:val="19"/>
              </w:rPr>
              <w:t>speaking-expression process about the current content, “family life with family members’</w:t>
            </w:r>
          </w:p>
          <w:p>
            <w:pPr>
              <w:spacing w:after="0"/>
            </w:pPr>
            <w:r>
              <w:rPr>
                <w:b w:val="0"/>
                <w:sz w:val="19"/>
              </w:rPr>
              <w:t>jobs, working places, and job routines; different types of family homes and houses” to</w:t>
            </w:r>
          </w:p>
          <w:p>
            <w:pPr>
              <w:spacing w:after="0"/>
            </w:pPr>
            <w:r>
              <w:rPr>
                <w:b w:val="0"/>
                <w:sz w:val="19"/>
              </w:rPr>
              <w:t>communicate with other people in relation to themselves or others, both individually and/or</w:t>
            </w:r>
          </w:p>
          <w:p>
            <w:pPr>
              <w:spacing w:after="0"/>
            </w:pPr>
            <w:r>
              <w:rPr>
                <w:b w:val="0"/>
                <w:sz w:val="19"/>
              </w:rPr>
              <w:t>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V2. Family Integrity, V3. Diligence, V4. Friendship, V6. Honesty, V7. Aesthetics, V10. Modesty, V11. Independence, V12. Patience, V13. Healthy Living, V16.</w:t>
            </w:r>
          </w:p>
          <w:p>
            <w:pPr>
              <w:spacing w:after="0"/>
            </w:pPr>
            <w:r>
              <w:rPr>
                <w:b w:val="0"/>
                <w:sz w:val="19"/>
              </w:rPr>
              <w:t>Responsibility,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LS3. Financial Literacy, LS4.</w:t>
            </w:r>
          </w:p>
          <w:p>
            <w:pPr>
              <w:spacing w:after="0"/>
            </w:pPr>
            <w:r>
              <w:rPr>
                <w:b w:val="0"/>
                <w:sz w:val="19"/>
              </w:rPr>
              <w:t>Visual Literacy, LS5. Cultural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(ENG.6.4.L1.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Students also draw pictures or paste magazine cut-outs that represent</w:t>
            </w:r>
          </w:p>
          <w:p>
            <w:pPr>
              <w:spacing w:after="0"/>
            </w:pPr>
            <w:r>
              <w:rPr>
                <w:b w:val="0"/>
                <w:sz w:val="19"/>
              </w:rPr>
              <w:t>the hobbies and write sentences describing the hobbies on the poster. The teacher encourages students to</w:t>
            </w:r>
          </w:p>
          <w:p>
            <w:pPr>
              <w:spacing w:after="0"/>
            </w:pPr>
            <w:r>
              <w:rPr>
                <w:b w:val="0"/>
                <w:sz w:val="19"/>
              </w:rPr>
              <w:t>elaborate on why their family member enjoys the hobby and when/how often they do it. The teacher allows</w:t>
            </w:r>
          </w:p>
          <w:p>
            <w:pPr>
              <w:spacing w:after="0"/>
            </w:pPr>
            <w:r>
              <w:rPr>
                <w:b w:val="0"/>
                <w:sz w:val="19"/>
              </w:rPr>
              <w:t>students to organise their posters freely. She/He encourages creativity and asks students to write multiple</w:t>
            </w:r>
          </w:p>
          <w:p>
            <w:pPr>
              <w:spacing w:after="0"/>
            </w:pPr>
            <w:r>
              <w:rPr>
                <w:b w:val="0"/>
                <w:sz w:val="19"/>
              </w:rPr>
              <w:t>sentences with connecting words. Students display the completed projects around the classroom on walls, desks, or boards. Students walk around the room in small groups, observing their classmates’ work and</w:t>
            </w:r>
          </w:p>
          <w:p>
            <w:pPr>
              <w:spacing w:after="0"/>
            </w:pPr>
            <w:r>
              <w:rPr>
                <w:b w:val="0"/>
                <w:sz w:val="19"/>
              </w:rPr>
              <w:t>asking questions. The teacher provides sticky notes for students to leave positive feedback or comments.</w:t>
            </w:r>
          </w:p>
          <w:p>
            <w:pPr>
              <w:spacing w:after="0"/>
            </w:pPr>
            <w:r>
              <w:rPr>
                <w:b w:val="0"/>
                <w:sz w:val="19"/>
              </w:rPr>
              <w:t>Students reflect on their thoughts and feelings about the activity.</w:t>
            </w:r>
          </w:p>
          <w:p>
            <w:pPr>
              <w:spacing w:after="0"/>
            </w:pPr>
            <w:r>
              <w:rPr>
                <w:b w:val="0"/>
                <w:sz w:val="19"/>
              </w:rPr>
              <w:t>Supporting</w:t>
            </w:r>
          </w:p>
          <w:p>
            <w:pPr>
              <w:spacing w:after="0"/>
            </w:pPr>
            <w:r>
              <w:rPr>
                <w:b w:val="0"/>
                <w:sz w:val="19"/>
              </w:rPr>
              <w:t>Objective: To describe family members’ hobbies and routines in English by using visuals and sentences in</w:t>
            </w:r>
          </w:p>
          <w:p>
            <w:pPr>
              <w:spacing w:after="0"/>
            </w:pPr>
            <w:r>
              <w:rPr>
                <w:b w:val="0"/>
                <w:sz w:val="19"/>
              </w:rPr>
              <w:t>the target language.</w:t>
            </w:r>
          </w:p>
          <w:p>
            <w:pPr>
              <w:spacing w:after="0"/>
            </w:pPr>
            <w:r>
              <w:rPr>
                <w:b w:val="0"/>
                <w:sz w:val="19"/>
              </w:rPr>
              <w:t>Activity 1: “A Family Poster”</w:t>
            </w:r>
          </w:p>
          <w:p>
            <w:pPr>
              <w:spacing w:after="0"/>
            </w:pPr>
            <w:r>
              <w:rPr>
                <w:b w:val="0"/>
                <w:sz w:val="19"/>
              </w:rPr>
              <w:t>Before the lesson the teacher tells students to bring hobby-themed magazine cut-outs to use in the activity.</w:t>
            </w:r>
          </w:p>
          <w:p>
            <w:pPr>
              <w:spacing w:after="0"/>
            </w:pPr>
            <w:r>
              <w:rPr>
                <w:b w:val="0"/>
                <w:sz w:val="19"/>
              </w:rPr>
              <w:t>The teacher asks students to work in small groups to create a family poster. Posters should include short</w:t>
            </w:r>
          </w:p>
          <w:p>
            <w:pPr>
              <w:spacing w:after="0"/>
            </w:pPr>
            <w:r>
              <w:rPr>
                <w:b w:val="0"/>
                <w:sz w:val="19"/>
              </w:rPr>
              <w:t>descriptions of the family members. The teacher provides a template with guided sections to fill in: (“This</w:t>
            </w:r>
          </w:p>
          <w:p>
            <w:pPr>
              <w:spacing w:after="0"/>
            </w:pPr>
            <w:r>
              <w:rPr>
                <w:b w:val="0"/>
                <w:sz w:val="19"/>
              </w:rPr>
              <w:t>is my __ mom, dad, sister”, “They like to __ cook/ play …”). Students also draw pictures or paste magazine</w:t>
            </w:r>
          </w:p>
          <w:p>
            <w:pPr>
              <w:spacing w:after="0"/>
            </w:pPr>
            <w:r>
              <w:rPr>
                <w:b w:val="0"/>
                <w:sz w:val="19"/>
              </w:rPr>
              <w:t>cutouts that represent the hobbies and write sentences describing the hobbies on the poster. The teacher</w:t>
            </w:r>
          </w:p>
          <w:p>
            <w:pPr>
              <w:spacing w:after="0"/>
            </w:pPr>
            <w:r>
              <w:rPr>
                <w:b w:val="0"/>
                <w:sz w:val="19"/>
              </w:rPr>
              <w:t>provides a word bank with key vocabulary and sentence starters (e.g., “My __ likes to __ because __”). The</w:t>
            </w:r>
          </w:p>
          <w:p>
            <w:pPr>
              <w:spacing w:after="0"/>
            </w:pPr>
            <w:r>
              <w:rPr>
                <w:b w:val="0"/>
                <w:sz w:val="19"/>
              </w:rPr>
              <w:t>teacher allows students to organise their posters freely. She/He encourages creativity. Students display</w:t>
            </w:r>
          </w:p>
          <w:p>
            <w:pPr>
              <w:spacing w:after="0"/>
            </w:pPr>
            <w:r>
              <w:rPr>
                <w:b w:val="0"/>
                <w:sz w:val="19"/>
              </w:rPr>
              <w:t>the completed projects around the classroom on walls, desks, or boards. Students walk around the room in</w:t>
            </w:r>
          </w:p>
          <w:p>
            <w:pPr>
              <w:spacing w:after="0"/>
            </w:pPr>
            <w:r>
              <w:rPr>
                <w:b w:val="0"/>
                <w:sz w:val="19"/>
              </w:rPr>
              <w:t>small groups, observing and reading their classmates’ work. The teacher provides sticky notes for students</w:t>
            </w:r>
          </w:p>
          <w:p>
            <w:pPr>
              <w:spacing w:after="0"/>
            </w:pPr>
            <w:r>
              <w:rPr>
                <w:b w:val="0"/>
                <w:sz w:val="19"/>
              </w:rPr>
              <w:t>to leave positive feedback or comments .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conduct a questionnaire on the daily routines, free-time</w:t>
            </w:r>
          </w:p>
          <w:p>
            <w:pPr>
              <w:spacing w:after="0"/>
            </w:pPr>
            <w:r>
              <w:rPr>
                <w:b w:val="0"/>
                <w:sz w:val="19"/>
              </w:rPr>
              <w:t>activities, and hobbies of their family members through interviews and present the written results with</w:t>
            </w:r>
          </w:p>
          <w:p>
            <w:pPr>
              <w:spacing w:after="0"/>
            </w:pPr>
            <w:r>
              <w:rPr>
                <w:b w:val="0"/>
                <w:sz w:val="19"/>
              </w:rPr>
              <w:t>digital resources and/or realia by acting out some of the routines, free-time activities, and hobbies reported</w:t>
            </w:r>
          </w:p>
          <w:p>
            <w:pPr>
              <w:spacing w:after="0"/>
            </w:pPr>
            <w:r>
              <w:rPr>
                <w:b w:val="0"/>
                <w:sz w:val="19"/>
              </w:rPr>
              <w:t>in the questionnaire. The assignment will be evaluated by using a rubric scheme, a rating scale, and/or a</w:t>
            </w:r>
          </w:p>
          <w:p>
            <w:pPr>
              <w:spacing w:after="0"/>
            </w:pPr>
            <w:r>
              <w:rPr>
                <w:b w:val="0"/>
                <w:sz w:val="19"/>
              </w:rPr>
              <w:t>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21: 22-26 February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February · Week 21: 22-26 February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festivals and events (sports, music, arts) in the neighbourhood and city; transportation in the</w:t>
            </w:r>
          </w:p>
          <w:p>
            <w:pPr>
              <w:spacing w:after="0"/>
            </w:pPr>
            <w:r>
              <w:rPr>
                <w:b w:val="0"/>
                <w:sz w:val="19"/>
              </w:rPr>
              <w:t>neighbourhood and the city</w:t>
            </w:r>
          </w:p>
          <w:p>
            <w:pPr>
              <w:spacing w:after="0"/>
            </w:pPr>
            <w:r>
              <w:rPr>
                <w:b w:val="0"/>
                <w:sz w:val="19"/>
              </w:rPr>
              <w:t>Target Vocabulary in Use (with revisional vocabulary):</w:t>
            </w:r>
          </w:p>
          <w:p>
            <w:pPr>
              <w:spacing w:after="0"/>
            </w:pPr>
            <w:r>
              <w:rPr>
                <w:b w:val="0"/>
                <w:sz w:val="19"/>
              </w:rPr>
              <w:t>Vocabulary for festivals and events in the neighbourhood and city:</w:t>
            </w:r>
          </w:p>
          <w:p>
            <w:pPr>
              <w:spacing w:after="0"/>
            </w:pPr>
            <w:r>
              <w:rPr>
                <w:b w:val="0"/>
                <w:sz w:val="19"/>
              </w:rPr>
              <w:t>Nouns: A festival, an audience, a musician, a platform, a wedding, jazz, pop, rock, rap.</w:t>
            </w:r>
          </w:p>
          <w:p>
            <w:pPr>
              <w:spacing w:after="0"/>
            </w:pPr>
            <w:r>
              <w:rPr>
                <w:b w:val="0"/>
                <w:sz w:val="19"/>
              </w:rPr>
              <w:t>Verbs: To celebrate, to perform, to raise (money), to organise, to practice, to ride, to skate.</w:t>
            </w:r>
          </w:p>
          <w:p>
            <w:pPr>
              <w:spacing w:after="0"/>
            </w:pPr>
            <w:r>
              <w:rPr>
                <w:b w:val="0"/>
                <w:sz w:val="19"/>
              </w:rPr>
              <w:t>Adjectives: Pleased, social, tired, creative, local.</w:t>
            </w:r>
          </w:p>
          <w:p>
            <w:pPr>
              <w:spacing w:after="0"/>
            </w:pPr>
            <w:r>
              <w:rPr>
                <w:b w:val="0"/>
                <w:sz w:val="19"/>
              </w:rPr>
              <w:t>Adverbs: Any, better, best.</w:t>
            </w:r>
          </w:p>
          <w:p>
            <w:pPr>
              <w:spacing w:after="0"/>
            </w:pPr>
            <w:r>
              <w:rPr>
                <w:b w:val="0"/>
                <w:sz w:val="19"/>
              </w:rPr>
              <w:t>Vocabulary for transportation in the neighbourhood and city:</w:t>
            </w:r>
          </w:p>
          <w:p>
            <w:pPr>
              <w:spacing w:after="0"/>
            </w:pPr>
            <w:r>
              <w:rPr>
                <w:b w:val="0"/>
                <w:sz w:val="19"/>
              </w:rPr>
              <w:t>Nouns: Means of transport, parking, driving, a sign, a direction, a vehicle, a railway, a link, a tube, underground</w:t>
            </w:r>
          </w:p>
          <w:p>
            <w:pPr>
              <w:spacing w:after="0"/>
            </w:pPr>
            <w:r>
              <w:rPr>
                <w:b w:val="0"/>
                <w:sz w:val="19"/>
              </w:rPr>
              <w:t>(official name of tube in Britain) (subway-AmE.), a drive, a ride, a van, a ship, a lorry (truck-AmE.), a motorcycle, a wheel, gas, petrol, an overpass, an underpass, tram (trolley-AmE.).</w:t>
            </w:r>
          </w:p>
          <w:p>
            <w:pPr>
              <w:spacing w:after="0"/>
            </w:pPr>
            <w:r>
              <w:rPr>
                <w:b w:val="0"/>
                <w:sz w:val="19"/>
              </w:rPr>
              <w:t>Verbs: To catch, to cross, to ride, to link, to count someone in, to hang on, to rush.</w:t>
            </w:r>
          </w:p>
          <w:p>
            <w:pPr>
              <w:spacing w:after="0"/>
            </w:pPr>
            <w:r>
              <w:rPr>
                <w:b w:val="0"/>
                <w:sz w:val="19"/>
              </w:rPr>
              <w:t>Adjectives: Pleased, crowded, social, tired, creative, local.</w:t>
            </w:r>
          </w:p>
          <w:p>
            <w:pPr>
              <w:spacing w:after="0"/>
            </w:pPr>
            <w:r>
              <w:rPr>
                <w:b w:val="0"/>
                <w:sz w:val="19"/>
              </w:rPr>
              <w:t>Phrases: Public transport.</w:t>
            </w:r>
          </w:p>
          <w:p>
            <w:pPr>
              <w:spacing w:after="0"/>
            </w:pPr>
            <w:r>
              <w:rPr>
                <w:b w:val="0"/>
                <w:sz w:val="19"/>
              </w:rPr>
              <w:t>Adverbs: Along, straight, past, slowly.</w:t>
            </w:r>
          </w:p>
          <w:p>
            <w:pPr>
              <w:spacing w:after="0"/>
            </w:pPr>
            <w:r>
              <w:rPr>
                <w:b w:val="0"/>
                <w:sz w:val="19"/>
              </w:rPr>
              <w:t>Target Grammatical Structures in Use:</w:t>
            </w:r>
          </w:p>
          <w:p>
            <w:pPr>
              <w:spacing w:after="0"/>
            </w:pPr>
            <w:r>
              <w:rPr>
                <w:b w:val="0"/>
                <w:sz w:val="19"/>
              </w:rPr>
              <w:t>-The Simple Past Tense (was-were): (The train was late yesterday because of the rain. The guests were</w:t>
            </w:r>
          </w:p>
          <w:p>
            <w:pPr>
              <w:spacing w:after="0"/>
            </w:pPr>
            <w:r>
              <w:rPr>
                <w:b w:val="0"/>
                <w:sz w:val="19"/>
              </w:rPr>
              <w:t>pleased with the meals).</w:t>
            </w:r>
          </w:p>
          <w:p>
            <w:pPr>
              <w:spacing w:after="0"/>
            </w:pPr>
            <w:r>
              <w:rPr>
                <w:b w:val="0"/>
                <w:sz w:val="19"/>
              </w:rPr>
              <w:t>-Wh- questions (why, when): (What did they celebrate last night? When did the lorry cross the overpass?)</w:t>
            </w:r>
          </w:p>
          <w:p>
            <w:pPr>
              <w:spacing w:after="0"/>
            </w:pPr>
            <w:r>
              <w:rPr>
                <w:b w:val="0"/>
                <w:sz w:val="19"/>
              </w:rPr>
              <w:t>-Gerunds and infinitives: (I enjoy listening to rock music at festivals. We planned to raise money for the jazz</w:t>
            </w:r>
          </w:p>
          <w:p>
            <w:pPr>
              <w:spacing w:after="0"/>
            </w:pPr>
            <w:r>
              <w:rPr>
                <w:b w:val="0"/>
                <w:sz w:val="19"/>
              </w:rPr>
              <w:t>performers).</w:t>
            </w:r>
          </w:p>
          <w:p>
            <w:pPr>
              <w:spacing w:after="0"/>
            </w:pPr>
            <w:r>
              <w:rPr>
                <w:b w:val="0"/>
                <w:sz w:val="19"/>
              </w:rPr>
              <w:t>-Question tags for the Simple Past Tense (to be): (The festival was amazing, wasn’t it? There weren’t many</w:t>
            </w:r>
          </w:p>
          <w:p>
            <w:pPr>
              <w:spacing w:after="0"/>
            </w:pPr>
            <w:r>
              <w:rPr>
                <w:b w:val="0"/>
                <w:sz w:val="19"/>
              </w:rPr>
              <w:t>people at the wedding, were there?)</w:t>
            </w:r>
          </w:p>
          <w:p>
            <w:pPr>
              <w:spacing w:after="0"/>
            </w:pPr>
            <w:r>
              <w:rPr>
                <w:b w:val="0"/>
                <w:sz w:val="19"/>
              </w:rPr>
              <w:t>-Prepositions (prepositions of place: at, in, on, in front of, under, behind, among, beside, near, next to, between, across, into, through, onto, out of. Prepositions of time: on, in, for, at; Prepositions of phrases: on</w:t>
            </w:r>
          </w:p>
          <w:p>
            <w:pPr>
              <w:spacing w:after="0"/>
            </w:pPr>
            <w:r>
              <w:rPr>
                <w:b w:val="0"/>
                <w:sz w:val="19"/>
              </w:rPr>
              <w:t>foot, by car): (The truck stopped near the railway crossing. The audience sat on the grass during the concert.</w:t>
            </w:r>
          </w:p>
          <w:p>
            <w:pPr>
              <w:spacing w:after="0"/>
            </w:pPr>
            <w:r>
              <w:rPr>
                <w:b w:val="0"/>
                <w:sz w:val="19"/>
              </w:rPr>
              <w:t>The jazz concert started at 7 p.m. last night. He travelled to the city park by car with his family. She walked</w:t>
            </w:r>
          </w:p>
          <w:p>
            <w:pPr>
              <w:spacing w:after="0"/>
            </w:pPr>
            <w:r>
              <w:rPr>
                <w:b w:val="0"/>
                <w:sz w:val="19"/>
              </w:rPr>
              <w:t>across the road to catch the bAmE.).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Functions of the Grammatical Structures in Use:</w:t>
            </w:r>
          </w:p>
          <w:p>
            <w:pPr>
              <w:spacing w:after="0"/>
            </w:pPr>
            <w:r>
              <w:rPr>
                <w:b w:val="0"/>
                <w:sz w:val="19"/>
              </w:rPr>
              <w:t>-Use of the Simple Past Tense (was-were): Describing past events, states, or conditions.</w:t>
            </w:r>
          </w:p>
          <w:p>
            <w:pPr>
              <w:spacing w:after="0"/>
            </w:pPr>
            <w:r>
              <w:rPr>
                <w:b w:val="0"/>
                <w:sz w:val="19"/>
              </w:rPr>
              <w:t>-Use of Wh questions (why, when): Asking for reasons or time-related information about events, actions, or</w:t>
            </w:r>
          </w:p>
          <w:p>
            <w:pPr>
              <w:spacing w:after="0"/>
            </w:pPr>
            <w:r>
              <w:rPr>
                <w:b w:val="0"/>
                <w:sz w:val="19"/>
              </w:rPr>
              <w:t>situations. -Use of Gerunds and infinitives: Talking about likes, dislikes, plans, and actions.</w:t>
            </w:r>
          </w:p>
          <w:p>
            <w:pPr>
              <w:spacing w:after="0"/>
            </w:pPr>
            <w:r>
              <w:rPr>
                <w:b w:val="0"/>
                <w:sz w:val="19"/>
              </w:rPr>
              <w:t>-Use of Question tags for past tense (to be): Confirming or seeking agreement about past events or states.</w:t>
            </w:r>
          </w:p>
          <w:p>
            <w:pPr>
              <w:spacing w:after="0"/>
            </w:pPr>
            <w:r>
              <w:rPr>
                <w:b w:val="0"/>
                <w:sz w:val="19"/>
              </w:rPr>
              <w:t>-Use of Prepositions (prepositions of place: at, in, on, in front of, under, behind, among, beside, near, next to, between, across, into, through, onto, out of and prepositions of time: on, in, for, at; prepositions of phrases:</w:t>
            </w:r>
          </w:p>
          <w:p>
            <w:pPr>
              <w:spacing w:after="0"/>
            </w:pPr>
            <w:r>
              <w:rPr>
                <w:b w:val="0"/>
                <w:sz w:val="19"/>
              </w:rPr>
              <w:t>on foot, by car): Describing the location and time of objects, people, or events.</w:t>
            </w:r>
          </w:p>
          <w:p>
            <w:pPr>
              <w:spacing w:after="0"/>
            </w:pPr>
            <w:r>
              <w:rPr>
                <w:b w:val="0"/>
                <w:sz w:val="19"/>
              </w:rPr>
              <w:t>Target Social Language in Use:</w:t>
            </w:r>
          </w:p>
          <w:p>
            <w:pPr>
              <w:spacing w:after="0"/>
            </w:pPr>
            <w:r>
              <w:rPr>
                <w:b w:val="0"/>
                <w:sz w:val="19"/>
              </w:rPr>
              <w:t>The music festival is the talk of the town!</w:t>
            </w:r>
          </w:p>
          <w:p>
            <w:pPr>
              <w:spacing w:after="0"/>
            </w:pPr>
            <w:r>
              <w:rPr>
                <w:b w:val="0"/>
                <w:sz w:val="19"/>
              </w:rPr>
              <w:t>We were stuck in a traffic jam on the way to the concert!</w:t>
            </w:r>
          </w:p>
          <w:p>
            <w:pPr>
              <w:spacing w:after="0"/>
            </w:pPr>
            <w:r>
              <w:rPr>
                <w:b w:val="0"/>
                <w:sz w:val="19"/>
              </w:rPr>
              <w:t>Can I get a lift to the station?</w:t>
            </w:r>
          </w:p>
          <w:p>
            <w:pPr>
              <w:spacing w:after="0"/>
            </w:pPr>
            <w:r>
              <w:rPr>
                <w:b w:val="0"/>
                <w:sz w:val="19"/>
              </w:rPr>
              <w:t>Target Phonological Sounds in Use:</w:t>
            </w:r>
          </w:p>
          <w:p>
            <w:pPr>
              <w:spacing w:after="0"/>
            </w:pPr>
            <w:r>
              <w:rPr>
                <w:b w:val="0"/>
                <w:sz w:val="19"/>
              </w:rPr>
              <w:t>Vowel: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ENG.6.5.L1. Students can get ready for the listening/watching-comprehension process for the current</w:t>
            </w:r>
          </w:p>
          <w:p>
            <w:pPr>
              <w:spacing w:after="0"/>
            </w:pPr>
            <w:r>
              <w:rPr>
                <w:b w:val="0"/>
                <w:sz w:val="19"/>
              </w:rPr>
              <w:t>content on “life in the neighbourhood and the city with festivals and events (sports, music, arts)</w:t>
            </w:r>
          </w:p>
          <w:p>
            <w:pPr>
              <w:spacing w:after="0"/>
            </w:pPr>
            <w:r>
              <w:rPr>
                <w:b w:val="0"/>
                <w:sz w:val="19"/>
              </w:rPr>
              <w:t>in the neighbourhood and city; transportation in the neighbourhood and the city” carefully. ENG.6.5.L2.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together through significant details and</w:t>
            </w:r>
          </w:p>
          <w:p>
            <w:pPr>
              <w:spacing w:after="0"/>
            </w:pPr>
            <w:r>
              <w:rPr>
                <w:b w:val="0"/>
                <w:sz w:val="19"/>
              </w:rPr>
              <w:t>main components while listening/watching it. ENG.6.5.L3. Students can make meaning of/derive meaning from the current content on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through significant details by</w:t>
            </w:r>
          </w:p>
          <w:p>
            <w:pPr>
              <w:spacing w:after="0"/>
            </w:pPr>
            <w:r>
              <w:rPr>
                <w:b w:val="0"/>
                <w:sz w:val="19"/>
              </w:rPr>
              <w:t>listening/watching it carefully. ENG.6.5.L4.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ENG.6.5.P1. Students can select and use the target phonological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and naturally through spontaneous decision-making processes and use it in an</w:t>
            </w:r>
          </w:p>
          <w:p>
            <w:pPr>
              <w:spacing w:after="0"/>
            </w:pPr>
            <w:r>
              <w:rPr>
                <w:b w:val="0"/>
                <w:sz w:val="19"/>
              </w:rPr>
              <w:t>appropriate and effective way when communicating with others. ENG.6.5.R1. Students can get ready for the reading-comprehension process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ENG.6.5.R2.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through skimming (looking quickly at) the</w:t>
            </w:r>
          </w:p>
          <w:p>
            <w:pPr>
              <w:spacing w:after="0"/>
            </w:pPr>
            <w:r>
              <w:rPr>
                <w:b w:val="0"/>
                <w:sz w:val="19"/>
              </w:rPr>
              <w:t>audio-visual elements and reading the content very quickly. ENG.6.5.R3. Students can make meaning of / derive meaning from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by reading it carefully. ENG.6.5.R4. Students can convey their knowledge, experiences, thoughts, and feelings related to the</w:t>
            </w:r>
          </w:p>
          <w:p>
            <w:pPr>
              <w:spacing w:after="0"/>
            </w:pPr>
            <w:r>
              <w:rPr>
                <w:b w:val="0"/>
                <w:sz w:val="19"/>
              </w:rPr>
              <w:t>reading-comprehension process about the current content,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in relation to themselves or others, both</w:t>
            </w:r>
          </w:p>
          <w:p>
            <w:pPr>
              <w:spacing w:after="0"/>
            </w:pPr>
            <w:r>
              <w:rPr>
                <w:b w:val="0"/>
                <w:sz w:val="19"/>
              </w:rPr>
              <w:t>individually and/or with others. ENG.6.5.V1. Students can select and use the target vocabulary of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accurately, authentically, spontaneously, and naturally and use it appropriately and effectively when communicating</w:t>
            </w:r>
          </w:p>
          <w:p>
            <w:pPr>
              <w:spacing w:after="0"/>
            </w:pPr>
            <w:r>
              <w:rPr>
                <w:b w:val="0"/>
                <w:sz w:val="19"/>
              </w:rPr>
              <w:t>with others. ENG.6.5.G1. Students can select and use the target grammatical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spontaneously, and naturally and use it appropriately and effectively when</w:t>
            </w:r>
          </w:p>
          <w:p>
            <w:pPr>
              <w:spacing w:after="0"/>
            </w:pPr>
            <w:r>
              <w:rPr>
                <w:b w:val="0"/>
                <w:sz w:val="19"/>
              </w:rPr>
              <w:t>communicating with others. ENG.6.5.W1. Students can get ready for the writing-expression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ENG.6.5.W2. Students can understand the model/example for the writing task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ENG.6.5.W3. Students can organise a content for the assigned writing task on the current content “life</w:t>
            </w:r>
          </w:p>
          <w:p>
            <w:pPr>
              <w:spacing w:after="0"/>
            </w:pPr>
            <w:r>
              <w:rPr>
                <w:b w:val="0"/>
                <w:sz w:val="19"/>
              </w:rPr>
              <w:t>in the neighbourhood and the city with festivals and events (sports, music, arts) in the</w:t>
            </w:r>
          </w:p>
          <w:p>
            <w:pPr>
              <w:spacing w:after="0"/>
            </w:pPr>
            <w:r>
              <w:rPr>
                <w:b w:val="0"/>
                <w:sz w:val="19"/>
              </w:rPr>
              <w:t>neighbourhood and city; transportation in the neighbourhood and the city” based on the</w:t>
            </w:r>
          </w:p>
          <w:p>
            <w:pPr>
              <w:spacing w:after="0"/>
            </w:pPr>
            <w:r>
              <w:rPr>
                <w:b w:val="0"/>
                <w:sz w:val="19"/>
              </w:rPr>
              <w:t>model/example provided. ENG.6.5.W4. Students can individually construct/form content for the assigned writing task on the current</w:t>
            </w:r>
          </w:p>
          <w:p>
            <w:pPr>
              <w:spacing w:after="0"/>
            </w:pPr>
            <w:r>
              <w:rPr>
                <w:b w:val="0"/>
                <w:sz w:val="19"/>
              </w:rPr>
              <w:t>content “life in the neighbourhood and the city with festivals and events (sports, music, arts)</w:t>
            </w:r>
          </w:p>
          <w:p>
            <w:pPr>
              <w:spacing w:after="0"/>
            </w:pPr>
            <w:r>
              <w:rPr>
                <w:b w:val="0"/>
                <w:sz w:val="19"/>
              </w:rPr>
              <w:t>in the neighbourhood and city; transportation in the neighbourhood and the city”. ENG.6.5.W5. Students can reorganise (reconstruct) and use information in the new written tasks about the</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to communicate</w:t>
            </w:r>
          </w:p>
          <w:p>
            <w:pPr>
              <w:spacing w:after="0"/>
            </w:pPr>
            <w:r>
              <w:rPr>
                <w:b w:val="0"/>
                <w:sz w:val="19"/>
              </w:rPr>
              <w:t>with other people. ENG.6.5.W6. Students can reflect on their knowledge, experiences, thoughts, and feelings related to the</w:t>
            </w:r>
          </w:p>
          <w:p>
            <w:pPr>
              <w:spacing w:after="0"/>
            </w:pPr>
            <w:r>
              <w:rPr>
                <w:b w:val="0"/>
                <w:sz w:val="19"/>
              </w:rPr>
              <w:t>writing-expression process about the current content, “life in the neighbourhood and the city</w:t>
            </w:r>
          </w:p>
          <w:p>
            <w:pPr>
              <w:spacing w:after="0"/>
            </w:pPr>
            <w:r>
              <w:rPr>
                <w:b w:val="0"/>
                <w:sz w:val="19"/>
              </w:rPr>
              <w:t>with festivals and events (sports, music, arts) in the neighbourhood and city; transportation</w:t>
            </w:r>
          </w:p>
          <w:p>
            <w:pPr>
              <w:spacing w:after="0"/>
            </w:pPr>
            <w:r>
              <w:rPr>
                <w:b w:val="0"/>
                <w:sz w:val="19"/>
              </w:rPr>
              <w:t>in the neighbourhood and the city” in relation to themselves or others, both individually and/</w:t>
            </w:r>
          </w:p>
          <w:p>
            <w:pPr>
              <w:spacing w:after="0"/>
            </w:pPr>
            <w:r>
              <w:rPr>
                <w:b w:val="0"/>
                <w:sz w:val="19"/>
              </w:rPr>
              <w:t>or with others. ENG.6.5.S1. Students can get ready for speaking-expression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ENG.6.5.S2. Students can use the model/example for producing verbal content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ENG.6.5.S3. Students can organise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ENG.6.5.S4. Students can construct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ENG.6.5.S5. Students can reorganise (reconstruct) and use information about the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 communicate with other people. ENG.6.5.S6. Students can convey their knowledge, experiences, thoughts, and feelings related to the</w:t>
            </w:r>
          </w:p>
          <w:p>
            <w:pPr>
              <w:spacing w:after="0"/>
            </w:pPr>
            <w:r>
              <w:rPr>
                <w:b w:val="0"/>
                <w:sz w:val="19"/>
              </w:rPr>
              <w:t>speaking-expression process about the current content, “life in the neighbourhood and the city</w:t>
            </w:r>
          </w:p>
          <w:p>
            <w:pPr>
              <w:spacing w:after="0"/>
            </w:pPr>
            <w:r>
              <w:rPr>
                <w:b w:val="0"/>
                <w:sz w:val="19"/>
              </w:rPr>
              <w:t>with festivals and events (sports, music, arts) in the neighbourhood and city; transportation in</w:t>
            </w:r>
          </w:p>
          <w:p>
            <w:pPr>
              <w:spacing w:after="0"/>
            </w:pPr>
            <w:r>
              <w:rPr>
                <w:b w:val="0"/>
                <w:sz w:val="19"/>
              </w:rPr>
              <w:t>the neighbourhood and the city” to communicate with other people in relation to themselves</w:t>
            </w:r>
          </w:p>
          <w:p>
            <w:pPr>
              <w:spacing w:after="0"/>
            </w:pPr>
            <w:r>
              <w:rPr>
                <w:b w:val="0"/>
                <w:sz w:val="19"/>
              </w:rPr>
              <w:t>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She/He gives each group a Treasure Hunt Map ( a hand-drawn or printed map of</w:t>
            </w:r>
          </w:p>
          <w:p>
            <w:pPr>
              <w:spacing w:after="0"/>
            </w:pPr>
            <w:r>
              <w:rPr>
                <w:b w:val="0"/>
                <w:sz w:val="19"/>
              </w:rPr>
              <w:t>a fictional place like a pirate island, a mysterious castle, a hidden city with various landmarks and locations)</w:t>
            </w:r>
          </w:p>
          <w:p>
            <w:pPr>
              <w:spacing w:after="0"/>
            </w:pPr>
            <w:r>
              <w:rPr>
                <w:b w:val="0"/>
                <w:sz w:val="19"/>
              </w:rPr>
              <w:t>and a set of Treasure Clue Cards (cards with clues or directions that lead students to the next location or</w:t>
            </w:r>
          </w:p>
          <w:p>
            <w:pPr>
              <w:spacing w:after="0"/>
            </w:pPr>
            <w:r>
              <w:rPr>
                <w:b w:val="0"/>
                <w:sz w:val="19"/>
              </w:rPr>
              <w:t>object in the hunt).The cards describe where the next clue or “treasure” (a small object hidden on the map) is</w:t>
            </w:r>
          </w:p>
          <w:p>
            <w:pPr>
              <w:spacing w:after="0"/>
            </w:pPr>
            <w:r>
              <w:rPr>
                <w:b w:val="0"/>
                <w:sz w:val="19"/>
              </w:rPr>
              <w:t>located using prepositions of place. Each group goes on a treasure hunt and follows the clues and describes</w:t>
            </w:r>
          </w:p>
          <w:p>
            <w:pPr>
              <w:spacing w:after="0"/>
            </w:pPr>
            <w:r>
              <w:rPr>
                <w:b w:val="0"/>
                <w:sz w:val="19"/>
              </w:rPr>
              <w:t>where objects or locations are according to the prepositions of place. The teacher reads the first clue aloud</w:t>
            </w:r>
          </w:p>
          <w:p>
            <w:pPr>
              <w:spacing w:after="0"/>
            </w:pPr>
            <w:r>
              <w:rPr>
                <w:b w:val="0"/>
                <w:sz w:val="19"/>
              </w:rPr>
              <w:t>to the class. For example: “The treasure is under the big tree near the castle”. Groups discuss and figure</w:t>
            </w:r>
          </w:p>
          <w:p>
            <w:pPr>
              <w:spacing w:after="0"/>
            </w:pPr>
            <w:r>
              <w:rPr>
                <w:b w:val="0"/>
                <w:sz w:val="19"/>
              </w:rPr>
              <w:t>out the location based on the clue. Students describe the position of the treasure on their map, using the</w:t>
            </w:r>
          </w:p>
          <w:p>
            <w:pPr>
              <w:spacing w:after="0"/>
            </w:pPr>
            <w:r>
              <w:rPr>
                <w:b w:val="0"/>
                <w:sz w:val="19"/>
              </w:rPr>
              <w:t>correct prepositions of place. For example: “The treasure is under the big tree”. Once they find the location</w:t>
            </w:r>
          </w:p>
          <w:p>
            <w:pPr>
              <w:spacing w:after="0"/>
            </w:pPr>
            <w:r>
              <w:rPr>
                <w:b w:val="0"/>
                <w:sz w:val="19"/>
              </w:rPr>
              <w:t>of the treasure, they check their answer with the teacher. If they are correct, they receive the next clue to</w:t>
            </w:r>
          </w:p>
          <w:p>
            <w:pPr>
              <w:spacing w:after="0"/>
            </w:pPr>
            <w:r>
              <w:rPr>
                <w:b w:val="0"/>
                <w:sz w:val="19"/>
              </w:rPr>
              <w:t>continue the hunt. As groups move through the map, they encounter more clues with complex prepositions</w:t>
            </w:r>
          </w:p>
          <w:p>
            <w:pPr>
              <w:spacing w:after="0"/>
            </w:pPr>
            <w:r>
              <w:rPr>
                <w:b w:val="0"/>
                <w:sz w:val="19"/>
              </w:rPr>
              <w:t>(e.g., “The hidden door is between the bookshelf and the window” or “The key is behind the painting in the</w:t>
            </w:r>
          </w:p>
          <w:p>
            <w:pPr>
              <w:spacing w:after="0"/>
            </w:pPr>
            <w:r>
              <w:rPr>
                <w:b w:val="0"/>
                <w:sz w:val="19"/>
              </w:rPr>
              <w:t>corridor”). The first group to solve all the clues and find the final treasure (a hidden object somewhere in</w:t>
            </w:r>
          </w:p>
          <w:p>
            <w:pPr>
              <w:spacing w:after="0"/>
            </w:pPr>
            <w:r>
              <w:rPr>
                <w:b w:val="0"/>
                <w:sz w:val="19"/>
              </w:rPr>
              <w:t>the room or on the map) wins the game. Once all the groups have completed the treasure hunt, ask them</w:t>
            </w:r>
          </w:p>
          <w:p>
            <w:pPr>
              <w:spacing w:after="0"/>
            </w:pPr>
            <w:r>
              <w:rPr>
                <w:b w:val="0"/>
                <w:sz w:val="19"/>
              </w:rPr>
              <w:t>to share their favourite clues or most difficult clues with the class. The teacher praises students for their</w:t>
            </w:r>
          </w:p>
          <w:p>
            <w:pPr>
              <w:spacing w:after="0"/>
            </w:pPr>
            <w:r>
              <w:rPr>
                <w:b w:val="0"/>
                <w:sz w:val="19"/>
              </w:rPr>
              <w:t>teamwork and creativity during the hunt. Students reflect on their thoughts and feelings about the activity.</w:t>
            </w:r>
          </w:p>
          <w:p>
            <w:pPr>
              <w:spacing w:after="0"/>
            </w:pPr>
            <w:r>
              <w:rPr>
                <w:b w:val="0"/>
                <w:sz w:val="19"/>
              </w:rPr>
              <w:t>Supporting</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The teacher hides a small object, such as a coin, or sticker that will be the final</w:t>
            </w:r>
          </w:p>
          <w:p>
            <w:pPr>
              <w:spacing w:after="0"/>
            </w:pPr>
            <w:r>
              <w:rPr>
                <w:b w:val="0"/>
                <w:sz w:val="19"/>
              </w:rPr>
              <w:t>treasure in the classroom or in a specific area. Clue cards are also placed in different spots, each one leading</w:t>
            </w:r>
          </w:p>
          <w:p>
            <w:pPr>
              <w:spacing w:after="0"/>
            </w:pPr>
            <w:r>
              <w:rPr>
                <w:b w:val="0"/>
                <w:sz w:val="19"/>
              </w:rPr>
              <w:t>to the next clue. Each clue describes the location of the next clue using a preposition of place. For example:</w:t>
            </w:r>
          </w:p>
          <w:p>
            <w:pPr>
              <w:spacing w:after="0"/>
            </w:pPr>
            <w:r>
              <w:rPr>
                <w:b w:val="0"/>
                <w:sz w:val="19"/>
              </w:rPr>
              <w:t>“The treasure is under the desk”, “Look behind the door”. The teacher gives the class the first clue aloud.</w:t>
            </w:r>
          </w:p>
          <w:p>
            <w:pPr>
              <w:spacing w:after="0"/>
            </w:pPr>
            <w:r>
              <w:rPr>
                <w:b w:val="0"/>
                <w:sz w:val="19"/>
              </w:rPr>
              <w:t>For example: “The treasure is under the table”. Students follow the clue and find the location described</w:t>
            </w:r>
          </w:p>
          <w:p>
            <w:pPr>
              <w:spacing w:after="0"/>
            </w:pPr>
            <w:r>
              <w:rPr>
                <w:b w:val="0"/>
                <w:sz w:val="19"/>
              </w:rPr>
              <w:t>using prepositions. When students find the correct location (e.g., under the table), they read the next clue.</w:t>
            </w:r>
          </w:p>
          <w:p>
            <w:pPr>
              <w:spacing w:after="0"/>
            </w:pPr>
            <w:r>
              <w:rPr>
                <w:b w:val="0"/>
                <w:sz w:val="19"/>
              </w:rPr>
              <w:t>Example: “The next clue is behind the bookshelf”. As students move from one location to the next, they</w:t>
            </w:r>
          </w:p>
          <w:p>
            <w:pPr>
              <w:spacing w:after="0"/>
            </w:pPr>
            <w:r>
              <w:rPr>
                <w:b w:val="0"/>
                <w:sz w:val="19"/>
              </w:rPr>
              <w:t>describe where things are located using prepositions, such as: “The book is on the shelf”. The first group to</w:t>
            </w:r>
          </w:p>
          <w:p>
            <w:pPr>
              <w:spacing w:after="0"/>
            </w:pPr>
            <w:r>
              <w:rPr>
                <w:b w:val="0"/>
                <w:sz w:val="19"/>
              </w:rPr>
              <w:t>find the final treasure wins the game! Once the treasure is found, the teacher reviews the prepositions of the</w:t>
            </w:r>
          </w:p>
          <w:p>
            <w:pPr>
              <w:spacing w:after="0"/>
            </w:pPr>
            <w:r>
              <w:rPr>
                <w:b w:val="0"/>
                <w:sz w:val="19"/>
              </w:rPr>
              <w:t>place used during the activity and discusses any mistakes. She/He provides feedback and praises students</w:t>
            </w:r>
          </w:p>
          <w:p>
            <w:pPr>
              <w:spacing w:after="0"/>
            </w:pPr>
            <w:r>
              <w:rPr>
                <w:b w:val="0"/>
                <w:sz w:val="19"/>
              </w:rPr>
              <w:t>for their participation and teamwork!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poster or a short presentation about a festival or event</w:t>
            </w:r>
          </w:p>
          <w:p>
            <w:pPr>
              <w:spacing w:after="0"/>
            </w:pPr>
            <w:r>
              <w:rPr>
                <w:b w:val="0"/>
                <w:sz w:val="19"/>
              </w:rPr>
              <w:t>in their neighbourhood or city and explain how people can travel to this event using different transportation</w:t>
            </w:r>
          </w:p>
          <w:p>
            <w:pPr>
              <w:spacing w:after="0"/>
            </w:pPr>
            <w:r>
              <w:rPr>
                <w:b w:val="0"/>
                <w:sz w:val="19"/>
              </w:rPr>
              <w:t>options. Students will include details about the festival or event, such as its name, type (sports, music, arts), time, and location. They will describe at least two transportation methods available, explaining which</w:t>
            </w:r>
          </w:p>
          <w:p>
            <w:pPr>
              <w:spacing w:after="0"/>
            </w:pPr>
            <w:r>
              <w:rPr>
                <w:b w:val="0"/>
                <w:sz w:val="19"/>
              </w:rPr>
              <w:t>one is better for the event and why. Students will also add pictures or drawings to make their work visually</w:t>
            </w:r>
          </w:p>
          <w:p>
            <w:pPr>
              <w:spacing w:after="0"/>
            </w:pPr>
            <w:r>
              <w:rPr>
                <w:b w:val="0"/>
                <w:sz w:val="19"/>
              </w:rPr>
              <w:t>appealing and informative. The assignment will be evaluated by using a rubric scheme, a rating scale, and/or</w:t>
            </w:r>
          </w:p>
          <w:p>
            <w:pPr>
              <w:spacing w:after="0"/>
            </w:pPr>
            <w:r>
              <w:rPr>
                <w:b w:val="0"/>
                <w:sz w:val="19"/>
              </w:rPr>
              <w:t>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22: 1-5 March</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22: 1-5 March</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festivals and events (sports, music, arts) in the neighbourhood and city; transportation in the</w:t>
            </w:r>
          </w:p>
          <w:p>
            <w:pPr>
              <w:spacing w:after="0"/>
            </w:pPr>
            <w:r>
              <w:rPr>
                <w:b w:val="0"/>
                <w:sz w:val="19"/>
              </w:rPr>
              <w:t>neighbourhood and the city</w:t>
            </w:r>
          </w:p>
          <w:p>
            <w:pPr>
              <w:spacing w:after="0"/>
            </w:pPr>
            <w:r>
              <w:rPr>
                <w:b w:val="0"/>
                <w:sz w:val="19"/>
              </w:rPr>
              <w:t>Target Vocabulary in Use (with revisional vocabulary):</w:t>
            </w:r>
          </w:p>
          <w:p>
            <w:pPr>
              <w:spacing w:after="0"/>
            </w:pPr>
            <w:r>
              <w:rPr>
                <w:b w:val="0"/>
                <w:sz w:val="19"/>
              </w:rPr>
              <w:t>Vocabulary for festivals and events in the neighbourhood and city:</w:t>
            </w:r>
          </w:p>
          <w:p>
            <w:pPr>
              <w:spacing w:after="0"/>
            </w:pPr>
            <w:r>
              <w:rPr>
                <w:b w:val="0"/>
                <w:sz w:val="19"/>
              </w:rPr>
              <w:t>Nouns: A festival, an audience, a musician, a platform, a wedding, jazz, pop, rock, rap.</w:t>
            </w:r>
          </w:p>
          <w:p>
            <w:pPr>
              <w:spacing w:after="0"/>
            </w:pPr>
            <w:r>
              <w:rPr>
                <w:b w:val="0"/>
                <w:sz w:val="19"/>
              </w:rPr>
              <w:t>Verbs: To celebrate, to perform, to raise (money), to organise, to practice, to ride, to skate.</w:t>
            </w:r>
          </w:p>
          <w:p>
            <w:pPr>
              <w:spacing w:after="0"/>
            </w:pPr>
            <w:r>
              <w:rPr>
                <w:b w:val="0"/>
                <w:sz w:val="19"/>
              </w:rPr>
              <w:t>Adjectives: Pleased, social, tired, creative, local.</w:t>
            </w:r>
          </w:p>
          <w:p>
            <w:pPr>
              <w:spacing w:after="0"/>
            </w:pPr>
            <w:r>
              <w:rPr>
                <w:b w:val="0"/>
                <w:sz w:val="19"/>
              </w:rPr>
              <w:t>Adverbs: Any, better, best.</w:t>
            </w:r>
          </w:p>
          <w:p>
            <w:pPr>
              <w:spacing w:after="0"/>
            </w:pPr>
            <w:r>
              <w:rPr>
                <w:b w:val="0"/>
                <w:sz w:val="19"/>
              </w:rPr>
              <w:t>Vocabulary for transportation in the neighbourhood and city:</w:t>
            </w:r>
          </w:p>
          <w:p>
            <w:pPr>
              <w:spacing w:after="0"/>
            </w:pPr>
            <w:r>
              <w:rPr>
                <w:b w:val="0"/>
                <w:sz w:val="19"/>
              </w:rPr>
              <w:t>Nouns: Means of transport, parking, driving, a sign, a direction, a vehicle, a railway, a link, a tube, underground</w:t>
            </w:r>
          </w:p>
          <w:p>
            <w:pPr>
              <w:spacing w:after="0"/>
            </w:pPr>
            <w:r>
              <w:rPr>
                <w:b w:val="0"/>
                <w:sz w:val="19"/>
              </w:rPr>
              <w:t>(official name of tube in Britain) (subway-AmE.), a drive, a ride, a van, a ship, a lorry (truck-AmE.), a motorcycle, a wheel, gas, petrol, an overpass, an underpass, tram (trolley-AmE.).</w:t>
            </w:r>
          </w:p>
          <w:p>
            <w:pPr>
              <w:spacing w:after="0"/>
            </w:pPr>
            <w:r>
              <w:rPr>
                <w:b w:val="0"/>
                <w:sz w:val="19"/>
              </w:rPr>
              <w:t>Verbs: To catch, to cross, to ride, to link, to count someone in, to hang on, to rush.</w:t>
            </w:r>
          </w:p>
          <w:p>
            <w:pPr>
              <w:spacing w:after="0"/>
            </w:pPr>
            <w:r>
              <w:rPr>
                <w:b w:val="0"/>
                <w:sz w:val="19"/>
              </w:rPr>
              <w:t>Adjectives: Pleased, crowded, social, tired, creative, local.</w:t>
            </w:r>
          </w:p>
          <w:p>
            <w:pPr>
              <w:spacing w:after="0"/>
            </w:pPr>
            <w:r>
              <w:rPr>
                <w:b w:val="0"/>
                <w:sz w:val="19"/>
              </w:rPr>
              <w:t>Phrases: Public transport.</w:t>
            </w:r>
          </w:p>
          <w:p>
            <w:pPr>
              <w:spacing w:after="0"/>
            </w:pPr>
            <w:r>
              <w:rPr>
                <w:b w:val="0"/>
                <w:sz w:val="19"/>
              </w:rPr>
              <w:t>Adverbs: Along, straight, past, slowly.</w:t>
            </w:r>
          </w:p>
          <w:p>
            <w:pPr>
              <w:spacing w:after="0"/>
            </w:pPr>
            <w:r>
              <w:rPr>
                <w:b w:val="0"/>
                <w:sz w:val="19"/>
              </w:rPr>
              <w:t>Target Grammatical Structures in Use:</w:t>
            </w:r>
          </w:p>
          <w:p>
            <w:pPr>
              <w:spacing w:after="0"/>
            </w:pPr>
            <w:r>
              <w:rPr>
                <w:b w:val="0"/>
                <w:sz w:val="19"/>
              </w:rPr>
              <w:t>-The Simple Past Tense (was-were): (The train was late yesterday because of the rain. The guests were</w:t>
            </w:r>
          </w:p>
          <w:p>
            <w:pPr>
              <w:spacing w:after="0"/>
            </w:pPr>
            <w:r>
              <w:rPr>
                <w:b w:val="0"/>
                <w:sz w:val="19"/>
              </w:rPr>
              <w:t>pleased with the meals).</w:t>
            </w:r>
          </w:p>
          <w:p>
            <w:pPr>
              <w:spacing w:after="0"/>
            </w:pPr>
            <w:r>
              <w:rPr>
                <w:b w:val="0"/>
                <w:sz w:val="19"/>
              </w:rPr>
              <w:t>-Wh- questions (why, when): (What did they celebrate last night? When did the lorry cross the overpass?)</w:t>
            </w:r>
          </w:p>
          <w:p>
            <w:pPr>
              <w:spacing w:after="0"/>
            </w:pPr>
            <w:r>
              <w:rPr>
                <w:b w:val="0"/>
                <w:sz w:val="19"/>
              </w:rPr>
              <w:t>-Gerunds and infinitives: (I enjoy listening to rock music at festivals. We planned to raise money for the jazz</w:t>
            </w:r>
          </w:p>
          <w:p>
            <w:pPr>
              <w:spacing w:after="0"/>
            </w:pPr>
            <w:r>
              <w:rPr>
                <w:b w:val="0"/>
                <w:sz w:val="19"/>
              </w:rPr>
              <w:t>performers).</w:t>
            </w:r>
          </w:p>
          <w:p>
            <w:pPr>
              <w:spacing w:after="0"/>
            </w:pPr>
            <w:r>
              <w:rPr>
                <w:b w:val="0"/>
                <w:sz w:val="19"/>
              </w:rPr>
              <w:t>-Question tags for the Simple Past Tense (to be): (The festival was amazing, wasn’t it? There weren’t many</w:t>
            </w:r>
          </w:p>
          <w:p>
            <w:pPr>
              <w:spacing w:after="0"/>
            </w:pPr>
            <w:r>
              <w:rPr>
                <w:b w:val="0"/>
                <w:sz w:val="19"/>
              </w:rPr>
              <w:t>people at the wedding, were there?)</w:t>
            </w:r>
          </w:p>
          <w:p>
            <w:pPr>
              <w:spacing w:after="0"/>
            </w:pPr>
            <w:r>
              <w:rPr>
                <w:b w:val="0"/>
                <w:sz w:val="19"/>
              </w:rPr>
              <w:t>-Prepositions (prepositions of place: at, in, on, in front of, under, behind, among, beside, near, next to, between, across, into, through, onto, out of. Prepositions of time: on, in, for, at; Prepositions of phrases: on</w:t>
            </w:r>
          </w:p>
          <w:p>
            <w:pPr>
              <w:spacing w:after="0"/>
            </w:pPr>
            <w:r>
              <w:rPr>
                <w:b w:val="0"/>
                <w:sz w:val="19"/>
              </w:rPr>
              <w:t>foot, by car): (The truck stopped near the railway crossing. The audience sat on the grass during the concert.</w:t>
            </w:r>
          </w:p>
          <w:p>
            <w:pPr>
              <w:spacing w:after="0"/>
            </w:pPr>
            <w:r>
              <w:rPr>
                <w:b w:val="0"/>
                <w:sz w:val="19"/>
              </w:rPr>
              <w:t>The jazz concert started at 7 p.m. last night. He travelled to the city park by car with his family. She walked</w:t>
            </w:r>
          </w:p>
          <w:p>
            <w:pPr>
              <w:spacing w:after="0"/>
            </w:pPr>
            <w:r>
              <w:rPr>
                <w:b w:val="0"/>
                <w:sz w:val="19"/>
              </w:rPr>
              <w:t>across the road to catch the bAmE.).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Functions of the Grammatical Structures in Use:</w:t>
            </w:r>
          </w:p>
          <w:p>
            <w:pPr>
              <w:spacing w:after="0"/>
            </w:pPr>
            <w:r>
              <w:rPr>
                <w:b w:val="0"/>
                <w:sz w:val="19"/>
              </w:rPr>
              <w:t>-Use of the Simple Past Tense (was-were): Describing past events, states, or conditions.</w:t>
            </w:r>
          </w:p>
          <w:p>
            <w:pPr>
              <w:spacing w:after="0"/>
            </w:pPr>
            <w:r>
              <w:rPr>
                <w:b w:val="0"/>
                <w:sz w:val="19"/>
              </w:rPr>
              <w:t>-Use of Wh questions (why, when): Asking for reasons or time-related information about events, actions, or</w:t>
            </w:r>
          </w:p>
          <w:p>
            <w:pPr>
              <w:spacing w:after="0"/>
            </w:pPr>
            <w:r>
              <w:rPr>
                <w:b w:val="0"/>
                <w:sz w:val="19"/>
              </w:rPr>
              <w:t>situations. -Use of Gerunds and infinitives: Talking about likes, dislikes, plans, and actions.</w:t>
            </w:r>
          </w:p>
          <w:p>
            <w:pPr>
              <w:spacing w:after="0"/>
            </w:pPr>
            <w:r>
              <w:rPr>
                <w:b w:val="0"/>
                <w:sz w:val="19"/>
              </w:rPr>
              <w:t>-Use of Question tags for past tense (to be): Confirming or seeking agreement about past events or states.</w:t>
            </w:r>
          </w:p>
          <w:p>
            <w:pPr>
              <w:spacing w:after="0"/>
            </w:pPr>
            <w:r>
              <w:rPr>
                <w:b w:val="0"/>
                <w:sz w:val="19"/>
              </w:rPr>
              <w:t>-Use of Prepositions (prepositions of place: at, in, on, in front of, under, behind, among, beside, near, next to, between, across, into, through, onto, out of and prepositions of time: on, in, for, at; prepositions of phrases:</w:t>
            </w:r>
          </w:p>
          <w:p>
            <w:pPr>
              <w:spacing w:after="0"/>
            </w:pPr>
            <w:r>
              <w:rPr>
                <w:b w:val="0"/>
                <w:sz w:val="19"/>
              </w:rPr>
              <w:t>on foot, by car): Describing the location and time of objects, people, or events.</w:t>
            </w:r>
          </w:p>
          <w:p>
            <w:pPr>
              <w:spacing w:after="0"/>
            </w:pPr>
            <w:r>
              <w:rPr>
                <w:b w:val="0"/>
                <w:sz w:val="19"/>
              </w:rPr>
              <w:t>Target Social Language in Use:</w:t>
            </w:r>
          </w:p>
          <w:p>
            <w:pPr>
              <w:spacing w:after="0"/>
            </w:pPr>
            <w:r>
              <w:rPr>
                <w:b w:val="0"/>
                <w:sz w:val="19"/>
              </w:rPr>
              <w:t>The music festival is the talk of the town!</w:t>
            </w:r>
          </w:p>
          <w:p>
            <w:pPr>
              <w:spacing w:after="0"/>
            </w:pPr>
            <w:r>
              <w:rPr>
                <w:b w:val="0"/>
                <w:sz w:val="19"/>
              </w:rPr>
              <w:t>We were stuck in a traffic jam on the way to the concert!</w:t>
            </w:r>
          </w:p>
          <w:p>
            <w:pPr>
              <w:spacing w:after="0"/>
            </w:pPr>
            <w:r>
              <w:rPr>
                <w:b w:val="0"/>
                <w:sz w:val="19"/>
              </w:rPr>
              <w:t>Can I get a lift to the station?</w:t>
            </w:r>
          </w:p>
          <w:p>
            <w:pPr>
              <w:spacing w:after="0"/>
            </w:pPr>
            <w:r>
              <w:rPr>
                <w:b w:val="0"/>
                <w:sz w:val="19"/>
              </w:rPr>
              <w:t>Target Phonological Sounds in Use:</w:t>
            </w:r>
          </w:p>
          <w:p>
            <w:pPr>
              <w:spacing w:after="0"/>
            </w:pPr>
            <w:r>
              <w:rPr>
                <w:b w:val="0"/>
                <w:sz w:val="19"/>
              </w:rPr>
              <w:t>Vowel: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ENG.6.5.L1. Students can get ready for the listening/watching-comprehension process for the current</w:t>
            </w:r>
          </w:p>
          <w:p>
            <w:pPr>
              <w:spacing w:after="0"/>
            </w:pPr>
            <w:r>
              <w:rPr>
                <w:b w:val="0"/>
                <w:sz w:val="19"/>
              </w:rPr>
              <w:t>content on “life in the neighbourhood and the city with festivals and events (sports, music, arts)</w:t>
            </w:r>
          </w:p>
          <w:p>
            <w:pPr>
              <w:spacing w:after="0"/>
            </w:pPr>
            <w:r>
              <w:rPr>
                <w:b w:val="0"/>
                <w:sz w:val="19"/>
              </w:rPr>
              <w:t>in the neighbourhood and city; transportation in the neighbourhood and the city” carefully. ENG.6.5.L2.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together through significant details and</w:t>
            </w:r>
          </w:p>
          <w:p>
            <w:pPr>
              <w:spacing w:after="0"/>
            </w:pPr>
            <w:r>
              <w:rPr>
                <w:b w:val="0"/>
                <w:sz w:val="19"/>
              </w:rPr>
              <w:t>main components while listening/watching it. ENG.6.5.L3. Students can make meaning of/derive meaning from the current content on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through significant details by</w:t>
            </w:r>
          </w:p>
          <w:p>
            <w:pPr>
              <w:spacing w:after="0"/>
            </w:pPr>
            <w:r>
              <w:rPr>
                <w:b w:val="0"/>
                <w:sz w:val="19"/>
              </w:rPr>
              <w:t>listening/watching it carefully. ENG.6.5.L4.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ENG.6.5.P1. Students can select and use the target phonological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and naturally through spontaneous decision-making processes and use it in an</w:t>
            </w:r>
          </w:p>
          <w:p>
            <w:pPr>
              <w:spacing w:after="0"/>
            </w:pPr>
            <w:r>
              <w:rPr>
                <w:b w:val="0"/>
                <w:sz w:val="19"/>
              </w:rPr>
              <w:t>appropriate and effective way when communicating with others. ENG.6.5.R1. Students can get ready for the reading-comprehension process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ENG.6.5.R2.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through skimming (looking quickly at) the</w:t>
            </w:r>
          </w:p>
          <w:p>
            <w:pPr>
              <w:spacing w:after="0"/>
            </w:pPr>
            <w:r>
              <w:rPr>
                <w:b w:val="0"/>
                <w:sz w:val="19"/>
              </w:rPr>
              <w:t>audio-visual elements and reading the content very quickly. ENG.6.5.R3. Students can make meaning of / derive meaning from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by reading it carefully. ENG.6.5.R4. Students can convey their knowledge, experiences, thoughts, and feelings related to the</w:t>
            </w:r>
          </w:p>
          <w:p>
            <w:pPr>
              <w:spacing w:after="0"/>
            </w:pPr>
            <w:r>
              <w:rPr>
                <w:b w:val="0"/>
                <w:sz w:val="19"/>
              </w:rPr>
              <w:t>reading-comprehension process about the current content,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in relation to themselves or others, both</w:t>
            </w:r>
          </w:p>
          <w:p>
            <w:pPr>
              <w:spacing w:after="0"/>
            </w:pPr>
            <w:r>
              <w:rPr>
                <w:b w:val="0"/>
                <w:sz w:val="19"/>
              </w:rPr>
              <w:t>individually and/or with others. ENG.6.5.V1. Students can select and use the target vocabulary of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accurately, authentically, spontaneously, and naturally and use it appropriately and effectively when communicating</w:t>
            </w:r>
          </w:p>
          <w:p>
            <w:pPr>
              <w:spacing w:after="0"/>
            </w:pPr>
            <w:r>
              <w:rPr>
                <w:b w:val="0"/>
                <w:sz w:val="19"/>
              </w:rPr>
              <w:t>with others. ENG.6.5.G1. Students can select and use the target grammatical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spontaneously, and naturally and use it appropriately and effectively when</w:t>
            </w:r>
          </w:p>
          <w:p>
            <w:pPr>
              <w:spacing w:after="0"/>
            </w:pPr>
            <w:r>
              <w:rPr>
                <w:b w:val="0"/>
                <w:sz w:val="19"/>
              </w:rPr>
              <w:t>communicating with others. ENG.6.5.W1. Students can get ready for the writing-expression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ENG.6.5.W2. Students can understand the model/example for the writing task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ENG.6.5.W3. Students can organise a content for the assigned writing task on the current content “life</w:t>
            </w:r>
          </w:p>
          <w:p>
            <w:pPr>
              <w:spacing w:after="0"/>
            </w:pPr>
            <w:r>
              <w:rPr>
                <w:b w:val="0"/>
                <w:sz w:val="19"/>
              </w:rPr>
              <w:t>in the neighbourhood and the city with festivals and events (sports, music, arts) in the</w:t>
            </w:r>
          </w:p>
          <w:p>
            <w:pPr>
              <w:spacing w:after="0"/>
            </w:pPr>
            <w:r>
              <w:rPr>
                <w:b w:val="0"/>
                <w:sz w:val="19"/>
              </w:rPr>
              <w:t>neighbourhood and city; transportation in the neighbourhood and the city” based on the</w:t>
            </w:r>
          </w:p>
          <w:p>
            <w:pPr>
              <w:spacing w:after="0"/>
            </w:pPr>
            <w:r>
              <w:rPr>
                <w:b w:val="0"/>
                <w:sz w:val="19"/>
              </w:rPr>
              <w:t>model/example provided. ENG.6.5.W4. Students can individually construct/form content for the assigned writing task on the current</w:t>
            </w:r>
          </w:p>
          <w:p>
            <w:pPr>
              <w:spacing w:after="0"/>
            </w:pPr>
            <w:r>
              <w:rPr>
                <w:b w:val="0"/>
                <w:sz w:val="19"/>
              </w:rPr>
              <w:t>content “life in the neighbourhood and the city with festivals and events (sports, music, arts)</w:t>
            </w:r>
          </w:p>
          <w:p>
            <w:pPr>
              <w:spacing w:after="0"/>
            </w:pPr>
            <w:r>
              <w:rPr>
                <w:b w:val="0"/>
                <w:sz w:val="19"/>
              </w:rPr>
              <w:t>in the neighbourhood and city; transportation in the neighbourhood and the city”. ENG.6.5.W5. Students can reorganise (reconstruct) and use information in the new written tasks about the</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to communicate</w:t>
            </w:r>
          </w:p>
          <w:p>
            <w:pPr>
              <w:spacing w:after="0"/>
            </w:pPr>
            <w:r>
              <w:rPr>
                <w:b w:val="0"/>
                <w:sz w:val="19"/>
              </w:rPr>
              <w:t>with other people. ENG.6.5.W6. Students can reflect on their knowledge, experiences, thoughts, and feelings related to the</w:t>
            </w:r>
          </w:p>
          <w:p>
            <w:pPr>
              <w:spacing w:after="0"/>
            </w:pPr>
            <w:r>
              <w:rPr>
                <w:b w:val="0"/>
                <w:sz w:val="19"/>
              </w:rPr>
              <w:t>writing-expression process about the current content, “life in the neighbourhood and the city</w:t>
            </w:r>
          </w:p>
          <w:p>
            <w:pPr>
              <w:spacing w:after="0"/>
            </w:pPr>
            <w:r>
              <w:rPr>
                <w:b w:val="0"/>
                <w:sz w:val="19"/>
              </w:rPr>
              <w:t>with festivals and events (sports, music, arts) in the neighbourhood and city; transportation</w:t>
            </w:r>
          </w:p>
          <w:p>
            <w:pPr>
              <w:spacing w:after="0"/>
            </w:pPr>
            <w:r>
              <w:rPr>
                <w:b w:val="0"/>
                <w:sz w:val="19"/>
              </w:rPr>
              <w:t>in the neighbourhood and the city” in relation to themselves or others, both individually and/</w:t>
            </w:r>
          </w:p>
          <w:p>
            <w:pPr>
              <w:spacing w:after="0"/>
            </w:pPr>
            <w:r>
              <w:rPr>
                <w:b w:val="0"/>
                <w:sz w:val="19"/>
              </w:rPr>
              <w:t>or with others. ENG.6.5.S1. Students can get ready for speaking-expression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ENG.6.5.S2. Students can use the model/example for producing verbal content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ENG.6.5.S3. Students can organise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ENG.6.5.S4. Students can construct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ENG.6.5.S5. Students can reorganise (reconstruct) and use information about the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 communicate with other people. ENG.6.5.S6. Students can convey their knowledge, experiences, thoughts, and feelings related to the</w:t>
            </w:r>
          </w:p>
          <w:p>
            <w:pPr>
              <w:spacing w:after="0"/>
            </w:pPr>
            <w:r>
              <w:rPr>
                <w:b w:val="0"/>
                <w:sz w:val="19"/>
              </w:rPr>
              <w:t>speaking-expression process about the current content, “life in the neighbourhood and the city</w:t>
            </w:r>
          </w:p>
          <w:p>
            <w:pPr>
              <w:spacing w:after="0"/>
            </w:pPr>
            <w:r>
              <w:rPr>
                <w:b w:val="0"/>
                <w:sz w:val="19"/>
              </w:rPr>
              <w:t>with festivals and events (sports, music, arts) in the neighbourhood and city; transportation in</w:t>
            </w:r>
          </w:p>
          <w:p>
            <w:pPr>
              <w:spacing w:after="0"/>
            </w:pPr>
            <w:r>
              <w:rPr>
                <w:b w:val="0"/>
                <w:sz w:val="19"/>
              </w:rPr>
              <w:t>the neighbourhood and the city” to communicate with other people in relation to themselves</w:t>
            </w:r>
          </w:p>
          <w:p>
            <w:pPr>
              <w:spacing w:after="0"/>
            </w:pPr>
            <w:r>
              <w:rPr>
                <w:b w:val="0"/>
                <w:sz w:val="19"/>
              </w:rPr>
              <w:t>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She/He gives each group a Treasure Hunt Map ( a hand-drawn or printed map of</w:t>
            </w:r>
          </w:p>
          <w:p>
            <w:pPr>
              <w:spacing w:after="0"/>
            </w:pPr>
            <w:r>
              <w:rPr>
                <w:b w:val="0"/>
                <w:sz w:val="19"/>
              </w:rPr>
              <w:t>a fictional place like a pirate island, a mysterious castle, a hidden city with various landmarks and locations)</w:t>
            </w:r>
          </w:p>
          <w:p>
            <w:pPr>
              <w:spacing w:after="0"/>
            </w:pPr>
            <w:r>
              <w:rPr>
                <w:b w:val="0"/>
                <w:sz w:val="19"/>
              </w:rPr>
              <w:t>and a set of Treasure Clue Cards (cards with clues or directions that lead students to the next location or</w:t>
            </w:r>
          </w:p>
          <w:p>
            <w:pPr>
              <w:spacing w:after="0"/>
            </w:pPr>
            <w:r>
              <w:rPr>
                <w:b w:val="0"/>
                <w:sz w:val="19"/>
              </w:rPr>
              <w:t>object in the hunt).The cards describe where the next clue or “treasure” (a small object hidden on the map) is</w:t>
            </w:r>
          </w:p>
          <w:p>
            <w:pPr>
              <w:spacing w:after="0"/>
            </w:pPr>
            <w:r>
              <w:rPr>
                <w:b w:val="0"/>
                <w:sz w:val="19"/>
              </w:rPr>
              <w:t>located using prepositions of place. Each group goes on a treasure hunt and follows the clues and describes</w:t>
            </w:r>
          </w:p>
          <w:p>
            <w:pPr>
              <w:spacing w:after="0"/>
            </w:pPr>
            <w:r>
              <w:rPr>
                <w:b w:val="0"/>
                <w:sz w:val="19"/>
              </w:rPr>
              <w:t>where objects or locations are according to the prepositions of place. The teacher reads the first clue aloud</w:t>
            </w:r>
          </w:p>
          <w:p>
            <w:pPr>
              <w:spacing w:after="0"/>
            </w:pPr>
            <w:r>
              <w:rPr>
                <w:b w:val="0"/>
                <w:sz w:val="19"/>
              </w:rPr>
              <w:t>to the class. For example: “The treasure is under the big tree near the castle”. Groups discuss and figure</w:t>
            </w:r>
          </w:p>
          <w:p>
            <w:pPr>
              <w:spacing w:after="0"/>
            </w:pPr>
            <w:r>
              <w:rPr>
                <w:b w:val="0"/>
                <w:sz w:val="19"/>
              </w:rPr>
              <w:t>out the location based on the clue. Students describe the position of the treasure on their map, using the</w:t>
            </w:r>
          </w:p>
          <w:p>
            <w:pPr>
              <w:spacing w:after="0"/>
            </w:pPr>
            <w:r>
              <w:rPr>
                <w:b w:val="0"/>
                <w:sz w:val="19"/>
              </w:rPr>
              <w:t>correct prepositions of place. For example: “The treasure is under the big tree”. Once they find the location</w:t>
            </w:r>
          </w:p>
          <w:p>
            <w:pPr>
              <w:spacing w:after="0"/>
            </w:pPr>
            <w:r>
              <w:rPr>
                <w:b w:val="0"/>
                <w:sz w:val="19"/>
              </w:rPr>
              <w:t>of the treasure, they check their answer with the teacher. If they are correct, they receive the next clue to</w:t>
            </w:r>
          </w:p>
          <w:p>
            <w:pPr>
              <w:spacing w:after="0"/>
            </w:pPr>
            <w:r>
              <w:rPr>
                <w:b w:val="0"/>
                <w:sz w:val="19"/>
              </w:rPr>
              <w:t>continue the hunt. As groups move through the map, they encounter more clues with complex prepositions</w:t>
            </w:r>
          </w:p>
          <w:p>
            <w:pPr>
              <w:spacing w:after="0"/>
            </w:pPr>
            <w:r>
              <w:rPr>
                <w:b w:val="0"/>
                <w:sz w:val="19"/>
              </w:rPr>
              <w:t>(e.g., “The hidden door is between the bookshelf and the window” or “The key is behind the painting in the</w:t>
            </w:r>
          </w:p>
          <w:p>
            <w:pPr>
              <w:spacing w:after="0"/>
            </w:pPr>
            <w:r>
              <w:rPr>
                <w:b w:val="0"/>
                <w:sz w:val="19"/>
              </w:rPr>
              <w:t>corridor”). The first group to solve all the clues and find the final treasure (a hidden object somewhere in</w:t>
            </w:r>
          </w:p>
          <w:p>
            <w:pPr>
              <w:spacing w:after="0"/>
            </w:pPr>
            <w:r>
              <w:rPr>
                <w:b w:val="0"/>
                <w:sz w:val="19"/>
              </w:rPr>
              <w:t>the room or on the map) wins the game. Once all the groups have completed the treasure hunt, ask them</w:t>
            </w:r>
          </w:p>
          <w:p>
            <w:pPr>
              <w:spacing w:after="0"/>
            </w:pPr>
            <w:r>
              <w:rPr>
                <w:b w:val="0"/>
                <w:sz w:val="19"/>
              </w:rPr>
              <w:t>to share their favourite clues or most difficult clues with the class. The teacher praises students for their</w:t>
            </w:r>
          </w:p>
          <w:p>
            <w:pPr>
              <w:spacing w:after="0"/>
            </w:pPr>
            <w:r>
              <w:rPr>
                <w:b w:val="0"/>
                <w:sz w:val="19"/>
              </w:rPr>
              <w:t>teamwork and creativity during the hunt. Students reflect on their thoughts and feelings about the activity.</w:t>
            </w:r>
          </w:p>
          <w:p>
            <w:pPr>
              <w:spacing w:after="0"/>
            </w:pPr>
            <w:r>
              <w:rPr>
                <w:b w:val="0"/>
                <w:sz w:val="19"/>
              </w:rPr>
              <w:t>Supporting</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The teacher hides a small object, such as a coin, or sticker that will be the final</w:t>
            </w:r>
          </w:p>
          <w:p>
            <w:pPr>
              <w:spacing w:after="0"/>
            </w:pPr>
            <w:r>
              <w:rPr>
                <w:b w:val="0"/>
                <w:sz w:val="19"/>
              </w:rPr>
              <w:t>treasure in the classroom or in a specific area. Clue cards are also placed in different spots, each one leading</w:t>
            </w:r>
          </w:p>
          <w:p>
            <w:pPr>
              <w:spacing w:after="0"/>
            </w:pPr>
            <w:r>
              <w:rPr>
                <w:b w:val="0"/>
                <w:sz w:val="19"/>
              </w:rPr>
              <w:t>to the next clue. Each clue describes the location of the next clue using a preposition of place. For example:</w:t>
            </w:r>
          </w:p>
          <w:p>
            <w:pPr>
              <w:spacing w:after="0"/>
            </w:pPr>
            <w:r>
              <w:rPr>
                <w:b w:val="0"/>
                <w:sz w:val="19"/>
              </w:rPr>
              <w:t>“The treasure is under the desk”, “Look behind the door”. The teacher gives the class the first clue aloud.</w:t>
            </w:r>
          </w:p>
          <w:p>
            <w:pPr>
              <w:spacing w:after="0"/>
            </w:pPr>
            <w:r>
              <w:rPr>
                <w:b w:val="0"/>
                <w:sz w:val="19"/>
              </w:rPr>
              <w:t>For example: “The treasure is under the table”. Students follow the clue and find the location described</w:t>
            </w:r>
          </w:p>
          <w:p>
            <w:pPr>
              <w:spacing w:after="0"/>
            </w:pPr>
            <w:r>
              <w:rPr>
                <w:b w:val="0"/>
                <w:sz w:val="19"/>
              </w:rPr>
              <w:t>using prepositions. When students find the correct location (e.g., under the table), they read the next clue.</w:t>
            </w:r>
          </w:p>
          <w:p>
            <w:pPr>
              <w:spacing w:after="0"/>
            </w:pPr>
            <w:r>
              <w:rPr>
                <w:b w:val="0"/>
                <w:sz w:val="19"/>
              </w:rPr>
              <w:t>Example: “The next clue is behind the bookshelf”. As students move from one location to the next, they</w:t>
            </w:r>
          </w:p>
          <w:p>
            <w:pPr>
              <w:spacing w:after="0"/>
            </w:pPr>
            <w:r>
              <w:rPr>
                <w:b w:val="0"/>
                <w:sz w:val="19"/>
              </w:rPr>
              <w:t>describe where things are located using prepositions, such as: “The book is on the shelf”. The first group to</w:t>
            </w:r>
          </w:p>
          <w:p>
            <w:pPr>
              <w:spacing w:after="0"/>
            </w:pPr>
            <w:r>
              <w:rPr>
                <w:b w:val="0"/>
                <w:sz w:val="19"/>
              </w:rPr>
              <w:t>find the final treasure wins the game! Once the treasure is found, the teacher reviews the prepositions of the</w:t>
            </w:r>
          </w:p>
          <w:p>
            <w:pPr>
              <w:spacing w:after="0"/>
            </w:pPr>
            <w:r>
              <w:rPr>
                <w:b w:val="0"/>
                <w:sz w:val="19"/>
              </w:rPr>
              <w:t>place used during the activity and discusses any mistakes. She/He provides feedback and praises students</w:t>
            </w:r>
          </w:p>
          <w:p>
            <w:pPr>
              <w:spacing w:after="0"/>
            </w:pPr>
            <w:r>
              <w:rPr>
                <w:b w:val="0"/>
                <w:sz w:val="19"/>
              </w:rPr>
              <w:t>for their participation and teamwork!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poster or a short presentation about a festival or event</w:t>
            </w:r>
          </w:p>
          <w:p>
            <w:pPr>
              <w:spacing w:after="0"/>
            </w:pPr>
            <w:r>
              <w:rPr>
                <w:b w:val="0"/>
                <w:sz w:val="19"/>
              </w:rPr>
              <w:t>in their neighbourhood or city and explain how people can travel to this event using different transportation</w:t>
            </w:r>
          </w:p>
          <w:p>
            <w:pPr>
              <w:spacing w:after="0"/>
            </w:pPr>
            <w:r>
              <w:rPr>
                <w:b w:val="0"/>
                <w:sz w:val="19"/>
              </w:rPr>
              <w:t>options. Students will include details about the festival or event, such as its name, type (sports, music, arts), time, and location. They will describe at least two transportation methods available, explaining which</w:t>
            </w:r>
          </w:p>
          <w:p>
            <w:pPr>
              <w:spacing w:after="0"/>
            </w:pPr>
            <w:r>
              <w:rPr>
                <w:b w:val="0"/>
                <w:sz w:val="19"/>
              </w:rPr>
              <w:t>one is better for the event and why. Students will also add pictures or drawings to make their work visually</w:t>
            </w:r>
          </w:p>
          <w:p>
            <w:pPr>
              <w:spacing w:after="0"/>
            </w:pPr>
            <w:r>
              <w:rPr>
                <w:b w:val="0"/>
                <w:sz w:val="19"/>
              </w:rPr>
              <w:t>appealing and informative. The assignment will be evaluated by using a rubric scheme, a rating scale, and/or</w:t>
            </w:r>
          </w:p>
          <w:p>
            <w:pPr>
              <w:spacing w:after="0"/>
            </w:pPr>
            <w:r>
              <w:rPr>
                <w:b w:val="0"/>
                <w:sz w:val="19"/>
              </w:rPr>
              <w:t>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23: 15-19 March</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23: 15-19 March</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festivals and events (sports, music, arts) in the neighbourhood and city; transportation in the</w:t>
            </w:r>
          </w:p>
          <w:p>
            <w:pPr>
              <w:spacing w:after="0"/>
            </w:pPr>
            <w:r>
              <w:rPr>
                <w:b w:val="0"/>
                <w:sz w:val="19"/>
              </w:rPr>
              <w:t>neighbourhood and the city</w:t>
            </w:r>
          </w:p>
          <w:p>
            <w:pPr>
              <w:spacing w:after="0"/>
            </w:pPr>
            <w:r>
              <w:rPr>
                <w:b w:val="0"/>
                <w:sz w:val="19"/>
              </w:rPr>
              <w:t>Target Vocabulary in Use (with revisional vocabulary):</w:t>
            </w:r>
          </w:p>
          <w:p>
            <w:pPr>
              <w:spacing w:after="0"/>
            </w:pPr>
            <w:r>
              <w:rPr>
                <w:b w:val="0"/>
                <w:sz w:val="19"/>
              </w:rPr>
              <w:t>Vocabulary for festivals and events in the neighbourhood and city:</w:t>
            </w:r>
          </w:p>
          <w:p>
            <w:pPr>
              <w:spacing w:after="0"/>
            </w:pPr>
            <w:r>
              <w:rPr>
                <w:b w:val="0"/>
                <w:sz w:val="19"/>
              </w:rPr>
              <w:t>Nouns: A festival, an audience, a musician, a platform, a wedding, jazz, pop, rock, rap.</w:t>
            </w:r>
          </w:p>
          <w:p>
            <w:pPr>
              <w:spacing w:after="0"/>
            </w:pPr>
            <w:r>
              <w:rPr>
                <w:b w:val="0"/>
                <w:sz w:val="19"/>
              </w:rPr>
              <w:t>Verbs: To celebrate, to perform, to raise (money), to organise, to practice, to ride, to skate.</w:t>
            </w:r>
          </w:p>
          <w:p>
            <w:pPr>
              <w:spacing w:after="0"/>
            </w:pPr>
            <w:r>
              <w:rPr>
                <w:b w:val="0"/>
                <w:sz w:val="19"/>
              </w:rPr>
              <w:t>Adjectives: Pleased, social, tired, creative, local.</w:t>
            </w:r>
          </w:p>
          <w:p>
            <w:pPr>
              <w:spacing w:after="0"/>
            </w:pPr>
            <w:r>
              <w:rPr>
                <w:b w:val="0"/>
                <w:sz w:val="19"/>
              </w:rPr>
              <w:t>Adverbs: Any, better, best.</w:t>
            </w:r>
          </w:p>
          <w:p>
            <w:pPr>
              <w:spacing w:after="0"/>
            </w:pPr>
            <w:r>
              <w:rPr>
                <w:b w:val="0"/>
                <w:sz w:val="19"/>
              </w:rPr>
              <w:t>Vocabulary for transportation in the neighbourhood and city:</w:t>
            </w:r>
          </w:p>
          <w:p>
            <w:pPr>
              <w:spacing w:after="0"/>
            </w:pPr>
            <w:r>
              <w:rPr>
                <w:b w:val="0"/>
                <w:sz w:val="19"/>
              </w:rPr>
              <w:t>Nouns: Means of transport, parking, driving, a sign, a direction, a vehicle, a railway, a link, a tube, underground</w:t>
            </w:r>
          </w:p>
          <w:p>
            <w:pPr>
              <w:spacing w:after="0"/>
            </w:pPr>
            <w:r>
              <w:rPr>
                <w:b w:val="0"/>
                <w:sz w:val="19"/>
              </w:rPr>
              <w:t>(official name of tube in Britain) (subway-AmE.), a drive, a ride, a van, a ship, a lorry (truck-AmE.), a motorcycle, a wheel, gas, petrol, an overpass, an underpass, tram (trolley-AmE.).</w:t>
            </w:r>
          </w:p>
          <w:p>
            <w:pPr>
              <w:spacing w:after="0"/>
            </w:pPr>
            <w:r>
              <w:rPr>
                <w:b w:val="0"/>
                <w:sz w:val="19"/>
              </w:rPr>
              <w:t>Verbs: To catch, to cross, to ride, to link, to count someone in, to hang on, to rush.</w:t>
            </w:r>
          </w:p>
          <w:p>
            <w:pPr>
              <w:spacing w:after="0"/>
            </w:pPr>
            <w:r>
              <w:rPr>
                <w:b w:val="0"/>
                <w:sz w:val="19"/>
              </w:rPr>
              <w:t>Adjectives: Pleased, crowded, social, tired, creative, local.</w:t>
            </w:r>
          </w:p>
          <w:p>
            <w:pPr>
              <w:spacing w:after="0"/>
            </w:pPr>
            <w:r>
              <w:rPr>
                <w:b w:val="0"/>
                <w:sz w:val="19"/>
              </w:rPr>
              <w:t>Phrases: Public transport.</w:t>
            </w:r>
          </w:p>
          <w:p>
            <w:pPr>
              <w:spacing w:after="0"/>
            </w:pPr>
            <w:r>
              <w:rPr>
                <w:b w:val="0"/>
                <w:sz w:val="19"/>
              </w:rPr>
              <w:t>Adverbs: Along, straight, past, slowly.</w:t>
            </w:r>
          </w:p>
          <w:p>
            <w:pPr>
              <w:spacing w:after="0"/>
            </w:pPr>
            <w:r>
              <w:rPr>
                <w:b w:val="0"/>
                <w:sz w:val="19"/>
              </w:rPr>
              <w:t>Target Grammatical Structures in Use:</w:t>
            </w:r>
          </w:p>
          <w:p>
            <w:pPr>
              <w:spacing w:after="0"/>
            </w:pPr>
            <w:r>
              <w:rPr>
                <w:b w:val="0"/>
                <w:sz w:val="19"/>
              </w:rPr>
              <w:t>-The Simple Past Tense (was-were): (The train was late yesterday because of the rain. The guests were</w:t>
            </w:r>
          </w:p>
          <w:p>
            <w:pPr>
              <w:spacing w:after="0"/>
            </w:pPr>
            <w:r>
              <w:rPr>
                <w:b w:val="0"/>
                <w:sz w:val="19"/>
              </w:rPr>
              <w:t>pleased with the meals).</w:t>
            </w:r>
          </w:p>
          <w:p>
            <w:pPr>
              <w:spacing w:after="0"/>
            </w:pPr>
            <w:r>
              <w:rPr>
                <w:b w:val="0"/>
                <w:sz w:val="19"/>
              </w:rPr>
              <w:t>-Wh- questions (why, when): (What did they celebrate last night? When did the lorry cross the overpass?)</w:t>
            </w:r>
          </w:p>
          <w:p>
            <w:pPr>
              <w:spacing w:after="0"/>
            </w:pPr>
            <w:r>
              <w:rPr>
                <w:b w:val="0"/>
                <w:sz w:val="19"/>
              </w:rPr>
              <w:t>-Gerunds and infinitives: (I enjoy listening to rock music at festivals. We planned to raise money for the jazz</w:t>
            </w:r>
          </w:p>
          <w:p>
            <w:pPr>
              <w:spacing w:after="0"/>
            </w:pPr>
            <w:r>
              <w:rPr>
                <w:b w:val="0"/>
                <w:sz w:val="19"/>
              </w:rPr>
              <w:t>performers).</w:t>
            </w:r>
          </w:p>
          <w:p>
            <w:pPr>
              <w:spacing w:after="0"/>
            </w:pPr>
            <w:r>
              <w:rPr>
                <w:b w:val="0"/>
                <w:sz w:val="19"/>
              </w:rPr>
              <w:t>-Question tags for the Simple Past Tense (to be): (The festival was amazing, wasn’t it? There weren’t many</w:t>
            </w:r>
          </w:p>
          <w:p>
            <w:pPr>
              <w:spacing w:after="0"/>
            </w:pPr>
            <w:r>
              <w:rPr>
                <w:b w:val="0"/>
                <w:sz w:val="19"/>
              </w:rPr>
              <w:t>people at the wedding, were there?)</w:t>
            </w:r>
          </w:p>
          <w:p>
            <w:pPr>
              <w:spacing w:after="0"/>
            </w:pPr>
            <w:r>
              <w:rPr>
                <w:b w:val="0"/>
                <w:sz w:val="19"/>
              </w:rPr>
              <w:t>-Prepositions (prepositions of place: at, in, on, in front of, under, behind, among, beside, near, next to, between, across, into, through, onto, out of. Prepositions of time: on, in, for, at; Prepositions of phrases: on</w:t>
            </w:r>
          </w:p>
          <w:p>
            <w:pPr>
              <w:spacing w:after="0"/>
            </w:pPr>
            <w:r>
              <w:rPr>
                <w:b w:val="0"/>
                <w:sz w:val="19"/>
              </w:rPr>
              <w:t>foot, by car): (The truck stopped near the railway crossing. The audience sat on the grass during the concert.</w:t>
            </w:r>
          </w:p>
          <w:p>
            <w:pPr>
              <w:spacing w:after="0"/>
            </w:pPr>
            <w:r>
              <w:rPr>
                <w:b w:val="0"/>
                <w:sz w:val="19"/>
              </w:rPr>
              <w:t>The jazz concert started at 7 p.m. last night. He travelled to the city park by car with his family. She walked</w:t>
            </w:r>
          </w:p>
          <w:p>
            <w:pPr>
              <w:spacing w:after="0"/>
            </w:pPr>
            <w:r>
              <w:rPr>
                <w:b w:val="0"/>
                <w:sz w:val="19"/>
              </w:rPr>
              <w:t>across the road to catch the bAmE.).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Functions of the Grammatical Structures in Use:</w:t>
            </w:r>
          </w:p>
          <w:p>
            <w:pPr>
              <w:spacing w:after="0"/>
            </w:pPr>
            <w:r>
              <w:rPr>
                <w:b w:val="0"/>
                <w:sz w:val="19"/>
              </w:rPr>
              <w:t>-Use of the Simple Past Tense (was-were): Describing past events, states, or conditions.</w:t>
            </w:r>
          </w:p>
          <w:p>
            <w:pPr>
              <w:spacing w:after="0"/>
            </w:pPr>
            <w:r>
              <w:rPr>
                <w:b w:val="0"/>
                <w:sz w:val="19"/>
              </w:rPr>
              <w:t>-Use of Wh questions (why, when): Asking for reasons or time-related information about events, actions, or</w:t>
            </w:r>
          </w:p>
          <w:p>
            <w:pPr>
              <w:spacing w:after="0"/>
            </w:pPr>
            <w:r>
              <w:rPr>
                <w:b w:val="0"/>
                <w:sz w:val="19"/>
              </w:rPr>
              <w:t>situations. -Use of Gerunds and infinitives: Talking about likes, dislikes, plans, and actions.</w:t>
            </w:r>
          </w:p>
          <w:p>
            <w:pPr>
              <w:spacing w:after="0"/>
            </w:pPr>
            <w:r>
              <w:rPr>
                <w:b w:val="0"/>
                <w:sz w:val="19"/>
              </w:rPr>
              <w:t>-Use of Question tags for past tense (to be): Confirming or seeking agreement about past events or states.</w:t>
            </w:r>
          </w:p>
          <w:p>
            <w:pPr>
              <w:spacing w:after="0"/>
            </w:pPr>
            <w:r>
              <w:rPr>
                <w:b w:val="0"/>
                <w:sz w:val="19"/>
              </w:rPr>
              <w:t>-Use of Prepositions (prepositions of place: at, in, on, in front of, under, behind, among, beside, near, next to, between, across, into, through, onto, out of and prepositions of time: on, in, for, at; prepositions of phrases:</w:t>
            </w:r>
          </w:p>
          <w:p>
            <w:pPr>
              <w:spacing w:after="0"/>
            </w:pPr>
            <w:r>
              <w:rPr>
                <w:b w:val="0"/>
                <w:sz w:val="19"/>
              </w:rPr>
              <w:t>on foot, by car): Describing the location and time of objects, people, or events.</w:t>
            </w:r>
          </w:p>
          <w:p>
            <w:pPr>
              <w:spacing w:after="0"/>
            </w:pPr>
            <w:r>
              <w:rPr>
                <w:b w:val="0"/>
                <w:sz w:val="19"/>
              </w:rPr>
              <w:t>Target Social Language in Use:</w:t>
            </w:r>
          </w:p>
          <w:p>
            <w:pPr>
              <w:spacing w:after="0"/>
            </w:pPr>
            <w:r>
              <w:rPr>
                <w:b w:val="0"/>
                <w:sz w:val="19"/>
              </w:rPr>
              <w:t>The music festival is the talk of the town!</w:t>
            </w:r>
          </w:p>
          <w:p>
            <w:pPr>
              <w:spacing w:after="0"/>
            </w:pPr>
            <w:r>
              <w:rPr>
                <w:b w:val="0"/>
                <w:sz w:val="19"/>
              </w:rPr>
              <w:t>We were stuck in a traffic jam on the way to the concert!</w:t>
            </w:r>
          </w:p>
          <w:p>
            <w:pPr>
              <w:spacing w:after="0"/>
            </w:pPr>
            <w:r>
              <w:rPr>
                <w:b w:val="0"/>
                <w:sz w:val="19"/>
              </w:rPr>
              <w:t>Can I get a lift to the station?</w:t>
            </w:r>
          </w:p>
          <w:p>
            <w:pPr>
              <w:spacing w:after="0"/>
            </w:pPr>
            <w:r>
              <w:rPr>
                <w:b w:val="0"/>
                <w:sz w:val="19"/>
              </w:rPr>
              <w:t>Target Phonological Sounds in Use:</w:t>
            </w:r>
          </w:p>
          <w:p>
            <w:pPr>
              <w:spacing w:after="0"/>
            </w:pPr>
            <w:r>
              <w:rPr>
                <w:b w:val="0"/>
                <w:sz w:val="19"/>
              </w:rPr>
              <w:t>Vowel: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ENG.6.5.L1. Students can get ready for the listening/watching-comprehension process for the current</w:t>
            </w:r>
          </w:p>
          <w:p>
            <w:pPr>
              <w:spacing w:after="0"/>
            </w:pPr>
            <w:r>
              <w:rPr>
                <w:b w:val="0"/>
                <w:sz w:val="19"/>
              </w:rPr>
              <w:t>content on “life in the neighbourhood and the city with festivals and events (sports, music, arts)</w:t>
            </w:r>
          </w:p>
          <w:p>
            <w:pPr>
              <w:spacing w:after="0"/>
            </w:pPr>
            <w:r>
              <w:rPr>
                <w:b w:val="0"/>
                <w:sz w:val="19"/>
              </w:rPr>
              <w:t>in the neighbourhood and city; transportation in the neighbourhood and the city” carefully. ENG.6.5.L2.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together through significant details and</w:t>
            </w:r>
          </w:p>
          <w:p>
            <w:pPr>
              <w:spacing w:after="0"/>
            </w:pPr>
            <w:r>
              <w:rPr>
                <w:b w:val="0"/>
                <w:sz w:val="19"/>
              </w:rPr>
              <w:t>main components while listening/watching it. ENG.6.5.L3. Students can make meaning of/derive meaning from the current content on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through significant details by</w:t>
            </w:r>
          </w:p>
          <w:p>
            <w:pPr>
              <w:spacing w:after="0"/>
            </w:pPr>
            <w:r>
              <w:rPr>
                <w:b w:val="0"/>
                <w:sz w:val="19"/>
              </w:rPr>
              <w:t>listening/watching it carefully. ENG.6.5.L4.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ENG.6.5.P1. Students can select and use the target phonological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and naturally through spontaneous decision-making processes and use it in an</w:t>
            </w:r>
          </w:p>
          <w:p>
            <w:pPr>
              <w:spacing w:after="0"/>
            </w:pPr>
            <w:r>
              <w:rPr>
                <w:b w:val="0"/>
                <w:sz w:val="19"/>
              </w:rPr>
              <w:t>appropriate and effective way when communicating with others. ENG.6.5.R1. Students can get ready for the reading-comprehension process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ENG.6.5.R2.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through skimming (looking quickly at) the</w:t>
            </w:r>
          </w:p>
          <w:p>
            <w:pPr>
              <w:spacing w:after="0"/>
            </w:pPr>
            <w:r>
              <w:rPr>
                <w:b w:val="0"/>
                <w:sz w:val="19"/>
              </w:rPr>
              <w:t>audio-visual elements and reading the content very quickly. ENG.6.5.R3. Students can make meaning of / derive meaning from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by reading it carefully. ENG.6.5.R4. Students can convey their knowledge, experiences, thoughts, and feelings related to the</w:t>
            </w:r>
          </w:p>
          <w:p>
            <w:pPr>
              <w:spacing w:after="0"/>
            </w:pPr>
            <w:r>
              <w:rPr>
                <w:b w:val="0"/>
                <w:sz w:val="19"/>
              </w:rPr>
              <w:t>reading-comprehension process about the current content,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in relation to themselves or others, both</w:t>
            </w:r>
          </w:p>
          <w:p>
            <w:pPr>
              <w:spacing w:after="0"/>
            </w:pPr>
            <w:r>
              <w:rPr>
                <w:b w:val="0"/>
                <w:sz w:val="19"/>
              </w:rPr>
              <w:t>individually and/or with others. ENG.6.5.V1. Students can select and use the target vocabulary of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accurately, authentically, spontaneously, and naturally and use it appropriately and effectively when communicating</w:t>
            </w:r>
          </w:p>
          <w:p>
            <w:pPr>
              <w:spacing w:after="0"/>
            </w:pPr>
            <w:r>
              <w:rPr>
                <w:b w:val="0"/>
                <w:sz w:val="19"/>
              </w:rPr>
              <w:t>with others. ENG.6.5.G1. Students can select and use the target grammatical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spontaneously, and naturally and use it appropriately and effectively when</w:t>
            </w:r>
          </w:p>
          <w:p>
            <w:pPr>
              <w:spacing w:after="0"/>
            </w:pPr>
            <w:r>
              <w:rPr>
                <w:b w:val="0"/>
                <w:sz w:val="19"/>
              </w:rPr>
              <w:t>communicating with others. ENG.6.5.W1. Students can get ready for the writing-expression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ENG.6.5.W2. Students can understand the model/example for the writing task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ENG.6.5.W3. Students can organise a content for the assigned writing task on the current content “life</w:t>
            </w:r>
          </w:p>
          <w:p>
            <w:pPr>
              <w:spacing w:after="0"/>
            </w:pPr>
            <w:r>
              <w:rPr>
                <w:b w:val="0"/>
                <w:sz w:val="19"/>
              </w:rPr>
              <w:t>in the neighbourhood and the city with festivals and events (sports, music, arts) in the</w:t>
            </w:r>
          </w:p>
          <w:p>
            <w:pPr>
              <w:spacing w:after="0"/>
            </w:pPr>
            <w:r>
              <w:rPr>
                <w:b w:val="0"/>
                <w:sz w:val="19"/>
              </w:rPr>
              <w:t>neighbourhood and city; transportation in the neighbourhood and the city” based on the</w:t>
            </w:r>
          </w:p>
          <w:p>
            <w:pPr>
              <w:spacing w:after="0"/>
            </w:pPr>
            <w:r>
              <w:rPr>
                <w:b w:val="0"/>
                <w:sz w:val="19"/>
              </w:rPr>
              <w:t>model/example provided. ENG.6.5.W4. Students can individually construct/form content for the assigned writing task on the current</w:t>
            </w:r>
          </w:p>
          <w:p>
            <w:pPr>
              <w:spacing w:after="0"/>
            </w:pPr>
            <w:r>
              <w:rPr>
                <w:b w:val="0"/>
                <w:sz w:val="19"/>
              </w:rPr>
              <w:t>content “life in the neighbourhood and the city with festivals and events (sports, music, arts)</w:t>
            </w:r>
          </w:p>
          <w:p>
            <w:pPr>
              <w:spacing w:after="0"/>
            </w:pPr>
            <w:r>
              <w:rPr>
                <w:b w:val="0"/>
                <w:sz w:val="19"/>
              </w:rPr>
              <w:t>in the neighbourhood and city; transportation in the neighbourhood and the city”. ENG.6.5.W5. Students can reorganise (reconstruct) and use information in the new written tasks about the</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to communicate</w:t>
            </w:r>
          </w:p>
          <w:p>
            <w:pPr>
              <w:spacing w:after="0"/>
            </w:pPr>
            <w:r>
              <w:rPr>
                <w:b w:val="0"/>
                <w:sz w:val="19"/>
              </w:rPr>
              <w:t>with other people. ENG.6.5.W6. Students can reflect on their knowledge, experiences, thoughts, and feelings related to the</w:t>
            </w:r>
          </w:p>
          <w:p>
            <w:pPr>
              <w:spacing w:after="0"/>
            </w:pPr>
            <w:r>
              <w:rPr>
                <w:b w:val="0"/>
                <w:sz w:val="19"/>
              </w:rPr>
              <w:t>writing-expression process about the current content, “life in the neighbourhood and the city</w:t>
            </w:r>
          </w:p>
          <w:p>
            <w:pPr>
              <w:spacing w:after="0"/>
            </w:pPr>
            <w:r>
              <w:rPr>
                <w:b w:val="0"/>
                <w:sz w:val="19"/>
              </w:rPr>
              <w:t>with festivals and events (sports, music, arts) in the neighbourhood and city; transportation</w:t>
            </w:r>
          </w:p>
          <w:p>
            <w:pPr>
              <w:spacing w:after="0"/>
            </w:pPr>
            <w:r>
              <w:rPr>
                <w:b w:val="0"/>
                <w:sz w:val="19"/>
              </w:rPr>
              <w:t>in the neighbourhood and the city” in relation to themselves or others, both individually and/</w:t>
            </w:r>
          </w:p>
          <w:p>
            <w:pPr>
              <w:spacing w:after="0"/>
            </w:pPr>
            <w:r>
              <w:rPr>
                <w:b w:val="0"/>
                <w:sz w:val="19"/>
              </w:rPr>
              <w:t>or with others. ENG.6.5.S1. Students can get ready for speaking-expression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ENG.6.5.S2. Students can use the model/example for producing verbal content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ENG.6.5.S3. Students can organise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ENG.6.5.S4. Students can construct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ENG.6.5.S5. Students can reorganise (reconstruct) and use information about the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 communicate with other people. ENG.6.5.S6. Students can convey their knowledge, experiences, thoughts, and feelings related to the</w:t>
            </w:r>
          </w:p>
          <w:p>
            <w:pPr>
              <w:spacing w:after="0"/>
            </w:pPr>
            <w:r>
              <w:rPr>
                <w:b w:val="0"/>
                <w:sz w:val="19"/>
              </w:rPr>
              <w:t>speaking-expression process about the current content, “life in the neighbourhood and the city</w:t>
            </w:r>
          </w:p>
          <w:p>
            <w:pPr>
              <w:spacing w:after="0"/>
            </w:pPr>
            <w:r>
              <w:rPr>
                <w:b w:val="0"/>
                <w:sz w:val="19"/>
              </w:rPr>
              <w:t>with festivals and events (sports, music, arts) in the neighbourhood and city; transportation in</w:t>
            </w:r>
          </w:p>
          <w:p>
            <w:pPr>
              <w:spacing w:after="0"/>
            </w:pPr>
            <w:r>
              <w:rPr>
                <w:b w:val="0"/>
                <w:sz w:val="19"/>
              </w:rPr>
              <w:t>the neighbourhood and the city” to communicate with other people in relation to themselves</w:t>
            </w:r>
          </w:p>
          <w:p>
            <w:pPr>
              <w:spacing w:after="0"/>
            </w:pPr>
            <w:r>
              <w:rPr>
                <w:b w:val="0"/>
                <w:sz w:val="19"/>
              </w:rPr>
              <w:t>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She/He gives each group a Treasure Hunt Map ( a hand-drawn or printed map of</w:t>
            </w:r>
          </w:p>
          <w:p>
            <w:pPr>
              <w:spacing w:after="0"/>
            </w:pPr>
            <w:r>
              <w:rPr>
                <w:b w:val="0"/>
                <w:sz w:val="19"/>
              </w:rPr>
              <w:t>a fictional place like a pirate island, a mysterious castle, a hidden city with various landmarks and locations)</w:t>
            </w:r>
          </w:p>
          <w:p>
            <w:pPr>
              <w:spacing w:after="0"/>
            </w:pPr>
            <w:r>
              <w:rPr>
                <w:b w:val="0"/>
                <w:sz w:val="19"/>
              </w:rPr>
              <w:t>and a set of Treasure Clue Cards (cards with clues or directions that lead students to the next location or</w:t>
            </w:r>
          </w:p>
          <w:p>
            <w:pPr>
              <w:spacing w:after="0"/>
            </w:pPr>
            <w:r>
              <w:rPr>
                <w:b w:val="0"/>
                <w:sz w:val="19"/>
              </w:rPr>
              <w:t>object in the hunt).The cards describe where the next clue or “treasure” (a small object hidden on the map) is</w:t>
            </w:r>
          </w:p>
          <w:p>
            <w:pPr>
              <w:spacing w:after="0"/>
            </w:pPr>
            <w:r>
              <w:rPr>
                <w:b w:val="0"/>
                <w:sz w:val="19"/>
              </w:rPr>
              <w:t>located using prepositions of place. Each group goes on a treasure hunt and follows the clues and describes</w:t>
            </w:r>
          </w:p>
          <w:p>
            <w:pPr>
              <w:spacing w:after="0"/>
            </w:pPr>
            <w:r>
              <w:rPr>
                <w:b w:val="0"/>
                <w:sz w:val="19"/>
              </w:rPr>
              <w:t>where objects or locations are according to the prepositions of place. The teacher reads the first clue aloud</w:t>
            </w:r>
          </w:p>
          <w:p>
            <w:pPr>
              <w:spacing w:after="0"/>
            </w:pPr>
            <w:r>
              <w:rPr>
                <w:b w:val="0"/>
                <w:sz w:val="19"/>
              </w:rPr>
              <w:t>to the class. For example: “The treasure is under the big tree near the castle”. Groups discuss and figure</w:t>
            </w:r>
          </w:p>
          <w:p>
            <w:pPr>
              <w:spacing w:after="0"/>
            </w:pPr>
            <w:r>
              <w:rPr>
                <w:b w:val="0"/>
                <w:sz w:val="19"/>
              </w:rPr>
              <w:t>out the location based on the clue. Students describe the position of the treasure on their map, using the</w:t>
            </w:r>
          </w:p>
          <w:p>
            <w:pPr>
              <w:spacing w:after="0"/>
            </w:pPr>
            <w:r>
              <w:rPr>
                <w:b w:val="0"/>
                <w:sz w:val="19"/>
              </w:rPr>
              <w:t>correct prepositions of place. For example: “The treasure is under the big tree”. Once they find the location</w:t>
            </w:r>
          </w:p>
          <w:p>
            <w:pPr>
              <w:spacing w:after="0"/>
            </w:pPr>
            <w:r>
              <w:rPr>
                <w:b w:val="0"/>
                <w:sz w:val="19"/>
              </w:rPr>
              <w:t>of the treasure, they check their answer with the teacher. If they are correct, they receive the next clue to</w:t>
            </w:r>
          </w:p>
          <w:p>
            <w:pPr>
              <w:spacing w:after="0"/>
            </w:pPr>
            <w:r>
              <w:rPr>
                <w:b w:val="0"/>
                <w:sz w:val="19"/>
              </w:rPr>
              <w:t>continue the hunt. As groups move through the map, they encounter more clues with complex prepositions</w:t>
            </w:r>
          </w:p>
          <w:p>
            <w:pPr>
              <w:spacing w:after="0"/>
            </w:pPr>
            <w:r>
              <w:rPr>
                <w:b w:val="0"/>
                <w:sz w:val="19"/>
              </w:rPr>
              <w:t>(e.g., “The hidden door is between the bookshelf and the window” or “The key is behind the painting in the</w:t>
            </w:r>
          </w:p>
          <w:p>
            <w:pPr>
              <w:spacing w:after="0"/>
            </w:pPr>
            <w:r>
              <w:rPr>
                <w:b w:val="0"/>
                <w:sz w:val="19"/>
              </w:rPr>
              <w:t>corridor”). The first group to solve all the clues and find the final treasure (a hidden object somewhere in</w:t>
            </w:r>
          </w:p>
          <w:p>
            <w:pPr>
              <w:spacing w:after="0"/>
            </w:pPr>
            <w:r>
              <w:rPr>
                <w:b w:val="0"/>
                <w:sz w:val="19"/>
              </w:rPr>
              <w:t>the room or on the map) wins the game. Once all the groups have completed the treasure hunt, ask them</w:t>
            </w:r>
          </w:p>
          <w:p>
            <w:pPr>
              <w:spacing w:after="0"/>
            </w:pPr>
            <w:r>
              <w:rPr>
                <w:b w:val="0"/>
                <w:sz w:val="19"/>
              </w:rPr>
              <w:t>to share their favourite clues or most difficult clues with the class. The teacher praises students for their</w:t>
            </w:r>
          </w:p>
          <w:p>
            <w:pPr>
              <w:spacing w:after="0"/>
            </w:pPr>
            <w:r>
              <w:rPr>
                <w:b w:val="0"/>
                <w:sz w:val="19"/>
              </w:rPr>
              <w:t>teamwork and creativity during the hunt. Students reflect on their thoughts and feelings about the activity.</w:t>
            </w:r>
          </w:p>
          <w:p>
            <w:pPr>
              <w:spacing w:after="0"/>
            </w:pPr>
            <w:r>
              <w:rPr>
                <w:b w:val="0"/>
                <w:sz w:val="19"/>
              </w:rPr>
              <w:t>Supporting</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The teacher hides a small object, such as a coin, or sticker that will be the final</w:t>
            </w:r>
          </w:p>
          <w:p>
            <w:pPr>
              <w:spacing w:after="0"/>
            </w:pPr>
            <w:r>
              <w:rPr>
                <w:b w:val="0"/>
                <w:sz w:val="19"/>
              </w:rPr>
              <w:t>treasure in the classroom or in a specific area. Clue cards are also placed in different spots, each one leading</w:t>
            </w:r>
          </w:p>
          <w:p>
            <w:pPr>
              <w:spacing w:after="0"/>
            </w:pPr>
            <w:r>
              <w:rPr>
                <w:b w:val="0"/>
                <w:sz w:val="19"/>
              </w:rPr>
              <w:t>to the next clue. Each clue describes the location of the next clue using a preposition of place. For example:</w:t>
            </w:r>
          </w:p>
          <w:p>
            <w:pPr>
              <w:spacing w:after="0"/>
            </w:pPr>
            <w:r>
              <w:rPr>
                <w:b w:val="0"/>
                <w:sz w:val="19"/>
              </w:rPr>
              <w:t>“The treasure is under the desk”, “Look behind the door”. The teacher gives the class the first clue aloud.</w:t>
            </w:r>
          </w:p>
          <w:p>
            <w:pPr>
              <w:spacing w:after="0"/>
            </w:pPr>
            <w:r>
              <w:rPr>
                <w:b w:val="0"/>
                <w:sz w:val="19"/>
              </w:rPr>
              <w:t>For example: “The treasure is under the table”. Students follow the clue and find the location described</w:t>
            </w:r>
          </w:p>
          <w:p>
            <w:pPr>
              <w:spacing w:after="0"/>
            </w:pPr>
            <w:r>
              <w:rPr>
                <w:b w:val="0"/>
                <w:sz w:val="19"/>
              </w:rPr>
              <w:t>using prepositions. When students find the correct location (e.g., under the table), they read the next clue.</w:t>
            </w:r>
          </w:p>
          <w:p>
            <w:pPr>
              <w:spacing w:after="0"/>
            </w:pPr>
            <w:r>
              <w:rPr>
                <w:b w:val="0"/>
                <w:sz w:val="19"/>
              </w:rPr>
              <w:t>Example: “The next clue is behind the bookshelf”. As students move from one location to the next, they</w:t>
            </w:r>
          </w:p>
          <w:p>
            <w:pPr>
              <w:spacing w:after="0"/>
            </w:pPr>
            <w:r>
              <w:rPr>
                <w:b w:val="0"/>
                <w:sz w:val="19"/>
              </w:rPr>
              <w:t>describe where things are located using prepositions, such as: “The book is on the shelf”. The first group to</w:t>
            </w:r>
          </w:p>
          <w:p>
            <w:pPr>
              <w:spacing w:after="0"/>
            </w:pPr>
            <w:r>
              <w:rPr>
                <w:b w:val="0"/>
                <w:sz w:val="19"/>
              </w:rPr>
              <w:t>find the final treasure wins the game! Once the treasure is found, the teacher reviews the prepositions of the</w:t>
            </w:r>
          </w:p>
          <w:p>
            <w:pPr>
              <w:spacing w:after="0"/>
            </w:pPr>
            <w:r>
              <w:rPr>
                <w:b w:val="0"/>
                <w:sz w:val="19"/>
              </w:rPr>
              <w:t>place used during the activity and discusses any mistakes. She/He provides feedback and praises students</w:t>
            </w:r>
          </w:p>
          <w:p>
            <w:pPr>
              <w:spacing w:after="0"/>
            </w:pPr>
            <w:r>
              <w:rPr>
                <w:b w:val="0"/>
                <w:sz w:val="19"/>
              </w:rPr>
              <w:t>for their participation and teamwork!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poster or a short presentation about a festival or event</w:t>
            </w:r>
          </w:p>
          <w:p>
            <w:pPr>
              <w:spacing w:after="0"/>
            </w:pPr>
            <w:r>
              <w:rPr>
                <w:b w:val="0"/>
                <w:sz w:val="19"/>
              </w:rPr>
              <w:t>in their neighbourhood or city and explain how people can travel to this event using different transportation</w:t>
            </w:r>
          </w:p>
          <w:p>
            <w:pPr>
              <w:spacing w:after="0"/>
            </w:pPr>
            <w:r>
              <w:rPr>
                <w:b w:val="0"/>
                <w:sz w:val="19"/>
              </w:rPr>
              <w:t>options. Students will include details about the festival or event, such as its name, type (sports, music, arts), time, and location. They will describe at least two transportation methods available, explaining which</w:t>
            </w:r>
          </w:p>
          <w:p>
            <w:pPr>
              <w:spacing w:after="0"/>
            </w:pPr>
            <w:r>
              <w:rPr>
                <w:b w:val="0"/>
                <w:sz w:val="19"/>
              </w:rPr>
              <w:t>one is better for the event and why. Students will also add pictures or drawings to make their work visually</w:t>
            </w:r>
          </w:p>
          <w:p>
            <w:pPr>
              <w:spacing w:after="0"/>
            </w:pPr>
            <w:r>
              <w:rPr>
                <w:b w:val="0"/>
                <w:sz w:val="19"/>
              </w:rPr>
              <w:t>appealing and informative. The assignment will be evaluated by using a rubric scheme, a rating scale, and/or</w:t>
            </w:r>
          </w:p>
          <w:p>
            <w:pPr>
              <w:spacing w:after="0"/>
            </w:pPr>
            <w:r>
              <w:rPr>
                <w:b w:val="0"/>
                <w:sz w:val="19"/>
              </w:rPr>
              <w:t>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12 March, The Adoption of the Turkish National Anthem and Commemoration Day of Mehmet Akif Ersoy</w:t>
            </w:r>
          </w:p>
          <w:p>
            <w:pPr>
              <w:spacing w:after="0"/>
            </w:pPr>
            <w:r>
              <w:rPr>
                <w:b w:val="0"/>
                <w:sz w:val="19"/>
              </w:rPr>
              <w:t>18 March, Çanakkale Victory and Martyrs' Day</w:t>
            </w:r>
          </w:p>
          <w:p>
            <w:pPr>
              <w:spacing w:after="0"/>
            </w:pPr>
            <w:r>
              <w:rPr>
                <w:b w:val="0"/>
                <w:sz w:val="19"/>
              </w:rPr>
              <w:t>16-22 March, Turkic World and Communities Week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24: 22-26 March</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24: 22-26 March</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5: LIFE IN THE NEIGHBOURHOOD AND CITY</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festivals and events (sports, music, arts) in the neighbourhood and city; transportation in the</w:t>
            </w:r>
          </w:p>
          <w:p>
            <w:pPr>
              <w:spacing w:after="0"/>
            </w:pPr>
            <w:r>
              <w:rPr>
                <w:b w:val="0"/>
                <w:sz w:val="19"/>
              </w:rPr>
              <w:t>neighbourhood and the city</w:t>
            </w:r>
          </w:p>
          <w:p>
            <w:pPr>
              <w:spacing w:after="0"/>
            </w:pPr>
            <w:r>
              <w:rPr>
                <w:b w:val="0"/>
                <w:sz w:val="19"/>
              </w:rPr>
              <w:t>Target Vocabulary in Use (with revisional vocabulary):</w:t>
            </w:r>
          </w:p>
          <w:p>
            <w:pPr>
              <w:spacing w:after="0"/>
            </w:pPr>
            <w:r>
              <w:rPr>
                <w:b w:val="0"/>
                <w:sz w:val="19"/>
              </w:rPr>
              <w:t>Vocabulary for festivals and events in the neighbourhood and city:</w:t>
            </w:r>
          </w:p>
          <w:p>
            <w:pPr>
              <w:spacing w:after="0"/>
            </w:pPr>
            <w:r>
              <w:rPr>
                <w:b w:val="0"/>
                <w:sz w:val="19"/>
              </w:rPr>
              <w:t>Nouns: A festival, an audience, a musician, a platform, a wedding, jazz, pop, rock, rap.</w:t>
            </w:r>
          </w:p>
          <w:p>
            <w:pPr>
              <w:spacing w:after="0"/>
            </w:pPr>
            <w:r>
              <w:rPr>
                <w:b w:val="0"/>
                <w:sz w:val="19"/>
              </w:rPr>
              <w:t>Verbs: To celebrate, to perform, to raise (money), to organise, to practice, to ride, to skate.</w:t>
            </w:r>
          </w:p>
          <w:p>
            <w:pPr>
              <w:spacing w:after="0"/>
            </w:pPr>
            <w:r>
              <w:rPr>
                <w:b w:val="0"/>
                <w:sz w:val="19"/>
              </w:rPr>
              <w:t>Adjectives: Pleased, social, tired, creative, local.</w:t>
            </w:r>
          </w:p>
          <w:p>
            <w:pPr>
              <w:spacing w:after="0"/>
            </w:pPr>
            <w:r>
              <w:rPr>
                <w:b w:val="0"/>
                <w:sz w:val="19"/>
              </w:rPr>
              <w:t>Adverbs: Any, better, best.</w:t>
            </w:r>
          </w:p>
          <w:p>
            <w:pPr>
              <w:spacing w:after="0"/>
            </w:pPr>
            <w:r>
              <w:rPr>
                <w:b w:val="0"/>
                <w:sz w:val="19"/>
              </w:rPr>
              <w:t>Vocabulary for transportation in the neighbourhood and city:</w:t>
            </w:r>
          </w:p>
          <w:p>
            <w:pPr>
              <w:spacing w:after="0"/>
            </w:pPr>
            <w:r>
              <w:rPr>
                <w:b w:val="0"/>
                <w:sz w:val="19"/>
              </w:rPr>
              <w:t>Nouns: Means of transport, parking, driving, a sign, a direction, a vehicle, a railway, a link, a tube, underground</w:t>
            </w:r>
          </w:p>
          <w:p>
            <w:pPr>
              <w:spacing w:after="0"/>
            </w:pPr>
            <w:r>
              <w:rPr>
                <w:b w:val="0"/>
                <w:sz w:val="19"/>
              </w:rPr>
              <w:t>(official name of tube in Britain) (subway-AmE.), a drive, a ride, a van, a ship, a lorry (truck-AmE.), a motorcycle, a wheel, gas, petrol, an overpass, an underpass, tram (trolley-AmE.).</w:t>
            </w:r>
          </w:p>
          <w:p>
            <w:pPr>
              <w:spacing w:after="0"/>
            </w:pPr>
            <w:r>
              <w:rPr>
                <w:b w:val="0"/>
                <w:sz w:val="19"/>
              </w:rPr>
              <w:t>Verbs: To catch, to cross, to ride, to link, to count someone in, to hang on, to rush.</w:t>
            </w:r>
          </w:p>
          <w:p>
            <w:pPr>
              <w:spacing w:after="0"/>
            </w:pPr>
            <w:r>
              <w:rPr>
                <w:b w:val="0"/>
                <w:sz w:val="19"/>
              </w:rPr>
              <w:t>Adjectives: Pleased, crowded, social, tired, creative, local.</w:t>
            </w:r>
          </w:p>
          <w:p>
            <w:pPr>
              <w:spacing w:after="0"/>
            </w:pPr>
            <w:r>
              <w:rPr>
                <w:b w:val="0"/>
                <w:sz w:val="19"/>
              </w:rPr>
              <w:t>Phrases: Public transport.</w:t>
            </w:r>
          </w:p>
          <w:p>
            <w:pPr>
              <w:spacing w:after="0"/>
            </w:pPr>
            <w:r>
              <w:rPr>
                <w:b w:val="0"/>
                <w:sz w:val="19"/>
              </w:rPr>
              <w:t>Adverbs: Along, straight, past, slowly.</w:t>
            </w:r>
          </w:p>
          <w:p>
            <w:pPr>
              <w:spacing w:after="0"/>
            </w:pPr>
            <w:r>
              <w:rPr>
                <w:b w:val="0"/>
                <w:sz w:val="19"/>
              </w:rPr>
              <w:t>Target Grammatical Structures in Use:</w:t>
            </w:r>
          </w:p>
          <w:p>
            <w:pPr>
              <w:spacing w:after="0"/>
            </w:pPr>
            <w:r>
              <w:rPr>
                <w:b w:val="0"/>
                <w:sz w:val="19"/>
              </w:rPr>
              <w:t>-The Simple Past Tense (was-were): (The train was late yesterday because of the rain. The guests were</w:t>
            </w:r>
          </w:p>
          <w:p>
            <w:pPr>
              <w:spacing w:after="0"/>
            </w:pPr>
            <w:r>
              <w:rPr>
                <w:b w:val="0"/>
                <w:sz w:val="19"/>
              </w:rPr>
              <w:t>pleased with the meals).</w:t>
            </w:r>
          </w:p>
          <w:p>
            <w:pPr>
              <w:spacing w:after="0"/>
            </w:pPr>
            <w:r>
              <w:rPr>
                <w:b w:val="0"/>
                <w:sz w:val="19"/>
              </w:rPr>
              <w:t>-Wh- questions (why, when): (What did they celebrate last night? When did the lorry cross the overpass?)</w:t>
            </w:r>
          </w:p>
          <w:p>
            <w:pPr>
              <w:spacing w:after="0"/>
            </w:pPr>
            <w:r>
              <w:rPr>
                <w:b w:val="0"/>
                <w:sz w:val="19"/>
              </w:rPr>
              <w:t>-Gerunds and infinitives: (I enjoy listening to rock music at festivals. We planned to raise money for the jazz</w:t>
            </w:r>
          </w:p>
          <w:p>
            <w:pPr>
              <w:spacing w:after="0"/>
            </w:pPr>
            <w:r>
              <w:rPr>
                <w:b w:val="0"/>
                <w:sz w:val="19"/>
              </w:rPr>
              <w:t>performers).</w:t>
            </w:r>
          </w:p>
          <w:p>
            <w:pPr>
              <w:spacing w:after="0"/>
            </w:pPr>
            <w:r>
              <w:rPr>
                <w:b w:val="0"/>
                <w:sz w:val="19"/>
              </w:rPr>
              <w:t>-Question tags for the Simple Past Tense (to be): (The festival was amazing, wasn’t it? There weren’t many</w:t>
            </w:r>
          </w:p>
          <w:p>
            <w:pPr>
              <w:spacing w:after="0"/>
            </w:pPr>
            <w:r>
              <w:rPr>
                <w:b w:val="0"/>
                <w:sz w:val="19"/>
              </w:rPr>
              <w:t>people at the wedding, were there?)</w:t>
            </w:r>
          </w:p>
          <w:p>
            <w:pPr>
              <w:spacing w:after="0"/>
            </w:pPr>
            <w:r>
              <w:rPr>
                <w:b w:val="0"/>
                <w:sz w:val="19"/>
              </w:rPr>
              <w:t>-Prepositions (prepositions of place: at, in, on, in front of, under, behind, among, beside, near, next to, between, across, into, through, onto, out of. Prepositions of time: on, in, for, at; Prepositions of phrases: on</w:t>
            </w:r>
          </w:p>
          <w:p>
            <w:pPr>
              <w:spacing w:after="0"/>
            </w:pPr>
            <w:r>
              <w:rPr>
                <w:b w:val="0"/>
                <w:sz w:val="19"/>
              </w:rPr>
              <w:t>foot, by car): (The truck stopped near the railway crossing. The audience sat on the grass during the concert.</w:t>
            </w:r>
          </w:p>
          <w:p>
            <w:pPr>
              <w:spacing w:after="0"/>
            </w:pPr>
            <w:r>
              <w:rPr>
                <w:b w:val="0"/>
                <w:sz w:val="19"/>
              </w:rPr>
              <w:t>The jazz concert started at 7 p.m. last night. He travelled to the city park by car with his family. She walked</w:t>
            </w:r>
          </w:p>
          <w:p>
            <w:pPr>
              <w:spacing w:after="0"/>
            </w:pPr>
            <w:r>
              <w:rPr>
                <w:b w:val="0"/>
                <w:sz w:val="19"/>
              </w:rPr>
              <w:t>across the road to catch the bAmE.).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Functions of the Grammatical Structures in Use:</w:t>
            </w:r>
          </w:p>
          <w:p>
            <w:pPr>
              <w:spacing w:after="0"/>
            </w:pPr>
            <w:r>
              <w:rPr>
                <w:b w:val="0"/>
                <w:sz w:val="19"/>
              </w:rPr>
              <w:t>-Use of the Simple Past Tense (was-were): Describing past events, states, or conditions.</w:t>
            </w:r>
          </w:p>
          <w:p>
            <w:pPr>
              <w:spacing w:after="0"/>
            </w:pPr>
            <w:r>
              <w:rPr>
                <w:b w:val="0"/>
                <w:sz w:val="19"/>
              </w:rPr>
              <w:t>-Use of Wh questions (why, when): Asking for reasons or time-related information about events, actions, or</w:t>
            </w:r>
          </w:p>
          <w:p>
            <w:pPr>
              <w:spacing w:after="0"/>
            </w:pPr>
            <w:r>
              <w:rPr>
                <w:b w:val="0"/>
                <w:sz w:val="19"/>
              </w:rPr>
              <w:t>situations. -Use of Gerunds and infinitives: Talking about likes, dislikes, plans, and actions.</w:t>
            </w:r>
          </w:p>
          <w:p>
            <w:pPr>
              <w:spacing w:after="0"/>
            </w:pPr>
            <w:r>
              <w:rPr>
                <w:b w:val="0"/>
                <w:sz w:val="19"/>
              </w:rPr>
              <w:t>-Use of Question tags for past tense (to be): Confirming or seeking agreement about past events or states.</w:t>
            </w:r>
          </w:p>
          <w:p>
            <w:pPr>
              <w:spacing w:after="0"/>
            </w:pPr>
            <w:r>
              <w:rPr>
                <w:b w:val="0"/>
                <w:sz w:val="19"/>
              </w:rPr>
              <w:t>-Use of Prepositions (prepositions of place: at, in, on, in front of, under, behind, among, beside, near, next to, between, across, into, through, onto, out of and prepositions of time: on, in, for, at; prepositions of phrases:</w:t>
            </w:r>
          </w:p>
          <w:p>
            <w:pPr>
              <w:spacing w:after="0"/>
            </w:pPr>
            <w:r>
              <w:rPr>
                <w:b w:val="0"/>
                <w:sz w:val="19"/>
              </w:rPr>
              <w:t>on foot, by car): Describing the location and time of objects, people, or events.</w:t>
            </w:r>
          </w:p>
          <w:p>
            <w:pPr>
              <w:spacing w:after="0"/>
            </w:pPr>
            <w:r>
              <w:rPr>
                <w:b w:val="0"/>
                <w:sz w:val="19"/>
              </w:rPr>
              <w:t>Target Social Language in Use:</w:t>
            </w:r>
          </w:p>
          <w:p>
            <w:pPr>
              <w:spacing w:after="0"/>
            </w:pPr>
            <w:r>
              <w:rPr>
                <w:b w:val="0"/>
                <w:sz w:val="19"/>
              </w:rPr>
              <w:t>The music festival is the talk of the town!</w:t>
            </w:r>
          </w:p>
          <w:p>
            <w:pPr>
              <w:spacing w:after="0"/>
            </w:pPr>
            <w:r>
              <w:rPr>
                <w:b w:val="0"/>
                <w:sz w:val="19"/>
              </w:rPr>
              <w:t>We were stuck in a traffic jam on the way to the concert!</w:t>
            </w:r>
          </w:p>
          <w:p>
            <w:pPr>
              <w:spacing w:after="0"/>
            </w:pPr>
            <w:r>
              <w:rPr>
                <w:b w:val="0"/>
                <w:sz w:val="19"/>
              </w:rPr>
              <w:t>Can I get a lift to the station?</w:t>
            </w:r>
          </w:p>
          <w:p>
            <w:pPr>
              <w:spacing w:after="0"/>
            </w:pPr>
            <w:r>
              <w:rPr>
                <w:b w:val="0"/>
                <w:sz w:val="19"/>
              </w:rPr>
              <w:t>Target Phonological Sounds in Use:</w:t>
            </w:r>
          </w:p>
          <w:p>
            <w:pPr>
              <w:spacing w:after="0"/>
            </w:pPr>
            <w:r>
              <w:rPr>
                <w:b w:val="0"/>
                <w:sz w:val="19"/>
              </w:rPr>
              <w:t>Vowel: i: (/aı/, /ı/, /i:/)</w:t>
            </w:r>
          </w:p>
          <w:p>
            <w:pPr>
              <w:spacing w:after="0"/>
            </w:pPr>
            <w:r>
              <w:rPr>
                <w:b w:val="0"/>
                <w:sz w:val="19"/>
              </w:rPr>
              <w:t>Consonants: f: (/f/); g: (/g/, /dʒ/); h: (/h/); j: (/dʒeɪ/, /dʒ/); k: (/k/)</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ENG.6.5.L1. Students can get ready for the listening/watching-comprehension process for the current</w:t>
            </w:r>
          </w:p>
          <w:p>
            <w:pPr>
              <w:spacing w:after="0"/>
            </w:pPr>
            <w:r>
              <w:rPr>
                <w:b w:val="0"/>
                <w:sz w:val="19"/>
              </w:rPr>
              <w:t>content on “life in the neighbourhood and the city with festivals and events (sports, music, arts)</w:t>
            </w:r>
          </w:p>
          <w:p>
            <w:pPr>
              <w:spacing w:after="0"/>
            </w:pPr>
            <w:r>
              <w:rPr>
                <w:b w:val="0"/>
                <w:sz w:val="19"/>
              </w:rPr>
              <w:t>in the neighbourhood and city; transportation in the neighbourhood and the city” carefully. ENG.6.5.L2.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together through significant details and</w:t>
            </w:r>
          </w:p>
          <w:p>
            <w:pPr>
              <w:spacing w:after="0"/>
            </w:pPr>
            <w:r>
              <w:rPr>
                <w:b w:val="0"/>
                <w:sz w:val="19"/>
              </w:rPr>
              <w:t>main components while listening/watching it. ENG.6.5.L3. Students can make meaning of/derive meaning from the current content on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through significant details by</w:t>
            </w:r>
          </w:p>
          <w:p>
            <w:pPr>
              <w:spacing w:after="0"/>
            </w:pPr>
            <w:r>
              <w:rPr>
                <w:b w:val="0"/>
                <w:sz w:val="19"/>
              </w:rPr>
              <w:t>listening/watching it carefully. ENG.6.5.L4.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ENG.6.5.P1. Students can select and use the target phonological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and naturally through spontaneous decision-making processes and use it in an</w:t>
            </w:r>
          </w:p>
          <w:p>
            <w:pPr>
              <w:spacing w:after="0"/>
            </w:pPr>
            <w:r>
              <w:rPr>
                <w:b w:val="0"/>
                <w:sz w:val="19"/>
              </w:rPr>
              <w:t>appropriate and effective way when communicating with others. ENG.6.5.R1. Students can get ready for the reading-comprehension process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ENG.6.5.R2. Students can bring information about the current content on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through skimming (looking quickly at) the</w:t>
            </w:r>
          </w:p>
          <w:p>
            <w:pPr>
              <w:spacing w:after="0"/>
            </w:pPr>
            <w:r>
              <w:rPr>
                <w:b w:val="0"/>
                <w:sz w:val="19"/>
              </w:rPr>
              <w:t>audio-visual elements and reading the content very quickly. ENG.6.5.R3. Students can make meaning of / derive meaning from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by reading it carefully. ENG.6.5.R4. Students can convey their knowledge, experiences, thoughts, and feelings related to the</w:t>
            </w:r>
          </w:p>
          <w:p>
            <w:pPr>
              <w:spacing w:after="0"/>
            </w:pPr>
            <w:r>
              <w:rPr>
                <w:b w:val="0"/>
                <w:sz w:val="19"/>
              </w:rPr>
              <w:t>reading-comprehension process about the current content,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in relation to themselves or others, both</w:t>
            </w:r>
          </w:p>
          <w:p>
            <w:pPr>
              <w:spacing w:after="0"/>
            </w:pPr>
            <w:r>
              <w:rPr>
                <w:b w:val="0"/>
                <w:sz w:val="19"/>
              </w:rPr>
              <w:t>individually and/or with others. ENG.6.5.V1. Students can select and use the target vocabulary of the current content about “life in the</w:t>
            </w:r>
          </w:p>
          <w:p>
            <w:pPr>
              <w:spacing w:after="0"/>
            </w:pPr>
            <w:r>
              <w:rPr>
                <w:b w:val="0"/>
                <w:sz w:val="19"/>
              </w:rPr>
              <w:t>neighbourhood and the city with festivals and events (sports, music, arts) in the neighbourhood</w:t>
            </w:r>
          </w:p>
          <w:p>
            <w:pPr>
              <w:spacing w:after="0"/>
            </w:pPr>
            <w:r>
              <w:rPr>
                <w:b w:val="0"/>
                <w:sz w:val="19"/>
              </w:rPr>
              <w:t>and city; transportation in the neighbourhood and the city” accurately, authentically, spontaneously, and naturally and use it appropriately and effectively when communicating</w:t>
            </w:r>
          </w:p>
          <w:p>
            <w:pPr>
              <w:spacing w:after="0"/>
            </w:pPr>
            <w:r>
              <w:rPr>
                <w:b w:val="0"/>
                <w:sz w:val="19"/>
              </w:rPr>
              <w:t>with others. ENG.6.5.G1. Students can select and use the target grammatical elements of the current content about</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accurately, authentically, spontaneously, and naturally and use it appropriately and effectively when</w:t>
            </w:r>
          </w:p>
          <w:p>
            <w:pPr>
              <w:spacing w:after="0"/>
            </w:pPr>
            <w:r>
              <w:rPr>
                <w:b w:val="0"/>
                <w:sz w:val="19"/>
              </w:rPr>
              <w:t>communicating with others. ENG.6.5.W1. Students can get ready for the writing-expression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ENG.6.5.W2. Students can understand the model/example for the writing task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ENG.6.5.W3. Students can organise a content for the assigned writing task on the current content “life</w:t>
            </w:r>
          </w:p>
          <w:p>
            <w:pPr>
              <w:spacing w:after="0"/>
            </w:pPr>
            <w:r>
              <w:rPr>
                <w:b w:val="0"/>
                <w:sz w:val="19"/>
              </w:rPr>
              <w:t>in the neighbourhood and the city with festivals and events (sports, music, arts) in the</w:t>
            </w:r>
          </w:p>
          <w:p>
            <w:pPr>
              <w:spacing w:after="0"/>
            </w:pPr>
            <w:r>
              <w:rPr>
                <w:b w:val="0"/>
                <w:sz w:val="19"/>
              </w:rPr>
              <w:t>neighbourhood and city; transportation in the neighbourhood and the city” based on the</w:t>
            </w:r>
          </w:p>
          <w:p>
            <w:pPr>
              <w:spacing w:after="0"/>
            </w:pPr>
            <w:r>
              <w:rPr>
                <w:b w:val="0"/>
                <w:sz w:val="19"/>
              </w:rPr>
              <w:t>model/example provided. ENG.6.5.W4. Students can individually construct/form content for the assigned writing task on the current</w:t>
            </w:r>
          </w:p>
          <w:p>
            <w:pPr>
              <w:spacing w:after="0"/>
            </w:pPr>
            <w:r>
              <w:rPr>
                <w:b w:val="0"/>
                <w:sz w:val="19"/>
              </w:rPr>
              <w:t>content “life in the neighbourhood and the city with festivals and events (sports, music, arts)</w:t>
            </w:r>
          </w:p>
          <w:p>
            <w:pPr>
              <w:spacing w:after="0"/>
            </w:pPr>
            <w:r>
              <w:rPr>
                <w:b w:val="0"/>
                <w:sz w:val="19"/>
              </w:rPr>
              <w:t>in the neighbourhood and city; transportation in the neighbourhood and the city”. ENG.6.5.W5. Students can reorganise (reconstruct) and use information in the new written tasks about the</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to communicate</w:t>
            </w:r>
          </w:p>
          <w:p>
            <w:pPr>
              <w:spacing w:after="0"/>
            </w:pPr>
            <w:r>
              <w:rPr>
                <w:b w:val="0"/>
                <w:sz w:val="19"/>
              </w:rPr>
              <w:t>with other people. ENG.6.5.W6. Students can reflect on their knowledge, experiences, thoughts, and feelings related to the</w:t>
            </w:r>
          </w:p>
          <w:p>
            <w:pPr>
              <w:spacing w:after="0"/>
            </w:pPr>
            <w:r>
              <w:rPr>
                <w:b w:val="0"/>
                <w:sz w:val="19"/>
              </w:rPr>
              <w:t>writing-expression process about the current content, “life in the neighbourhood and the city</w:t>
            </w:r>
          </w:p>
          <w:p>
            <w:pPr>
              <w:spacing w:after="0"/>
            </w:pPr>
            <w:r>
              <w:rPr>
                <w:b w:val="0"/>
                <w:sz w:val="19"/>
              </w:rPr>
              <w:t>with festivals and events (sports, music, arts) in the neighbourhood and city; transportation</w:t>
            </w:r>
          </w:p>
          <w:p>
            <w:pPr>
              <w:spacing w:after="0"/>
            </w:pPr>
            <w:r>
              <w:rPr>
                <w:b w:val="0"/>
                <w:sz w:val="19"/>
              </w:rPr>
              <w:t>in the neighbourhood and the city” in relation to themselves or others, both individually and/</w:t>
            </w:r>
          </w:p>
          <w:p>
            <w:pPr>
              <w:spacing w:after="0"/>
            </w:pPr>
            <w:r>
              <w:rPr>
                <w:b w:val="0"/>
                <w:sz w:val="19"/>
              </w:rPr>
              <w:t>or with others. ENG.6.5.S1. Students can get ready for speaking-expression process about the current content on</w:t>
            </w:r>
          </w:p>
          <w:p>
            <w:pPr>
              <w:spacing w:after="0"/>
            </w:pPr>
            <w:r>
              <w:rPr>
                <w:b w:val="0"/>
                <w:sz w:val="19"/>
              </w:rPr>
              <w:t>“life in the neighbourhood and the city with festivals and events (sports, music, arts) in the</w:t>
            </w:r>
          </w:p>
          <w:p>
            <w:pPr>
              <w:spacing w:after="0"/>
            </w:pPr>
            <w:r>
              <w:rPr>
                <w:b w:val="0"/>
                <w:sz w:val="19"/>
              </w:rPr>
              <w:t>neighbourhood and city; transportation in the neighbourhood and the city”. ENG.6.5.S2. Students can use the model/example for producing verbal content about the current content</w:t>
            </w:r>
          </w:p>
          <w:p>
            <w:pPr>
              <w:spacing w:after="0"/>
            </w:pPr>
            <w:r>
              <w:rPr>
                <w:b w:val="0"/>
                <w:sz w:val="19"/>
              </w:rPr>
              <w:t>on “life in the neighbourhood and the city with festivals and events (sports, music, arts) in the</w:t>
            </w:r>
          </w:p>
          <w:p>
            <w:pPr>
              <w:spacing w:after="0"/>
            </w:pPr>
            <w:r>
              <w:rPr>
                <w:b w:val="0"/>
                <w:sz w:val="19"/>
              </w:rPr>
              <w:t>neighbourhood and city; transportation in the neighbourhood and the city”. ENG.6.5.S3. Students can organise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ENG.6.5.S4. Students can construct a new verbal content on “life in the neighbourhood and the city with</w:t>
            </w:r>
          </w:p>
          <w:p>
            <w:pPr>
              <w:spacing w:after="0"/>
            </w:pPr>
            <w:r>
              <w:rPr>
                <w:b w:val="0"/>
                <w:sz w:val="19"/>
              </w:rPr>
              <w:t>festivals and events (sports, music, arts) in the neighbourhood and city; transportation in the</w:t>
            </w:r>
          </w:p>
          <w:p>
            <w:pPr>
              <w:spacing w:after="0"/>
            </w:pPr>
            <w:r>
              <w:rPr>
                <w:b w:val="0"/>
                <w:sz w:val="19"/>
              </w:rPr>
              <w:t>neighbourhood and the city” by speaking accurately, efficiently, and authentically. ENG.6.5.S5. Students can reorganise (reconstruct) and use information about the “life in the neighbourhood</w:t>
            </w:r>
          </w:p>
          <w:p>
            <w:pPr>
              <w:spacing w:after="0"/>
            </w:pPr>
            <w:r>
              <w:rPr>
                <w:b w:val="0"/>
                <w:sz w:val="19"/>
              </w:rPr>
              <w:t>and the city with festivals and events (sports, music, arts) in the neighbourhood and city;</w:t>
            </w:r>
          </w:p>
          <w:p>
            <w:pPr>
              <w:spacing w:after="0"/>
            </w:pPr>
            <w:r>
              <w:rPr>
                <w:b w:val="0"/>
                <w:sz w:val="19"/>
              </w:rPr>
              <w:t>transportation in the neighbourhood and the city” to communicate with other people. ENG.6.5.S6. Students can convey their knowledge, experiences, thoughts, and feelings related to the</w:t>
            </w:r>
          </w:p>
          <w:p>
            <w:pPr>
              <w:spacing w:after="0"/>
            </w:pPr>
            <w:r>
              <w:rPr>
                <w:b w:val="0"/>
                <w:sz w:val="19"/>
              </w:rPr>
              <w:t>speaking-expression process about the current content, “life in the neighbourhood and the city</w:t>
            </w:r>
          </w:p>
          <w:p>
            <w:pPr>
              <w:spacing w:after="0"/>
            </w:pPr>
            <w:r>
              <w:rPr>
                <w:b w:val="0"/>
                <w:sz w:val="19"/>
              </w:rPr>
              <w:t>with festivals and events (sports, music, arts) in the neighbourhood and city; transportation in</w:t>
            </w:r>
          </w:p>
          <w:p>
            <w:pPr>
              <w:spacing w:after="0"/>
            </w:pPr>
            <w:r>
              <w:rPr>
                <w:b w:val="0"/>
                <w:sz w:val="19"/>
              </w:rPr>
              <w:t>the neighbourhood and the city” to communicate with other people in relation to themselves</w:t>
            </w:r>
          </w:p>
          <w:p>
            <w:pPr>
              <w:spacing w:after="0"/>
            </w:pPr>
            <w:r>
              <w:rPr>
                <w:b w:val="0"/>
                <w:sz w:val="19"/>
              </w:rPr>
              <w:t>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(ENG.6.5.L1.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She/He gives each group a Treasure Hunt Map ( a hand-drawn or printed map of</w:t>
            </w:r>
          </w:p>
          <w:p>
            <w:pPr>
              <w:spacing w:after="0"/>
            </w:pPr>
            <w:r>
              <w:rPr>
                <w:b w:val="0"/>
                <w:sz w:val="19"/>
              </w:rPr>
              <w:t>a fictional place like a pirate island, a mysterious castle, a hidden city with various landmarks and locations)</w:t>
            </w:r>
          </w:p>
          <w:p>
            <w:pPr>
              <w:spacing w:after="0"/>
            </w:pPr>
            <w:r>
              <w:rPr>
                <w:b w:val="0"/>
                <w:sz w:val="19"/>
              </w:rPr>
              <w:t>and a set of Treasure Clue Cards (cards with clues or directions that lead students to the next location or</w:t>
            </w:r>
          </w:p>
          <w:p>
            <w:pPr>
              <w:spacing w:after="0"/>
            </w:pPr>
            <w:r>
              <w:rPr>
                <w:b w:val="0"/>
                <w:sz w:val="19"/>
              </w:rPr>
              <w:t>object in the hunt).The cards describe where the next clue or “treasure” (a small object hidden on the map) is</w:t>
            </w:r>
          </w:p>
          <w:p>
            <w:pPr>
              <w:spacing w:after="0"/>
            </w:pPr>
            <w:r>
              <w:rPr>
                <w:b w:val="0"/>
                <w:sz w:val="19"/>
              </w:rPr>
              <w:t>located using prepositions of place. Each group goes on a treasure hunt and follows the clues and describes</w:t>
            </w:r>
          </w:p>
          <w:p>
            <w:pPr>
              <w:spacing w:after="0"/>
            </w:pPr>
            <w:r>
              <w:rPr>
                <w:b w:val="0"/>
                <w:sz w:val="19"/>
              </w:rPr>
              <w:t>where objects or locations are according to the prepositions of place. The teacher reads the first clue aloud</w:t>
            </w:r>
          </w:p>
          <w:p>
            <w:pPr>
              <w:spacing w:after="0"/>
            </w:pPr>
            <w:r>
              <w:rPr>
                <w:b w:val="0"/>
                <w:sz w:val="19"/>
              </w:rPr>
              <w:t>to the class. For example: “The treasure is under the big tree near the castle”. Groups discuss and figure</w:t>
            </w:r>
          </w:p>
          <w:p>
            <w:pPr>
              <w:spacing w:after="0"/>
            </w:pPr>
            <w:r>
              <w:rPr>
                <w:b w:val="0"/>
                <w:sz w:val="19"/>
              </w:rPr>
              <w:t>out the location based on the clue. Students describe the position of the treasure on their map, using the</w:t>
            </w:r>
          </w:p>
          <w:p>
            <w:pPr>
              <w:spacing w:after="0"/>
            </w:pPr>
            <w:r>
              <w:rPr>
                <w:b w:val="0"/>
                <w:sz w:val="19"/>
              </w:rPr>
              <w:t>correct prepositions of place. For example: “The treasure is under the big tree”. Once they find the location</w:t>
            </w:r>
          </w:p>
          <w:p>
            <w:pPr>
              <w:spacing w:after="0"/>
            </w:pPr>
            <w:r>
              <w:rPr>
                <w:b w:val="0"/>
                <w:sz w:val="19"/>
              </w:rPr>
              <w:t>of the treasure, they check their answer with the teacher. If they are correct, they receive the next clue to</w:t>
            </w:r>
          </w:p>
          <w:p>
            <w:pPr>
              <w:spacing w:after="0"/>
            </w:pPr>
            <w:r>
              <w:rPr>
                <w:b w:val="0"/>
                <w:sz w:val="19"/>
              </w:rPr>
              <w:t>continue the hunt. As groups move through the map, they encounter more clues with complex prepositions</w:t>
            </w:r>
          </w:p>
          <w:p>
            <w:pPr>
              <w:spacing w:after="0"/>
            </w:pPr>
            <w:r>
              <w:rPr>
                <w:b w:val="0"/>
                <w:sz w:val="19"/>
              </w:rPr>
              <w:t>(e.g., “The hidden door is between the bookshelf and the window” or “The key is behind the painting in the</w:t>
            </w:r>
          </w:p>
          <w:p>
            <w:pPr>
              <w:spacing w:after="0"/>
            </w:pPr>
            <w:r>
              <w:rPr>
                <w:b w:val="0"/>
                <w:sz w:val="19"/>
              </w:rPr>
              <w:t>corridor”). The first group to solve all the clues and find the final treasure (a hidden object somewhere in</w:t>
            </w:r>
          </w:p>
          <w:p>
            <w:pPr>
              <w:spacing w:after="0"/>
            </w:pPr>
            <w:r>
              <w:rPr>
                <w:b w:val="0"/>
                <w:sz w:val="19"/>
              </w:rPr>
              <w:t>the room or on the map) wins the game. Once all the groups have completed the treasure hunt, ask them</w:t>
            </w:r>
          </w:p>
          <w:p>
            <w:pPr>
              <w:spacing w:after="0"/>
            </w:pPr>
            <w:r>
              <w:rPr>
                <w:b w:val="0"/>
                <w:sz w:val="19"/>
              </w:rPr>
              <w:t>to share their favourite clues or most difficult clues with the class. The teacher praises students for their</w:t>
            </w:r>
          </w:p>
          <w:p>
            <w:pPr>
              <w:spacing w:after="0"/>
            </w:pPr>
            <w:r>
              <w:rPr>
                <w:b w:val="0"/>
                <w:sz w:val="19"/>
              </w:rPr>
              <w:t>teamwork and creativity during the hunt. Students reflect on their thoughts and feelings about the activity.</w:t>
            </w:r>
          </w:p>
          <w:p>
            <w:pPr>
              <w:spacing w:after="0"/>
            </w:pPr>
            <w:r>
              <w:rPr>
                <w:b w:val="0"/>
                <w:sz w:val="19"/>
              </w:rPr>
              <w:t>Supporting</w:t>
            </w:r>
          </w:p>
          <w:p>
            <w:pPr>
              <w:spacing w:after="0"/>
            </w:pPr>
            <w:r>
              <w:rPr>
                <w:b w:val="0"/>
                <w:sz w:val="19"/>
              </w:rPr>
              <w:t>Objective: To practise talking about complex directions in English by using the prepositions of place in a fun</w:t>
            </w:r>
          </w:p>
          <w:p>
            <w:pPr>
              <w:spacing w:after="0"/>
            </w:pPr>
            <w:r>
              <w:rPr>
                <w:b w:val="0"/>
                <w:sz w:val="19"/>
              </w:rPr>
              <w:t>and interactive treasure hunt game.</w:t>
            </w:r>
          </w:p>
          <w:p>
            <w:pPr>
              <w:spacing w:after="0"/>
            </w:pPr>
            <w:r>
              <w:rPr>
                <w:b w:val="0"/>
                <w:sz w:val="19"/>
              </w:rPr>
              <w:t>Activity title: Treasure Hunt Adventure</w:t>
            </w:r>
          </w:p>
          <w:p>
            <w:pPr>
              <w:spacing w:after="0"/>
            </w:pPr>
            <w:r>
              <w:rPr>
                <w:b w:val="0"/>
                <w:sz w:val="19"/>
              </w:rPr>
              <w:t>The teacher divides the class into small groups (3-4 students each) and tells them that they are going on</w:t>
            </w:r>
          </w:p>
          <w:p>
            <w:pPr>
              <w:spacing w:after="0"/>
            </w:pPr>
            <w:r>
              <w:rPr>
                <w:b w:val="0"/>
                <w:sz w:val="19"/>
              </w:rPr>
              <w:t>an exciting treasure hunt. The teacher hides a small object, such as a coin, or sticker that will be the final</w:t>
            </w:r>
          </w:p>
          <w:p>
            <w:pPr>
              <w:spacing w:after="0"/>
            </w:pPr>
            <w:r>
              <w:rPr>
                <w:b w:val="0"/>
                <w:sz w:val="19"/>
              </w:rPr>
              <w:t>treasure in the classroom or in a specific area. Clue cards are also placed in different spots, each one leading</w:t>
            </w:r>
          </w:p>
          <w:p>
            <w:pPr>
              <w:spacing w:after="0"/>
            </w:pPr>
            <w:r>
              <w:rPr>
                <w:b w:val="0"/>
                <w:sz w:val="19"/>
              </w:rPr>
              <w:t>to the next clue. Each clue describes the location of the next clue using a preposition of place. For example:</w:t>
            </w:r>
          </w:p>
          <w:p>
            <w:pPr>
              <w:spacing w:after="0"/>
            </w:pPr>
            <w:r>
              <w:rPr>
                <w:b w:val="0"/>
                <w:sz w:val="19"/>
              </w:rPr>
              <w:t>“The treasure is under the desk”, “Look behind the door”. The teacher gives the class the first clue aloud.</w:t>
            </w:r>
          </w:p>
          <w:p>
            <w:pPr>
              <w:spacing w:after="0"/>
            </w:pPr>
            <w:r>
              <w:rPr>
                <w:b w:val="0"/>
                <w:sz w:val="19"/>
              </w:rPr>
              <w:t>For example: “The treasure is under the table”. Students follow the clue and find the location described</w:t>
            </w:r>
          </w:p>
          <w:p>
            <w:pPr>
              <w:spacing w:after="0"/>
            </w:pPr>
            <w:r>
              <w:rPr>
                <w:b w:val="0"/>
                <w:sz w:val="19"/>
              </w:rPr>
              <w:t>using prepositions. When students find the correct location (e.g., under the table), they read the next clue.</w:t>
            </w:r>
          </w:p>
          <w:p>
            <w:pPr>
              <w:spacing w:after="0"/>
            </w:pPr>
            <w:r>
              <w:rPr>
                <w:b w:val="0"/>
                <w:sz w:val="19"/>
              </w:rPr>
              <w:t>Example: “The next clue is behind the bookshelf”. As students move from one location to the next, they</w:t>
            </w:r>
          </w:p>
          <w:p>
            <w:pPr>
              <w:spacing w:after="0"/>
            </w:pPr>
            <w:r>
              <w:rPr>
                <w:b w:val="0"/>
                <w:sz w:val="19"/>
              </w:rPr>
              <w:t>describe where things are located using prepositions, such as: “The book is on the shelf”. The first group to</w:t>
            </w:r>
          </w:p>
          <w:p>
            <w:pPr>
              <w:spacing w:after="0"/>
            </w:pPr>
            <w:r>
              <w:rPr>
                <w:b w:val="0"/>
                <w:sz w:val="19"/>
              </w:rPr>
              <w:t>find the final treasure wins the game! Once the treasure is found, the teacher reviews the prepositions of the</w:t>
            </w:r>
          </w:p>
          <w:p>
            <w:pPr>
              <w:spacing w:after="0"/>
            </w:pPr>
            <w:r>
              <w:rPr>
                <w:b w:val="0"/>
                <w:sz w:val="19"/>
              </w:rPr>
              <w:t>place used during the activity and discusses any mistakes. She/He provides feedback and praises students</w:t>
            </w:r>
          </w:p>
          <w:p>
            <w:pPr>
              <w:spacing w:after="0"/>
            </w:pPr>
            <w:r>
              <w:rPr>
                <w:b w:val="0"/>
                <w:sz w:val="19"/>
              </w:rPr>
              <w:t>for their participation and teamwork! Students 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create a poster or a short presentation about a festival or event</w:t>
            </w:r>
          </w:p>
          <w:p>
            <w:pPr>
              <w:spacing w:after="0"/>
            </w:pPr>
            <w:r>
              <w:rPr>
                <w:b w:val="0"/>
                <w:sz w:val="19"/>
              </w:rPr>
              <w:t>in their neighbourhood or city and explain how people can travel to this event using different transportation</w:t>
            </w:r>
          </w:p>
          <w:p>
            <w:pPr>
              <w:spacing w:after="0"/>
            </w:pPr>
            <w:r>
              <w:rPr>
                <w:b w:val="0"/>
                <w:sz w:val="19"/>
              </w:rPr>
              <w:t>options. Students will include details about the festival or event, such as its name, type (sports, music, arts), time, and location. They will describe at least two transportation methods available, explaining which</w:t>
            </w:r>
          </w:p>
          <w:p>
            <w:pPr>
              <w:spacing w:after="0"/>
            </w:pPr>
            <w:r>
              <w:rPr>
                <w:b w:val="0"/>
                <w:sz w:val="19"/>
              </w:rPr>
              <w:t>one is better for the event and why. Students will also add pictures or drawings to make their work visually</w:t>
            </w:r>
          </w:p>
          <w:p>
            <w:pPr>
              <w:spacing w:after="0"/>
            </w:pPr>
            <w:r>
              <w:rPr>
                <w:b w:val="0"/>
                <w:sz w:val="19"/>
              </w:rPr>
              <w:t>appealing and informative. The assignment will be evaluated by using a rubric scheme, a rating scale, and/or</w:t>
            </w:r>
          </w:p>
          <w:p>
            <w:pPr>
              <w:spacing w:after="0"/>
            </w:pPr>
            <w:r>
              <w:rPr>
                <w:b w:val="0"/>
                <w:sz w:val="19"/>
              </w:rPr>
              <w:t>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25: 29 March - 2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March · Week 25: 29 March - 2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6: LIFE IN THE WORLD AND CULTURE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Countries, nationalities, and languages in the world; food types and events from different</w:t>
            </w:r>
          </w:p>
          <w:p>
            <w:pPr>
              <w:spacing w:after="0"/>
            </w:pPr>
            <w:r>
              <w:rPr>
                <w:b w:val="0"/>
                <w:sz w:val="19"/>
              </w:rPr>
              <w:t>parts of the world</w:t>
            </w:r>
          </w:p>
          <w:p>
            <w:pPr>
              <w:spacing w:after="0"/>
            </w:pPr>
            <w:r>
              <w:rPr>
                <w:b w:val="0"/>
                <w:sz w:val="19"/>
              </w:rPr>
              <w:t>Target Vocabulary in Use (with revisional vocabulary):</w:t>
            </w:r>
          </w:p>
          <w:p>
            <w:pPr>
              <w:spacing w:after="0"/>
            </w:pPr>
            <w:r>
              <w:rPr>
                <w:b w:val="0"/>
                <w:sz w:val="19"/>
              </w:rPr>
              <w:t>Vocabulary for countries, nationalities and languages in the world:</w:t>
            </w:r>
          </w:p>
          <w:p>
            <w:pPr>
              <w:spacing w:after="0"/>
            </w:pPr>
            <w:r>
              <w:rPr>
                <w:b w:val="0"/>
                <w:sz w:val="19"/>
              </w:rPr>
              <w:t>Nouns: A country, a nation, a capital, a flag, a government, a tradition, a heritage.</w:t>
            </w:r>
          </w:p>
          <w:p>
            <w:pPr>
              <w:spacing w:after="0"/>
            </w:pPr>
            <w:r>
              <w:rPr>
                <w:b w:val="0"/>
                <w:sz w:val="19"/>
              </w:rPr>
              <w:t>Countries: Türkiye, England, Germany, Austria, Greece, Turkish Republic of Northern Cyprus, Poland, Denmark, Belgium, the Netherlands, Sweden, India, Spain, Italy.</w:t>
            </w:r>
          </w:p>
          <w:p>
            <w:pPr>
              <w:spacing w:after="0"/>
            </w:pPr>
            <w:r>
              <w:rPr>
                <w:b w:val="0"/>
                <w:sz w:val="19"/>
              </w:rPr>
              <w:t>Nationalities/Languages: Turkish/Turkish, English/English, German/German, Austrian/German, Greek/</w:t>
            </w:r>
          </w:p>
          <w:p>
            <w:pPr>
              <w:spacing w:after="0"/>
            </w:pPr>
            <w:r>
              <w:rPr>
                <w:b w:val="0"/>
                <w:sz w:val="19"/>
              </w:rPr>
              <w:t>Greek, Turkish Cypriot/Turkish, Polish/Polish, Danish/Danish, Belgian/Dutch-French-German, Dutch/Dutch, Swedish/Swedish, Spanish/Spanish, French/French, Italian/Italian, Indian/Hindu-English.</w:t>
            </w:r>
          </w:p>
          <w:p>
            <w:pPr>
              <w:spacing w:after="0"/>
            </w:pPr>
            <w:r>
              <w:rPr>
                <w:b w:val="0"/>
                <w:sz w:val="19"/>
              </w:rPr>
              <w:t>Adjectives: National, official, foreign, historic, traditional, worth.</w:t>
            </w:r>
          </w:p>
          <w:p>
            <w:pPr>
              <w:spacing w:after="0"/>
            </w:pPr>
            <w:r>
              <w:rPr>
                <w:b w:val="0"/>
                <w:sz w:val="19"/>
              </w:rPr>
              <w:t>Vocabulary for food types and events from different parts of the world: Nouns: Experience, a cuisine, an</w:t>
            </w:r>
          </w:p>
          <w:p>
            <w:pPr>
              <w:spacing w:after="0"/>
            </w:pPr>
            <w:r>
              <w:rPr>
                <w:b w:val="0"/>
                <w:sz w:val="19"/>
              </w:rPr>
              <w:t>ingredient, an appetiser, a main course, a dessert, dumplings, a dish, a competition.</w:t>
            </w:r>
          </w:p>
          <w:p>
            <w:pPr>
              <w:spacing w:after="0"/>
            </w:pPr>
            <w:r>
              <w:rPr>
                <w:b w:val="0"/>
                <w:sz w:val="19"/>
              </w:rPr>
              <w:t>Verbs: To experience, to dry, to heat.</w:t>
            </w:r>
          </w:p>
          <w:p>
            <w:pPr>
              <w:spacing w:after="0"/>
            </w:pPr>
            <w:r>
              <w:rPr>
                <w:b w:val="0"/>
                <w:sz w:val="19"/>
              </w:rPr>
              <w:t>Adjectives: Sour, bitter, incredible, gorgeous, crunchy, high-quality, homemade, spicy, crispy, flavourful.</w:t>
            </w:r>
          </w:p>
          <w:p>
            <w:pPr>
              <w:spacing w:after="0"/>
            </w:pPr>
            <w:r>
              <w:rPr>
                <w:b w:val="0"/>
                <w:sz w:val="19"/>
              </w:rPr>
              <w:t>Adverbs: Everywhere, somewhere, anywhere, nowhere.</w:t>
            </w:r>
          </w:p>
          <w:p>
            <w:pPr>
              <w:spacing w:after="0"/>
            </w:pPr>
            <w:r>
              <w:rPr>
                <w:b w:val="0"/>
                <w:sz w:val="19"/>
              </w:rPr>
              <w:t>Phrases: Enjoy your meal!, street food, food stalls, pop-up markets.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Simple Past Tense: (We enjoyed the delicious cuisine at the street food festival).</w:t>
            </w:r>
          </w:p>
          <w:p>
            <w:pPr>
              <w:spacing w:after="0"/>
            </w:pPr>
            <w:r>
              <w:rPr>
                <w:b w:val="0"/>
                <w:sz w:val="19"/>
              </w:rPr>
              <w:t>-Question tags for The Simple Past Tense (regular verbs): (They visited the capital of Greece, didn’t they?)</w:t>
            </w:r>
          </w:p>
          <w:p>
            <w:pPr>
              <w:spacing w:after="0"/>
            </w:pPr>
            <w:r>
              <w:rPr>
                <w:b w:val="0"/>
                <w:sz w:val="19"/>
              </w:rPr>
              <w:t>Functions of the Target Grammatical Structures in Use:</w:t>
            </w:r>
          </w:p>
          <w:p>
            <w:pPr>
              <w:spacing w:after="0"/>
            </w:pPr>
            <w:r>
              <w:rPr>
                <w:b w:val="0"/>
                <w:sz w:val="19"/>
              </w:rPr>
              <w:t>-Use of The Simple Past Tense: Expressing actions, events, or situations that started and finished at a</w:t>
            </w:r>
          </w:p>
          <w:p>
            <w:pPr>
              <w:spacing w:after="0"/>
            </w:pPr>
            <w:r>
              <w:rPr>
                <w:b w:val="0"/>
                <w:sz w:val="19"/>
              </w:rPr>
              <w:t>specific time in the past.</w:t>
            </w:r>
          </w:p>
          <w:p>
            <w:pPr>
              <w:spacing w:after="0"/>
            </w:pPr>
            <w:r>
              <w:rPr>
                <w:b w:val="0"/>
                <w:sz w:val="19"/>
              </w:rPr>
              <w:t>-Use of question tags for The Simple Past Tense (regular verbs): Confirming information or asking for</w:t>
            </w:r>
          </w:p>
          <w:p>
            <w:pPr>
              <w:spacing w:after="0"/>
            </w:pPr>
            <w:r>
              <w:rPr>
                <w:b w:val="0"/>
                <w:sz w:val="19"/>
              </w:rPr>
              <w:t>agreement about past actions.</w:t>
            </w:r>
          </w:p>
          <w:p>
            <w:pPr>
              <w:spacing w:after="0"/>
            </w:pPr>
            <w:r>
              <w:rPr>
                <w:b w:val="0"/>
                <w:sz w:val="19"/>
              </w:rPr>
              <w:t>Target Social Language in Use:</w:t>
            </w:r>
          </w:p>
          <w:p>
            <w:pPr>
              <w:spacing w:after="0"/>
            </w:pPr>
            <w:r>
              <w:rPr>
                <w:b w:val="0"/>
                <w:sz w:val="19"/>
              </w:rPr>
              <w:t>I had culture shock when we moved to Spain!</w:t>
            </w:r>
          </w:p>
          <w:p>
            <w:pPr>
              <w:spacing w:after="0"/>
            </w:pPr>
            <w:r>
              <w:rPr>
                <w:b w:val="0"/>
                <w:sz w:val="19"/>
              </w:rPr>
              <w:t>We both love football so we speak the same language!</w:t>
            </w:r>
          </w:p>
          <w:p>
            <w:pPr>
              <w:spacing w:after="0"/>
            </w:pPr>
            <w:r>
              <w:rPr>
                <w:b w:val="0"/>
                <w:sz w:val="19"/>
              </w:rPr>
              <w:t>The Topkapı Palace is world famous! Target Phonological Sounds in Use:</w:t>
            </w:r>
          </w:p>
          <w:p>
            <w:pPr>
              <w:spacing w:after="0"/>
            </w:pPr>
            <w:r>
              <w:rPr>
                <w:b w:val="0"/>
                <w:sz w:val="19"/>
              </w:rPr>
              <w:t>l, m, n, (ng), o, p</w:t>
            </w:r>
          </w:p>
          <w:p>
            <w:pPr>
              <w:spacing w:after="0"/>
            </w:pPr>
            <w:r>
              <w:rPr>
                <w:b w:val="0"/>
                <w:sz w:val="19"/>
              </w:rPr>
              <w:t>Vowel: o: (/əʊ/, /ɒ/, /əʊ/)</w:t>
            </w:r>
          </w:p>
          <w:p>
            <w:pPr>
              <w:spacing w:after="0"/>
            </w:pPr>
            <w:r>
              <w:rPr>
                <w:b w:val="0"/>
                <w:sz w:val="19"/>
              </w:rPr>
              <w:t>Consonants: l: (/ɛl/ /l/); m: (/ɛm/,/m/); n: (/ɛn/, /n/); p: ( piː//p/)</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ENG.6.6.L1. Students can get ready for the listening/watching-comprehension process for the current</w:t>
            </w:r>
          </w:p>
          <w:p>
            <w:pPr>
              <w:spacing w:after="0"/>
            </w:pPr>
            <w:r>
              <w:rPr>
                <w:b w:val="0"/>
                <w:sz w:val="19"/>
              </w:rPr>
              <w:t>content on “life in the world and culture with countries, nationalities, and languages in the</w:t>
            </w:r>
          </w:p>
          <w:p>
            <w:pPr>
              <w:spacing w:after="0"/>
            </w:pPr>
            <w:r>
              <w:rPr>
                <w:b w:val="0"/>
                <w:sz w:val="19"/>
              </w:rPr>
              <w:t>world; food types and events from different parts of the world” carefully. ENG.6.6.L2. Students can bring information about the current content on “life in the world and culture</w:t>
            </w:r>
          </w:p>
          <w:p>
            <w:pPr>
              <w:spacing w:after="0"/>
            </w:pPr>
            <w:r>
              <w:rPr>
                <w:b w:val="0"/>
                <w:sz w:val="19"/>
              </w:rPr>
              <w:t>with countries, nationalities, and languages in the world; food types and events from different</w:t>
            </w:r>
          </w:p>
          <w:p>
            <w:pPr>
              <w:spacing w:after="0"/>
            </w:pPr>
            <w:r>
              <w:rPr>
                <w:b w:val="0"/>
                <w:sz w:val="19"/>
              </w:rPr>
              <w:t>parts of the world” together through significant details and main components while listening/</w:t>
            </w:r>
          </w:p>
          <w:p>
            <w:pPr>
              <w:spacing w:after="0"/>
            </w:pPr>
            <w:r>
              <w:rPr>
                <w:b w:val="0"/>
                <w:sz w:val="19"/>
              </w:rPr>
              <w:t>watching it. ENG.6.6.L3. Students can make meaning of/derive meaning from the current content on “life in the world</w:t>
            </w:r>
          </w:p>
          <w:p>
            <w:pPr>
              <w:spacing w:after="0"/>
            </w:pPr>
            <w:r>
              <w:rPr>
                <w:b w:val="0"/>
                <w:sz w:val="19"/>
              </w:rPr>
              <w:t>and culture with countries, nationalities, and languages in the world; food types and events</w:t>
            </w:r>
          </w:p>
          <w:p>
            <w:pPr>
              <w:spacing w:after="0"/>
            </w:pPr>
            <w:r>
              <w:rPr>
                <w:b w:val="0"/>
                <w:sz w:val="19"/>
              </w:rPr>
              <w:t>from different parts of the world” through significant details by listening/watching it carefully. ENG.6.6.L4.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ENG.6.6.P1. Students can select and use the target phonological elements of the current content about</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accurately, authentically, and naturally</w:t>
            </w:r>
          </w:p>
          <w:p>
            <w:pPr>
              <w:spacing w:after="0"/>
            </w:pPr>
            <w:r>
              <w:rPr>
                <w:b w:val="0"/>
                <w:sz w:val="19"/>
              </w:rPr>
              <w:t>through spontaneous decision-making processes and use it in an appropriate and effective</w:t>
            </w:r>
          </w:p>
          <w:p>
            <w:pPr>
              <w:spacing w:after="0"/>
            </w:pPr>
            <w:r>
              <w:rPr>
                <w:b w:val="0"/>
                <w:sz w:val="19"/>
              </w:rPr>
              <w:t>way when communicating with others. ENG.6.6.R1. Students can get ready for the reading-comprehension process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ENG.6.6.R2. Students can bring information about the current content on “life in the world and culture</w:t>
            </w:r>
          </w:p>
          <w:p>
            <w:pPr>
              <w:spacing w:after="0"/>
            </w:pPr>
            <w:r>
              <w:rPr>
                <w:b w:val="0"/>
                <w:sz w:val="19"/>
              </w:rPr>
              <w:t>with countries, nationalities, and languages in the world; food types and events from different</w:t>
            </w:r>
          </w:p>
          <w:p>
            <w:pPr>
              <w:spacing w:after="0"/>
            </w:pPr>
            <w:r>
              <w:rPr>
                <w:b w:val="0"/>
                <w:sz w:val="19"/>
              </w:rPr>
              <w:t>parts of the world” through skimming (looking quickly at) the audio-visual elements and</w:t>
            </w:r>
          </w:p>
          <w:p>
            <w:pPr>
              <w:spacing w:after="0"/>
            </w:pPr>
            <w:r>
              <w:rPr>
                <w:b w:val="0"/>
                <w:sz w:val="19"/>
              </w:rPr>
              <w:t>reading the content very quickly. ENG.6.6.R3. Students can make meaning of / derive meaning from the current content about “life in the</w:t>
            </w:r>
          </w:p>
          <w:p>
            <w:pPr>
              <w:spacing w:after="0"/>
            </w:pPr>
            <w:r>
              <w:rPr>
                <w:b w:val="0"/>
                <w:sz w:val="19"/>
              </w:rPr>
              <w:t>world and culture with countries, nationalities, and languages in the world; food types and</w:t>
            </w:r>
          </w:p>
          <w:p>
            <w:pPr>
              <w:spacing w:after="0"/>
            </w:pPr>
            <w:r>
              <w:rPr>
                <w:b w:val="0"/>
                <w:sz w:val="19"/>
              </w:rPr>
              <w:t>events from different parts of the world” by reading it carefully. ENG.6.6.R4. Students can convey their knowledge, experiences, thoughts, and feelings related to the</w:t>
            </w:r>
          </w:p>
          <w:p>
            <w:pPr>
              <w:spacing w:after="0"/>
            </w:pPr>
            <w:r>
              <w:rPr>
                <w:b w:val="0"/>
                <w:sz w:val="19"/>
              </w:rPr>
              <w:t>reading-comprehension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in relation to themselves or others, both individually and/or with others. ENG.6.6.V1. Students can select and use the target vocabulary of the current content about “life in the world</w:t>
            </w:r>
          </w:p>
          <w:p>
            <w:pPr>
              <w:spacing w:after="0"/>
            </w:pPr>
            <w:r>
              <w:rPr>
                <w:b w:val="0"/>
                <w:sz w:val="19"/>
              </w:rPr>
              <w:t>and culture with countries, nationalities, and languages in the world; food types and events</w:t>
            </w:r>
          </w:p>
          <w:p>
            <w:pPr>
              <w:spacing w:after="0"/>
            </w:pPr>
            <w:r>
              <w:rPr>
                <w:b w:val="0"/>
                <w:sz w:val="19"/>
              </w:rPr>
              <w:t>from different parts of the world” accurately, authentically, spontaneously, and naturally and</w:t>
            </w:r>
          </w:p>
          <w:p>
            <w:pPr>
              <w:spacing w:after="0"/>
            </w:pPr>
            <w:r>
              <w:rPr>
                <w:b w:val="0"/>
                <w:sz w:val="19"/>
              </w:rPr>
              <w:t>use it appropriately and effectively when communicating with others. ENG.6.6.G1. Students can select and use the target grammatical elements of the current content about</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accurately, authentically, spontaneously, and naturally and use it appropriately and effectively when communicating with others. ENG.6.6.W1. Students can get ready for the writing-expression process about the current content on “life</w:t>
            </w:r>
          </w:p>
          <w:p>
            <w:pPr>
              <w:spacing w:after="0"/>
            </w:pPr>
            <w:r>
              <w:rPr>
                <w:b w:val="0"/>
                <w:sz w:val="19"/>
              </w:rPr>
              <w:t>in the world and culture with countries, nationalities, and languages in the world; food types</w:t>
            </w:r>
          </w:p>
          <w:p>
            <w:pPr>
              <w:spacing w:after="0"/>
            </w:pPr>
            <w:r>
              <w:rPr>
                <w:b w:val="0"/>
                <w:sz w:val="19"/>
              </w:rPr>
              <w:t>and events from different parts of the world”. ENG.6.6.W2. Students can understand the model/example for the writing task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ENG.6.6.W3. Students can organise a content for the assigned writing task on the current content “life in</w:t>
            </w:r>
          </w:p>
          <w:p>
            <w:pPr>
              <w:spacing w:after="0"/>
            </w:pPr>
            <w:r>
              <w:rPr>
                <w:b w:val="0"/>
                <w:sz w:val="19"/>
              </w:rPr>
              <w:t>the world and culture with countries, nationalities, and languages in the world; food types</w:t>
            </w:r>
          </w:p>
          <w:p>
            <w:pPr>
              <w:spacing w:after="0"/>
            </w:pPr>
            <w:r>
              <w:rPr>
                <w:b w:val="0"/>
                <w:sz w:val="19"/>
              </w:rPr>
              <w:t>and events from different parts of the world” based on the model/example provided. ENG.6.6.W4. Students can individually construct/form content for the assigned writing task on the current</w:t>
            </w:r>
          </w:p>
          <w:p>
            <w:pPr>
              <w:spacing w:after="0"/>
            </w:pPr>
            <w:r>
              <w:rPr>
                <w:b w:val="0"/>
                <w:sz w:val="19"/>
              </w:rPr>
              <w:t>content “life in the world and culture with countries, nationalities, and languages in the world;</w:t>
            </w:r>
          </w:p>
          <w:p>
            <w:pPr>
              <w:spacing w:after="0"/>
            </w:pPr>
            <w:r>
              <w:rPr>
                <w:b w:val="0"/>
                <w:sz w:val="19"/>
              </w:rPr>
              <w:t>food types and events from different parts of the world”. ENG.6.6.W5. Students can reorganise (reconstruct) and use information in the new written tasks about the</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to communicate with other people. ENG.6.6.W6. Students can reflect on their knowledge, experiences, thoughts, and feelings related to the</w:t>
            </w:r>
          </w:p>
          <w:p>
            <w:pPr>
              <w:spacing w:after="0"/>
            </w:pPr>
            <w:r>
              <w:rPr>
                <w:b w:val="0"/>
                <w:sz w:val="19"/>
              </w:rPr>
              <w:t>writing-expression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in relation to themselves or others, both individually and/or with others. ENG.6.6.S1. Students can get ready for speaking-expression process about the current content on “life in</w:t>
            </w:r>
          </w:p>
          <w:p>
            <w:pPr>
              <w:spacing w:after="0"/>
            </w:pPr>
            <w:r>
              <w:rPr>
                <w:b w:val="0"/>
                <w:sz w:val="19"/>
              </w:rPr>
              <w:t>the world and culture with countries, nationalities, and languages in the world; food types and</w:t>
            </w:r>
          </w:p>
          <w:p>
            <w:pPr>
              <w:spacing w:after="0"/>
            </w:pPr>
            <w:r>
              <w:rPr>
                <w:b w:val="0"/>
                <w:sz w:val="19"/>
              </w:rPr>
              <w:t>events from different parts of the world”. ENG.6.6.S2. Students can use the model/example for producing verbal content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ENG.6.6.S3. Students can organise a new verbal content on “life in the world and culture with countries, nationalities, and languages in the world; food types and events from different parts of the</w:t>
            </w:r>
          </w:p>
          <w:p>
            <w:pPr>
              <w:spacing w:after="0"/>
            </w:pPr>
            <w:r>
              <w:rPr>
                <w:b w:val="0"/>
                <w:sz w:val="19"/>
              </w:rPr>
              <w:t>world” by speaking accurately, efficiently, and authentically. ENG.6.6.S4. Students can construct a new verbal content on “life in the world and culture with countries, nationalities, and languages in the world; food types and events from different parts of the</w:t>
            </w:r>
          </w:p>
          <w:p>
            <w:pPr>
              <w:spacing w:after="0"/>
            </w:pPr>
            <w:r>
              <w:rPr>
                <w:b w:val="0"/>
                <w:sz w:val="19"/>
              </w:rPr>
              <w:t>world” by speaking accurately, efficiently, and authentically. ENG.6.6.S5. Students can reorganise (reconstruct) and use information about the “life in the world and</w:t>
            </w:r>
          </w:p>
          <w:p>
            <w:pPr>
              <w:spacing w:after="0"/>
            </w:pPr>
            <w:r>
              <w:rPr>
                <w:b w:val="0"/>
                <w:sz w:val="19"/>
              </w:rPr>
              <w:t>culture with countries, nationalities, and languages in the world; food types and events from</w:t>
            </w:r>
          </w:p>
          <w:p>
            <w:pPr>
              <w:spacing w:after="0"/>
            </w:pPr>
            <w:r>
              <w:rPr>
                <w:b w:val="0"/>
                <w:sz w:val="19"/>
              </w:rPr>
              <w:t>different parts of the world” to communicate with other people. ENG.6.6.S6. Students can convey their knowledge, experiences, thoughts, and feelings related to the</w:t>
            </w:r>
          </w:p>
          <w:p>
            <w:pPr>
              <w:spacing w:after="0"/>
            </w:pPr>
            <w:r>
              <w:rPr>
                <w:b w:val="0"/>
                <w:sz w:val="19"/>
              </w:rPr>
              <w:t>speaking-expression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to communicate 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(ENG.6.6.L1.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practice the language for actions, events, or situations that started and finished at a specific</w:t>
            </w:r>
          </w:p>
          <w:p>
            <w:pPr>
              <w:spacing w:after="0"/>
            </w:pPr>
            <w:r>
              <w:rPr>
                <w:b w:val="0"/>
                <w:sz w:val="19"/>
              </w:rPr>
              <w:t>time in the past in English through a fun and creative writing activity.</w:t>
            </w:r>
          </w:p>
          <w:p>
            <w:pPr>
              <w:spacing w:after="0"/>
            </w:pPr>
            <w:r>
              <w:rPr>
                <w:b w:val="0"/>
                <w:sz w:val="19"/>
              </w:rPr>
              <w:t>Activity 1: Time Traveller’s Diary</w:t>
            </w:r>
          </w:p>
          <w:p>
            <w:pPr>
              <w:spacing w:after="0"/>
            </w:pPr>
            <w:r>
              <w:rPr>
                <w:b w:val="0"/>
                <w:sz w:val="19"/>
              </w:rPr>
              <w:t>The teacher divides the class into pairs and tells students they are time travellers who have just returned</w:t>
            </w:r>
          </w:p>
          <w:p>
            <w:pPr>
              <w:spacing w:after="0"/>
            </w:pPr>
            <w:r>
              <w:rPr>
                <w:b w:val="0"/>
                <w:sz w:val="19"/>
              </w:rPr>
              <w:t>from an adventurous trip to the past. She/He uses pictures or a timeline to help students visualize different</w:t>
            </w:r>
          </w:p>
          <w:p>
            <w:pPr>
              <w:spacing w:after="0"/>
            </w:pPr>
            <w:r>
              <w:rPr>
                <w:b w:val="0"/>
                <w:sz w:val="19"/>
              </w:rPr>
              <w:t>time periods. Students select a time period they want to visit. The teacher provides a list of options, or lets</w:t>
            </w:r>
          </w:p>
          <w:p>
            <w:pPr>
              <w:spacing w:after="0"/>
            </w:pPr>
            <w:r>
              <w:rPr>
                <w:b w:val="0"/>
                <w:sz w:val="19"/>
              </w:rPr>
              <w:t>them choose freely (e.g., Prehistoric Era, ancient Anatolia, ancient Egypt, Ancient Rome, the 1990s). She/He</w:t>
            </w:r>
          </w:p>
          <w:p>
            <w:pPr>
              <w:spacing w:after="0"/>
            </w:pPr>
            <w:r>
              <w:rPr>
                <w:b w:val="0"/>
                <w:sz w:val="19"/>
              </w:rPr>
              <w:t>asks them to write an entry in their “Time Traveller’s Diary”, describing what they saw, did, and experienced</w:t>
            </w:r>
          </w:p>
          <w:p>
            <w:pPr>
              <w:spacing w:after="0"/>
            </w:pPr>
            <w:r>
              <w:rPr>
                <w:b w:val="0"/>
                <w:sz w:val="19"/>
              </w:rPr>
              <w:t>while visiting a different time period. She/He challenges them to write full paragraphs with more complex</w:t>
            </w:r>
          </w:p>
          <w:p>
            <w:pPr>
              <w:spacing w:after="0"/>
            </w:pPr>
            <w:r>
              <w:rPr>
                <w:b w:val="0"/>
                <w:sz w:val="19"/>
              </w:rPr>
              <w:t>sentences, adding details to their descriptions. Example: “I visited ancient Egypt. The pyramids were huge, and I met a friendly merchant. He sold me a beautiful necklace”. After pairs finish their entry, she/he allows</w:t>
            </w:r>
          </w:p>
          <w:p>
            <w:pPr>
              <w:spacing w:after="0"/>
            </w:pPr>
            <w:r>
              <w:rPr>
                <w:b w:val="0"/>
                <w:sz w:val="19"/>
              </w:rPr>
              <w:t>them to share their diary entries with the class and asks them to discuss the different time periods that their</w:t>
            </w:r>
          </w:p>
          <w:p>
            <w:pPr>
              <w:spacing w:after="0"/>
            </w:pPr>
            <w:r>
              <w:rPr>
                <w:b w:val="0"/>
                <w:sz w:val="19"/>
              </w:rPr>
              <w:t>classmates visited. Students reflect on their thoughts and feelings about the activity. Supporting</w:t>
            </w:r>
          </w:p>
          <w:p>
            <w:pPr>
              <w:spacing w:after="0"/>
            </w:pPr>
            <w:r>
              <w:rPr>
                <w:b w:val="0"/>
                <w:sz w:val="19"/>
              </w:rPr>
              <w:t>Objective: To practice the language for actions, events, or situations that started and finished at a specific</w:t>
            </w:r>
          </w:p>
          <w:p>
            <w:pPr>
              <w:spacing w:after="0"/>
            </w:pPr>
            <w:r>
              <w:rPr>
                <w:b w:val="0"/>
                <w:sz w:val="19"/>
              </w:rPr>
              <w:t>time in the past in English through a fun and creative writing activity.</w:t>
            </w:r>
          </w:p>
          <w:p>
            <w:pPr>
              <w:spacing w:after="0"/>
            </w:pPr>
            <w:r>
              <w:rPr>
                <w:b w:val="0"/>
                <w:sz w:val="19"/>
              </w:rPr>
              <w:t>Activity 1: Time Traveller’s Diary</w:t>
            </w:r>
          </w:p>
          <w:p>
            <w:pPr>
              <w:spacing w:after="0"/>
            </w:pPr>
            <w:r>
              <w:rPr>
                <w:b w:val="0"/>
                <w:sz w:val="19"/>
              </w:rPr>
              <w:t>The teacher divides the class into pairs and tells students they are time travellers who have just returned</w:t>
            </w:r>
          </w:p>
          <w:p>
            <w:pPr>
              <w:spacing w:after="0"/>
            </w:pPr>
            <w:r>
              <w:rPr>
                <w:b w:val="0"/>
                <w:sz w:val="19"/>
              </w:rPr>
              <w:t>from an adventurous trip to the past. She/He gives a visual timeline or images of each era to help them</w:t>
            </w:r>
          </w:p>
          <w:p>
            <w:pPr>
              <w:spacing w:after="0"/>
            </w:pPr>
            <w:r>
              <w:rPr>
                <w:b w:val="0"/>
                <w:sz w:val="19"/>
              </w:rPr>
              <w:t>imagine what might happen there. She/He instructs students to write a brief diary entry describing their</w:t>
            </w:r>
          </w:p>
          <w:p>
            <w:pPr>
              <w:spacing w:after="0"/>
            </w:pPr>
            <w:r>
              <w:rPr>
                <w:b w:val="0"/>
                <w:sz w:val="19"/>
              </w:rPr>
              <w:t>experiences using the simple past tense and provides a list of common verbs in the past tense (e.g., “saw, went, met, ate”) for students who need additional support with vocabulary. After pairs finish their entries, she/he allows them to share their diary entries with the class and asks students to interview each other</w:t>
            </w:r>
          </w:p>
          <w:p>
            <w:pPr>
              <w:spacing w:after="0"/>
            </w:pPr>
            <w:r>
              <w:rPr>
                <w:b w:val="0"/>
                <w:sz w:val="19"/>
              </w:rPr>
              <w:t>about their time travel adventures. One student becomes the “time traveller”, and the other asks questions</w:t>
            </w:r>
          </w:p>
          <w:p>
            <w:pPr>
              <w:spacing w:after="0"/>
            </w:pPr>
            <w:r>
              <w:rPr>
                <w:b w:val="0"/>
                <w:sz w:val="19"/>
              </w:rPr>
              <w:t>like, “What did you see?” or “Who did you meet?”. Then she/he asks them to highlight the verbs they used in</w:t>
            </w:r>
          </w:p>
          <w:p>
            <w:pPr>
              <w:spacing w:after="0"/>
            </w:pPr>
            <w:r>
              <w:rPr>
                <w:b w:val="0"/>
                <w:sz w:val="19"/>
              </w:rPr>
              <w:t>the past tense and discuss the different time periods that their classmates visited.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design a creative poster about a country of their choice. The</w:t>
            </w:r>
          </w:p>
          <w:p>
            <w:pPr>
              <w:spacing w:after="0"/>
            </w:pPr>
            <w:r>
              <w:rPr>
                <w:b w:val="0"/>
                <w:sz w:val="19"/>
              </w:rPr>
              <w:t>poster will show the country’s name, the nationality of its people, and the language they speak. It will also</w:t>
            </w:r>
          </w:p>
          <w:p>
            <w:pPr>
              <w:spacing w:after="0"/>
            </w:pPr>
            <w:r>
              <w:rPr>
                <w:b w:val="0"/>
                <w:sz w:val="19"/>
              </w:rPr>
              <w:t>include a description of a traditional food from the country, detailing its ingredients and cultural importance.</w:t>
            </w:r>
          </w:p>
          <w:p>
            <w:pPr>
              <w:spacing w:after="0"/>
            </w:pPr>
            <w:r>
              <w:rPr>
                <w:b w:val="0"/>
                <w:sz w:val="19"/>
              </w:rPr>
              <w:t>Additionally, students will provide information about a cultural event or festival where the food is served, describing the traditions and activities related to it. The poster should be visually appealing with drawings, images, and descriptive text to focus on the unique aspects of the country. The assignment will be evaluated</w:t>
            </w:r>
          </w:p>
          <w:p>
            <w:pPr>
              <w:spacing w:after="0"/>
            </w:pPr>
            <w:r>
              <w:rPr>
                <w:b w:val="0"/>
                <w:sz w:val="19"/>
              </w:rPr>
              <w:t>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Library Week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26: 5-9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26: 5-9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6: LIFE IN THE WORLD AND CULTURE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Countries, nationalities, and languages in the world; food types and events from different</w:t>
            </w:r>
          </w:p>
          <w:p>
            <w:pPr>
              <w:spacing w:after="0"/>
            </w:pPr>
            <w:r>
              <w:rPr>
                <w:b w:val="0"/>
                <w:sz w:val="19"/>
              </w:rPr>
              <w:t>parts of the world</w:t>
            </w:r>
          </w:p>
          <w:p>
            <w:pPr>
              <w:spacing w:after="0"/>
            </w:pPr>
            <w:r>
              <w:rPr>
                <w:b w:val="0"/>
                <w:sz w:val="19"/>
              </w:rPr>
              <w:t>Target Vocabulary in Use (with revisional vocabulary):</w:t>
            </w:r>
          </w:p>
          <w:p>
            <w:pPr>
              <w:spacing w:after="0"/>
            </w:pPr>
            <w:r>
              <w:rPr>
                <w:b w:val="0"/>
                <w:sz w:val="19"/>
              </w:rPr>
              <w:t>Vocabulary for countries, nationalities and languages in the world:</w:t>
            </w:r>
          </w:p>
          <w:p>
            <w:pPr>
              <w:spacing w:after="0"/>
            </w:pPr>
            <w:r>
              <w:rPr>
                <w:b w:val="0"/>
                <w:sz w:val="19"/>
              </w:rPr>
              <w:t>Nouns: A country, a nation, a capital, a flag, a government, a tradition, a heritage.</w:t>
            </w:r>
          </w:p>
          <w:p>
            <w:pPr>
              <w:spacing w:after="0"/>
            </w:pPr>
            <w:r>
              <w:rPr>
                <w:b w:val="0"/>
                <w:sz w:val="19"/>
              </w:rPr>
              <w:t>Countries: Türkiye, England, Germany, Austria, Greece, Turkish Republic of Northern Cyprus, Poland, Denmark, Belgium, the Netherlands, Sweden, India, Spain, Italy.</w:t>
            </w:r>
          </w:p>
          <w:p>
            <w:pPr>
              <w:spacing w:after="0"/>
            </w:pPr>
            <w:r>
              <w:rPr>
                <w:b w:val="0"/>
                <w:sz w:val="19"/>
              </w:rPr>
              <w:t>Nationalities/Languages: Turkish/Turkish, English/English, German/German, Austrian/German, Greek/</w:t>
            </w:r>
          </w:p>
          <w:p>
            <w:pPr>
              <w:spacing w:after="0"/>
            </w:pPr>
            <w:r>
              <w:rPr>
                <w:b w:val="0"/>
                <w:sz w:val="19"/>
              </w:rPr>
              <w:t>Greek, Turkish Cypriot/Turkish, Polish/Polish, Danish/Danish, Belgian/Dutch-French-German, Dutch/Dutch, Swedish/Swedish, Spanish/Spanish, French/French, Italian/Italian, Indian/Hindu-English.</w:t>
            </w:r>
          </w:p>
          <w:p>
            <w:pPr>
              <w:spacing w:after="0"/>
            </w:pPr>
            <w:r>
              <w:rPr>
                <w:b w:val="0"/>
                <w:sz w:val="19"/>
              </w:rPr>
              <w:t>Adjectives: National, official, foreign, historic, traditional, worth.</w:t>
            </w:r>
          </w:p>
          <w:p>
            <w:pPr>
              <w:spacing w:after="0"/>
            </w:pPr>
            <w:r>
              <w:rPr>
                <w:b w:val="0"/>
                <w:sz w:val="19"/>
              </w:rPr>
              <w:t>Vocabulary for food types and events from different parts of the world: Nouns: Experience, a cuisine, an</w:t>
            </w:r>
          </w:p>
          <w:p>
            <w:pPr>
              <w:spacing w:after="0"/>
            </w:pPr>
            <w:r>
              <w:rPr>
                <w:b w:val="0"/>
                <w:sz w:val="19"/>
              </w:rPr>
              <w:t>ingredient, an appetiser, a main course, a dessert, dumplings, a dish, a competition.</w:t>
            </w:r>
          </w:p>
          <w:p>
            <w:pPr>
              <w:spacing w:after="0"/>
            </w:pPr>
            <w:r>
              <w:rPr>
                <w:b w:val="0"/>
                <w:sz w:val="19"/>
              </w:rPr>
              <w:t>Verbs: To experience, to dry, to heat.</w:t>
            </w:r>
          </w:p>
          <w:p>
            <w:pPr>
              <w:spacing w:after="0"/>
            </w:pPr>
            <w:r>
              <w:rPr>
                <w:b w:val="0"/>
                <w:sz w:val="19"/>
              </w:rPr>
              <w:t>Adjectives: Sour, bitter, incredible, gorgeous, crunchy, high-quality, homemade, spicy, crispy, flavourful.</w:t>
            </w:r>
          </w:p>
          <w:p>
            <w:pPr>
              <w:spacing w:after="0"/>
            </w:pPr>
            <w:r>
              <w:rPr>
                <w:b w:val="0"/>
                <w:sz w:val="19"/>
              </w:rPr>
              <w:t>Adverbs: Everywhere, somewhere, anywhere, nowhere.</w:t>
            </w:r>
          </w:p>
          <w:p>
            <w:pPr>
              <w:spacing w:after="0"/>
            </w:pPr>
            <w:r>
              <w:rPr>
                <w:b w:val="0"/>
                <w:sz w:val="19"/>
              </w:rPr>
              <w:t>Phrases: Enjoy your meal!, street food, food stalls, pop-up markets.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Simple Past Tense: (We enjoyed the delicious cuisine at the street food festival).</w:t>
            </w:r>
          </w:p>
          <w:p>
            <w:pPr>
              <w:spacing w:after="0"/>
            </w:pPr>
            <w:r>
              <w:rPr>
                <w:b w:val="0"/>
                <w:sz w:val="19"/>
              </w:rPr>
              <w:t>-Question tags for The Simple Past Tense (regular verbs): (They visited the capital of Greece, didn’t they?)</w:t>
            </w:r>
          </w:p>
          <w:p>
            <w:pPr>
              <w:spacing w:after="0"/>
            </w:pPr>
            <w:r>
              <w:rPr>
                <w:b w:val="0"/>
                <w:sz w:val="19"/>
              </w:rPr>
              <w:t>Functions of the Target Grammatical Structures in Use:</w:t>
            </w:r>
          </w:p>
          <w:p>
            <w:pPr>
              <w:spacing w:after="0"/>
            </w:pPr>
            <w:r>
              <w:rPr>
                <w:b w:val="0"/>
                <w:sz w:val="19"/>
              </w:rPr>
              <w:t>-Use of The Simple Past Tense: Expressing actions, events, or situations that started and finished at a</w:t>
            </w:r>
          </w:p>
          <w:p>
            <w:pPr>
              <w:spacing w:after="0"/>
            </w:pPr>
            <w:r>
              <w:rPr>
                <w:b w:val="0"/>
                <w:sz w:val="19"/>
              </w:rPr>
              <w:t>specific time in the past.</w:t>
            </w:r>
          </w:p>
          <w:p>
            <w:pPr>
              <w:spacing w:after="0"/>
            </w:pPr>
            <w:r>
              <w:rPr>
                <w:b w:val="0"/>
                <w:sz w:val="19"/>
              </w:rPr>
              <w:t>-Use of question tags for The Simple Past Tense (regular verbs): Confirming information or asking for</w:t>
            </w:r>
          </w:p>
          <w:p>
            <w:pPr>
              <w:spacing w:after="0"/>
            </w:pPr>
            <w:r>
              <w:rPr>
                <w:b w:val="0"/>
                <w:sz w:val="19"/>
              </w:rPr>
              <w:t>agreement about past actions.</w:t>
            </w:r>
          </w:p>
          <w:p>
            <w:pPr>
              <w:spacing w:after="0"/>
            </w:pPr>
            <w:r>
              <w:rPr>
                <w:b w:val="0"/>
                <w:sz w:val="19"/>
              </w:rPr>
              <w:t>Target Social Language in Use:</w:t>
            </w:r>
          </w:p>
          <w:p>
            <w:pPr>
              <w:spacing w:after="0"/>
            </w:pPr>
            <w:r>
              <w:rPr>
                <w:b w:val="0"/>
                <w:sz w:val="19"/>
              </w:rPr>
              <w:t>I had culture shock when we moved to Spain!</w:t>
            </w:r>
          </w:p>
          <w:p>
            <w:pPr>
              <w:spacing w:after="0"/>
            </w:pPr>
            <w:r>
              <w:rPr>
                <w:b w:val="0"/>
                <w:sz w:val="19"/>
              </w:rPr>
              <w:t>We both love football so we speak the same language!</w:t>
            </w:r>
          </w:p>
          <w:p>
            <w:pPr>
              <w:spacing w:after="0"/>
            </w:pPr>
            <w:r>
              <w:rPr>
                <w:b w:val="0"/>
                <w:sz w:val="19"/>
              </w:rPr>
              <w:t>The Topkapı Palace is world famous! Target Phonological Sounds in Use:</w:t>
            </w:r>
          </w:p>
          <w:p>
            <w:pPr>
              <w:spacing w:after="0"/>
            </w:pPr>
            <w:r>
              <w:rPr>
                <w:b w:val="0"/>
                <w:sz w:val="19"/>
              </w:rPr>
              <w:t>l, m, n, (ng), o, p</w:t>
            </w:r>
          </w:p>
          <w:p>
            <w:pPr>
              <w:spacing w:after="0"/>
            </w:pPr>
            <w:r>
              <w:rPr>
                <w:b w:val="0"/>
                <w:sz w:val="19"/>
              </w:rPr>
              <w:t>Vowel: o: (/əʊ/, /ɒ/, /əʊ/)</w:t>
            </w:r>
          </w:p>
          <w:p>
            <w:pPr>
              <w:spacing w:after="0"/>
            </w:pPr>
            <w:r>
              <w:rPr>
                <w:b w:val="0"/>
                <w:sz w:val="19"/>
              </w:rPr>
              <w:t>Consonants: l: (/ɛl/ /l/); m: (/ɛm/,/m/); n: (/ɛn/, /n/); p: ( piː//p/)</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ENG.6.6.L1. Students can get ready for the listening/watching-comprehension process for the current</w:t>
            </w:r>
          </w:p>
          <w:p>
            <w:pPr>
              <w:spacing w:after="0"/>
            </w:pPr>
            <w:r>
              <w:rPr>
                <w:b w:val="0"/>
                <w:sz w:val="19"/>
              </w:rPr>
              <w:t>content on “life in the world and culture with countries, nationalities, and languages in the</w:t>
            </w:r>
          </w:p>
          <w:p>
            <w:pPr>
              <w:spacing w:after="0"/>
            </w:pPr>
            <w:r>
              <w:rPr>
                <w:b w:val="0"/>
                <w:sz w:val="19"/>
              </w:rPr>
              <w:t>world; food types and events from different parts of the world” carefully. ENG.6.6.L2. Students can bring information about the current content on “life in the world and culture</w:t>
            </w:r>
          </w:p>
          <w:p>
            <w:pPr>
              <w:spacing w:after="0"/>
            </w:pPr>
            <w:r>
              <w:rPr>
                <w:b w:val="0"/>
                <w:sz w:val="19"/>
              </w:rPr>
              <w:t>with countries, nationalities, and languages in the world; food types and events from different</w:t>
            </w:r>
          </w:p>
          <w:p>
            <w:pPr>
              <w:spacing w:after="0"/>
            </w:pPr>
            <w:r>
              <w:rPr>
                <w:b w:val="0"/>
                <w:sz w:val="19"/>
              </w:rPr>
              <w:t>parts of the world” together through significant details and main components while listening/</w:t>
            </w:r>
          </w:p>
          <w:p>
            <w:pPr>
              <w:spacing w:after="0"/>
            </w:pPr>
            <w:r>
              <w:rPr>
                <w:b w:val="0"/>
                <w:sz w:val="19"/>
              </w:rPr>
              <w:t>watching it. ENG.6.6.L3. Students can make meaning of/derive meaning from the current content on “life in the world</w:t>
            </w:r>
          </w:p>
          <w:p>
            <w:pPr>
              <w:spacing w:after="0"/>
            </w:pPr>
            <w:r>
              <w:rPr>
                <w:b w:val="0"/>
                <w:sz w:val="19"/>
              </w:rPr>
              <w:t>and culture with countries, nationalities, and languages in the world; food types and events</w:t>
            </w:r>
          </w:p>
          <w:p>
            <w:pPr>
              <w:spacing w:after="0"/>
            </w:pPr>
            <w:r>
              <w:rPr>
                <w:b w:val="0"/>
                <w:sz w:val="19"/>
              </w:rPr>
              <w:t>from different parts of the world” through significant details by listening/watching it carefully. ENG.6.6.L4.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ENG.6.6.P1. Students can select and use the target phonological elements of the current content about</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accurately, authentically, and naturally</w:t>
            </w:r>
          </w:p>
          <w:p>
            <w:pPr>
              <w:spacing w:after="0"/>
            </w:pPr>
            <w:r>
              <w:rPr>
                <w:b w:val="0"/>
                <w:sz w:val="19"/>
              </w:rPr>
              <w:t>through spontaneous decision-making processes and use it in an appropriate and effective</w:t>
            </w:r>
          </w:p>
          <w:p>
            <w:pPr>
              <w:spacing w:after="0"/>
            </w:pPr>
            <w:r>
              <w:rPr>
                <w:b w:val="0"/>
                <w:sz w:val="19"/>
              </w:rPr>
              <w:t>way when communicating with others. ENG.6.6.R1. Students can get ready for the reading-comprehension process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ENG.6.6.R2. Students can bring information about the current content on “life in the world and culture</w:t>
            </w:r>
          </w:p>
          <w:p>
            <w:pPr>
              <w:spacing w:after="0"/>
            </w:pPr>
            <w:r>
              <w:rPr>
                <w:b w:val="0"/>
                <w:sz w:val="19"/>
              </w:rPr>
              <w:t>with countries, nationalities, and languages in the world; food types and events from different</w:t>
            </w:r>
          </w:p>
          <w:p>
            <w:pPr>
              <w:spacing w:after="0"/>
            </w:pPr>
            <w:r>
              <w:rPr>
                <w:b w:val="0"/>
                <w:sz w:val="19"/>
              </w:rPr>
              <w:t>parts of the world” through skimming (looking quickly at) the audio-visual elements and</w:t>
            </w:r>
          </w:p>
          <w:p>
            <w:pPr>
              <w:spacing w:after="0"/>
            </w:pPr>
            <w:r>
              <w:rPr>
                <w:b w:val="0"/>
                <w:sz w:val="19"/>
              </w:rPr>
              <w:t>reading the content very quickly. ENG.6.6.R3. Students can make meaning of / derive meaning from the current content about “life in the</w:t>
            </w:r>
          </w:p>
          <w:p>
            <w:pPr>
              <w:spacing w:after="0"/>
            </w:pPr>
            <w:r>
              <w:rPr>
                <w:b w:val="0"/>
                <w:sz w:val="19"/>
              </w:rPr>
              <w:t>world and culture with countries, nationalities, and languages in the world; food types and</w:t>
            </w:r>
          </w:p>
          <w:p>
            <w:pPr>
              <w:spacing w:after="0"/>
            </w:pPr>
            <w:r>
              <w:rPr>
                <w:b w:val="0"/>
                <w:sz w:val="19"/>
              </w:rPr>
              <w:t>events from different parts of the world” by reading it carefully. ENG.6.6.R4. Students can convey their knowledge, experiences, thoughts, and feelings related to the</w:t>
            </w:r>
          </w:p>
          <w:p>
            <w:pPr>
              <w:spacing w:after="0"/>
            </w:pPr>
            <w:r>
              <w:rPr>
                <w:b w:val="0"/>
                <w:sz w:val="19"/>
              </w:rPr>
              <w:t>reading-comprehension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in relation to themselves or others, both individually and/or with others. ENG.6.6.V1. Students can select and use the target vocabulary of the current content about “life in the world</w:t>
            </w:r>
          </w:p>
          <w:p>
            <w:pPr>
              <w:spacing w:after="0"/>
            </w:pPr>
            <w:r>
              <w:rPr>
                <w:b w:val="0"/>
                <w:sz w:val="19"/>
              </w:rPr>
              <w:t>and culture with countries, nationalities, and languages in the world; food types and events</w:t>
            </w:r>
          </w:p>
          <w:p>
            <w:pPr>
              <w:spacing w:after="0"/>
            </w:pPr>
            <w:r>
              <w:rPr>
                <w:b w:val="0"/>
                <w:sz w:val="19"/>
              </w:rPr>
              <w:t>from different parts of the world” accurately, authentically, spontaneously, and naturally and</w:t>
            </w:r>
          </w:p>
          <w:p>
            <w:pPr>
              <w:spacing w:after="0"/>
            </w:pPr>
            <w:r>
              <w:rPr>
                <w:b w:val="0"/>
                <w:sz w:val="19"/>
              </w:rPr>
              <w:t>use it appropriately and effectively when communicating with others. ENG.6.6.G1. Students can select and use the target grammatical elements of the current content about</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accurately, authentically, spontaneously, and naturally and use it appropriately and effectively when communicating with others. ENG.6.6.W1. Students can get ready for the writing-expression process about the current content on “life</w:t>
            </w:r>
          </w:p>
          <w:p>
            <w:pPr>
              <w:spacing w:after="0"/>
            </w:pPr>
            <w:r>
              <w:rPr>
                <w:b w:val="0"/>
                <w:sz w:val="19"/>
              </w:rPr>
              <w:t>in the world and culture with countries, nationalities, and languages in the world; food types</w:t>
            </w:r>
          </w:p>
          <w:p>
            <w:pPr>
              <w:spacing w:after="0"/>
            </w:pPr>
            <w:r>
              <w:rPr>
                <w:b w:val="0"/>
                <w:sz w:val="19"/>
              </w:rPr>
              <w:t>and events from different parts of the world”. ENG.6.6.W2. Students can understand the model/example for the writing task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ENG.6.6.W3. Students can organise a content for the assigned writing task on the current content “life in</w:t>
            </w:r>
          </w:p>
          <w:p>
            <w:pPr>
              <w:spacing w:after="0"/>
            </w:pPr>
            <w:r>
              <w:rPr>
                <w:b w:val="0"/>
                <w:sz w:val="19"/>
              </w:rPr>
              <w:t>the world and culture with countries, nationalities, and languages in the world; food types</w:t>
            </w:r>
          </w:p>
          <w:p>
            <w:pPr>
              <w:spacing w:after="0"/>
            </w:pPr>
            <w:r>
              <w:rPr>
                <w:b w:val="0"/>
                <w:sz w:val="19"/>
              </w:rPr>
              <w:t>and events from different parts of the world” based on the model/example provided. ENG.6.6.W4. Students can individually construct/form content for the assigned writing task on the current</w:t>
            </w:r>
          </w:p>
          <w:p>
            <w:pPr>
              <w:spacing w:after="0"/>
            </w:pPr>
            <w:r>
              <w:rPr>
                <w:b w:val="0"/>
                <w:sz w:val="19"/>
              </w:rPr>
              <w:t>content “life in the world and culture with countries, nationalities, and languages in the world;</w:t>
            </w:r>
          </w:p>
          <w:p>
            <w:pPr>
              <w:spacing w:after="0"/>
            </w:pPr>
            <w:r>
              <w:rPr>
                <w:b w:val="0"/>
                <w:sz w:val="19"/>
              </w:rPr>
              <w:t>food types and events from different parts of the world”. ENG.6.6.W5. Students can reorganise (reconstruct) and use information in the new written tasks about the</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to communicate with other people. ENG.6.6.W6. Students can reflect on their knowledge, experiences, thoughts, and feelings related to the</w:t>
            </w:r>
          </w:p>
          <w:p>
            <w:pPr>
              <w:spacing w:after="0"/>
            </w:pPr>
            <w:r>
              <w:rPr>
                <w:b w:val="0"/>
                <w:sz w:val="19"/>
              </w:rPr>
              <w:t>writing-expression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in relation to themselves or others, both individually and/or with others. ENG.6.6.S1. Students can get ready for speaking-expression process about the current content on “life in</w:t>
            </w:r>
          </w:p>
          <w:p>
            <w:pPr>
              <w:spacing w:after="0"/>
            </w:pPr>
            <w:r>
              <w:rPr>
                <w:b w:val="0"/>
                <w:sz w:val="19"/>
              </w:rPr>
              <w:t>the world and culture with countries, nationalities, and languages in the world; food types and</w:t>
            </w:r>
          </w:p>
          <w:p>
            <w:pPr>
              <w:spacing w:after="0"/>
            </w:pPr>
            <w:r>
              <w:rPr>
                <w:b w:val="0"/>
                <w:sz w:val="19"/>
              </w:rPr>
              <w:t>events from different parts of the world”. ENG.6.6.S2. Students can use the model/example for producing verbal content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ENG.6.6.S3. Students can organise a new verbal content on “life in the world and culture with countries, nationalities, and languages in the world; food types and events from different parts of the</w:t>
            </w:r>
          </w:p>
          <w:p>
            <w:pPr>
              <w:spacing w:after="0"/>
            </w:pPr>
            <w:r>
              <w:rPr>
                <w:b w:val="0"/>
                <w:sz w:val="19"/>
              </w:rPr>
              <w:t>world” by speaking accurately, efficiently, and authentically. ENG.6.6.S4. Students can construct a new verbal content on “life in the world and culture with countries, nationalities, and languages in the world; food types and events from different parts of the</w:t>
            </w:r>
          </w:p>
          <w:p>
            <w:pPr>
              <w:spacing w:after="0"/>
            </w:pPr>
            <w:r>
              <w:rPr>
                <w:b w:val="0"/>
                <w:sz w:val="19"/>
              </w:rPr>
              <w:t>world” by speaking accurately, efficiently, and authentically. ENG.6.6.S5. Students can reorganise (reconstruct) and use information about the “life in the world and</w:t>
            </w:r>
          </w:p>
          <w:p>
            <w:pPr>
              <w:spacing w:after="0"/>
            </w:pPr>
            <w:r>
              <w:rPr>
                <w:b w:val="0"/>
                <w:sz w:val="19"/>
              </w:rPr>
              <w:t>culture with countries, nationalities, and languages in the world; food types and events from</w:t>
            </w:r>
          </w:p>
          <w:p>
            <w:pPr>
              <w:spacing w:after="0"/>
            </w:pPr>
            <w:r>
              <w:rPr>
                <w:b w:val="0"/>
                <w:sz w:val="19"/>
              </w:rPr>
              <w:t>different parts of the world” to communicate with other people. ENG.6.6.S6. Students can convey their knowledge, experiences, thoughts, and feelings related to the</w:t>
            </w:r>
          </w:p>
          <w:p>
            <w:pPr>
              <w:spacing w:after="0"/>
            </w:pPr>
            <w:r>
              <w:rPr>
                <w:b w:val="0"/>
                <w:sz w:val="19"/>
              </w:rPr>
              <w:t>speaking-expression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to communicate 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(ENG.6.6.L1.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practice the language for actions, events, or situations that started and finished at a specific</w:t>
            </w:r>
          </w:p>
          <w:p>
            <w:pPr>
              <w:spacing w:after="0"/>
            </w:pPr>
            <w:r>
              <w:rPr>
                <w:b w:val="0"/>
                <w:sz w:val="19"/>
              </w:rPr>
              <w:t>time in the past in English through a fun and creative writing activity.</w:t>
            </w:r>
          </w:p>
          <w:p>
            <w:pPr>
              <w:spacing w:after="0"/>
            </w:pPr>
            <w:r>
              <w:rPr>
                <w:b w:val="0"/>
                <w:sz w:val="19"/>
              </w:rPr>
              <w:t>Activity 1: Time Traveller’s Diary</w:t>
            </w:r>
          </w:p>
          <w:p>
            <w:pPr>
              <w:spacing w:after="0"/>
            </w:pPr>
            <w:r>
              <w:rPr>
                <w:b w:val="0"/>
                <w:sz w:val="19"/>
              </w:rPr>
              <w:t>The teacher divides the class into pairs and tells students they are time travellers who have just returned</w:t>
            </w:r>
          </w:p>
          <w:p>
            <w:pPr>
              <w:spacing w:after="0"/>
            </w:pPr>
            <w:r>
              <w:rPr>
                <w:b w:val="0"/>
                <w:sz w:val="19"/>
              </w:rPr>
              <w:t>from an adventurous trip to the past. She/He uses pictures or a timeline to help students visualize different</w:t>
            </w:r>
          </w:p>
          <w:p>
            <w:pPr>
              <w:spacing w:after="0"/>
            </w:pPr>
            <w:r>
              <w:rPr>
                <w:b w:val="0"/>
                <w:sz w:val="19"/>
              </w:rPr>
              <w:t>time periods. Students select a time period they want to visit. The teacher provides a list of options, or lets</w:t>
            </w:r>
          </w:p>
          <w:p>
            <w:pPr>
              <w:spacing w:after="0"/>
            </w:pPr>
            <w:r>
              <w:rPr>
                <w:b w:val="0"/>
                <w:sz w:val="19"/>
              </w:rPr>
              <w:t>them choose freely (e.g., Prehistoric Era, ancient Anatolia, ancient Egypt, Ancient Rome, the 1990s). She/He</w:t>
            </w:r>
          </w:p>
          <w:p>
            <w:pPr>
              <w:spacing w:after="0"/>
            </w:pPr>
            <w:r>
              <w:rPr>
                <w:b w:val="0"/>
                <w:sz w:val="19"/>
              </w:rPr>
              <w:t>asks them to write an entry in their “Time Traveller’s Diary”, describing what they saw, did, and experienced</w:t>
            </w:r>
          </w:p>
          <w:p>
            <w:pPr>
              <w:spacing w:after="0"/>
            </w:pPr>
            <w:r>
              <w:rPr>
                <w:b w:val="0"/>
                <w:sz w:val="19"/>
              </w:rPr>
              <w:t>while visiting a different time period. She/He challenges them to write full paragraphs with more complex</w:t>
            </w:r>
          </w:p>
          <w:p>
            <w:pPr>
              <w:spacing w:after="0"/>
            </w:pPr>
            <w:r>
              <w:rPr>
                <w:b w:val="0"/>
                <w:sz w:val="19"/>
              </w:rPr>
              <w:t>sentences, adding details to their descriptions. Example: “I visited ancient Egypt. The pyramids were huge, and I met a friendly merchant. He sold me a beautiful necklace”. After pairs finish their entry, she/he allows</w:t>
            </w:r>
          </w:p>
          <w:p>
            <w:pPr>
              <w:spacing w:after="0"/>
            </w:pPr>
            <w:r>
              <w:rPr>
                <w:b w:val="0"/>
                <w:sz w:val="19"/>
              </w:rPr>
              <w:t>them to share their diary entries with the class and asks them to discuss the different time periods that their</w:t>
            </w:r>
          </w:p>
          <w:p>
            <w:pPr>
              <w:spacing w:after="0"/>
            </w:pPr>
            <w:r>
              <w:rPr>
                <w:b w:val="0"/>
                <w:sz w:val="19"/>
              </w:rPr>
              <w:t>classmates visited. Students reflect on their thoughts and feelings about the activity. Supporting</w:t>
            </w:r>
          </w:p>
          <w:p>
            <w:pPr>
              <w:spacing w:after="0"/>
            </w:pPr>
            <w:r>
              <w:rPr>
                <w:b w:val="0"/>
                <w:sz w:val="19"/>
              </w:rPr>
              <w:t>Objective: To practice the language for actions, events, or situations that started and finished at a specific</w:t>
            </w:r>
          </w:p>
          <w:p>
            <w:pPr>
              <w:spacing w:after="0"/>
            </w:pPr>
            <w:r>
              <w:rPr>
                <w:b w:val="0"/>
                <w:sz w:val="19"/>
              </w:rPr>
              <w:t>time in the past in English through a fun and creative writing activity.</w:t>
            </w:r>
          </w:p>
          <w:p>
            <w:pPr>
              <w:spacing w:after="0"/>
            </w:pPr>
            <w:r>
              <w:rPr>
                <w:b w:val="0"/>
                <w:sz w:val="19"/>
              </w:rPr>
              <w:t>Activity 1: Time Traveller’s Diary</w:t>
            </w:r>
          </w:p>
          <w:p>
            <w:pPr>
              <w:spacing w:after="0"/>
            </w:pPr>
            <w:r>
              <w:rPr>
                <w:b w:val="0"/>
                <w:sz w:val="19"/>
              </w:rPr>
              <w:t>The teacher divides the class into pairs and tells students they are time travellers who have just returned</w:t>
            </w:r>
          </w:p>
          <w:p>
            <w:pPr>
              <w:spacing w:after="0"/>
            </w:pPr>
            <w:r>
              <w:rPr>
                <w:b w:val="0"/>
                <w:sz w:val="19"/>
              </w:rPr>
              <w:t>from an adventurous trip to the past. She/He gives a visual timeline or images of each era to help them</w:t>
            </w:r>
          </w:p>
          <w:p>
            <w:pPr>
              <w:spacing w:after="0"/>
            </w:pPr>
            <w:r>
              <w:rPr>
                <w:b w:val="0"/>
                <w:sz w:val="19"/>
              </w:rPr>
              <w:t>imagine what might happen there. She/He instructs students to write a brief diary entry describing their</w:t>
            </w:r>
          </w:p>
          <w:p>
            <w:pPr>
              <w:spacing w:after="0"/>
            </w:pPr>
            <w:r>
              <w:rPr>
                <w:b w:val="0"/>
                <w:sz w:val="19"/>
              </w:rPr>
              <w:t>experiences using the simple past tense and provides a list of common verbs in the past tense (e.g., “saw, went, met, ate”) for students who need additional support with vocabulary. After pairs finish their entries, she/he allows them to share their diary entries with the class and asks students to interview each other</w:t>
            </w:r>
          </w:p>
          <w:p>
            <w:pPr>
              <w:spacing w:after="0"/>
            </w:pPr>
            <w:r>
              <w:rPr>
                <w:b w:val="0"/>
                <w:sz w:val="19"/>
              </w:rPr>
              <w:t>about their time travel adventures. One student becomes the “time traveller”, and the other asks questions</w:t>
            </w:r>
          </w:p>
          <w:p>
            <w:pPr>
              <w:spacing w:after="0"/>
            </w:pPr>
            <w:r>
              <w:rPr>
                <w:b w:val="0"/>
                <w:sz w:val="19"/>
              </w:rPr>
              <w:t>like, “What did you see?” or “Who did you meet?”. Then she/he asks them to highlight the verbs they used in</w:t>
            </w:r>
          </w:p>
          <w:p>
            <w:pPr>
              <w:spacing w:after="0"/>
            </w:pPr>
            <w:r>
              <w:rPr>
                <w:b w:val="0"/>
                <w:sz w:val="19"/>
              </w:rPr>
              <w:t>the past tense and discuss the different time periods that their classmates visited.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design a creative poster about a country of their choice. The</w:t>
            </w:r>
          </w:p>
          <w:p>
            <w:pPr>
              <w:spacing w:after="0"/>
            </w:pPr>
            <w:r>
              <w:rPr>
                <w:b w:val="0"/>
                <w:sz w:val="19"/>
              </w:rPr>
              <w:t>poster will show the country’s name, the nationality of its people, and the language they speak. It will also</w:t>
            </w:r>
          </w:p>
          <w:p>
            <w:pPr>
              <w:spacing w:after="0"/>
            </w:pPr>
            <w:r>
              <w:rPr>
                <w:b w:val="0"/>
                <w:sz w:val="19"/>
              </w:rPr>
              <w:t>include a description of a traditional food from the country, detailing its ingredients and cultural importance.</w:t>
            </w:r>
          </w:p>
          <w:p>
            <w:pPr>
              <w:spacing w:after="0"/>
            </w:pPr>
            <w:r>
              <w:rPr>
                <w:b w:val="0"/>
                <w:sz w:val="19"/>
              </w:rPr>
              <w:t>Additionally, students will provide information about a cultural event or festival where the food is served, describing the traditions and activities related to it. The poster should be visually appealing with drawings, images, and descriptive text to focus on the unique aspects of the country. The assignment will be evaluated</w:t>
            </w:r>
          </w:p>
          <w:p>
            <w:pPr>
              <w:spacing w:after="0"/>
            </w:pPr>
            <w:r>
              <w:rPr>
                <w:b w:val="0"/>
                <w:sz w:val="19"/>
              </w:rPr>
              <w:t>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27: 12-16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27: 12-16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SCHOOL-BASED PLANNING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28: 19-23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28: 19-23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6: LIFE IN THE WORLD AND CULTURE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Countries, nationalities, and languages in the world; food types and events from different</w:t>
            </w:r>
          </w:p>
          <w:p>
            <w:pPr>
              <w:spacing w:after="0"/>
            </w:pPr>
            <w:r>
              <w:rPr>
                <w:b w:val="0"/>
                <w:sz w:val="19"/>
              </w:rPr>
              <w:t>parts of the world</w:t>
            </w:r>
          </w:p>
          <w:p>
            <w:pPr>
              <w:spacing w:after="0"/>
            </w:pPr>
            <w:r>
              <w:rPr>
                <w:b w:val="0"/>
                <w:sz w:val="19"/>
              </w:rPr>
              <w:t>Target Vocabulary in Use (with revisional vocabulary):</w:t>
            </w:r>
          </w:p>
          <w:p>
            <w:pPr>
              <w:spacing w:after="0"/>
            </w:pPr>
            <w:r>
              <w:rPr>
                <w:b w:val="0"/>
                <w:sz w:val="19"/>
              </w:rPr>
              <w:t>Vocabulary for countries, nationalities and languages in the world:</w:t>
            </w:r>
          </w:p>
          <w:p>
            <w:pPr>
              <w:spacing w:after="0"/>
            </w:pPr>
            <w:r>
              <w:rPr>
                <w:b w:val="0"/>
                <w:sz w:val="19"/>
              </w:rPr>
              <w:t>Nouns: A country, a nation, a capital, a flag, a government, a tradition, a heritage.</w:t>
            </w:r>
          </w:p>
          <w:p>
            <w:pPr>
              <w:spacing w:after="0"/>
            </w:pPr>
            <w:r>
              <w:rPr>
                <w:b w:val="0"/>
                <w:sz w:val="19"/>
              </w:rPr>
              <w:t>Countries: Türkiye, England, Germany, Austria, Greece, Turkish Republic of Northern Cyprus, Poland, Denmark, Belgium, the Netherlands, Sweden, India, Spain, Italy.</w:t>
            </w:r>
          </w:p>
          <w:p>
            <w:pPr>
              <w:spacing w:after="0"/>
            </w:pPr>
            <w:r>
              <w:rPr>
                <w:b w:val="0"/>
                <w:sz w:val="19"/>
              </w:rPr>
              <w:t>Nationalities/Languages: Turkish/Turkish, English/English, German/German, Austrian/German, Greek/</w:t>
            </w:r>
          </w:p>
          <w:p>
            <w:pPr>
              <w:spacing w:after="0"/>
            </w:pPr>
            <w:r>
              <w:rPr>
                <w:b w:val="0"/>
                <w:sz w:val="19"/>
              </w:rPr>
              <w:t>Greek, Turkish Cypriot/Turkish, Polish/Polish, Danish/Danish, Belgian/Dutch-French-German, Dutch/Dutch, Swedish/Swedish, Spanish/Spanish, French/French, Italian/Italian, Indian/Hindu-English.</w:t>
            </w:r>
          </w:p>
          <w:p>
            <w:pPr>
              <w:spacing w:after="0"/>
            </w:pPr>
            <w:r>
              <w:rPr>
                <w:b w:val="0"/>
                <w:sz w:val="19"/>
              </w:rPr>
              <w:t>Adjectives: National, official, foreign, historic, traditional, worth.</w:t>
            </w:r>
          </w:p>
          <w:p>
            <w:pPr>
              <w:spacing w:after="0"/>
            </w:pPr>
            <w:r>
              <w:rPr>
                <w:b w:val="0"/>
                <w:sz w:val="19"/>
              </w:rPr>
              <w:t>Vocabulary for food types and events from different parts of the world: Nouns: Experience, a cuisine, an</w:t>
            </w:r>
          </w:p>
          <w:p>
            <w:pPr>
              <w:spacing w:after="0"/>
            </w:pPr>
            <w:r>
              <w:rPr>
                <w:b w:val="0"/>
                <w:sz w:val="19"/>
              </w:rPr>
              <w:t>ingredient, an appetiser, a main course, a dessert, dumplings, a dish, a competition.</w:t>
            </w:r>
          </w:p>
          <w:p>
            <w:pPr>
              <w:spacing w:after="0"/>
            </w:pPr>
            <w:r>
              <w:rPr>
                <w:b w:val="0"/>
                <w:sz w:val="19"/>
              </w:rPr>
              <w:t>Verbs: To experience, to dry, to heat.</w:t>
            </w:r>
          </w:p>
          <w:p>
            <w:pPr>
              <w:spacing w:after="0"/>
            </w:pPr>
            <w:r>
              <w:rPr>
                <w:b w:val="0"/>
                <w:sz w:val="19"/>
              </w:rPr>
              <w:t>Adjectives: Sour, bitter, incredible, gorgeous, crunchy, high-quality, homemade, spicy, crispy, flavourful.</w:t>
            </w:r>
          </w:p>
          <w:p>
            <w:pPr>
              <w:spacing w:after="0"/>
            </w:pPr>
            <w:r>
              <w:rPr>
                <w:b w:val="0"/>
                <w:sz w:val="19"/>
              </w:rPr>
              <w:t>Adverbs: Everywhere, somewhere, anywhere, nowhere.</w:t>
            </w:r>
          </w:p>
          <w:p>
            <w:pPr>
              <w:spacing w:after="0"/>
            </w:pPr>
            <w:r>
              <w:rPr>
                <w:b w:val="0"/>
                <w:sz w:val="19"/>
              </w:rPr>
              <w:t>Phrases: Enjoy your meal!, street food, food stalls, pop-up markets.</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Simple Past Tense: (We enjoyed the delicious cuisine at the street food festival).</w:t>
            </w:r>
          </w:p>
          <w:p>
            <w:pPr>
              <w:spacing w:after="0"/>
            </w:pPr>
            <w:r>
              <w:rPr>
                <w:b w:val="0"/>
                <w:sz w:val="19"/>
              </w:rPr>
              <w:t>-Question tags for The Simple Past Tense (regular verbs): (They visited the capital of Greece, didn’t they?)</w:t>
            </w:r>
          </w:p>
          <w:p>
            <w:pPr>
              <w:spacing w:after="0"/>
            </w:pPr>
            <w:r>
              <w:rPr>
                <w:b w:val="0"/>
                <w:sz w:val="19"/>
              </w:rPr>
              <w:t>Functions of the Target Grammatical Structures in Use:</w:t>
            </w:r>
          </w:p>
          <w:p>
            <w:pPr>
              <w:spacing w:after="0"/>
            </w:pPr>
            <w:r>
              <w:rPr>
                <w:b w:val="0"/>
                <w:sz w:val="19"/>
              </w:rPr>
              <w:t>-Use of The Simple Past Tense: Expressing actions, events, or situations that started and finished at a</w:t>
            </w:r>
          </w:p>
          <w:p>
            <w:pPr>
              <w:spacing w:after="0"/>
            </w:pPr>
            <w:r>
              <w:rPr>
                <w:b w:val="0"/>
                <w:sz w:val="19"/>
              </w:rPr>
              <w:t>specific time in the past.</w:t>
            </w:r>
          </w:p>
          <w:p>
            <w:pPr>
              <w:spacing w:after="0"/>
            </w:pPr>
            <w:r>
              <w:rPr>
                <w:b w:val="0"/>
                <w:sz w:val="19"/>
              </w:rPr>
              <w:t>-Use of question tags for The Simple Past Tense (regular verbs): Confirming information or asking for</w:t>
            </w:r>
          </w:p>
          <w:p>
            <w:pPr>
              <w:spacing w:after="0"/>
            </w:pPr>
            <w:r>
              <w:rPr>
                <w:b w:val="0"/>
                <w:sz w:val="19"/>
              </w:rPr>
              <w:t>agreement about past actions.</w:t>
            </w:r>
          </w:p>
          <w:p>
            <w:pPr>
              <w:spacing w:after="0"/>
            </w:pPr>
            <w:r>
              <w:rPr>
                <w:b w:val="0"/>
                <w:sz w:val="19"/>
              </w:rPr>
              <w:t>Target Social Language in Use:</w:t>
            </w:r>
          </w:p>
          <w:p>
            <w:pPr>
              <w:spacing w:after="0"/>
            </w:pPr>
            <w:r>
              <w:rPr>
                <w:b w:val="0"/>
                <w:sz w:val="19"/>
              </w:rPr>
              <w:t>I had culture shock when we moved to Spain!</w:t>
            </w:r>
          </w:p>
          <w:p>
            <w:pPr>
              <w:spacing w:after="0"/>
            </w:pPr>
            <w:r>
              <w:rPr>
                <w:b w:val="0"/>
                <w:sz w:val="19"/>
              </w:rPr>
              <w:t>We both love football so we speak the same language!</w:t>
            </w:r>
          </w:p>
          <w:p>
            <w:pPr>
              <w:spacing w:after="0"/>
            </w:pPr>
            <w:r>
              <w:rPr>
                <w:b w:val="0"/>
                <w:sz w:val="19"/>
              </w:rPr>
              <w:t>The Topkapı Palace is world famous! Target Phonological Sounds in Use:</w:t>
            </w:r>
          </w:p>
          <w:p>
            <w:pPr>
              <w:spacing w:after="0"/>
            </w:pPr>
            <w:r>
              <w:rPr>
                <w:b w:val="0"/>
                <w:sz w:val="19"/>
              </w:rPr>
              <w:t>l, m, n, (ng), o, p</w:t>
            </w:r>
          </w:p>
          <w:p>
            <w:pPr>
              <w:spacing w:after="0"/>
            </w:pPr>
            <w:r>
              <w:rPr>
                <w:b w:val="0"/>
                <w:sz w:val="19"/>
              </w:rPr>
              <w:t>Vowel: o: (/əʊ/, /ɒ/, /əʊ/)</w:t>
            </w:r>
          </w:p>
          <w:p>
            <w:pPr>
              <w:spacing w:after="0"/>
            </w:pPr>
            <w:r>
              <w:rPr>
                <w:b w:val="0"/>
                <w:sz w:val="19"/>
              </w:rPr>
              <w:t>Consonants: l: (/ɛl/ /l/); m: (/ɛm/,/m/); n: (/ɛn/, /n/); p: ( piː//p/)</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ENG.6.6.L1. Students can get ready for the listening/watching-comprehension process for the current</w:t>
            </w:r>
          </w:p>
          <w:p>
            <w:pPr>
              <w:spacing w:after="0"/>
            </w:pPr>
            <w:r>
              <w:rPr>
                <w:b w:val="0"/>
                <w:sz w:val="19"/>
              </w:rPr>
              <w:t>content on “life in the world and culture with countries, nationalities, and languages in the</w:t>
            </w:r>
          </w:p>
          <w:p>
            <w:pPr>
              <w:spacing w:after="0"/>
            </w:pPr>
            <w:r>
              <w:rPr>
                <w:b w:val="0"/>
                <w:sz w:val="19"/>
              </w:rPr>
              <w:t>world; food types and events from different parts of the world” carefully. ENG.6.6.L2. Students can bring information about the current content on “life in the world and culture</w:t>
            </w:r>
          </w:p>
          <w:p>
            <w:pPr>
              <w:spacing w:after="0"/>
            </w:pPr>
            <w:r>
              <w:rPr>
                <w:b w:val="0"/>
                <w:sz w:val="19"/>
              </w:rPr>
              <w:t>with countries, nationalities, and languages in the world; food types and events from different</w:t>
            </w:r>
          </w:p>
          <w:p>
            <w:pPr>
              <w:spacing w:after="0"/>
            </w:pPr>
            <w:r>
              <w:rPr>
                <w:b w:val="0"/>
                <w:sz w:val="19"/>
              </w:rPr>
              <w:t>parts of the world” together through significant details and main components while listening/</w:t>
            </w:r>
          </w:p>
          <w:p>
            <w:pPr>
              <w:spacing w:after="0"/>
            </w:pPr>
            <w:r>
              <w:rPr>
                <w:b w:val="0"/>
                <w:sz w:val="19"/>
              </w:rPr>
              <w:t>watching it. ENG.6.6.L3. Students can make meaning of/derive meaning from the current content on “life in the world</w:t>
            </w:r>
          </w:p>
          <w:p>
            <w:pPr>
              <w:spacing w:after="0"/>
            </w:pPr>
            <w:r>
              <w:rPr>
                <w:b w:val="0"/>
                <w:sz w:val="19"/>
              </w:rPr>
              <w:t>and culture with countries, nationalities, and languages in the world; food types and events</w:t>
            </w:r>
          </w:p>
          <w:p>
            <w:pPr>
              <w:spacing w:after="0"/>
            </w:pPr>
            <w:r>
              <w:rPr>
                <w:b w:val="0"/>
                <w:sz w:val="19"/>
              </w:rPr>
              <w:t>from different parts of the world” through significant details by listening/watching it carefully. ENG.6.6.L4.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ENG.6.6.P1. Students can select and use the target phonological elements of the current content about</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accurately, authentically, and naturally</w:t>
            </w:r>
          </w:p>
          <w:p>
            <w:pPr>
              <w:spacing w:after="0"/>
            </w:pPr>
            <w:r>
              <w:rPr>
                <w:b w:val="0"/>
                <w:sz w:val="19"/>
              </w:rPr>
              <w:t>through spontaneous decision-making processes and use it in an appropriate and effective</w:t>
            </w:r>
          </w:p>
          <w:p>
            <w:pPr>
              <w:spacing w:after="0"/>
            </w:pPr>
            <w:r>
              <w:rPr>
                <w:b w:val="0"/>
                <w:sz w:val="19"/>
              </w:rPr>
              <w:t>way when communicating with others. ENG.6.6.R1. Students can get ready for the reading-comprehension process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ENG.6.6.R2. Students can bring information about the current content on “life in the world and culture</w:t>
            </w:r>
          </w:p>
          <w:p>
            <w:pPr>
              <w:spacing w:after="0"/>
            </w:pPr>
            <w:r>
              <w:rPr>
                <w:b w:val="0"/>
                <w:sz w:val="19"/>
              </w:rPr>
              <w:t>with countries, nationalities, and languages in the world; food types and events from different</w:t>
            </w:r>
          </w:p>
          <w:p>
            <w:pPr>
              <w:spacing w:after="0"/>
            </w:pPr>
            <w:r>
              <w:rPr>
                <w:b w:val="0"/>
                <w:sz w:val="19"/>
              </w:rPr>
              <w:t>parts of the world” through skimming (looking quickly at) the audio-visual elements and</w:t>
            </w:r>
          </w:p>
          <w:p>
            <w:pPr>
              <w:spacing w:after="0"/>
            </w:pPr>
            <w:r>
              <w:rPr>
                <w:b w:val="0"/>
                <w:sz w:val="19"/>
              </w:rPr>
              <w:t>reading the content very quickly. ENG.6.6.R3. Students can make meaning of / derive meaning from the current content about “life in the</w:t>
            </w:r>
          </w:p>
          <w:p>
            <w:pPr>
              <w:spacing w:after="0"/>
            </w:pPr>
            <w:r>
              <w:rPr>
                <w:b w:val="0"/>
                <w:sz w:val="19"/>
              </w:rPr>
              <w:t>world and culture with countries, nationalities, and languages in the world; food types and</w:t>
            </w:r>
          </w:p>
          <w:p>
            <w:pPr>
              <w:spacing w:after="0"/>
            </w:pPr>
            <w:r>
              <w:rPr>
                <w:b w:val="0"/>
                <w:sz w:val="19"/>
              </w:rPr>
              <w:t>events from different parts of the world” by reading it carefully. ENG.6.6.R4. Students can convey their knowledge, experiences, thoughts, and feelings related to the</w:t>
            </w:r>
          </w:p>
          <w:p>
            <w:pPr>
              <w:spacing w:after="0"/>
            </w:pPr>
            <w:r>
              <w:rPr>
                <w:b w:val="0"/>
                <w:sz w:val="19"/>
              </w:rPr>
              <w:t>reading-comprehension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in relation to themselves or others, both individually and/or with others. ENG.6.6.V1. Students can select and use the target vocabulary of the current content about “life in the world</w:t>
            </w:r>
          </w:p>
          <w:p>
            <w:pPr>
              <w:spacing w:after="0"/>
            </w:pPr>
            <w:r>
              <w:rPr>
                <w:b w:val="0"/>
                <w:sz w:val="19"/>
              </w:rPr>
              <w:t>and culture with countries, nationalities, and languages in the world; food types and events</w:t>
            </w:r>
          </w:p>
          <w:p>
            <w:pPr>
              <w:spacing w:after="0"/>
            </w:pPr>
            <w:r>
              <w:rPr>
                <w:b w:val="0"/>
                <w:sz w:val="19"/>
              </w:rPr>
              <w:t>from different parts of the world” accurately, authentically, spontaneously, and naturally and</w:t>
            </w:r>
          </w:p>
          <w:p>
            <w:pPr>
              <w:spacing w:after="0"/>
            </w:pPr>
            <w:r>
              <w:rPr>
                <w:b w:val="0"/>
                <w:sz w:val="19"/>
              </w:rPr>
              <w:t>use it appropriately and effectively when communicating with others. ENG.6.6.G1. Students can select and use the target grammatical elements of the current content about</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accurately, authentically, spontaneously, and naturally and use it appropriately and effectively when communicating with others. ENG.6.6.W1. Students can get ready for the writing-expression process about the current content on “life</w:t>
            </w:r>
          </w:p>
          <w:p>
            <w:pPr>
              <w:spacing w:after="0"/>
            </w:pPr>
            <w:r>
              <w:rPr>
                <w:b w:val="0"/>
                <w:sz w:val="19"/>
              </w:rPr>
              <w:t>in the world and culture with countries, nationalities, and languages in the world; food types</w:t>
            </w:r>
          </w:p>
          <w:p>
            <w:pPr>
              <w:spacing w:after="0"/>
            </w:pPr>
            <w:r>
              <w:rPr>
                <w:b w:val="0"/>
                <w:sz w:val="19"/>
              </w:rPr>
              <w:t>and events from different parts of the world”. ENG.6.6.W2. Students can understand the model/example for the writing task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ENG.6.6.W3. Students can organise a content for the assigned writing task on the current content “life in</w:t>
            </w:r>
          </w:p>
          <w:p>
            <w:pPr>
              <w:spacing w:after="0"/>
            </w:pPr>
            <w:r>
              <w:rPr>
                <w:b w:val="0"/>
                <w:sz w:val="19"/>
              </w:rPr>
              <w:t>the world and culture with countries, nationalities, and languages in the world; food types</w:t>
            </w:r>
          </w:p>
          <w:p>
            <w:pPr>
              <w:spacing w:after="0"/>
            </w:pPr>
            <w:r>
              <w:rPr>
                <w:b w:val="0"/>
                <w:sz w:val="19"/>
              </w:rPr>
              <w:t>and events from different parts of the world” based on the model/example provided. ENG.6.6.W4. Students can individually construct/form content for the assigned writing task on the current</w:t>
            </w:r>
          </w:p>
          <w:p>
            <w:pPr>
              <w:spacing w:after="0"/>
            </w:pPr>
            <w:r>
              <w:rPr>
                <w:b w:val="0"/>
                <w:sz w:val="19"/>
              </w:rPr>
              <w:t>content “life in the world and culture with countries, nationalities, and languages in the world;</w:t>
            </w:r>
          </w:p>
          <w:p>
            <w:pPr>
              <w:spacing w:after="0"/>
            </w:pPr>
            <w:r>
              <w:rPr>
                <w:b w:val="0"/>
                <w:sz w:val="19"/>
              </w:rPr>
              <w:t>food types and events from different parts of the world”. ENG.6.6.W5. Students can reorganise (reconstruct) and use information in the new written tasks about the</w:t>
            </w:r>
          </w:p>
          <w:p>
            <w:pPr>
              <w:spacing w:after="0"/>
            </w:pPr>
            <w:r>
              <w:rPr>
                <w:b w:val="0"/>
                <w:sz w:val="19"/>
              </w:rPr>
              <w:t>“life in the world and culture with countries, nationalities, and languages in the world; food</w:t>
            </w:r>
          </w:p>
          <w:p>
            <w:pPr>
              <w:spacing w:after="0"/>
            </w:pPr>
            <w:r>
              <w:rPr>
                <w:b w:val="0"/>
                <w:sz w:val="19"/>
              </w:rPr>
              <w:t>types and events from different parts of the world” to communicate with other people. ENG.6.6.W6. Students can reflect on their knowledge, experiences, thoughts, and feelings related to the</w:t>
            </w:r>
          </w:p>
          <w:p>
            <w:pPr>
              <w:spacing w:after="0"/>
            </w:pPr>
            <w:r>
              <w:rPr>
                <w:b w:val="0"/>
                <w:sz w:val="19"/>
              </w:rPr>
              <w:t>writing-expression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in relation to themselves or others, both individually and/or with others. ENG.6.6.S1. Students can get ready for speaking-expression process about the current content on “life in</w:t>
            </w:r>
          </w:p>
          <w:p>
            <w:pPr>
              <w:spacing w:after="0"/>
            </w:pPr>
            <w:r>
              <w:rPr>
                <w:b w:val="0"/>
                <w:sz w:val="19"/>
              </w:rPr>
              <w:t>the world and culture with countries, nationalities, and languages in the world; food types and</w:t>
            </w:r>
          </w:p>
          <w:p>
            <w:pPr>
              <w:spacing w:after="0"/>
            </w:pPr>
            <w:r>
              <w:rPr>
                <w:b w:val="0"/>
                <w:sz w:val="19"/>
              </w:rPr>
              <w:t>events from different parts of the world”. ENG.6.6.S2. Students can use the model/example for producing verbal content about the current content</w:t>
            </w:r>
          </w:p>
          <w:p>
            <w:pPr>
              <w:spacing w:after="0"/>
            </w:pPr>
            <w:r>
              <w:rPr>
                <w:b w:val="0"/>
                <w:sz w:val="19"/>
              </w:rPr>
              <w:t>on “life in the world and culture with countries, nationalities, and languages in the world; food</w:t>
            </w:r>
          </w:p>
          <w:p>
            <w:pPr>
              <w:spacing w:after="0"/>
            </w:pPr>
            <w:r>
              <w:rPr>
                <w:b w:val="0"/>
                <w:sz w:val="19"/>
              </w:rPr>
              <w:t>types and events from different parts of the world”. ENG.6.6.S3. Students can organise a new verbal content on “life in the world and culture with countries, nationalities, and languages in the world; food types and events from different parts of the</w:t>
            </w:r>
          </w:p>
          <w:p>
            <w:pPr>
              <w:spacing w:after="0"/>
            </w:pPr>
            <w:r>
              <w:rPr>
                <w:b w:val="0"/>
                <w:sz w:val="19"/>
              </w:rPr>
              <w:t>world” by speaking accurately, efficiently, and authentically. ENG.6.6.S4. Students can construct a new verbal content on “life in the world and culture with countries, nationalities, and languages in the world; food types and events from different parts of the</w:t>
            </w:r>
          </w:p>
          <w:p>
            <w:pPr>
              <w:spacing w:after="0"/>
            </w:pPr>
            <w:r>
              <w:rPr>
                <w:b w:val="0"/>
                <w:sz w:val="19"/>
              </w:rPr>
              <w:t>world” by speaking accurately, efficiently, and authentically. ENG.6.6.S5. Students can reorganise (reconstruct) and use information about the “life in the world and</w:t>
            </w:r>
          </w:p>
          <w:p>
            <w:pPr>
              <w:spacing w:after="0"/>
            </w:pPr>
            <w:r>
              <w:rPr>
                <w:b w:val="0"/>
                <w:sz w:val="19"/>
              </w:rPr>
              <w:t>culture with countries, nationalities, and languages in the world; food types and events from</w:t>
            </w:r>
          </w:p>
          <w:p>
            <w:pPr>
              <w:spacing w:after="0"/>
            </w:pPr>
            <w:r>
              <w:rPr>
                <w:b w:val="0"/>
                <w:sz w:val="19"/>
              </w:rPr>
              <w:t>different parts of the world” to communicate with other people. ENG.6.6.S6. Students can convey their knowledge, experiences, thoughts, and feelings related to the</w:t>
            </w:r>
          </w:p>
          <w:p>
            <w:pPr>
              <w:spacing w:after="0"/>
            </w:pPr>
            <w:r>
              <w:rPr>
                <w:b w:val="0"/>
                <w:sz w:val="19"/>
              </w:rPr>
              <w:t>speaking-expression process about the current content, “life in the world and culture with</w:t>
            </w:r>
          </w:p>
          <w:p>
            <w:pPr>
              <w:spacing w:after="0"/>
            </w:pPr>
            <w:r>
              <w:rPr>
                <w:b w:val="0"/>
                <w:sz w:val="19"/>
              </w:rPr>
              <w:t>countries, nationalities, and languages in the world; food types and events from different</w:t>
            </w:r>
          </w:p>
          <w:p>
            <w:pPr>
              <w:spacing w:after="0"/>
            </w:pPr>
            <w:r>
              <w:rPr>
                <w:b w:val="0"/>
                <w:sz w:val="19"/>
              </w:rPr>
              <w:t>parts of the world” to communicate 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(ENG.6.6.L1.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practice the language for actions, events, or situations that started and finished at a specific</w:t>
            </w:r>
          </w:p>
          <w:p>
            <w:pPr>
              <w:spacing w:after="0"/>
            </w:pPr>
            <w:r>
              <w:rPr>
                <w:b w:val="0"/>
                <w:sz w:val="19"/>
              </w:rPr>
              <w:t>time in the past in English through a fun and creative writing activity.</w:t>
            </w:r>
          </w:p>
          <w:p>
            <w:pPr>
              <w:spacing w:after="0"/>
            </w:pPr>
            <w:r>
              <w:rPr>
                <w:b w:val="0"/>
                <w:sz w:val="19"/>
              </w:rPr>
              <w:t>Activity 1: Time Traveller’s Diary</w:t>
            </w:r>
          </w:p>
          <w:p>
            <w:pPr>
              <w:spacing w:after="0"/>
            </w:pPr>
            <w:r>
              <w:rPr>
                <w:b w:val="0"/>
                <w:sz w:val="19"/>
              </w:rPr>
              <w:t>The teacher divides the class into pairs and tells students they are time travellers who have just returned</w:t>
            </w:r>
          </w:p>
          <w:p>
            <w:pPr>
              <w:spacing w:after="0"/>
            </w:pPr>
            <w:r>
              <w:rPr>
                <w:b w:val="0"/>
                <w:sz w:val="19"/>
              </w:rPr>
              <w:t>from an adventurous trip to the past. She/He uses pictures or a timeline to help students visualize different</w:t>
            </w:r>
          </w:p>
          <w:p>
            <w:pPr>
              <w:spacing w:after="0"/>
            </w:pPr>
            <w:r>
              <w:rPr>
                <w:b w:val="0"/>
                <w:sz w:val="19"/>
              </w:rPr>
              <w:t>time periods. Students select a time period they want to visit. The teacher provides a list of options, or lets</w:t>
            </w:r>
          </w:p>
          <w:p>
            <w:pPr>
              <w:spacing w:after="0"/>
            </w:pPr>
            <w:r>
              <w:rPr>
                <w:b w:val="0"/>
                <w:sz w:val="19"/>
              </w:rPr>
              <w:t>them choose freely (e.g., Prehistoric Era, ancient Anatolia, ancient Egypt, Ancient Rome, the 1990s). She/He</w:t>
            </w:r>
          </w:p>
          <w:p>
            <w:pPr>
              <w:spacing w:after="0"/>
            </w:pPr>
            <w:r>
              <w:rPr>
                <w:b w:val="0"/>
                <w:sz w:val="19"/>
              </w:rPr>
              <w:t>asks them to write an entry in their “Time Traveller’s Diary”, describing what they saw, did, and experienced</w:t>
            </w:r>
          </w:p>
          <w:p>
            <w:pPr>
              <w:spacing w:after="0"/>
            </w:pPr>
            <w:r>
              <w:rPr>
                <w:b w:val="0"/>
                <w:sz w:val="19"/>
              </w:rPr>
              <w:t>while visiting a different time period. She/He challenges them to write full paragraphs with more complex</w:t>
            </w:r>
          </w:p>
          <w:p>
            <w:pPr>
              <w:spacing w:after="0"/>
            </w:pPr>
            <w:r>
              <w:rPr>
                <w:b w:val="0"/>
                <w:sz w:val="19"/>
              </w:rPr>
              <w:t>sentences, adding details to their descriptions. Example: “I visited ancient Egypt. The pyramids were huge, and I met a friendly merchant. He sold me a beautiful necklace”. After pairs finish their entry, she/he allows</w:t>
            </w:r>
          </w:p>
          <w:p>
            <w:pPr>
              <w:spacing w:after="0"/>
            </w:pPr>
            <w:r>
              <w:rPr>
                <w:b w:val="0"/>
                <w:sz w:val="19"/>
              </w:rPr>
              <w:t>them to share their diary entries with the class and asks them to discuss the different time periods that their</w:t>
            </w:r>
          </w:p>
          <w:p>
            <w:pPr>
              <w:spacing w:after="0"/>
            </w:pPr>
            <w:r>
              <w:rPr>
                <w:b w:val="0"/>
                <w:sz w:val="19"/>
              </w:rPr>
              <w:t>classmates visited. Students reflect on their thoughts and feelings about the activity. Supporting</w:t>
            </w:r>
          </w:p>
          <w:p>
            <w:pPr>
              <w:spacing w:after="0"/>
            </w:pPr>
            <w:r>
              <w:rPr>
                <w:b w:val="0"/>
                <w:sz w:val="19"/>
              </w:rPr>
              <w:t>Objective: To practice the language for actions, events, or situations that started and finished at a specific</w:t>
            </w:r>
          </w:p>
          <w:p>
            <w:pPr>
              <w:spacing w:after="0"/>
            </w:pPr>
            <w:r>
              <w:rPr>
                <w:b w:val="0"/>
                <w:sz w:val="19"/>
              </w:rPr>
              <w:t>time in the past in English through a fun and creative writing activity.</w:t>
            </w:r>
          </w:p>
          <w:p>
            <w:pPr>
              <w:spacing w:after="0"/>
            </w:pPr>
            <w:r>
              <w:rPr>
                <w:b w:val="0"/>
                <w:sz w:val="19"/>
              </w:rPr>
              <w:t>Activity 1: Time Traveller’s Diary</w:t>
            </w:r>
          </w:p>
          <w:p>
            <w:pPr>
              <w:spacing w:after="0"/>
            </w:pPr>
            <w:r>
              <w:rPr>
                <w:b w:val="0"/>
                <w:sz w:val="19"/>
              </w:rPr>
              <w:t>The teacher divides the class into pairs and tells students they are time travellers who have just returned</w:t>
            </w:r>
          </w:p>
          <w:p>
            <w:pPr>
              <w:spacing w:after="0"/>
            </w:pPr>
            <w:r>
              <w:rPr>
                <w:b w:val="0"/>
                <w:sz w:val="19"/>
              </w:rPr>
              <w:t>from an adventurous trip to the past. She/He gives a visual timeline or images of each era to help them</w:t>
            </w:r>
          </w:p>
          <w:p>
            <w:pPr>
              <w:spacing w:after="0"/>
            </w:pPr>
            <w:r>
              <w:rPr>
                <w:b w:val="0"/>
                <w:sz w:val="19"/>
              </w:rPr>
              <w:t>imagine what might happen there. She/He instructs students to write a brief diary entry describing their</w:t>
            </w:r>
          </w:p>
          <w:p>
            <w:pPr>
              <w:spacing w:after="0"/>
            </w:pPr>
            <w:r>
              <w:rPr>
                <w:b w:val="0"/>
                <w:sz w:val="19"/>
              </w:rPr>
              <w:t>experiences using the simple past tense and provides a list of common verbs in the past tense (e.g., “saw, went, met, ate”) for students who need additional support with vocabulary. After pairs finish their entries, she/he allows them to share their diary entries with the class and asks students to interview each other</w:t>
            </w:r>
          </w:p>
          <w:p>
            <w:pPr>
              <w:spacing w:after="0"/>
            </w:pPr>
            <w:r>
              <w:rPr>
                <w:b w:val="0"/>
                <w:sz w:val="19"/>
              </w:rPr>
              <w:t>about their time travel adventures. One student becomes the “time traveller”, and the other asks questions</w:t>
            </w:r>
          </w:p>
          <w:p>
            <w:pPr>
              <w:spacing w:after="0"/>
            </w:pPr>
            <w:r>
              <w:rPr>
                <w:b w:val="0"/>
                <w:sz w:val="19"/>
              </w:rPr>
              <w:t>like, “What did you see?” or “Who did you meet?”. Then she/he asks them to highlight the verbs they used in</w:t>
            </w:r>
          </w:p>
          <w:p>
            <w:pPr>
              <w:spacing w:after="0"/>
            </w:pPr>
            <w:r>
              <w:rPr>
                <w:b w:val="0"/>
                <w:sz w:val="19"/>
              </w:rPr>
              <w:t>the past tense and discuss the different time periods that their classmates visited.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design a creative poster about a country of their choice. The</w:t>
            </w:r>
          </w:p>
          <w:p>
            <w:pPr>
              <w:spacing w:after="0"/>
            </w:pPr>
            <w:r>
              <w:rPr>
                <w:b w:val="0"/>
                <w:sz w:val="19"/>
              </w:rPr>
              <w:t>poster will show the country’s name, the nationality of its people, and the language they speak. It will also</w:t>
            </w:r>
          </w:p>
          <w:p>
            <w:pPr>
              <w:spacing w:after="0"/>
            </w:pPr>
            <w:r>
              <w:rPr>
                <w:b w:val="0"/>
                <w:sz w:val="19"/>
              </w:rPr>
              <w:t>include a description of a traditional food from the country, detailing its ingredients and cultural importance.</w:t>
            </w:r>
          </w:p>
          <w:p>
            <w:pPr>
              <w:spacing w:after="0"/>
            </w:pPr>
            <w:r>
              <w:rPr>
                <w:b w:val="0"/>
                <w:sz w:val="19"/>
              </w:rPr>
              <w:t>Additionally, students will provide information about a cultural event or festival where the food is served, describing the traditions and activities related to it. The poster should be visually appealing with drawings, images, and descriptive text to focus on the unique aspects of the country. The assignment will be evaluated</w:t>
            </w:r>
          </w:p>
          <w:p>
            <w:pPr>
              <w:spacing w:after="0"/>
            </w:pPr>
            <w:r>
              <w:rPr>
                <w:b w:val="0"/>
                <w:sz w:val="19"/>
              </w:rPr>
              <w:t>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April, National Sovereignty and Children's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29: 26-30 April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April · Week 29: 26-30 April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activities in nature; environmental problems in the world and solutions</w:t>
            </w:r>
          </w:p>
          <w:p>
            <w:pPr>
              <w:spacing w:after="0"/>
            </w:pPr>
            <w:r>
              <w:rPr>
                <w:b w:val="0"/>
                <w:sz w:val="19"/>
              </w:rPr>
              <w:t>Target Vocabulary in Use (with revisional vocabulary):</w:t>
            </w:r>
          </w:p>
          <w:p>
            <w:pPr>
              <w:spacing w:after="0"/>
            </w:pPr>
            <w:r>
              <w:rPr>
                <w:b w:val="0"/>
                <w:sz w:val="19"/>
              </w:rPr>
              <w:t>Vocabulary for activities in nature: An adventure, sailing, snowboarding, hiking, rafting, climbing.</w:t>
            </w:r>
          </w:p>
          <w:p>
            <w:pPr>
              <w:spacing w:after="0"/>
            </w:pPr>
            <w:r>
              <w:rPr>
                <w:b w:val="0"/>
                <w:sz w:val="19"/>
              </w:rPr>
              <w:t>Verbs: To camp, to cycle, to fish, to plant, to run, to sail, to ski, to ride, to pick.</w:t>
            </w:r>
          </w:p>
          <w:p>
            <w:pPr>
              <w:spacing w:after="0"/>
            </w:pPr>
            <w:r>
              <w:rPr>
                <w:b w:val="0"/>
                <w:sz w:val="19"/>
              </w:rPr>
              <w:t>Adverbs: High.</w:t>
            </w:r>
          </w:p>
          <w:p>
            <w:pPr>
              <w:spacing w:after="0"/>
            </w:pPr>
            <w:r>
              <w:rPr>
                <w:b w:val="0"/>
                <w:sz w:val="19"/>
              </w:rPr>
              <w:t>Vocabulary for environmental problems in the world and solutions: A danger, an effect, energy, heat, pollution, rubbish, smoke, rubbish.</w:t>
            </w:r>
          </w:p>
          <w:p>
            <w:pPr>
              <w:spacing w:after="0"/>
            </w:pPr>
            <w:r>
              <w:rPr>
                <w:b w:val="0"/>
                <w:sz w:val="19"/>
              </w:rPr>
              <w:t>Verb: To destroy, to increase, to prevent, to protect, to realize, to recycle, to reduce, to remove, to replace, to save, to solve.</w:t>
            </w:r>
          </w:p>
          <w:p>
            <w:pPr>
              <w:spacing w:after="0"/>
            </w:pPr>
            <w:r>
              <w:rPr>
                <w:b w:val="0"/>
                <w:sz w:val="19"/>
              </w:rPr>
              <w:t>Adjective: Plastic, reusable.</w:t>
            </w:r>
          </w:p>
          <w:p>
            <w:pPr>
              <w:spacing w:after="0"/>
            </w:pPr>
            <w:r>
              <w:rPr>
                <w:b w:val="0"/>
                <w:sz w:val="19"/>
              </w:rPr>
              <w:t>Preposition: Against.</w:t>
            </w:r>
          </w:p>
          <w:p>
            <w:pPr>
              <w:spacing w:after="0"/>
            </w:pPr>
            <w:r>
              <w:rPr>
                <w:b w:val="0"/>
                <w:sz w:val="19"/>
              </w:rPr>
              <w:t>Adverbs: Little, less, least, mostly.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Simple Past Tense: (People mostly ignored the importance of recycling).</w:t>
            </w:r>
          </w:p>
          <w:p>
            <w:pPr>
              <w:spacing w:after="0"/>
            </w:pPr>
            <w:r>
              <w:rPr>
                <w:b w:val="0"/>
                <w:sz w:val="19"/>
              </w:rPr>
              <w:t>-Question tags for The Simple Past Tense (irregular verbs): (Energy consumption became less sustainable</w:t>
            </w:r>
          </w:p>
          <w:p>
            <w:pPr>
              <w:spacing w:after="0"/>
            </w:pPr>
            <w:r>
              <w:rPr>
                <w:b w:val="0"/>
                <w:sz w:val="19"/>
              </w:rPr>
              <w:t>over the years, didn’t it?)</w:t>
            </w:r>
          </w:p>
          <w:p>
            <w:pPr>
              <w:spacing w:after="0"/>
            </w:pPr>
            <w:r>
              <w:rPr>
                <w:b w:val="0"/>
                <w:sz w:val="19"/>
              </w:rPr>
              <w:t>-Must and have to for obligation: (We must reduce plastic waste to protect marine life).</w:t>
            </w:r>
          </w:p>
          <w:p>
            <w:pPr>
              <w:spacing w:after="0"/>
            </w:pPr>
            <w:r>
              <w:rPr>
                <w:b w:val="0"/>
                <w:sz w:val="19"/>
              </w:rPr>
              <w:t>Functions of the Grammatical Structures in Use:</w:t>
            </w:r>
          </w:p>
          <w:p>
            <w:pPr>
              <w:spacing w:after="0"/>
            </w:pPr>
            <w:r>
              <w:rPr>
                <w:b w:val="0"/>
                <w:sz w:val="19"/>
              </w:rPr>
              <w:t>-Use of The Simple Past Tense: Expressing actions, events, or situations that started and finished at a</w:t>
            </w:r>
          </w:p>
          <w:p>
            <w:pPr>
              <w:spacing w:after="0"/>
            </w:pPr>
            <w:r>
              <w:rPr>
                <w:b w:val="0"/>
                <w:sz w:val="19"/>
              </w:rPr>
              <w:t>specific time in the past.</w:t>
            </w:r>
          </w:p>
          <w:p>
            <w:pPr>
              <w:spacing w:after="0"/>
            </w:pPr>
            <w:r>
              <w:rPr>
                <w:b w:val="0"/>
                <w:sz w:val="19"/>
              </w:rPr>
              <w:t>-Use of Question tags for The Simple Past Tense (irregular verbs): Confirming information or asking for</w:t>
            </w:r>
          </w:p>
          <w:p>
            <w:pPr>
              <w:spacing w:after="0"/>
            </w:pPr>
            <w:r>
              <w:rPr>
                <w:b w:val="0"/>
                <w:sz w:val="19"/>
              </w:rPr>
              <w:t>agreement about past actions.</w:t>
            </w:r>
          </w:p>
          <w:p>
            <w:pPr>
              <w:spacing w:after="0"/>
            </w:pPr>
            <w:r>
              <w:rPr>
                <w:b w:val="0"/>
                <w:sz w:val="19"/>
              </w:rPr>
              <w:t>-Use of “must and have to” for obligation: Expressing strong obligation or necessity, often related to rules, responsibilities, or urgent actions.</w:t>
            </w:r>
          </w:p>
          <w:p>
            <w:pPr>
              <w:spacing w:after="0"/>
            </w:pPr>
            <w:r>
              <w:rPr>
                <w:b w:val="0"/>
                <w:sz w:val="19"/>
              </w:rPr>
              <w:t>Target Social Language in Use:</w:t>
            </w:r>
          </w:p>
          <w:p>
            <w:pPr>
              <w:spacing w:after="0"/>
            </w:pPr>
            <w:r>
              <w:rPr>
                <w:b w:val="0"/>
                <w:sz w:val="19"/>
              </w:rPr>
              <w:t>I’m going to go hiking, nature’s calling!</w:t>
            </w:r>
          </w:p>
          <w:p>
            <w:pPr>
              <w:spacing w:after="0"/>
            </w:pPr>
            <w:r>
              <w:rPr>
                <w:b w:val="0"/>
                <w:sz w:val="19"/>
              </w:rPr>
              <w:t>My dad has green fingers, his garden looks amazing!</w:t>
            </w:r>
          </w:p>
          <w:p>
            <w:pPr>
              <w:spacing w:after="0"/>
            </w:pPr>
            <w:r>
              <w:rPr>
                <w:b w:val="0"/>
                <w:sz w:val="19"/>
              </w:rPr>
              <w:t>She’s wild about protecting nature! Target Phonological Sounds in Use:</w:t>
            </w:r>
          </w:p>
          <w:p>
            <w:pPr>
              <w:spacing w:after="0"/>
            </w:pPr>
            <w:r>
              <w:rPr>
                <w:b w:val="0"/>
                <w:sz w:val="19"/>
              </w:rPr>
              <w:t>q, r, s, t, u</w:t>
            </w:r>
          </w:p>
          <w:p>
            <w:pPr>
              <w:spacing w:after="0"/>
            </w:pPr>
            <w:r>
              <w:rPr>
                <w:b w:val="0"/>
                <w:sz w:val="19"/>
              </w:rPr>
              <w:t>u: (/juː/, /ʌ/, /juː/)</w:t>
            </w:r>
          </w:p>
          <w:p>
            <w:pPr>
              <w:spacing w:after="0"/>
            </w:pPr>
            <w:r>
              <w:rPr>
                <w:b w:val="0"/>
                <w:sz w:val="19"/>
              </w:rPr>
              <w:t>Consonants: q: (/kjuː/); r: (/ɑː/(BrE.),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ENG.6.7.L1. Students can get ready for the listening/watching-comprehension process for the current</w:t>
            </w:r>
          </w:p>
          <w:p>
            <w:pPr>
              <w:spacing w:after="0"/>
            </w:pPr>
            <w:r>
              <w:rPr>
                <w:b w:val="0"/>
                <w:sz w:val="19"/>
              </w:rPr>
              <w:t>content on “life in nature and global problems with activities in nature; environmental problems</w:t>
            </w:r>
          </w:p>
          <w:p>
            <w:pPr>
              <w:spacing w:after="0"/>
            </w:pPr>
            <w:r>
              <w:rPr>
                <w:b w:val="0"/>
                <w:sz w:val="19"/>
              </w:rPr>
              <w:t>in the world and solutions” carefully. ENG.6.7.L2. Students can bring information about the current content on “life in nature and global problems</w:t>
            </w:r>
          </w:p>
          <w:p>
            <w:pPr>
              <w:spacing w:after="0"/>
            </w:pPr>
            <w:r>
              <w:rPr>
                <w:b w:val="0"/>
                <w:sz w:val="19"/>
              </w:rPr>
              <w:t>with activities in nature; environmental problems in the world and solutions” together through</w:t>
            </w:r>
          </w:p>
          <w:p>
            <w:pPr>
              <w:spacing w:after="0"/>
            </w:pPr>
            <w:r>
              <w:rPr>
                <w:b w:val="0"/>
                <w:sz w:val="19"/>
              </w:rPr>
              <w:t>significant details and main components while listening/watching it. ENG.6.7.L3. Students can make meaning of/derive meaning from the current content on “life in nature and</w:t>
            </w:r>
          </w:p>
          <w:p>
            <w:pPr>
              <w:spacing w:after="0"/>
            </w:pPr>
            <w:r>
              <w:rPr>
                <w:b w:val="0"/>
                <w:sz w:val="19"/>
              </w:rPr>
              <w:t>global problems with activities in nature; environmental problems in the world and solutions”</w:t>
            </w:r>
          </w:p>
          <w:p>
            <w:pPr>
              <w:spacing w:after="0"/>
            </w:pPr>
            <w:r>
              <w:rPr>
                <w:b w:val="0"/>
                <w:sz w:val="19"/>
              </w:rPr>
              <w:t>through significant details by listening/watching it carefully. ENG.6.7.L4.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ENG.6.7.P1. Students can select and use the target phonological elements of the current content about</w:t>
            </w:r>
          </w:p>
          <w:p>
            <w:pPr>
              <w:spacing w:after="0"/>
            </w:pPr>
            <w:r>
              <w:rPr>
                <w:b w:val="0"/>
                <w:sz w:val="19"/>
              </w:rPr>
              <w:t>“life in nature and global problems with activities in nature; environmental problems in the</w:t>
            </w:r>
          </w:p>
          <w:p>
            <w:pPr>
              <w:spacing w:after="0"/>
            </w:pPr>
            <w:r>
              <w:rPr>
                <w:b w:val="0"/>
                <w:sz w:val="19"/>
              </w:rPr>
              <w:t>world and solutions”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ENG.6.7.R1. Students can get ready for the reading-comprehension process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ENG.6.7.R2. Students can bring information about the current content on “life in nature and global problems</w:t>
            </w:r>
          </w:p>
          <w:p>
            <w:pPr>
              <w:spacing w:after="0"/>
            </w:pPr>
            <w:r>
              <w:rPr>
                <w:b w:val="0"/>
                <w:sz w:val="19"/>
              </w:rPr>
              <w:t>with activities in nature; environmental problems in the world and solutions” through skimming</w:t>
            </w:r>
          </w:p>
          <w:p>
            <w:pPr>
              <w:spacing w:after="0"/>
            </w:pPr>
            <w:r>
              <w:rPr>
                <w:b w:val="0"/>
                <w:sz w:val="19"/>
              </w:rPr>
              <w:t>(looking quickly at) the audio-visual elements and reading the content very quickly. ENG.6.7.R3. Students can make meaning of / derive meaning from the current content about “life in</w:t>
            </w:r>
          </w:p>
          <w:p>
            <w:pPr>
              <w:spacing w:after="0"/>
            </w:pPr>
            <w:r>
              <w:rPr>
                <w:b w:val="0"/>
                <w:sz w:val="19"/>
              </w:rPr>
              <w:t>nature and global problems with activities in nature; environmental problems in the world and</w:t>
            </w:r>
          </w:p>
          <w:p>
            <w:pPr>
              <w:spacing w:after="0"/>
            </w:pPr>
            <w:r>
              <w:rPr>
                <w:b w:val="0"/>
                <w:sz w:val="19"/>
              </w:rPr>
              <w:t>solutions” by reading it carefully. ENG.6.7.R4. Students can convey their knowledge, experiences, thoughts, and feelings related to the</w:t>
            </w:r>
          </w:p>
          <w:p>
            <w:pPr>
              <w:spacing w:after="0"/>
            </w:pPr>
            <w:r>
              <w:rPr>
                <w:b w:val="0"/>
                <w:sz w:val="19"/>
              </w:rPr>
              <w:t>reading-comprehension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ENG.6.7.V1. Students can select and use the target vocabulary of the current content about “life in nature</w:t>
            </w:r>
          </w:p>
          <w:p>
            <w:pPr>
              <w:spacing w:after="0"/>
            </w:pPr>
            <w:r>
              <w:rPr>
                <w:b w:val="0"/>
                <w:sz w:val="19"/>
              </w:rPr>
              <w:t>and global problems with activities in nature; environmental problems in the world and</w:t>
            </w:r>
          </w:p>
          <w:p>
            <w:pPr>
              <w:spacing w:after="0"/>
            </w:pPr>
            <w:r>
              <w:rPr>
                <w:b w:val="0"/>
                <w:sz w:val="19"/>
              </w:rPr>
              <w:t>solutions” accurately, authentically, spontaneously, and naturally and use it appropriately and</w:t>
            </w:r>
          </w:p>
          <w:p>
            <w:pPr>
              <w:spacing w:after="0"/>
            </w:pPr>
            <w:r>
              <w:rPr>
                <w:b w:val="0"/>
                <w:sz w:val="19"/>
              </w:rPr>
              <w:t>effectively when communicating with others. ENG.6.7.G1. Students can select and use the target grammatical elements of the current content about “life</w:t>
            </w:r>
          </w:p>
          <w:p>
            <w:pPr>
              <w:spacing w:after="0"/>
            </w:pPr>
            <w:r>
              <w:rPr>
                <w:b w:val="0"/>
                <w:sz w:val="19"/>
              </w:rPr>
              <w:t>in nature and global problems with activities in nature; environmental problems in the world</w:t>
            </w:r>
          </w:p>
          <w:p>
            <w:pPr>
              <w:spacing w:after="0"/>
            </w:pPr>
            <w:r>
              <w:rPr>
                <w:b w:val="0"/>
                <w:sz w:val="19"/>
              </w:rPr>
              <w:t>and solutions” accurately, authentically, spontaneously, and naturally and use it appropriately</w:t>
            </w:r>
          </w:p>
          <w:p>
            <w:pPr>
              <w:spacing w:after="0"/>
            </w:pPr>
            <w:r>
              <w:rPr>
                <w:b w:val="0"/>
                <w:sz w:val="19"/>
              </w:rPr>
              <w:t>and effectively when communicating with others. ENG.6.7.W1. Students can get ready for the writing-expression process about the current content on “life</w:t>
            </w:r>
          </w:p>
          <w:p>
            <w:pPr>
              <w:spacing w:after="0"/>
            </w:pPr>
            <w:r>
              <w:rPr>
                <w:b w:val="0"/>
                <w:sz w:val="19"/>
              </w:rPr>
              <w:t>in nature and global problems with activities in nature; environmental problems in the world</w:t>
            </w:r>
          </w:p>
          <w:p>
            <w:pPr>
              <w:spacing w:after="0"/>
            </w:pPr>
            <w:r>
              <w:rPr>
                <w:b w:val="0"/>
                <w:sz w:val="19"/>
              </w:rPr>
              <w:t>and solutions”. ENG.6.7.W2. Students can understand the model/example for the writing task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ENG.6.7.W3. Students can organise a content for the assigned writing task on the current content “life in</w:t>
            </w:r>
          </w:p>
          <w:p>
            <w:pPr>
              <w:spacing w:after="0"/>
            </w:pPr>
            <w:r>
              <w:rPr>
                <w:b w:val="0"/>
                <w:sz w:val="19"/>
              </w:rPr>
              <w:t>nature and global problems with activities in nature; environmental problems in the world and</w:t>
            </w:r>
          </w:p>
          <w:p>
            <w:pPr>
              <w:spacing w:after="0"/>
            </w:pPr>
            <w:r>
              <w:rPr>
                <w:b w:val="0"/>
                <w:sz w:val="19"/>
              </w:rPr>
              <w:t>solutions” based on the model/example provided. ENG.6.7.W4. Students can individually construct/form content for the assigned writing task on the current</w:t>
            </w:r>
          </w:p>
          <w:p>
            <w:pPr>
              <w:spacing w:after="0"/>
            </w:pPr>
            <w:r>
              <w:rPr>
                <w:b w:val="0"/>
                <w:sz w:val="19"/>
              </w:rPr>
              <w:t>content “life in nature and global problems with activities in nature; environmental problems</w:t>
            </w:r>
          </w:p>
          <w:p>
            <w:pPr>
              <w:spacing w:after="0"/>
            </w:pPr>
            <w:r>
              <w:rPr>
                <w:b w:val="0"/>
                <w:sz w:val="19"/>
              </w:rPr>
              <w:t>in the world and solutions”. ENG.6.7.W5. Students can reorganise (reconstruct) and use information in the new written tasks about</w:t>
            </w:r>
          </w:p>
          <w:p>
            <w:pPr>
              <w:spacing w:after="0"/>
            </w:pPr>
            <w:r>
              <w:rPr>
                <w:b w:val="0"/>
                <w:sz w:val="19"/>
              </w:rPr>
              <w:t>the “life in nature and global problems with activities in nature; environmental problems in the</w:t>
            </w:r>
          </w:p>
          <w:p>
            <w:pPr>
              <w:spacing w:after="0"/>
            </w:pPr>
            <w:r>
              <w:rPr>
                <w:b w:val="0"/>
                <w:sz w:val="19"/>
              </w:rPr>
              <w:t>world and solutions” to communicate with other people. ENG.6.7.W6. Students can reflect on their knowledge, experiences, thoughts, and feelings related to the</w:t>
            </w:r>
          </w:p>
          <w:p>
            <w:pPr>
              <w:spacing w:after="0"/>
            </w:pPr>
            <w:r>
              <w:rPr>
                <w:b w:val="0"/>
                <w:sz w:val="19"/>
              </w:rPr>
              <w:t>writing-expression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ENG.6.7.S1. Students can get ready for speaking-expression process about the current content on “life in</w:t>
            </w:r>
          </w:p>
          <w:p>
            <w:pPr>
              <w:spacing w:after="0"/>
            </w:pPr>
            <w:r>
              <w:rPr>
                <w:b w:val="0"/>
                <w:sz w:val="19"/>
              </w:rPr>
              <w:t>nature and global problems with activities in nature; environmental problems in the world and</w:t>
            </w:r>
          </w:p>
          <w:p>
            <w:pPr>
              <w:spacing w:after="0"/>
            </w:pPr>
            <w:r>
              <w:rPr>
                <w:b w:val="0"/>
                <w:sz w:val="19"/>
              </w:rPr>
              <w:t>solutions”. ENG.6.7.S2. Students can use the model/example for producing verbal content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ENG.6.7.S3. Students can organise a new verbal content on “life in nature and global problems with</w:t>
            </w:r>
          </w:p>
          <w:p>
            <w:pPr>
              <w:spacing w:after="0"/>
            </w:pPr>
            <w:r>
              <w:rPr>
                <w:b w:val="0"/>
                <w:sz w:val="19"/>
              </w:rPr>
              <w:t>activities in nature; environmental problems in the world and solutions” by speaking accurately, efficiently, and authentically. ENG.6.7.S4. Students can construct a new verbal content on “life in nature and global problems with</w:t>
            </w:r>
          </w:p>
          <w:p>
            <w:pPr>
              <w:spacing w:after="0"/>
            </w:pPr>
            <w:r>
              <w:rPr>
                <w:b w:val="0"/>
                <w:sz w:val="19"/>
              </w:rPr>
              <w:t>activities in nature; environmental problems in the world and solutions” by speaking accurately, efficiently, and authentically. ENG.6.7.S5. Students can reorganise (reconstruct) and use information about the “life in nature and global</w:t>
            </w:r>
          </w:p>
          <w:p>
            <w:pPr>
              <w:spacing w:after="0"/>
            </w:pPr>
            <w:r>
              <w:rPr>
                <w:b w:val="0"/>
                <w:sz w:val="19"/>
              </w:rPr>
              <w:t>problems with activities in nature; environmental problems in the world and solutions” to</w:t>
            </w:r>
          </w:p>
          <w:p>
            <w:pPr>
              <w:spacing w:after="0"/>
            </w:pPr>
            <w:r>
              <w:rPr>
                <w:b w:val="0"/>
                <w:sz w:val="19"/>
              </w:rPr>
              <w:t>communicate with other people. ENG.6.7.S6. Students can convey their knowledge, experiences, thoughts, and feelings related to the</w:t>
            </w:r>
          </w:p>
          <w:p>
            <w:pPr>
              <w:spacing w:after="0"/>
            </w:pPr>
            <w:r>
              <w:rPr>
                <w:b w:val="0"/>
                <w:sz w:val="19"/>
              </w:rPr>
              <w:t>speaking-expression process about the current content, “life in nature and global problems</w:t>
            </w:r>
          </w:p>
          <w:p>
            <w:pPr>
              <w:spacing w:after="0"/>
            </w:pPr>
            <w:r>
              <w:rPr>
                <w:b w:val="0"/>
                <w:sz w:val="19"/>
              </w:rPr>
              <w:t>with activities in nature; environmental problems in the world and solutions”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V18. Cleanliness, V19.</w:t>
            </w:r>
          </w:p>
          <w:p>
            <w:pPr>
              <w:spacing w:after="0"/>
            </w:pPr>
            <w:r>
              <w:rPr>
                <w:b w:val="0"/>
                <w:sz w:val="19"/>
              </w:rPr>
              <w:t>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w:t>
            </w:r>
          </w:p>
          <w:p>
            <w:pPr>
              <w:spacing w:after="0"/>
            </w:pPr>
            <w:r>
              <w:rPr>
                <w:b w:val="0"/>
                <w:sz w:val="19"/>
              </w:rPr>
              <w:t>What must the fire fighters do?; Scenario 2: A group of students is lost in the mountains. What must they</w:t>
            </w:r>
          </w:p>
          <w:p>
            <w:pPr>
              <w:spacing w:after="0"/>
            </w:pPr>
            <w:r>
              <w:rPr>
                <w:b w:val="0"/>
                <w:sz w:val="19"/>
              </w:rPr>
              <w:t>do to survive? What must the rescue team do to find them?; Scenario 3: A school bus has broken down on</w:t>
            </w:r>
          </w:p>
          <w:p>
            <w:pPr>
              <w:spacing w:after="0"/>
            </w:pPr>
            <w:r>
              <w:rPr>
                <w:b w:val="0"/>
                <w:sz w:val="19"/>
              </w:rPr>
              <w:t>a busy road. What must the driver do? What do the students need to do for safety?; Scenario 4: There is a</w:t>
            </w:r>
          </w:p>
          <w:p>
            <w:pPr>
              <w:spacing w:after="0"/>
            </w:pPr>
            <w:r>
              <w:rPr>
                <w:b w:val="0"/>
                <w:sz w:val="19"/>
              </w:rPr>
              <w:t>leak in a chemical plant. What must the workers do? What must be done immediately to avoid a disaster? 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encourages the rest of the class to ask questions and to give feedback. For example, “What must the</w:t>
            </w:r>
          </w:p>
          <w:p>
            <w:pPr>
              <w:spacing w:after="0"/>
            </w:pPr>
            <w:r>
              <w:rPr>
                <w:b w:val="0"/>
                <w:sz w:val="19"/>
              </w:rPr>
              <w:t>rescue team do first?”, “Why must you wear protective gear?” or “What else do you have to prepare?”. She/</w:t>
            </w:r>
          </w:p>
          <w:p>
            <w:pPr>
              <w:spacing w:after="0"/>
            </w:pPr>
            <w:r>
              <w:rPr>
                <w:b w:val="0"/>
                <w:sz w:val="19"/>
              </w:rPr>
              <w:t>He encourages students to reflect on the use of target grammar. Students reflect on their thoughts and</w:t>
            </w:r>
          </w:p>
          <w:p>
            <w:pPr>
              <w:spacing w:after="0"/>
            </w:pPr>
            <w:r>
              <w:rPr>
                <w:b w:val="0"/>
                <w:sz w:val="19"/>
              </w:rPr>
              <w:t>feelings about the activity.</w:t>
            </w:r>
          </w:p>
          <w:p>
            <w:pPr>
              <w:spacing w:after="0"/>
            </w:pPr>
            <w:r>
              <w:rPr>
                <w:b w:val="0"/>
                <w:sz w:val="19"/>
              </w:rPr>
              <w:t>Supporting</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 What</w:t>
            </w:r>
          </w:p>
          <w:p>
            <w:pPr>
              <w:spacing w:after="0"/>
            </w:pPr>
            <w:r>
              <w:rPr>
                <w:b w:val="0"/>
                <w:sz w:val="19"/>
              </w:rPr>
              <w:t>must the firefighters do?; Scenario 2: A group of students is lost in the mountains. What must they do to</w:t>
            </w:r>
          </w:p>
          <w:p>
            <w:pPr>
              <w:spacing w:after="0"/>
            </w:pPr>
            <w:r>
              <w:rPr>
                <w:b w:val="0"/>
                <w:sz w:val="19"/>
              </w:rPr>
              <w:t>survive? What must the rescue team do to find them?; Scenario 3: A school bus has broken down on a busy</w:t>
            </w:r>
          </w:p>
          <w:p>
            <w:pPr>
              <w:spacing w:after="0"/>
            </w:pPr>
            <w:r>
              <w:rPr>
                <w:b w:val="0"/>
                <w:sz w:val="19"/>
              </w:rPr>
              <w:t>road. What must the driver do? What do the students need to do for safety?; Scenario 4: There is a leak in</w:t>
            </w:r>
          </w:p>
          <w:p>
            <w:pPr>
              <w:spacing w:after="0"/>
            </w:pPr>
            <w:r>
              <w:rPr>
                <w:b w:val="0"/>
                <w:sz w:val="19"/>
              </w:rPr>
              <w:t>a chemical plant. What must the workers do? What must be done immediately to avoid a disaster? In their</w:t>
            </w:r>
          </w:p>
          <w:p>
            <w:pPr>
              <w:spacing w:after="0"/>
            </w:pPr>
            <w:r>
              <w:rPr>
                <w:b w:val="0"/>
                <w:sz w:val="19"/>
              </w:rPr>
              <w:t>groups, students discuss the steps they must take in their situation. The teacher provides a list of key verbs</w:t>
            </w:r>
          </w:p>
          <w:p>
            <w:pPr>
              <w:spacing w:after="0"/>
            </w:pPr>
            <w:r>
              <w:rPr>
                <w:b w:val="0"/>
                <w:sz w:val="19"/>
              </w:rPr>
              <w:t>and phrases (e.g., “call, stay calm, evacuate, contact, protect, warn, help”). She also offers sentence starters</w:t>
            </w:r>
          </w:p>
          <w:p>
            <w:pPr>
              <w:spacing w:after="0"/>
            </w:pPr>
            <w:r>
              <w:rPr>
                <w:b w:val="0"/>
                <w:sz w:val="19"/>
              </w:rPr>
              <w:t>to help them form responses like, “We must __________”, “They need to __________”, “You have to __________”.</w:t>
            </w:r>
          </w:p>
          <w:p>
            <w:pPr>
              <w:spacing w:after="0"/>
            </w:pPr>
            <w:r>
              <w:rPr>
                <w:b w:val="0"/>
                <w:sz w:val="19"/>
              </w:rPr>
              <w:t>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asks students to create a “responsibility ladder” where they list the actions or tasks in their scenario</w:t>
            </w:r>
          </w:p>
          <w:p>
            <w:pPr>
              <w:spacing w:after="0"/>
            </w:pPr>
            <w:r>
              <w:rPr>
                <w:b w:val="0"/>
                <w:sz w:val="19"/>
              </w:rPr>
              <w:t>from most urgent (what must be done immediately) to least urgent (what must be done next). Each group</w:t>
            </w:r>
          </w:p>
          <w:p>
            <w:pPr>
              <w:spacing w:after="0"/>
            </w:pPr>
            <w:r>
              <w:rPr>
                <w:b w:val="0"/>
                <w:sz w:val="19"/>
              </w:rPr>
              <w:t>discusses their list and she/he encourages students to reflect on the use of target grammar. Students</w:t>
            </w:r>
          </w:p>
          <w:p>
            <w:pPr>
              <w:spacing w:after="0"/>
            </w:pPr>
            <w:r>
              <w:rPr>
                <w:b w:val="0"/>
                <w:sz w:val="19"/>
              </w:rPr>
              <w:t>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short report about an environmental problem in the</w:t>
            </w:r>
          </w:p>
          <w:p>
            <w:pPr>
              <w:spacing w:after="0"/>
            </w:pPr>
            <w:r>
              <w:rPr>
                <w:b w:val="0"/>
                <w:sz w:val="19"/>
              </w:rPr>
              <w:t>world or in their neighbourhood. First, they will search for environmental problems and choose one of them.</w:t>
            </w:r>
          </w:p>
          <w:p>
            <w:pPr>
              <w:spacing w:after="0"/>
            </w:pPr>
            <w:r>
              <w:rPr>
                <w:b w:val="0"/>
                <w:sz w:val="19"/>
              </w:rPr>
              <w:t>Then, they will write sentences suggesting possible solutions to this problem. The paragraphs may include</w:t>
            </w:r>
          </w:p>
          <w:p>
            <w:pPr>
              <w:spacing w:after="0"/>
            </w:pPr>
            <w:r>
              <w:rPr>
                <w:b w:val="0"/>
                <w:sz w:val="19"/>
              </w:rPr>
              <w:t>quotes. Finally, they will read the reports in the classroom loudly. They should focus on the pronunciation and</w:t>
            </w:r>
          </w:p>
          <w:p>
            <w:pPr>
              <w:spacing w:after="0"/>
            </w:pPr>
            <w:r>
              <w:rPr>
                <w:b w:val="0"/>
                <w:sz w:val="19"/>
              </w:rPr>
              <w:t>intonation, too. The paragraphs may be displayed on an online noticeboard. The assignment will be evaluated</w:t>
            </w:r>
          </w:p>
          <w:p>
            <w:pPr>
              <w:spacing w:after="0"/>
            </w:pPr>
            <w:r>
              <w:rPr>
                <w:b w:val="0"/>
                <w:sz w:val="19"/>
              </w:rPr>
              <w:t>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April, Kût'ül Amâre Victory </w:t>
            </w:r>
          </w:p>
          <w:p>
            <w:pPr>
              <w:spacing w:after="0"/>
            </w:pPr>
            <w:r>
              <w:rPr>
                <w:b w:val="0"/>
                <w:sz w:val="19"/>
              </w:rPr>
              <w:t xml:space="preserve"> 1 May, Labour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30: 3-7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30: 3-7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activities in nature; environmental problems in the world and solutions</w:t>
            </w:r>
          </w:p>
          <w:p>
            <w:pPr>
              <w:spacing w:after="0"/>
            </w:pPr>
            <w:r>
              <w:rPr>
                <w:b w:val="0"/>
                <w:sz w:val="19"/>
              </w:rPr>
              <w:t>Target Vocabulary in Use (with revisional vocabulary):</w:t>
            </w:r>
          </w:p>
          <w:p>
            <w:pPr>
              <w:spacing w:after="0"/>
            </w:pPr>
            <w:r>
              <w:rPr>
                <w:b w:val="0"/>
                <w:sz w:val="19"/>
              </w:rPr>
              <w:t>Vocabulary for activities in nature: An adventure, sailing, snowboarding, hiking, rafting, climbing.</w:t>
            </w:r>
          </w:p>
          <w:p>
            <w:pPr>
              <w:spacing w:after="0"/>
            </w:pPr>
            <w:r>
              <w:rPr>
                <w:b w:val="0"/>
                <w:sz w:val="19"/>
              </w:rPr>
              <w:t>Verbs: To camp, to cycle, to fish, to plant, to run, to sail, to ski, to ride, to pick.</w:t>
            </w:r>
          </w:p>
          <w:p>
            <w:pPr>
              <w:spacing w:after="0"/>
            </w:pPr>
            <w:r>
              <w:rPr>
                <w:b w:val="0"/>
                <w:sz w:val="19"/>
              </w:rPr>
              <w:t>Adverbs: High.</w:t>
            </w:r>
          </w:p>
          <w:p>
            <w:pPr>
              <w:spacing w:after="0"/>
            </w:pPr>
            <w:r>
              <w:rPr>
                <w:b w:val="0"/>
                <w:sz w:val="19"/>
              </w:rPr>
              <w:t>Vocabulary for environmental problems in the world and solutions: A danger, an effect, energy, heat, pollution, rubbish, smoke, rubbish.</w:t>
            </w:r>
          </w:p>
          <w:p>
            <w:pPr>
              <w:spacing w:after="0"/>
            </w:pPr>
            <w:r>
              <w:rPr>
                <w:b w:val="0"/>
                <w:sz w:val="19"/>
              </w:rPr>
              <w:t>Verb: To destroy, to increase, to prevent, to protect, to realize, to recycle, to reduce, to remove, to replace, to save, to solve.</w:t>
            </w:r>
          </w:p>
          <w:p>
            <w:pPr>
              <w:spacing w:after="0"/>
            </w:pPr>
            <w:r>
              <w:rPr>
                <w:b w:val="0"/>
                <w:sz w:val="19"/>
              </w:rPr>
              <w:t>Adjective: Plastic, reusable.</w:t>
            </w:r>
          </w:p>
          <w:p>
            <w:pPr>
              <w:spacing w:after="0"/>
            </w:pPr>
            <w:r>
              <w:rPr>
                <w:b w:val="0"/>
                <w:sz w:val="19"/>
              </w:rPr>
              <w:t>Preposition: Against.</w:t>
            </w:r>
          </w:p>
          <w:p>
            <w:pPr>
              <w:spacing w:after="0"/>
            </w:pPr>
            <w:r>
              <w:rPr>
                <w:b w:val="0"/>
                <w:sz w:val="19"/>
              </w:rPr>
              <w:t>Adverbs: Little, less, least, mostly.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Simple Past Tense: (People mostly ignored the importance of recycling).</w:t>
            </w:r>
          </w:p>
          <w:p>
            <w:pPr>
              <w:spacing w:after="0"/>
            </w:pPr>
            <w:r>
              <w:rPr>
                <w:b w:val="0"/>
                <w:sz w:val="19"/>
              </w:rPr>
              <w:t>-Question tags for The Simple Past Tense (irregular verbs): (Energy consumption became less sustainable</w:t>
            </w:r>
          </w:p>
          <w:p>
            <w:pPr>
              <w:spacing w:after="0"/>
            </w:pPr>
            <w:r>
              <w:rPr>
                <w:b w:val="0"/>
                <w:sz w:val="19"/>
              </w:rPr>
              <w:t>over the years, didn’t it?)</w:t>
            </w:r>
          </w:p>
          <w:p>
            <w:pPr>
              <w:spacing w:after="0"/>
            </w:pPr>
            <w:r>
              <w:rPr>
                <w:b w:val="0"/>
                <w:sz w:val="19"/>
              </w:rPr>
              <w:t>-Must and have to for obligation: (We must reduce plastic waste to protect marine life).</w:t>
            </w:r>
          </w:p>
          <w:p>
            <w:pPr>
              <w:spacing w:after="0"/>
            </w:pPr>
            <w:r>
              <w:rPr>
                <w:b w:val="0"/>
                <w:sz w:val="19"/>
              </w:rPr>
              <w:t>Functions of the Grammatical Structures in Use:</w:t>
            </w:r>
          </w:p>
          <w:p>
            <w:pPr>
              <w:spacing w:after="0"/>
            </w:pPr>
            <w:r>
              <w:rPr>
                <w:b w:val="0"/>
                <w:sz w:val="19"/>
              </w:rPr>
              <w:t>-Use of The Simple Past Tense: Expressing actions, events, or situations that started and finished at a</w:t>
            </w:r>
          </w:p>
          <w:p>
            <w:pPr>
              <w:spacing w:after="0"/>
            </w:pPr>
            <w:r>
              <w:rPr>
                <w:b w:val="0"/>
                <w:sz w:val="19"/>
              </w:rPr>
              <w:t>specific time in the past.</w:t>
            </w:r>
          </w:p>
          <w:p>
            <w:pPr>
              <w:spacing w:after="0"/>
            </w:pPr>
            <w:r>
              <w:rPr>
                <w:b w:val="0"/>
                <w:sz w:val="19"/>
              </w:rPr>
              <w:t>-Use of Question tags for The Simple Past Tense (irregular verbs): Confirming information or asking for</w:t>
            </w:r>
          </w:p>
          <w:p>
            <w:pPr>
              <w:spacing w:after="0"/>
            </w:pPr>
            <w:r>
              <w:rPr>
                <w:b w:val="0"/>
                <w:sz w:val="19"/>
              </w:rPr>
              <w:t>agreement about past actions.</w:t>
            </w:r>
          </w:p>
          <w:p>
            <w:pPr>
              <w:spacing w:after="0"/>
            </w:pPr>
            <w:r>
              <w:rPr>
                <w:b w:val="0"/>
                <w:sz w:val="19"/>
              </w:rPr>
              <w:t>-Use of “must and have to” for obligation: Expressing strong obligation or necessity, often related to rules, responsibilities, or urgent actions.</w:t>
            </w:r>
          </w:p>
          <w:p>
            <w:pPr>
              <w:spacing w:after="0"/>
            </w:pPr>
            <w:r>
              <w:rPr>
                <w:b w:val="0"/>
                <w:sz w:val="19"/>
              </w:rPr>
              <w:t>Target Social Language in Use:</w:t>
            </w:r>
          </w:p>
          <w:p>
            <w:pPr>
              <w:spacing w:after="0"/>
            </w:pPr>
            <w:r>
              <w:rPr>
                <w:b w:val="0"/>
                <w:sz w:val="19"/>
              </w:rPr>
              <w:t>I’m going to go hiking, nature’s calling!</w:t>
            </w:r>
          </w:p>
          <w:p>
            <w:pPr>
              <w:spacing w:after="0"/>
            </w:pPr>
            <w:r>
              <w:rPr>
                <w:b w:val="0"/>
                <w:sz w:val="19"/>
              </w:rPr>
              <w:t>My dad has green fingers, his garden looks amazing!</w:t>
            </w:r>
          </w:p>
          <w:p>
            <w:pPr>
              <w:spacing w:after="0"/>
            </w:pPr>
            <w:r>
              <w:rPr>
                <w:b w:val="0"/>
                <w:sz w:val="19"/>
              </w:rPr>
              <w:t>She’s wild about protecting nature! Target Phonological Sounds in Use:</w:t>
            </w:r>
          </w:p>
          <w:p>
            <w:pPr>
              <w:spacing w:after="0"/>
            </w:pPr>
            <w:r>
              <w:rPr>
                <w:b w:val="0"/>
                <w:sz w:val="19"/>
              </w:rPr>
              <w:t>q, r, s, t, u</w:t>
            </w:r>
          </w:p>
          <w:p>
            <w:pPr>
              <w:spacing w:after="0"/>
            </w:pPr>
            <w:r>
              <w:rPr>
                <w:b w:val="0"/>
                <w:sz w:val="19"/>
              </w:rPr>
              <w:t>u: (/juː/, /ʌ/, /juː/)</w:t>
            </w:r>
          </w:p>
          <w:p>
            <w:pPr>
              <w:spacing w:after="0"/>
            </w:pPr>
            <w:r>
              <w:rPr>
                <w:b w:val="0"/>
                <w:sz w:val="19"/>
              </w:rPr>
              <w:t>Consonants: q: (/kjuː/); r: (/ɑː/(BrE.),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ENG.6.7.L1. Students can get ready for the listening/watching-comprehension process for the current</w:t>
            </w:r>
          </w:p>
          <w:p>
            <w:pPr>
              <w:spacing w:after="0"/>
            </w:pPr>
            <w:r>
              <w:rPr>
                <w:b w:val="0"/>
                <w:sz w:val="19"/>
              </w:rPr>
              <w:t>content on “life in nature and global problems with activities in nature; environmental problems</w:t>
            </w:r>
          </w:p>
          <w:p>
            <w:pPr>
              <w:spacing w:after="0"/>
            </w:pPr>
            <w:r>
              <w:rPr>
                <w:b w:val="0"/>
                <w:sz w:val="19"/>
              </w:rPr>
              <w:t>in the world and solutions” carefully. ENG.6.7.L2. Students can bring information about the current content on “life in nature and global problems</w:t>
            </w:r>
          </w:p>
          <w:p>
            <w:pPr>
              <w:spacing w:after="0"/>
            </w:pPr>
            <w:r>
              <w:rPr>
                <w:b w:val="0"/>
                <w:sz w:val="19"/>
              </w:rPr>
              <w:t>with activities in nature; environmental problems in the world and solutions” together through</w:t>
            </w:r>
          </w:p>
          <w:p>
            <w:pPr>
              <w:spacing w:after="0"/>
            </w:pPr>
            <w:r>
              <w:rPr>
                <w:b w:val="0"/>
                <w:sz w:val="19"/>
              </w:rPr>
              <w:t>significant details and main components while listening/watching it. ENG.6.7.L3. Students can make meaning of/derive meaning from the current content on “life in nature and</w:t>
            </w:r>
          </w:p>
          <w:p>
            <w:pPr>
              <w:spacing w:after="0"/>
            </w:pPr>
            <w:r>
              <w:rPr>
                <w:b w:val="0"/>
                <w:sz w:val="19"/>
              </w:rPr>
              <w:t>global problems with activities in nature; environmental problems in the world and solutions”</w:t>
            </w:r>
          </w:p>
          <w:p>
            <w:pPr>
              <w:spacing w:after="0"/>
            </w:pPr>
            <w:r>
              <w:rPr>
                <w:b w:val="0"/>
                <w:sz w:val="19"/>
              </w:rPr>
              <w:t>through significant details by listening/watching it carefully. ENG.6.7.L4.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ENG.6.7.P1. Students can select and use the target phonological elements of the current content about</w:t>
            </w:r>
          </w:p>
          <w:p>
            <w:pPr>
              <w:spacing w:after="0"/>
            </w:pPr>
            <w:r>
              <w:rPr>
                <w:b w:val="0"/>
                <w:sz w:val="19"/>
              </w:rPr>
              <w:t>“life in nature and global problems with activities in nature; environmental problems in the</w:t>
            </w:r>
          </w:p>
          <w:p>
            <w:pPr>
              <w:spacing w:after="0"/>
            </w:pPr>
            <w:r>
              <w:rPr>
                <w:b w:val="0"/>
                <w:sz w:val="19"/>
              </w:rPr>
              <w:t>world and solutions”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ENG.6.7.R1. Students can get ready for the reading-comprehension process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ENG.6.7.R2. Students can bring information about the current content on “life in nature and global problems</w:t>
            </w:r>
          </w:p>
          <w:p>
            <w:pPr>
              <w:spacing w:after="0"/>
            </w:pPr>
            <w:r>
              <w:rPr>
                <w:b w:val="0"/>
                <w:sz w:val="19"/>
              </w:rPr>
              <w:t>with activities in nature; environmental problems in the world and solutions” through skimming</w:t>
            </w:r>
          </w:p>
          <w:p>
            <w:pPr>
              <w:spacing w:after="0"/>
            </w:pPr>
            <w:r>
              <w:rPr>
                <w:b w:val="0"/>
                <w:sz w:val="19"/>
              </w:rPr>
              <w:t>(looking quickly at) the audio-visual elements and reading the content very quickly. ENG.6.7.R3. Students can make meaning of / derive meaning from the current content about “life in</w:t>
            </w:r>
          </w:p>
          <w:p>
            <w:pPr>
              <w:spacing w:after="0"/>
            </w:pPr>
            <w:r>
              <w:rPr>
                <w:b w:val="0"/>
                <w:sz w:val="19"/>
              </w:rPr>
              <w:t>nature and global problems with activities in nature; environmental problems in the world and</w:t>
            </w:r>
          </w:p>
          <w:p>
            <w:pPr>
              <w:spacing w:after="0"/>
            </w:pPr>
            <w:r>
              <w:rPr>
                <w:b w:val="0"/>
                <w:sz w:val="19"/>
              </w:rPr>
              <w:t>solutions” by reading it carefully. ENG.6.7.R4. Students can convey their knowledge, experiences, thoughts, and feelings related to the</w:t>
            </w:r>
          </w:p>
          <w:p>
            <w:pPr>
              <w:spacing w:after="0"/>
            </w:pPr>
            <w:r>
              <w:rPr>
                <w:b w:val="0"/>
                <w:sz w:val="19"/>
              </w:rPr>
              <w:t>reading-comprehension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ENG.6.7.V1. Students can select and use the target vocabulary of the current content about “life in nature</w:t>
            </w:r>
          </w:p>
          <w:p>
            <w:pPr>
              <w:spacing w:after="0"/>
            </w:pPr>
            <w:r>
              <w:rPr>
                <w:b w:val="0"/>
                <w:sz w:val="19"/>
              </w:rPr>
              <w:t>and global problems with activities in nature; environmental problems in the world and</w:t>
            </w:r>
          </w:p>
          <w:p>
            <w:pPr>
              <w:spacing w:after="0"/>
            </w:pPr>
            <w:r>
              <w:rPr>
                <w:b w:val="0"/>
                <w:sz w:val="19"/>
              </w:rPr>
              <w:t>solutions” accurately, authentically, spontaneously, and naturally and use it appropriately and</w:t>
            </w:r>
          </w:p>
          <w:p>
            <w:pPr>
              <w:spacing w:after="0"/>
            </w:pPr>
            <w:r>
              <w:rPr>
                <w:b w:val="0"/>
                <w:sz w:val="19"/>
              </w:rPr>
              <w:t>effectively when communicating with others. ENG.6.7.G1. Students can select and use the target grammatical elements of the current content about “life</w:t>
            </w:r>
          </w:p>
          <w:p>
            <w:pPr>
              <w:spacing w:after="0"/>
            </w:pPr>
            <w:r>
              <w:rPr>
                <w:b w:val="0"/>
                <w:sz w:val="19"/>
              </w:rPr>
              <w:t>in nature and global problems with activities in nature; environmental problems in the world</w:t>
            </w:r>
          </w:p>
          <w:p>
            <w:pPr>
              <w:spacing w:after="0"/>
            </w:pPr>
            <w:r>
              <w:rPr>
                <w:b w:val="0"/>
                <w:sz w:val="19"/>
              </w:rPr>
              <w:t>and solutions” accurately, authentically, spontaneously, and naturally and use it appropriately</w:t>
            </w:r>
          </w:p>
          <w:p>
            <w:pPr>
              <w:spacing w:after="0"/>
            </w:pPr>
            <w:r>
              <w:rPr>
                <w:b w:val="0"/>
                <w:sz w:val="19"/>
              </w:rPr>
              <w:t>and effectively when communicating with others. ENG.6.7.W1. Students can get ready for the writing-expression process about the current content on “life</w:t>
            </w:r>
          </w:p>
          <w:p>
            <w:pPr>
              <w:spacing w:after="0"/>
            </w:pPr>
            <w:r>
              <w:rPr>
                <w:b w:val="0"/>
                <w:sz w:val="19"/>
              </w:rPr>
              <w:t>in nature and global problems with activities in nature; environmental problems in the world</w:t>
            </w:r>
          </w:p>
          <w:p>
            <w:pPr>
              <w:spacing w:after="0"/>
            </w:pPr>
            <w:r>
              <w:rPr>
                <w:b w:val="0"/>
                <w:sz w:val="19"/>
              </w:rPr>
              <w:t>and solutions”. ENG.6.7.W2. Students can understand the model/example for the writing task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ENG.6.7.W3. Students can organise a content for the assigned writing task on the current content “life in</w:t>
            </w:r>
          </w:p>
          <w:p>
            <w:pPr>
              <w:spacing w:after="0"/>
            </w:pPr>
            <w:r>
              <w:rPr>
                <w:b w:val="0"/>
                <w:sz w:val="19"/>
              </w:rPr>
              <w:t>nature and global problems with activities in nature; environmental problems in the world and</w:t>
            </w:r>
          </w:p>
          <w:p>
            <w:pPr>
              <w:spacing w:after="0"/>
            </w:pPr>
            <w:r>
              <w:rPr>
                <w:b w:val="0"/>
                <w:sz w:val="19"/>
              </w:rPr>
              <w:t>solutions” based on the model/example provided. ENG.6.7.W4. Students can individually construct/form content for the assigned writing task on the current</w:t>
            </w:r>
          </w:p>
          <w:p>
            <w:pPr>
              <w:spacing w:after="0"/>
            </w:pPr>
            <w:r>
              <w:rPr>
                <w:b w:val="0"/>
                <w:sz w:val="19"/>
              </w:rPr>
              <w:t>content “life in nature and global problems with activities in nature; environmental problems</w:t>
            </w:r>
          </w:p>
          <w:p>
            <w:pPr>
              <w:spacing w:after="0"/>
            </w:pPr>
            <w:r>
              <w:rPr>
                <w:b w:val="0"/>
                <w:sz w:val="19"/>
              </w:rPr>
              <w:t>in the world and solutions”. ENG.6.7.W5. Students can reorganise (reconstruct) and use information in the new written tasks about</w:t>
            </w:r>
          </w:p>
          <w:p>
            <w:pPr>
              <w:spacing w:after="0"/>
            </w:pPr>
            <w:r>
              <w:rPr>
                <w:b w:val="0"/>
                <w:sz w:val="19"/>
              </w:rPr>
              <w:t>the “life in nature and global problems with activities in nature; environmental problems in the</w:t>
            </w:r>
          </w:p>
          <w:p>
            <w:pPr>
              <w:spacing w:after="0"/>
            </w:pPr>
            <w:r>
              <w:rPr>
                <w:b w:val="0"/>
                <w:sz w:val="19"/>
              </w:rPr>
              <w:t>world and solutions” to communicate with other people. ENG.6.7.W6. Students can reflect on their knowledge, experiences, thoughts, and feelings related to the</w:t>
            </w:r>
          </w:p>
          <w:p>
            <w:pPr>
              <w:spacing w:after="0"/>
            </w:pPr>
            <w:r>
              <w:rPr>
                <w:b w:val="0"/>
                <w:sz w:val="19"/>
              </w:rPr>
              <w:t>writing-expression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ENG.6.7.S1. Students can get ready for speaking-expression process about the current content on “life in</w:t>
            </w:r>
          </w:p>
          <w:p>
            <w:pPr>
              <w:spacing w:after="0"/>
            </w:pPr>
            <w:r>
              <w:rPr>
                <w:b w:val="0"/>
                <w:sz w:val="19"/>
              </w:rPr>
              <w:t>nature and global problems with activities in nature; environmental problems in the world and</w:t>
            </w:r>
          </w:p>
          <w:p>
            <w:pPr>
              <w:spacing w:after="0"/>
            </w:pPr>
            <w:r>
              <w:rPr>
                <w:b w:val="0"/>
                <w:sz w:val="19"/>
              </w:rPr>
              <w:t>solutions”. ENG.6.7.S2. Students can use the model/example for producing verbal content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ENG.6.7.S3. Students can organise a new verbal content on “life in nature and global problems with</w:t>
            </w:r>
          </w:p>
          <w:p>
            <w:pPr>
              <w:spacing w:after="0"/>
            </w:pPr>
            <w:r>
              <w:rPr>
                <w:b w:val="0"/>
                <w:sz w:val="19"/>
              </w:rPr>
              <w:t>activities in nature; environmental problems in the world and solutions” by speaking accurately, efficiently, and authentically. ENG.6.7.S4. Students can construct a new verbal content on “life in nature and global problems with</w:t>
            </w:r>
          </w:p>
          <w:p>
            <w:pPr>
              <w:spacing w:after="0"/>
            </w:pPr>
            <w:r>
              <w:rPr>
                <w:b w:val="0"/>
                <w:sz w:val="19"/>
              </w:rPr>
              <w:t>activities in nature; environmental problems in the world and solutions” by speaking accurately, efficiently, and authentically. ENG.6.7.S5. Students can reorganise (reconstruct) and use information about the “life in nature and global</w:t>
            </w:r>
          </w:p>
          <w:p>
            <w:pPr>
              <w:spacing w:after="0"/>
            </w:pPr>
            <w:r>
              <w:rPr>
                <w:b w:val="0"/>
                <w:sz w:val="19"/>
              </w:rPr>
              <w:t>problems with activities in nature; environmental problems in the world and solutions” to</w:t>
            </w:r>
          </w:p>
          <w:p>
            <w:pPr>
              <w:spacing w:after="0"/>
            </w:pPr>
            <w:r>
              <w:rPr>
                <w:b w:val="0"/>
                <w:sz w:val="19"/>
              </w:rPr>
              <w:t>communicate with other people. ENG.6.7.S6. Students can convey their knowledge, experiences, thoughts, and feelings related to the</w:t>
            </w:r>
          </w:p>
          <w:p>
            <w:pPr>
              <w:spacing w:after="0"/>
            </w:pPr>
            <w:r>
              <w:rPr>
                <w:b w:val="0"/>
                <w:sz w:val="19"/>
              </w:rPr>
              <w:t>speaking-expression process about the current content, “life in nature and global problems</w:t>
            </w:r>
          </w:p>
          <w:p>
            <w:pPr>
              <w:spacing w:after="0"/>
            </w:pPr>
            <w:r>
              <w:rPr>
                <w:b w:val="0"/>
                <w:sz w:val="19"/>
              </w:rPr>
              <w:t>with activities in nature; environmental problems in the world and solutions”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V18. Cleanliness, V19.</w:t>
            </w:r>
          </w:p>
          <w:p>
            <w:pPr>
              <w:spacing w:after="0"/>
            </w:pPr>
            <w:r>
              <w:rPr>
                <w:b w:val="0"/>
                <w:sz w:val="19"/>
              </w:rPr>
              <w:t>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w:t>
            </w:r>
          </w:p>
          <w:p>
            <w:pPr>
              <w:spacing w:after="0"/>
            </w:pPr>
            <w:r>
              <w:rPr>
                <w:b w:val="0"/>
                <w:sz w:val="19"/>
              </w:rPr>
              <w:t>What must the fire fighters do?; Scenario 2: A group of students is lost in the mountains. What must they</w:t>
            </w:r>
          </w:p>
          <w:p>
            <w:pPr>
              <w:spacing w:after="0"/>
            </w:pPr>
            <w:r>
              <w:rPr>
                <w:b w:val="0"/>
                <w:sz w:val="19"/>
              </w:rPr>
              <w:t>do to survive? What must the rescue team do to find them?; Scenario 3: A school bus has broken down on</w:t>
            </w:r>
          </w:p>
          <w:p>
            <w:pPr>
              <w:spacing w:after="0"/>
            </w:pPr>
            <w:r>
              <w:rPr>
                <w:b w:val="0"/>
                <w:sz w:val="19"/>
              </w:rPr>
              <w:t>a busy road. What must the driver do? What do the students need to do for safety?; Scenario 4: There is a</w:t>
            </w:r>
          </w:p>
          <w:p>
            <w:pPr>
              <w:spacing w:after="0"/>
            </w:pPr>
            <w:r>
              <w:rPr>
                <w:b w:val="0"/>
                <w:sz w:val="19"/>
              </w:rPr>
              <w:t>leak in a chemical plant. What must the workers do? What must be done immediately to avoid a disaster? 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encourages the rest of the class to ask questions and to give feedback. For example, “What must the</w:t>
            </w:r>
          </w:p>
          <w:p>
            <w:pPr>
              <w:spacing w:after="0"/>
            </w:pPr>
            <w:r>
              <w:rPr>
                <w:b w:val="0"/>
                <w:sz w:val="19"/>
              </w:rPr>
              <w:t>rescue team do first?”, “Why must you wear protective gear?” or “What else do you have to prepare?”. She/</w:t>
            </w:r>
          </w:p>
          <w:p>
            <w:pPr>
              <w:spacing w:after="0"/>
            </w:pPr>
            <w:r>
              <w:rPr>
                <w:b w:val="0"/>
                <w:sz w:val="19"/>
              </w:rPr>
              <w:t>He encourages students to reflect on the use of target grammar. Students reflect on their thoughts and</w:t>
            </w:r>
          </w:p>
          <w:p>
            <w:pPr>
              <w:spacing w:after="0"/>
            </w:pPr>
            <w:r>
              <w:rPr>
                <w:b w:val="0"/>
                <w:sz w:val="19"/>
              </w:rPr>
              <w:t>feelings about the activity.</w:t>
            </w:r>
          </w:p>
          <w:p>
            <w:pPr>
              <w:spacing w:after="0"/>
            </w:pPr>
            <w:r>
              <w:rPr>
                <w:b w:val="0"/>
                <w:sz w:val="19"/>
              </w:rPr>
              <w:t>Supporting</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 What</w:t>
            </w:r>
          </w:p>
          <w:p>
            <w:pPr>
              <w:spacing w:after="0"/>
            </w:pPr>
            <w:r>
              <w:rPr>
                <w:b w:val="0"/>
                <w:sz w:val="19"/>
              </w:rPr>
              <w:t>must the firefighters do?; Scenario 2: A group of students is lost in the mountains. What must they do to</w:t>
            </w:r>
          </w:p>
          <w:p>
            <w:pPr>
              <w:spacing w:after="0"/>
            </w:pPr>
            <w:r>
              <w:rPr>
                <w:b w:val="0"/>
                <w:sz w:val="19"/>
              </w:rPr>
              <w:t>survive? What must the rescue team do to find them?; Scenario 3: A school bus has broken down on a busy</w:t>
            </w:r>
          </w:p>
          <w:p>
            <w:pPr>
              <w:spacing w:after="0"/>
            </w:pPr>
            <w:r>
              <w:rPr>
                <w:b w:val="0"/>
                <w:sz w:val="19"/>
              </w:rPr>
              <w:t>road. What must the driver do? What do the students need to do for safety?; Scenario 4: There is a leak in</w:t>
            </w:r>
          </w:p>
          <w:p>
            <w:pPr>
              <w:spacing w:after="0"/>
            </w:pPr>
            <w:r>
              <w:rPr>
                <w:b w:val="0"/>
                <w:sz w:val="19"/>
              </w:rPr>
              <w:t>a chemical plant. What must the workers do? What must be done immediately to avoid a disaster? In their</w:t>
            </w:r>
          </w:p>
          <w:p>
            <w:pPr>
              <w:spacing w:after="0"/>
            </w:pPr>
            <w:r>
              <w:rPr>
                <w:b w:val="0"/>
                <w:sz w:val="19"/>
              </w:rPr>
              <w:t>groups, students discuss the steps they must take in their situation. The teacher provides a list of key verbs</w:t>
            </w:r>
          </w:p>
          <w:p>
            <w:pPr>
              <w:spacing w:after="0"/>
            </w:pPr>
            <w:r>
              <w:rPr>
                <w:b w:val="0"/>
                <w:sz w:val="19"/>
              </w:rPr>
              <w:t>and phrases (e.g., “call, stay calm, evacuate, contact, protect, warn, help”). She also offers sentence starters</w:t>
            </w:r>
          </w:p>
          <w:p>
            <w:pPr>
              <w:spacing w:after="0"/>
            </w:pPr>
            <w:r>
              <w:rPr>
                <w:b w:val="0"/>
                <w:sz w:val="19"/>
              </w:rPr>
              <w:t>to help them form responses like, “We must __________”, “They need to __________”, “You have to __________”.</w:t>
            </w:r>
          </w:p>
          <w:p>
            <w:pPr>
              <w:spacing w:after="0"/>
            </w:pPr>
            <w:r>
              <w:rPr>
                <w:b w:val="0"/>
                <w:sz w:val="19"/>
              </w:rPr>
              <w:t>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asks students to create a “responsibility ladder” where they list the actions or tasks in their scenario</w:t>
            </w:r>
          </w:p>
          <w:p>
            <w:pPr>
              <w:spacing w:after="0"/>
            </w:pPr>
            <w:r>
              <w:rPr>
                <w:b w:val="0"/>
                <w:sz w:val="19"/>
              </w:rPr>
              <w:t>from most urgent (what must be done immediately) to least urgent (what must be done next). Each group</w:t>
            </w:r>
          </w:p>
          <w:p>
            <w:pPr>
              <w:spacing w:after="0"/>
            </w:pPr>
            <w:r>
              <w:rPr>
                <w:b w:val="0"/>
                <w:sz w:val="19"/>
              </w:rPr>
              <w:t>discusses their list and she/he encourages students to reflect on the use of target grammar. Students</w:t>
            </w:r>
          </w:p>
          <w:p>
            <w:pPr>
              <w:spacing w:after="0"/>
            </w:pPr>
            <w:r>
              <w:rPr>
                <w:b w:val="0"/>
                <w:sz w:val="19"/>
              </w:rPr>
              <w:t>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short report about an environmental problem in the</w:t>
            </w:r>
          </w:p>
          <w:p>
            <w:pPr>
              <w:spacing w:after="0"/>
            </w:pPr>
            <w:r>
              <w:rPr>
                <w:b w:val="0"/>
                <w:sz w:val="19"/>
              </w:rPr>
              <w:t>world or in their neighbourhood. First, they will search for environmental problems and choose one of them.</w:t>
            </w:r>
          </w:p>
          <w:p>
            <w:pPr>
              <w:spacing w:after="0"/>
            </w:pPr>
            <w:r>
              <w:rPr>
                <w:b w:val="0"/>
                <w:sz w:val="19"/>
              </w:rPr>
              <w:t>Then, they will write sentences suggesting possible solutions to this problem. The paragraphs may include</w:t>
            </w:r>
          </w:p>
          <w:p>
            <w:pPr>
              <w:spacing w:after="0"/>
            </w:pPr>
            <w:r>
              <w:rPr>
                <w:b w:val="0"/>
                <w:sz w:val="19"/>
              </w:rPr>
              <w:t>quotes. Finally, they will read the reports in the classroom loudly. They should focus on the pronunciation and</w:t>
            </w:r>
          </w:p>
          <w:p>
            <w:pPr>
              <w:spacing w:after="0"/>
            </w:pPr>
            <w:r>
              <w:rPr>
                <w:b w:val="0"/>
                <w:sz w:val="19"/>
              </w:rPr>
              <w:t>intonation, too. The paragraphs may be displayed on an online noticeboard. The assignment will be evaluated</w:t>
            </w:r>
          </w:p>
          <w:p>
            <w:pPr>
              <w:spacing w:after="0"/>
            </w:pPr>
            <w:r>
              <w:rPr>
                <w:b w:val="0"/>
                <w:sz w:val="19"/>
              </w:rPr>
              <w:t>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31: 10-14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31: 10-14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activities in nature; environmental problems in the world and solutions</w:t>
            </w:r>
          </w:p>
          <w:p>
            <w:pPr>
              <w:spacing w:after="0"/>
            </w:pPr>
            <w:r>
              <w:rPr>
                <w:b w:val="0"/>
                <w:sz w:val="19"/>
              </w:rPr>
              <w:t>Target Vocabulary in Use (with revisional vocabulary):</w:t>
            </w:r>
          </w:p>
          <w:p>
            <w:pPr>
              <w:spacing w:after="0"/>
            </w:pPr>
            <w:r>
              <w:rPr>
                <w:b w:val="0"/>
                <w:sz w:val="19"/>
              </w:rPr>
              <w:t>Vocabulary for activities in nature: An adventure, sailing, snowboarding, hiking, rafting, climbing.</w:t>
            </w:r>
          </w:p>
          <w:p>
            <w:pPr>
              <w:spacing w:after="0"/>
            </w:pPr>
            <w:r>
              <w:rPr>
                <w:b w:val="0"/>
                <w:sz w:val="19"/>
              </w:rPr>
              <w:t>Verbs: To camp, to cycle, to fish, to plant, to run, to sail, to ski, to ride, to pick.</w:t>
            </w:r>
          </w:p>
          <w:p>
            <w:pPr>
              <w:spacing w:after="0"/>
            </w:pPr>
            <w:r>
              <w:rPr>
                <w:b w:val="0"/>
                <w:sz w:val="19"/>
              </w:rPr>
              <w:t>Adverbs: High.</w:t>
            </w:r>
          </w:p>
          <w:p>
            <w:pPr>
              <w:spacing w:after="0"/>
            </w:pPr>
            <w:r>
              <w:rPr>
                <w:b w:val="0"/>
                <w:sz w:val="19"/>
              </w:rPr>
              <w:t>Vocabulary for environmental problems in the world and solutions: A danger, an effect, energy, heat, pollution, rubbish, smoke, rubbish.</w:t>
            </w:r>
          </w:p>
          <w:p>
            <w:pPr>
              <w:spacing w:after="0"/>
            </w:pPr>
            <w:r>
              <w:rPr>
                <w:b w:val="0"/>
                <w:sz w:val="19"/>
              </w:rPr>
              <w:t>Verb: To destroy, to increase, to prevent, to protect, to realize, to recycle, to reduce, to remove, to replace, to save, to solve.</w:t>
            </w:r>
          </w:p>
          <w:p>
            <w:pPr>
              <w:spacing w:after="0"/>
            </w:pPr>
            <w:r>
              <w:rPr>
                <w:b w:val="0"/>
                <w:sz w:val="19"/>
              </w:rPr>
              <w:t>Adjective: Plastic, reusable.</w:t>
            </w:r>
          </w:p>
          <w:p>
            <w:pPr>
              <w:spacing w:after="0"/>
            </w:pPr>
            <w:r>
              <w:rPr>
                <w:b w:val="0"/>
                <w:sz w:val="19"/>
              </w:rPr>
              <w:t>Preposition: Against.</w:t>
            </w:r>
          </w:p>
          <w:p>
            <w:pPr>
              <w:spacing w:after="0"/>
            </w:pPr>
            <w:r>
              <w:rPr>
                <w:b w:val="0"/>
                <w:sz w:val="19"/>
              </w:rPr>
              <w:t>Adverbs: Little, less, least, mostly.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Simple Past Tense: (People mostly ignored the importance of recycling).</w:t>
            </w:r>
          </w:p>
          <w:p>
            <w:pPr>
              <w:spacing w:after="0"/>
            </w:pPr>
            <w:r>
              <w:rPr>
                <w:b w:val="0"/>
                <w:sz w:val="19"/>
              </w:rPr>
              <w:t>-Question tags for The Simple Past Tense (irregular verbs): (Energy consumption became less sustainable</w:t>
            </w:r>
          </w:p>
          <w:p>
            <w:pPr>
              <w:spacing w:after="0"/>
            </w:pPr>
            <w:r>
              <w:rPr>
                <w:b w:val="0"/>
                <w:sz w:val="19"/>
              </w:rPr>
              <w:t>over the years, didn’t it?)</w:t>
            </w:r>
          </w:p>
          <w:p>
            <w:pPr>
              <w:spacing w:after="0"/>
            </w:pPr>
            <w:r>
              <w:rPr>
                <w:b w:val="0"/>
                <w:sz w:val="19"/>
              </w:rPr>
              <w:t>-Must and have to for obligation: (We must reduce plastic waste to protect marine life).</w:t>
            </w:r>
          </w:p>
          <w:p>
            <w:pPr>
              <w:spacing w:after="0"/>
            </w:pPr>
            <w:r>
              <w:rPr>
                <w:b w:val="0"/>
                <w:sz w:val="19"/>
              </w:rPr>
              <w:t>Functions of the Grammatical Structures in Use:</w:t>
            </w:r>
          </w:p>
          <w:p>
            <w:pPr>
              <w:spacing w:after="0"/>
            </w:pPr>
            <w:r>
              <w:rPr>
                <w:b w:val="0"/>
                <w:sz w:val="19"/>
              </w:rPr>
              <w:t>-Use of The Simple Past Tense: Expressing actions, events, or situations that started and finished at a</w:t>
            </w:r>
          </w:p>
          <w:p>
            <w:pPr>
              <w:spacing w:after="0"/>
            </w:pPr>
            <w:r>
              <w:rPr>
                <w:b w:val="0"/>
                <w:sz w:val="19"/>
              </w:rPr>
              <w:t>specific time in the past.</w:t>
            </w:r>
          </w:p>
          <w:p>
            <w:pPr>
              <w:spacing w:after="0"/>
            </w:pPr>
            <w:r>
              <w:rPr>
                <w:b w:val="0"/>
                <w:sz w:val="19"/>
              </w:rPr>
              <w:t>-Use of Question tags for The Simple Past Tense (irregular verbs): Confirming information or asking for</w:t>
            </w:r>
          </w:p>
          <w:p>
            <w:pPr>
              <w:spacing w:after="0"/>
            </w:pPr>
            <w:r>
              <w:rPr>
                <w:b w:val="0"/>
                <w:sz w:val="19"/>
              </w:rPr>
              <w:t>agreement about past actions.</w:t>
            </w:r>
          </w:p>
          <w:p>
            <w:pPr>
              <w:spacing w:after="0"/>
            </w:pPr>
            <w:r>
              <w:rPr>
                <w:b w:val="0"/>
                <w:sz w:val="19"/>
              </w:rPr>
              <w:t>-Use of “must and have to” for obligation: Expressing strong obligation or necessity, often related to rules, responsibilities, or urgent actions.</w:t>
            </w:r>
          </w:p>
          <w:p>
            <w:pPr>
              <w:spacing w:after="0"/>
            </w:pPr>
            <w:r>
              <w:rPr>
                <w:b w:val="0"/>
                <w:sz w:val="19"/>
              </w:rPr>
              <w:t>Target Social Language in Use:</w:t>
            </w:r>
          </w:p>
          <w:p>
            <w:pPr>
              <w:spacing w:after="0"/>
            </w:pPr>
            <w:r>
              <w:rPr>
                <w:b w:val="0"/>
                <w:sz w:val="19"/>
              </w:rPr>
              <w:t>I’m going to go hiking, nature’s calling!</w:t>
            </w:r>
          </w:p>
          <w:p>
            <w:pPr>
              <w:spacing w:after="0"/>
            </w:pPr>
            <w:r>
              <w:rPr>
                <w:b w:val="0"/>
                <w:sz w:val="19"/>
              </w:rPr>
              <w:t>My dad has green fingers, his garden looks amazing!</w:t>
            </w:r>
          </w:p>
          <w:p>
            <w:pPr>
              <w:spacing w:after="0"/>
            </w:pPr>
            <w:r>
              <w:rPr>
                <w:b w:val="0"/>
                <w:sz w:val="19"/>
              </w:rPr>
              <w:t>She’s wild about protecting nature! Target Phonological Sounds in Use:</w:t>
            </w:r>
          </w:p>
          <w:p>
            <w:pPr>
              <w:spacing w:after="0"/>
            </w:pPr>
            <w:r>
              <w:rPr>
                <w:b w:val="0"/>
                <w:sz w:val="19"/>
              </w:rPr>
              <w:t>q, r, s, t, u</w:t>
            </w:r>
          </w:p>
          <w:p>
            <w:pPr>
              <w:spacing w:after="0"/>
            </w:pPr>
            <w:r>
              <w:rPr>
                <w:b w:val="0"/>
                <w:sz w:val="19"/>
              </w:rPr>
              <w:t>u: (/juː/, /ʌ/, /juː/)</w:t>
            </w:r>
          </w:p>
          <w:p>
            <w:pPr>
              <w:spacing w:after="0"/>
            </w:pPr>
            <w:r>
              <w:rPr>
                <w:b w:val="0"/>
                <w:sz w:val="19"/>
              </w:rPr>
              <w:t>Consonants: q: (/kjuː/); r: (/ɑː/(BrE.),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ENG.6.7.L1. Students can get ready for the listening/watching-comprehension process for the current</w:t>
            </w:r>
          </w:p>
          <w:p>
            <w:pPr>
              <w:spacing w:after="0"/>
            </w:pPr>
            <w:r>
              <w:rPr>
                <w:b w:val="0"/>
                <w:sz w:val="19"/>
              </w:rPr>
              <w:t>content on “life in nature and global problems with activities in nature; environmental problems</w:t>
            </w:r>
          </w:p>
          <w:p>
            <w:pPr>
              <w:spacing w:after="0"/>
            </w:pPr>
            <w:r>
              <w:rPr>
                <w:b w:val="0"/>
                <w:sz w:val="19"/>
              </w:rPr>
              <w:t>in the world and solutions” carefully. ENG.6.7.L2. Students can bring information about the current content on “life in nature and global problems</w:t>
            </w:r>
          </w:p>
          <w:p>
            <w:pPr>
              <w:spacing w:after="0"/>
            </w:pPr>
            <w:r>
              <w:rPr>
                <w:b w:val="0"/>
                <w:sz w:val="19"/>
              </w:rPr>
              <w:t>with activities in nature; environmental problems in the world and solutions” together through</w:t>
            </w:r>
          </w:p>
          <w:p>
            <w:pPr>
              <w:spacing w:after="0"/>
            </w:pPr>
            <w:r>
              <w:rPr>
                <w:b w:val="0"/>
                <w:sz w:val="19"/>
              </w:rPr>
              <w:t>significant details and main components while listening/watching it. ENG.6.7.L3. Students can make meaning of/derive meaning from the current content on “life in nature and</w:t>
            </w:r>
          </w:p>
          <w:p>
            <w:pPr>
              <w:spacing w:after="0"/>
            </w:pPr>
            <w:r>
              <w:rPr>
                <w:b w:val="0"/>
                <w:sz w:val="19"/>
              </w:rPr>
              <w:t>global problems with activities in nature; environmental problems in the world and solutions”</w:t>
            </w:r>
          </w:p>
          <w:p>
            <w:pPr>
              <w:spacing w:after="0"/>
            </w:pPr>
            <w:r>
              <w:rPr>
                <w:b w:val="0"/>
                <w:sz w:val="19"/>
              </w:rPr>
              <w:t>through significant details by listening/watching it carefully. ENG.6.7.L4.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ENG.6.7.P1. Students can select and use the target phonological elements of the current content about</w:t>
            </w:r>
          </w:p>
          <w:p>
            <w:pPr>
              <w:spacing w:after="0"/>
            </w:pPr>
            <w:r>
              <w:rPr>
                <w:b w:val="0"/>
                <w:sz w:val="19"/>
              </w:rPr>
              <w:t>“life in nature and global problems with activities in nature; environmental problems in the</w:t>
            </w:r>
          </w:p>
          <w:p>
            <w:pPr>
              <w:spacing w:after="0"/>
            </w:pPr>
            <w:r>
              <w:rPr>
                <w:b w:val="0"/>
                <w:sz w:val="19"/>
              </w:rPr>
              <w:t>world and solutions”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ENG.6.7.R1. Students can get ready for the reading-comprehension process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ENG.6.7.R2. Students can bring information about the current content on “life in nature and global problems</w:t>
            </w:r>
          </w:p>
          <w:p>
            <w:pPr>
              <w:spacing w:after="0"/>
            </w:pPr>
            <w:r>
              <w:rPr>
                <w:b w:val="0"/>
                <w:sz w:val="19"/>
              </w:rPr>
              <w:t>with activities in nature; environmental problems in the world and solutions” through skimming</w:t>
            </w:r>
          </w:p>
          <w:p>
            <w:pPr>
              <w:spacing w:after="0"/>
            </w:pPr>
            <w:r>
              <w:rPr>
                <w:b w:val="0"/>
                <w:sz w:val="19"/>
              </w:rPr>
              <w:t>(looking quickly at) the audio-visual elements and reading the content very quickly. ENG.6.7.R3. Students can make meaning of / derive meaning from the current content about “life in</w:t>
            </w:r>
          </w:p>
          <w:p>
            <w:pPr>
              <w:spacing w:after="0"/>
            </w:pPr>
            <w:r>
              <w:rPr>
                <w:b w:val="0"/>
                <w:sz w:val="19"/>
              </w:rPr>
              <w:t>nature and global problems with activities in nature; environmental problems in the world and</w:t>
            </w:r>
          </w:p>
          <w:p>
            <w:pPr>
              <w:spacing w:after="0"/>
            </w:pPr>
            <w:r>
              <w:rPr>
                <w:b w:val="0"/>
                <w:sz w:val="19"/>
              </w:rPr>
              <w:t>solutions” by reading it carefully. ENG.6.7.R4. Students can convey their knowledge, experiences, thoughts, and feelings related to the</w:t>
            </w:r>
          </w:p>
          <w:p>
            <w:pPr>
              <w:spacing w:after="0"/>
            </w:pPr>
            <w:r>
              <w:rPr>
                <w:b w:val="0"/>
                <w:sz w:val="19"/>
              </w:rPr>
              <w:t>reading-comprehension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ENG.6.7.V1. Students can select and use the target vocabulary of the current content about “life in nature</w:t>
            </w:r>
          </w:p>
          <w:p>
            <w:pPr>
              <w:spacing w:after="0"/>
            </w:pPr>
            <w:r>
              <w:rPr>
                <w:b w:val="0"/>
                <w:sz w:val="19"/>
              </w:rPr>
              <w:t>and global problems with activities in nature; environmental problems in the world and</w:t>
            </w:r>
          </w:p>
          <w:p>
            <w:pPr>
              <w:spacing w:after="0"/>
            </w:pPr>
            <w:r>
              <w:rPr>
                <w:b w:val="0"/>
                <w:sz w:val="19"/>
              </w:rPr>
              <w:t>solutions” accurately, authentically, spontaneously, and naturally and use it appropriately and</w:t>
            </w:r>
          </w:p>
          <w:p>
            <w:pPr>
              <w:spacing w:after="0"/>
            </w:pPr>
            <w:r>
              <w:rPr>
                <w:b w:val="0"/>
                <w:sz w:val="19"/>
              </w:rPr>
              <w:t>effectively when communicating with others. ENG.6.7.G1. Students can select and use the target grammatical elements of the current content about “life</w:t>
            </w:r>
          </w:p>
          <w:p>
            <w:pPr>
              <w:spacing w:after="0"/>
            </w:pPr>
            <w:r>
              <w:rPr>
                <w:b w:val="0"/>
                <w:sz w:val="19"/>
              </w:rPr>
              <w:t>in nature and global problems with activities in nature; environmental problems in the world</w:t>
            </w:r>
          </w:p>
          <w:p>
            <w:pPr>
              <w:spacing w:after="0"/>
            </w:pPr>
            <w:r>
              <w:rPr>
                <w:b w:val="0"/>
                <w:sz w:val="19"/>
              </w:rPr>
              <w:t>and solutions” accurately, authentically, spontaneously, and naturally and use it appropriately</w:t>
            </w:r>
          </w:p>
          <w:p>
            <w:pPr>
              <w:spacing w:after="0"/>
            </w:pPr>
            <w:r>
              <w:rPr>
                <w:b w:val="0"/>
                <w:sz w:val="19"/>
              </w:rPr>
              <w:t>and effectively when communicating with others. ENG.6.7.W1. Students can get ready for the writing-expression process about the current content on “life</w:t>
            </w:r>
          </w:p>
          <w:p>
            <w:pPr>
              <w:spacing w:after="0"/>
            </w:pPr>
            <w:r>
              <w:rPr>
                <w:b w:val="0"/>
                <w:sz w:val="19"/>
              </w:rPr>
              <w:t>in nature and global problems with activities in nature; environmental problems in the world</w:t>
            </w:r>
          </w:p>
          <w:p>
            <w:pPr>
              <w:spacing w:after="0"/>
            </w:pPr>
            <w:r>
              <w:rPr>
                <w:b w:val="0"/>
                <w:sz w:val="19"/>
              </w:rPr>
              <w:t>and solutions”. ENG.6.7.W2. Students can understand the model/example for the writing task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ENG.6.7.W3. Students can organise a content for the assigned writing task on the current content “life in</w:t>
            </w:r>
          </w:p>
          <w:p>
            <w:pPr>
              <w:spacing w:after="0"/>
            </w:pPr>
            <w:r>
              <w:rPr>
                <w:b w:val="0"/>
                <w:sz w:val="19"/>
              </w:rPr>
              <w:t>nature and global problems with activities in nature; environmental problems in the world and</w:t>
            </w:r>
          </w:p>
          <w:p>
            <w:pPr>
              <w:spacing w:after="0"/>
            </w:pPr>
            <w:r>
              <w:rPr>
                <w:b w:val="0"/>
                <w:sz w:val="19"/>
              </w:rPr>
              <w:t>solutions” based on the model/example provided. ENG.6.7.W4. Students can individually construct/form content for the assigned writing task on the current</w:t>
            </w:r>
          </w:p>
          <w:p>
            <w:pPr>
              <w:spacing w:after="0"/>
            </w:pPr>
            <w:r>
              <w:rPr>
                <w:b w:val="0"/>
                <w:sz w:val="19"/>
              </w:rPr>
              <w:t>content “life in nature and global problems with activities in nature; environmental problems</w:t>
            </w:r>
          </w:p>
          <w:p>
            <w:pPr>
              <w:spacing w:after="0"/>
            </w:pPr>
            <w:r>
              <w:rPr>
                <w:b w:val="0"/>
                <w:sz w:val="19"/>
              </w:rPr>
              <w:t>in the world and solutions”. ENG.6.7.W5. Students can reorganise (reconstruct) and use information in the new written tasks about</w:t>
            </w:r>
          </w:p>
          <w:p>
            <w:pPr>
              <w:spacing w:after="0"/>
            </w:pPr>
            <w:r>
              <w:rPr>
                <w:b w:val="0"/>
                <w:sz w:val="19"/>
              </w:rPr>
              <w:t>the “life in nature and global problems with activities in nature; environmental problems in the</w:t>
            </w:r>
          </w:p>
          <w:p>
            <w:pPr>
              <w:spacing w:after="0"/>
            </w:pPr>
            <w:r>
              <w:rPr>
                <w:b w:val="0"/>
                <w:sz w:val="19"/>
              </w:rPr>
              <w:t>world and solutions” to communicate with other people. ENG.6.7.W6. Students can reflect on their knowledge, experiences, thoughts, and feelings related to the</w:t>
            </w:r>
          </w:p>
          <w:p>
            <w:pPr>
              <w:spacing w:after="0"/>
            </w:pPr>
            <w:r>
              <w:rPr>
                <w:b w:val="0"/>
                <w:sz w:val="19"/>
              </w:rPr>
              <w:t>writing-expression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ENG.6.7.S1. Students can get ready for speaking-expression process about the current content on “life in</w:t>
            </w:r>
          </w:p>
          <w:p>
            <w:pPr>
              <w:spacing w:after="0"/>
            </w:pPr>
            <w:r>
              <w:rPr>
                <w:b w:val="0"/>
                <w:sz w:val="19"/>
              </w:rPr>
              <w:t>nature and global problems with activities in nature; environmental problems in the world and</w:t>
            </w:r>
          </w:p>
          <w:p>
            <w:pPr>
              <w:spacing w:after="0"/>
            </w:pPr>
            <w:r>
              <w:rPr>
                <w:b w:val="0"/>
                <w:sz w:val="19"/>
              </w:rPr>
              <w:t>solutions”. ENG.6.7.S2. Students can use the model/example for producing verbal content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ENG.6.7.S3. Students can organise a new verbal content on “life in nature and global problems with</w:t>
            </w:r>
          </w:p>
          <w:p>
            <w:pPr>
              <w:spacing w:after="0"/>
            </w:pPr>
            <w:r>
              <w:rPr>
                <w:b w:val="0"/>
                <w:sz w:val="19"/>
              </w:rPr>
              <w:t>activities in nature; environmental problems in the world and solutions” by speaking accurately, efficiently, and authentically. ENG.6.7.S4. Students can construct a new verbal content on “life in nature and global problems with</w:t>
            </w:r>
          </w:p>
          <w:p>
            <w:pPr>
              <w:spacing w:after="0"/>
            </w:pPr>
            <w:r>
              <w:rPr>
                <w:b w:val="0"/>
                <w:sz w:val="19"/>
              </w:rPr>
              <w:t>activities in nature; environmental problems in the world and solutions” by speaking accurately, efficiently, and authentically. ENG.6.7.S5. Students can reorganise (reconstruct) and use information about the “life in nature and global</w:t>
            </w:r>
          </w:p>
          <w:p>
            <w:pPr>
              <w:spacing w:after="0"/>
            </w:pPr>
            <w:r>
              <w:rPr>
                <w:b w:val="0"/>
                <w:sz w:val="19"/>
              </w:rPr>
              <w:t>problems with activities in nature; environmental problems in the world and solutions” to</w:t>
            </w:r>
          </w:p>
          <w:p>
            <w:pPr>
              <w:spacing w:after="0"/>
            </w:pPr>
            <w:r>
              <w:rPr>
                <w:b w:val="0"/>
                <w:sz w:val="19"/>
              </w:rPr>
              <w:t>communicate with other people. ENG.6.7.S6. Students can convey their knowledge, experiences, thoughts, and feelings related to the</w:t>
            </w:r>
          </w:p>
          <w:p>
            <w:pPr>
              <w:spacing w:after="0"/>
            </w:pPr>
            <w:r>
              <w:rPr>
                <w:b w:val="0"/>
                <w:sz w:val="19"/>
              </w:rPr>
              <w:t>speaking-expression process about the current content, “life in nature and global problems</w:t>
            </w:r>
          </w:p>
          <w:p>
            <w:pPr>
              <w:spacing w:after="0"/>
            </w:pPr>
            <w:r>
              <w:rPr>
                <w:b w:val="0"/>
                <w:sz w:val="19"/>
              </w:rPr>
              <w:t>with activities in nature; environmental problems in the world and solutions”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V18. Cleanliness, V19.</w:t>
            </w:r>
          </w:p>
          <w:p>
            <w:pPr>
              <w:spacing w:after="0"/>
            </w:pPr>
            <w:r>
              <w:rPr>
                <w:b w:val="0"/>
                <w:sz w:val="19"/>
              </w:rPr>
              <w:t>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w:t>
            </w:r>
          </w:p>
          <w:p>
            <w:pPr>
              <w:spacing w:after="0"/>
            </w:pPr>
            <w:r>
              <w:rPr>
                <w:b w:val="0"/>
                <w:sz w:val="19"/>
              </w:rPr>
              <w:t>What must the fire fighters do?; Scenario 2: A group of students is lost in the mountains. What must they</w:t>
            </w:r>
          </w:p>
          <w:p>
            <w:pPr>
              <w:spacing w:after="0"/>
            </w:pPr>
            <w:r>
              <w:rPr>
                <w:b w:val="0"/>
                <w:sz w:val="19"/>
              </w:rPr>
              <w:t>do to survive? What must the rescue team do to find them?; Scenario 3: A school bus has broken down on</w:t>
            </w:r>
          </w:p>
          <w:p>
            <w:pPr>
              <w:spacing w:after="0"/>
            </w:pPr>
            <w:r>
              <w:rPr>
                <w:b w:val="0"/>
                <w:sz w:val="19"/>
              </w:rPr>
              <w:t>a busy road. What must the driver do? What do the students need to do for safety?; Scenario 4: There is a</w:t>
            </w:r>
          </w:p>
          <w:p>
            <w:pPr>
              <w:spacing w:after="0"/>
            </w:pPr>
            <w:r>
              <w:rPr>
                <w:b w:val="0"/>
                <w:sz w:val="19"/>
              </w:rPr>
              <w:t>leak in a chemical plant. What must the workers do? What must be done immediately to avoid a disaster? 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encourages the rest of the class to ask questions and to give feedback. For example, “What must the</w:t>
            </w:r>
          </w:p>
          <w:p>
            <w:pPr>
              <w:spacing w:after="0"/>
            </w:pPr>
            <w:r>
              <w:rPr>
                <w:b w:val="0"/>
                <w:sz w:val="19"/>
              </w:rPr>
              <w:t>rescue team do first?”, “Why must you wear protective gear?” or “What else do you have to prepare?”. She/</w:t>
            </w:r>
          </w:p>
          <w:p>
            <w:pPr>
              <w:spacing w:after="0"/>
            </w:pPr>
            <w:r>
              <w:rPr>
                <w:b w:val="0"/>
                <w:sz w:val="19"/>
              </w:rPr>
              <w:t>He encourages students to reflect on the use of target grammar. Students reflect on their thoughts and</w:t>
            </w:r>
          </w:p>
          <w:p>
            <w:pPr>
              <w:spacing w:after="0"/>
            </w:pPr>
            <w:r>
              <w:rPr>
                <w:b w:val="0"/>
                <w:sz w:val="19"/>
              </w:rPr>
              <w:t>feelings about the activity.</w:t>
            </w:r>
          </w:p>
          <w:p>
            <w:pPr>
              <w:spacing w:after="0"/>
            </w:pPr>
            <w:r>
              <w:rPr>
                <w:b w:val="0"/>
                <w:sz w:val="19"/>
              </w:rPr>
              <w:t>Supporting</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 What</w:t>
            </w:r>
          </w:p>
          <w:p>
            <w:pPr>
              <w:spacing w:after="0"/>
            </w:pPr>
            <w:r>
              <w:rPr>
                <w:b w:val="0"/>
                <w:sz w:val="19"/>
              </w:rPr>
              <w:t>must the firefighters do?; Scenario 2: A group of students is lost in the mountains. What must they do to</w:t>
            </w:r>
          </w:p>
          <w:p>
            <w:pPr>
              <w:spacing w:after="0"/>
            </w:pPr>
            <w:r>
              <w:rPr>
                <w:b w:val="0"/>
                <w:sz w:val="19"/>
              </w:rPr>
              <w:t>survive? What must the rescue team do to find them?; Scenario 3: A school bus has broken down on a busy</w:t>
            </w:r>
          </w:p>
          <w:p>
            <w:pPr>
              <w:spacing w:after="0"/>
            </w:pPr>
            <w:r>
              <w:rPr>
                <w:b w:val="0"/>
                <w:sz w:val="19"/>
              </w:rPr>
              <w:t>road. What must the driver do? What do the students need to do for safety?; Scenario 4: There is a leak in</w:t>
            </w:r>
          </w:p>
          <w:p>
            <w:pPr>
              <w:spacing w:after="0"/>
            </w:pPr>
            <w:r>
              <w:rPr>
                <w:b w:val="0"/>
                <w:sz w:val="19"/>
              </w:rPr>
              <w:t>a chemical plant. What must the workers do? What must be done immediately to avoid a disaster? In their</w:t>
            </w:r>
          </w:p>
          <w:p>
            <w:pPr>
              <w:spacing w:after="0"/>
            </w:pPr>
            <w:r>
              <w:rPr>
                <w:b w:val="0"/>
                <w:sz w:val="19"/>
              </w:rPr>
              <w:t>groups, students discuss the steps they must take in their situation. The teacher provides a list of key verbs</w:t>
            </w:r>
          </w:p>
          <w:p>
            <w:pPr>
              <w:spacing w:after="0"/>
            </w:pPr>
            <w:r>
              <w:rPr>
                <w:b w:val="0"/>
                <w:sz w:val="19"/>
              </w:rPr>
              <w:t>and phrases (e.g., “call, stay calm, evacuate, contact, protect, warn, help”). She also offers sentence starters</w:t>
            </w:r>
          </w:p>
          <w:p>
            <w:pPr>
              <w:spacing w:after="0"/>
            </w:pPr>
            <w:r>
              <w:rPr>
                <w:b w:val="0"/>
                <w:sz w:val="19"/>
              </w:rPr>
              <w:t>to help them form responses like, “We must __________”, “They need to __________”, “You have to __________”.</w:t>
            </w:r>
          </w:p>
          <w:p>
            <w:pPr>
              <w:spacing w:after="0"/>
            </w:pPr>
            <w:r>
              <w:rPr>
                <w:b w:val="0"/>
                <w:sz w:val="19"/>
              </w:rPr>
              <w:t>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asks students to create a “responsibility ladder” where they list the actions or tasks in their scenario</w:t>
            </w:r>
          </w:p>
          <w:p>
            <w:pPr>
              <w:spacing w:after="0"/>
            </w:pPr>
            <w:r>
              <w:rPr>
                <w:b w:val="0"/>
                <w:sz w:val="19"/>
              </w:rPr>
              <w:t>from most urgent (what must be done immediately) to least urgent (what must be done next). Each group</w:t>
            </w:r>
          </w:p>
          <w:p>
            <w:pPr>
              <w:spacing w:after="0"/>
            </w:pPr>
            <w:r>
              <w:rPr>
                <w:b w:val="0"/>
                <w:sz w:val="19"/>
              </w:rPr>
              <w:t>discusses their list and she/he encourages students to reflect on the use of target grammar. Students</w:t>
            </w:r>
          </w:p>
          <w:p>
            <w:pPr>
              <w:spacing w:after="0"/>
            </w:pPr>
            <w:r>
              <w:rPr>
                <w:b w:val="0"/>
                <w:sz w:val="19"/>
              </w:rPr>
              <w:t>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short report about an environmental problem in the</w:t>
            </w:r>
          </w:p>
          <w:p>
            <w:pPr>
              <w:spacing w:after="0"/>
            </w:pPr>
            <w:r>
              <w:rPr>
                <w:b w:val="0"/>
                <w:sz w:val="19"/>
              </w:rPr>
              <w:t>world or in their neighbourhood. First, they will search for environmental problems and choose one of them.</w:t>
            </w:r>
          </w:p>
          <w:p>
            <w:pPr>
              <w:spacing w:after="0"/>
            </w:pPr>
            <w:r>
              <w:rPr>
                <w:b w:val="0"/>
                <w:sz w:val="19"/>
              </w:rPr>
              <w:t>Then, they will write sentences suggesting possible solutions to this problem. The paragraphs may include</w:t>
            </w:r>
          </w:p>
          <w:p>
            <w:pPr>
              <w:spacing w:after="0"/>
            </w:pPr>
            <w:r>
              <w:rPr>
                <w:b w:val="0"/>
                <w:sz w:val="19"/>
              </w:rPr>
              <w:t>quotes. Finally, they will read the reports in the classroom loudly. They should focus on the pronunciation and</w:t>
            </w:r>
          </w:p>
          <w:p>
            <w:pPr>
              <w:spacing w:after="0"/>
            </w:pPr>
            <w:r>
              <w:rPr>
                <w:b w:val="0"/>
                <w:sz w:val="19"/>
              </w:rPr>
              <w:t>intonation, too. The paragraphs may be displayed on an online noticeboard. The assignment will be evaluated</w:t>
            </w:r>
          </w:p>
          <w:p>
            <w:pPr>
              <w:spacing w:after="0"/>
            </w:pPr>
            <w:r>
              <w:rPr>
                <w:b w:val="0"/>
                <w:sz w:val="19"/>
              </w:rPr>
              <w:t>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32: 17-21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32: 17-21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7: LIFE IN NATURE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Sub-themes: activities in nature; environmental problems in the world and solutions</w:t>
            </w:r>
          </w:p>
          <w:p>
            <w:pPr>
              <w:spacing w:after="0"/>
            </w:pPr>
            <w:r>
              <w:rPr>
                <w:b w:val="0"/>
                <w:sz w:val="19"/>
              </w:rPr>
              <w:t>Target Vocabulary in Use (with revisional vocabulary):</w:t>
            </w:r>
          </w:p>
          <w:p>
            <w:pPr>
              <w:spacing w:after="0"/>
            </w:pPr>
            <w:r>
              <w:rPr>
                <w:b w:val="0"/>
                <w:sz w:val="19"/>
              </w:rPr>
              <w:t>Vocabulary for activities in nature: An adventure, sailing, snowboarding, hiking, rafting, climbing.</w:t>
            </w:r>
          </w:p>
          <w:p>
            <w:pPr>
              <w:spacing w:after="0"/>
            </w:pPr>
            <w:r>
              <w:rPr>
                <w:b w:val="0"/>
                <w:sz w:val="19"/>
              </w:rPr>
              <w:t>Verbs: To camp, to cycle, to fish, to plant, to run, to sail, to ski, to ride, to pick.</w:t>
            </w:r>
          </w:p>
          <w:p>
            <w:pPr>
              <w:spacing w:after="0"/>
            </w:pPr>
            <w:r>
              <w:rPr>
                <w:b w:val="0"/>
                <w:sz w:val="19"/>
              </w:rPr>
              <w:t>Adverbs: High.</w:t>
            </w:r>
          </w:p>
          <w:p>
            <w:pPr>
              <w:spacing w:after="0"/>
            </w:pPr>
            <w:r>
              <w:rPr>
                <w:b w:val="0"/>
                <w:sz w:val="19"/>
              </w:rPr>
              <w:t>Vocabulary for environmental problems in the world and solutions: A danger, an effect, energy, heat, pollution, rubbish, smoke, rubbish.</w:t>
            </w:r>
          </w:p>
          <w:p>
            <w:pPr>
              <w:spacing w:after="0"/>
            </w:pPr>
            <w:r>
              <w:rPr>
                <w:b w:val="0"/>
                <w:sz w:val="19"/>
              </w:rPr>
              <w:t>Verb: To destroy, to increase, to prevent, to protect, to realize, to recycle, to reduce, to remove, to replace, to save, to solve.</w:t>
            </w:r>
          </w:p>
          <w:p>
            <w:pPr>
              <w:spacing w:after="0"/>
            </w:pPr>
            <w:r>
              <w:rPr>
                <w:b w:val="0"/>
                <w:sz w:val="19"/>
              </w:rPr>
              <w:t>Adjective: Plastic, reusable.</w:t>
            </w:r>
          </w:p>
          <w:p>
            <w:pPr>
              <w:spacing w:after="0"/>
            </w:pPr>
            <w:r>
              <w:rPr>
                <w:b w:val="0"/>
                <w:sz w:val="19"/>
              </w:rPr>
              <w:t>Preposition: Against.</w:t>
            </w:r>
          </w:p>
          <w:p>
            <w:pPr>
              <w:spacing w:after="0"/>
            </w:pPr>
            <w:r>
              <w:rPr>
                <w:b w:val="0"/>
                <w:sz w:val="19"/>
              </w:rPr>
              <w:t>Adverbs: Little, less, least, mostly.</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-The Simple Past Tense: (People mostly ignored the importance of recycling).</w:t>
            </w:r>
          </w:p>
          <w:p>
            <w:pPr>
              <w:spacing w:after="0"/>
            </w:pPr>
            <w:r>
              <w:rPr>
                <w:b w:val="0"/>
                <w:sz w:val="19"/>
              </w:rPr>
              <w:t>-Question tags for The Simple Past Tense (irregular verbs): (Energy consumption became less sustainable</w:t>
            </w:r>
          </w:p>
          <w:p>
            <w:pPr>
              <w:spacing w:after="0"/>
            </w:pPr>
            <w:r>
              <w:rPr>
                <w:b w:val="0"/>
                <w:sz w:val="19"/>
              </w:rPr>
              <w:t>over the years, didn’t it?)</w:t>
            </w:r>
          </w:p>
          <w:p>
            <w:pPr>
              <w:spacing w:after="0"/>
            </w:pPr>
            <w:r>
              <w:rPr>
                <w:b w:val="0"/>
                <w:sz w:val="19"/>
              </w:rPr>
              <w:t>-Must and have to for obligation: (We must reduce plastic waste to protect marine life).</w:t>
            </w:r>
          </w:p>
          <w:p>
            <w:pPr>
              <w:spacing w:after="0"/>
            </w:pPr>
            <w:r>
              <w:rPr>
                <w:b w:val="0"/>
                <w:sz w:val="19"/>
              </w:rPr>
              <w:t>Functions of the Grammatical Structures in Use:</w:t>
            </w:r>
          </w:p>
          <w:p>
            <w:pPr>
              <w:spacing w:after="0"/>
            </w:pPr>
            <w:r>
              <w:rPr>
                <w:b w:val="0"/>
                <w:sz w:val="19"/>
              </w:rPr>
              <w:t>-Use of The Simple Past Tense: Expressing actions, events, or situations that started and finished at a</w:t>
            </w:r>
          </w:p>
          <w:p>
            <w:pPr>
              <w:spacing w:after="0"/>
            </w:pPr>
            <w:r>
              <w:rPr>
                <w:b w:val="0"/>
                <w:sz w:val="19"/>
              </w:rPr>
              <w:t>specific time in the past.</w:t>
            </w:r>
          </w:p>
          <w:p>
            <w:pPr>
              <w:spacing w:after="0"/>
            </w:pPr>
            <w:r>
              <w:rPr>
                <w:b w:val="0"/>
                <w:sz w:val="19"/>
              </w:rPr>
              <w:t>-Use of Question tags for The Simple Past Tense (irregular verbs): Confirming information or asking for</w:t>
            </w:r>
          </w:p>
          <w:p>
            <w:pPr>
              <w:spacing w:after="0"/>
            </w:pPr>
            <w:r>
              <w:rPr>
                <w:b w:val="0"/>
                <w:sz w:val="19"/>
              </w:rPr>
              <w:t>agreement about past actions.</w:t>
            </w:r>
          </w:p>
          <w:p>
            <w:pPr>
              <w:spacing w:after="0"/>
            </w:pPr>
            <w:r>
              <w:rPr>
                <w:b w:val="0"/>
                <w:sz w:val="19"/>
              </w:rPr>
              <w:t>-Use of “must and have to” for obligation: Expressing strong obligation or necessity, often related to rules, responsibilities, or urgent actions.</w:t>
            </w:r>
          </w:p>
          <w:p>
            <w:pPr>
              <w:spacing w:after="0"/>
            </w:pPr>
            <w:r>
              <w:rPr>
                <w:b w:val="0"/>
                <w:sz w:val="19"/>
              </w:rPr>
              <w:t>Target Social Language in Use:</w:t>
            </w:r>
          </w:p>
          <w:p>
            <w:pPr>
              <w:spacing w:after="0"/>
            </w:pPr>
            <w:r>
              <w:rPr>
                <w:b w:val="0"/>
                <w:sz w:val="19"/>
              </w:rPr>
              <w:t>I’m going to go hiking, nature’s calling!</w:t>
            </w:r>
          </w:p>
          <w:p>
            <w:pPr>
              <w:spacing w:after="0"/>
            </w:pPr>
            <w:r>
              <w:rPr>
                <w:b w:val="0"/>
                <w:sz w:val="19"/>
              </w:rPr>
              <w:t>My dad has green fingers, his garden looks amazing!</w:t>
            </w:r>
          </w:p>
          <w:p>
            <w:pPr>
              <w:spacing w:after="0"/>
            </w:pPr>
            <w:r>
              <w:rPr>
                <w:b w:val="0"/>
                <w:sz w:val="19"/>
              </w:rPr>
              <w:t>She’s wild about protecting nature! Target Phonological Sounds in Use:</w:t>
            </w:r>
          </w:p>
          <w:p>
            <w:pPr>
              <w:spacing w:after="0"/>
            </w:pPr>
            <w:r>
              <w:rPr>
                <w:b w:val="0"/>
                <w:sz w:val="19"/>
              </w:rPr>
              <w:t>q, r, s, t, u</w:t>
            </w:r>
          </w:p>
          <w:p>
            <w:pPr>
              <w:spacing w:after="0"/>
            </w:pPr>
            <w:r>
              <w:rPr>
                <w:b w:val="0"/>
                <w:sz w:val="19"/>
              </w:rPr>
              <w:t>u: (/juː/, /ʌ/, /juː/)</w:t>
            </w:r>
          </w:p>
          <w:p>
            <w:pPr>
              <w:spacing w:after="0"/>
            </w:pPr>
            <w:r>
              <w:rPr>
                <w:b w:val="0"/>
                <w:sz w:val="19"/>
              </w:rPr>
              <w:t>Consonants: q: (/kjuː/); r: (/ɑː/(BrE.), /r/ (AmE.)); s: (/s/, /ɛs/, /z/); t: (/tiː/, /t/)</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ENG.6.7.L1. Students can get ready for the listening/watching-comprehension process for the current</w:t>
            </w:r>
          </w:p>
          <w:p>
            <w:pPr>
              <w:spacing w:after="0"/>
            </w:pPr>
            <w:r>
              <w:rPr>
                <w:b w:val="0"/>
                <w:sz w:val="19"/>
              </w:rPr>
              <w:t>content on “life in nature and global problems with activities in nature; environmental problems</w:t>
            </w:r>
          </w:p>
          <w:p>
            <w:pPr>
              <w:spacing w:after="0"/>
            </w:pPr>
            <w:r>
              <w:rPr>
                <w:b w:val="0"/>
                <w:sz w:val="19"/>
              </w:rPr>
              <w:t>in the world and solutions” carefully. ENG.6.7.L2. Students can bring information about the current content on “life in nature and global problems</w:t>
            </w:r>
          </w:p>
          <w:p>
            <w:pPr>
              <w:spacing w:after="0"/>
            </w:pPr>
            <w:r>
              <w:rPr>
                <w:b w:val="0"/>
                <w:sz w:val="19"/>
              </w:rPr>
              <w:t>with activities in nature; environmental problems in the world and solutions” together through</w:t>
            </w:r>
          </w:p>
          <w:p>
            <w:pPr>
              <w:spacing w:after="0"/>
            </w:pPr>
            <w:r>
              <w:rPr>
                <w:b w:val="0"/>
                <w:sz w:val="19"/>
              </w:rPr>
              <w:t>significant details and main components while listening/watching it. ENG.6.7.L3. Students can make meaning of/derive meaning from the current content on “life in nature and</w:t>
            </w:r>
          </w:p>
          <w:p>
            <w:pPr>
              <w:spacing w:after="0"/>
            </w:pPr>
            <w:r>
              <w:rPr>
                <w:b w:val="0"/>
                <w:sz w:val="19"/>
              </w:rPr>
              <w:t>global problems with activities in nature; environmental problems in the world and solutions”</w:t>
            </w:r>
          </w:p>
          <w:p>
            <w:pPr>
              <w:spacing w:after="0"/>
            </w:pPr>
            <w:r>
              <w:rPr>
                <w:b w:val="0"/>
                <w:sz w:val="19"/>
              </w:rPr>
              <w:t>through significant details by listening/watching it carefully. ENG.6.7.L4.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ENG.6.7.P1. Students can select and use the target phonological elements of the current content about</w:t>
            </w:r>
          </w:p>
          <w:p>
            <w:pPr>
              <w:spacing w:after="0"/>
            </w:pPr>
            <w:r>
              <w:rPr>
                <w:b w:val="0"/>
                <w:sz w:val="19"/>
              </w:rPr>
              <w:t>“life in nature and global problems with activities in nature; environmental problems in the</w:t>
            </w:r>
          </w:p>
          <w:p>
            <w:pPr>
              <w:spacing w:after="0"/>
            </w:pPr>
            <w:r>
              <w:rPr>
                <w:b w:val="0"/>
                <w:sz w:val="19"/>
              </w:rPr>
              <w:t>world and solutions” accurately, authentically, and naturally through spontaneous decisionmaking</w:t>
            </w:r>
          </w:p>
          <w:p>
            <w:pPr>
              <w:spacing w:after="0"/>
            </w:pPr>
            <w:r>
              <w:rPr>
                <w:b w:val="0"/>
                <w:sz w:val="19"/>
              </w:rPr>
              <w:t>processes and use it in an appropriate and effective way when communicating with</w:t>
            </w:r>
          </w:p>
          <w:p>
            <w:pPr>
              <w:spacing w:after="0"/>
            </w:pPr>
            <w:r>
              <w:rPr>
                <w:b w:val="0"/>
                <w:sz w:val="19"/>
              </w:rPr>
              <w:t>others. ENG.6.7.R1. Students can get ready for the reading-comprehension process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ENG.6.7.R2. Students can bring information about the current content on “life in nature and global problems</w:t>
            </w:r>
          </w:p>
          <w:p>
            <w:pPr>
              <w:spacing w:after="0"/>
            </w:pPr>
            <w:r>
              <w:rPr>
                <w:b w:val="0"/>
                <w:sz w:val="19"/>
              </w:rPr>
              <w:t>with activities in nature; environmental problems in the world and solutions” through skimming</w:t>
            </w:r>
          </w:p>
          <w:p>
            <w:pPr>
              <w:spacing w:after="0"/>
            </w:pPr>
            <w:r>
              <w:rPr>
                <w:b w:val="0"/>
                <w:sz w:val="19"/>
              </w:rPr>
              <w:t>(looking quickly at) the audio-visual elements and reading the content very quickly. ENG.6.7.R3. Students can make meaning of / derive meaning from the current content about “life in</w:t>
            </w:r>
          </w:p>
          <w:p>
            <w:pPr>
              <w:spacing w:after="0"/>
            </w:pPr>
            <w:r>
              <w:rPr>
                <w:b w:val="0"/>
                <w:sz w:val="19"/>
              </w:rPr>
              <w:t>nature and global problems with activities in nature; environmental problems in the world and</w:t>
            </w:r>
          </w:p>
          <w:p>
            <w:pPr>
              <w:spacing w:after="0"/>
            </w:pPr>
            <w:r>
              <w:rPr>
                <w:b w:val="0"/>
                <w:sz w:val="19"/>
              </w:rPr>
              <w:t>solutions” by reading it carefully. ENG.6.7.R4. Students can convey their knowledge, experiences, thoughts, and feelings related to the</w:t>
            </w:r>
          </w:p>
          <w:p>
            <w:pPr>
              <w:spacing w:after="0"/>
            </w:pPr>
            <w:r>
              <w:rPr>
                <w:b w:val="0"/>
                <w:sz w:val="19"/>
              </w:rPr>
              <w:t>reading-comprehension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ENG.6.7.V1. Students can select and use the target vocabulary of the current content about “life in nature</w:t>
            </w:r>
          </w:p>
          <w:p>
            <w:pPr>
              <w:spacing w:after="0"/>
            </w:pPr>
            <w:r>
              <w:rPr>
                <w:b w:val="0"/>
                <w:sz w:val="19"/>
              </w:rPr>
              <w:t>and global problems with activities in nature; environmental problems in the world and</w:t>
            </w:r>
          </w:p>
          <w:p>
            <w:pPr>
              <w:spacing w:after="0"/>
            </w:pPr>
            <w:r>
              <w:rPr>
                <w:b w:val="0"/>
                <w:sz w:val="19"/>
              </w:rPr>
              <w:t>solutions” accurately, authentically, spontaneously, and naturally and use it appropriately and</w:t>
            </w:r>
          </w:p>
          <w:p>
            <w:pPr>
              <w:spacing w:after="0"/>
            </w:pPr>
            <w:r>
              <w:rPr>
                <w:b w:val="0"/>
                <w:sz w:val="19"/>
              </w:rPr>
              <w:t>effectively when communicating with others. ENG.6.7.G1. Students can select and use the target grammatical elements of the current content about “life</w:t>
            </w:r>
          </w:p>
          <w:p>
            <w:pPr>
              <w:spacing w:after="0"/>
            </w:pPr>
            <w:r>
              <w:rPr>
                <w:b w:val="0"/>
                <w:sz w:val="19"/>
              </w:rPr>
              <w:t>in nature and global problems with activities in nature; environmental problems in the world</w:t>
            </w:r>
          </w:p>
          <w:p>
            <w:pPr>
              <w:spacing w:after="0"/>
            </w:pPr>
            <w:r>
              <w:rPr>
                <w:b w:val="0"/>
                <w:sz w:val="19"/>
              </w:rPr>
              <w:t>and solutions” accurately, authentically, spontaneously, and naturally and use it appropriately</w:t>
            </w:r>
          </w:p>
          <w:p>
            <w:pPr>
              <w:spacing w:after="0"/>
            </w:pPr>
            <w:r>
              <w:rPr>
                <w:b w:val="0"/>
                <w:sz w:val="19"/>
              </w:rPr>
              <w:t>and effectively when communicating with others. ENG.6.7.W1. Students can get ready for the writing-expression process about the current content on “life</w:t>
            </w:r>
          </w:p>
          <w:p>
            <w:pPr>
              <w:spacing w:after="0"/>
            </w:pPr>
            <w:r>
              <w:rPr>
                <w:b w:val="0"/>
                <w:sz w:val="19"/>
              </w:rPr>
              <w:t>in nature and global problems with activities in nature; environmental problems in the world</w:t>
            </w:r>
          </w:p>
          <w:p>
            <w:pPr>
              <w:spacing w:after="0"/>
            </w:pPr>
            <w:r>
              <w:rPr>
                <w:b w:val="0"/>
                <w:sz w:val="19"/>
              </w:rPr>
              <w:t>and solutions”. ENG.6.7.W2. Students can understand the model/example for the writing task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ENG.6.7.W3. Students can organise a content for the assigned writing task on the current content “life in</w:t>
            </w:r>
          </w:p>
          <w:p>
            <w:pPr>
              <w:spacing w:after="0"/>
            </w:pPr>
            <w:r>
              <w:rPr>
                <w:b w:val="0"/>
                <w:sz w:val="19"/>
              </w:rPr>
              <w:t>nature and global problems with activities in nature; environmental problems in the world and</w:t>
            </w:r>
          </w:p>
          <w:p>
            <w:pPr>
              <w:spacing w:after="0"/>
            </w:pPr>
            <w:r>
              <w:rPr>
                <w:b w:val="0"/>
                <w:sz w:val="19"/>
              </w:rPr>
              <w:t>solutions” based on the model/example provided. ENG.6.7.W4. Students can individually construct/form content for the assigned writing task on the current</w:t>
            </w:r>
          </w:p>
          <w:p>
            <w:pPr>
              <w:spacing w:after="0"/>
            </w:pPr>
            <w:r>
              <w:rPr>
                <w:b w:val="0"/>
                <w:sz w:val="19"/>
              </w:rPr>
              <w:t>content “life in nature and global problems with activities in nature; environmental problems</w:t>
            </w:r>
          </w:p>
          <w:p>
            <w:pPr>
              <w:spacing w:after="0"/>
            </w:pPr>
            <w:r>
              <w:rPr>
                <w:b w:val="0"/>
                <w:sz w:val="19"/>
              </w:rPr>
              <w:t>in the world and solutions”. ENG.6.7.W5. Students can reorganise (reconstruct) and use information in the new written tasks about</w:t>
            </w:r>
          </w:p>
          <w:p>
            <w:pPr>
              <w:spacing w:after="0"/>
            </w:pPr>
            <w:r>
              <w:rPr>
                <w:b w:val="0"/>
                <w:sz w:val="19"/>
              </w:rPr>
              <w:t>the “life in nature and global problems with activities in nature; environmental problems in the</w:t>
            </w:r>
          </w:p>
          <w:p>
            <w:pPr>
              <w:spacing w:after="0"/>
            </w:pPr>
            <w:r>
              <w:rPr>
                <w:b w:val="0"/>
                <w:sz w:val="19"/>
              </w:rPr>
              <w:t>world and solutions” to communicate with other people. ENG.6.7.W6. Students can reflect on their knowledge, experiences, thoughts, and feelings related to the</w:t>
            </w:r>
          </w:p>
          <w:p>
            <w:pPr>
              <w:spacing w:after="0"/>
            </w:pPr>
            <w:r>
              <w:rPr>
                <w:b w:val="0"/>
                <w:sz w:val="19"/>
              </w:rPr>
              <w:t>writing-expression process about the current content, “life in nature and global problems</w:t>
            </w:r>
          </w:p>
          <w:p>
            <w:pPr>
              <w:spacing w:after="0"/>
            </w:pPr>
            <w:r>
              <w:rPr>
                <w:b w:val="0"/>
                <w:sz w:val="19"/>
              </w:rPr>
              <w:t>with activities in nature; environmental problems in the world and solutions” in relation to</w:t>
            </w:r>
          </w:p>
          <w:p>
            <w:pPr>
              <w:spacing w:after="0"/>
            </w:pPr>
            <w:r>
              <w:rPr>
                <w:b w:val="0"/>
                <w:sz w:val="19"/>
              </w:rPr>
              <w:t>themselves or others, both individually and/or with others. ENG.6.7.S1. Students can get ready for speaking-expression process about the current content on “life in</w:t>
            </w:r>
          </w:p>
          <w:p>
            <w:pPr>
              <w:spacing w:after="0"/>
            </w:pPr>
            <w:r>
              <w:rPr>
                <w:b w:val="0"/>
                <w:sz w:val="19"/>
              </w:rPr>
              <w:t>nature and global problems with activities in nature; environmental problems in the world and</w:t>
            </w:r>
          </w:p>
          <w:p>
            <w:pPr>
              <w:spacing w:after="0"/>
            </w:pPr>
            <w:r>
              <w:rPr>
                <w:b w:val="0"/>
                <w:sz w:val="19"/>
              </w:rPr>
              <w:t>solutions”. ENG.6.7.S2. Students can use the model/example for producing verbal content about the current content</w:t>
            </w:r>
          </w:p>
          <w:p>
            <w:pPr>
              <w:spacing w:after="0"/>
            </w:pPr>
            <w:r>
              <w:rPr>
                <w:b w:val="0"/>
                <w:sz w:val="19"/>
              </w:rPr>
              <w:t>on “life in nature and global problems with activities in nature; environmental problems in the</w:t>
            </w:r>
          </w:p>
          <w:p>
            <w:pPr>
              <w:spacing w:after="0"/>
            </w:pPr>
            <w:r>
              <w:rPr>
                <w:b w:val="0"/>
                <w:sz w:val="19"/>
              </w:rPr>
              <w:t>world and solutions”. ENG.6.7.S3. Students can organise a new verbal content on “life in nature and global problems with</w:t>
            </w:r>
          </w:p>
          <w:p>
            <w:pPr>
              <w:spacing w:after="0"/>
            </w:pPr>
            <w:r>
              <w:rPr>
                <w:b w:val="0"/>
                <w:sz w:val="19"/>
              </w:rPr>
              <w:t>activities in nature; environmental problems in the world and solutions” by speaking accurately, efficiently, and authentically. ENG.6.7.S4. Students can construct a new verbal content on “life in nature and global problems with</w:t>
            </w:r>
          </w:p>
          <w:p>
            <w:pPr>
              <w:spacing w:after="0"/>
            </w:pPr>
            <w:r>
              <w:rPr>
                <w:b w:val="0"/>
                <w:sz w:val="19"/>
              </w:rPr>
              <w:t>activities in nature; environmental problems in the world and solutions” by speaking accurately, efficiently, and authentically. ENG.6.7.S5. Students can reorganise (reconstruct) and use information about the “life in nature and global</w:t>
            </w:r>
          </w:p>
          <w:p>
            <w:pPr>
              <w:spacing w:after="0"/>
            </w:pPr>
            <w:r>
              <w:rPr>
                <w:b w:val="0"/>
                <w:sz w:val="19"/>
              </w:rPr>
              <w:t>problems with activities in nature; environmental problems in the world and solutions” to</w:t>
            </w:r>
          </w:p>
          <w:p>
            <w:pPr>
              <w:spacing w:after="0"/>
            </w:pPr>
            <w:r>
              <w:rPr>
                <w:b w:val="0"/>
                <w:sz w:val="19"/>
              </w:rPr>
              <w:t>communicate with other people. ENG.6.7.S6. Students can convey their knowledge, experiences, thoughts, and feelings related to the</w:t>
            </w:r>
          </w:p>
          <w:p>
            <w:pPr>
              <w:spacing w:after="0"/>
            </w:pPr>
            <w:r>
              <w:rPr>
                <w:b w:val="0"/>
                <w:sz w:val="19"/>
              </w:rPr>
              <w:t>speaking-expression process about the current content, “life in nature and global problems</w:t>
            </w:r>
          </w:p>
          <w:p>
            <w:pPr>
              <w:spacing w:after="0"/>
            </w:pPr>
            <w:r>
              <w:rPr>
                <w:b w:val="0"/>
                <w:sz w:val="19"/>
              </w:rPr>
              <w:t>with activities in nature; environmental problems in the world and solutions” to communicate</w:t>
            </w:r>
          </w:p>
          <w:p>
            <w:pPr>
              <w:spacing w:after="0"/>
            </w:pPr>
            <w:r>
              <w:rPr>
                <w:b w:val="0"/>
                <w:sz w:val="19"/>
              </w:rPr>
              <w:t>with other people 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V18. Cleanliness, V19.</w:t>
            </w:r>
          </w:p>
          <w:p>
            <w:pPr>
              <w:spacing w:after="0"/>
            </w:pPr>
            <w:r>
              <w:rPr>
                <w:b w:val="0"/>
                <w:sz w:val="19"/>
              </w:rPr>
              <w:t>Patriotism, V20. 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(ENG.6.7.L1.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w:t>
            </w:r>
          </w:p>
          <w:p>
            <w:pPr>
              <w:spacing w:after="0"/>
            </w:pPr>
            <w:r>
              <w:rPr>
                <w:b w:val="0"/>
                <w:sz w:val="19"/>
              </w:rPr>
              <w:t>What must the fire fighters do?; Scenario 2: A group of students is lost in the mountains. What must they</w:t>
            </w:r>
          </w:p>
          <w:p>
            <w:pPr>
              <w:spacing w:after="0"/>
            </w:pPr>
            <w:r>
              <w:rPr>
                <w:b w:val="0"/>
                <w:sz w:val="19"/>
              </w:rPr>
              <w:t>do to survive? What must the rescue team do to find them?; Scenario 3: A school bus has broken down on</w:t>
            </w:r>
          </w:p>
          <w:p>
            <w:pPr>
              <w:spacing w:after="0"/>
            </w:pPr>
            <w:r>
              <w:rPr>
                <w:b w:val="0"/>
                <w:sz w:val="19"/>
              </w:rPr>
              <w:t>a busy road. What must the driver do? What do the students need to do for safety?; Scenario 4: There is a</w:t>
            </w:r>
          </w:p>
          <w:p>
            <w:pPr>
              <w:spacing w:after="0"/>
            </w:pPr>
            <w:r>
              <w:rPr>
                <w:b w:val="0"/>
                <w:sz w:val="19"/>
              </w:rPr>
              <w:t>leak in a chemical plant. What must the workers do? What must be done immediately to avoid a disaster? 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encourages the rest of the class to ask questions and to give feedback. For example, “What must the</w:t>
            </w:r>
          </w:p>
          <w:p>
            <w:pPr>
              <w:spacing w:after="0"/>
            </w:pPr>
            <w:r>
              <w:rPr>
                <w:b w:val="0"/>
                <w:sz w:val="19"/>
              </w:rPr>
              <w:t>rescue team do first?”, “Why must you wear protective gear?” or “What else do you have to prepare?”. She/</w:t>
            </w:r>
          </w:p>
          <w:p>
            <w:pPr>
              <w:spacing w:after="0"/>
            </w:pPr>
            <w:r>
              <w:rPr>
                <w:b w:val="0"/>
                <w:sz w:val="19"/>
              </w:rPr>
              <w:t>He encourages students to reflect on the use of target grammar. Students reflect on their thoughts and</w:t>
            </w:r>
          </w:p>
          <w:p>
            <w:pPr>
              <w:spacing w:after="0"/>
            </w:pPr>
            <w:r>
              <w:rPr>
                <w:b w:val="0"/>
                <w:sz w:val="19"/>
              </w:rPr>
              <w:t>feelings about the activity.</w:t>
            </w:r>
          </w:p>
          <w:p>
            <w:pPr>
              <w:spacing w:after="0"/>
            </w:pPr>
            <w:r>
              <w:rPr>
                <w:b w:val="0"/>
                <w:sz w:val="19"/>
              </w:rPr>
              <w:t>Supporting</w:t>
            </w:r>
          </w:p>
          <w:p>
            <w:pPr>
              <w:spacing w:after="0"/>
            </w:pPr>
            <w:r>
              <w:rPr>
                <w:b w:val="0"/>
                <w:sz w:val="19"/>
              </w:rPr>
              <w:t>Objective: To practise strong obligations in real-life urgent situations in English by encouraging teamwork, problem-solving and critical thinking.</w:t>
            </w:r>
          </w:p>
          <w:p>
            <w:pPr>
              <w:spacing w:after="0"/>
            </w:pPr>
            <w:r>
              <w:rPr>
                <w:b w:val="0"/>
                <w:sz w:val="19"/>
              </w:rPr>
              <w:t>Activity 1: Mission: Rescue Operations</w:t>
            </w:r>
          </w:p>
          <w:p>
            <w:pPr>
              <w:spacing w:after="0"/>
            </w:pPr>
            <w:r>
              <w:rPr>
                <w:b w:val="0"/>
                <w:sz w:val="19"/>
              </w:rPr>
              <w:t>The teacher divides students into small teams or pairs, depending on the number of students in class and</w:t>
            </w:r>
          </w:p>
          <w:p>
            <w:pPr>
              <w:spacing w:after="0"/>
            </w:pPr>
            <w:r>
              <w:rPr>
                <w:b w:val="0"/>
                <w:sz w:val="19"/>
              </w:rPr>
              <w:t>tells them that they are members of an emergency response team, and their job is to manage various urgent</w:t>
            </w:r>
          </w:p>
          <w:p>
            <w:pPr>
              <w:spacing w:after="0"/>
            </w:pPr>
            <w:r>
              <w:rPr>
                <w:b w:val="0"/>
                <w:sz w:val="19"/>
              </w:rPr>
              <w:t>situations that require quick thinking and strict rules. Their task is to come up with the actions they must</w:t>
            </w:r>
          </w:p>
          <w:p>
            <w:pPr>
              <w:spacing w:after="0"/>
            </w:pPr>
            <w:r>
              <w:rPr>
                <w:b w:val="0"/>
                <w:sz w:val="19"/>
              </w:rPr>
              <w:t>take to handle the situations. She/He assigns each group different mission scenarios that are urgent and</w:t>
            </w:r>
          </w:p>
          <w:p>
            <w:pPr>
              <w:spacing w:after="0"/>
            </w:pPr>
            <w:r>
              <w:rPr>
                <w:b w:val="0"/>
                <w:sz w:val="19"/>
              </w:rPr>
              <w:t>require critical thinking. She/He provides them with scenario cards or describes a situation for them to react</w:t>
            </w:r>
          </w:p>
          <w:p>
            <w:pPr>
              <w:spacing w:after="0"/>
            </w:pPr>
            <w:r>
              <w:rPr>
                <w:b w:val="0"/>
                <w:sz w:val="19"/>
              </w:rPr>
              <w:t>to. Scenario Examples: Scenario 1: A fire has broken out in a building. What must the people inside do? What</w:t>
            </w:r>
          </w:p>
          <w:p>
            <w:pPr>
              <w:spacing w:after="0"/>
            </w:pPr>
            <w:r>
              <w:rPr>
                <w:b w:val="0"/>
                <w:sz w:val="19"/>
              </w:rPr>
              <w:t>must the firefighters do?; Scenario 2: A group of students is lost in the mountains. What must they do to</w:t>
            </w:r>
          </w:p>
          <w:p>
            <w:pPr>
              <w:spacing w:after="0"/>
            </w:pPr>
            <w:r>
              <w:rPr>
                <w:b w:val="0"/>
                <w:sz w:val="19"/>
              </w:rPr>
              <w:t>survive? What must the rescue team do to find them?; Scenario 3: A school bus has broken down on a busy</w:t>
            </w:r>
          </w:p>
          <w:p>
            <w:pPr>
              <w:spacing w:after="0"/>
            </w:pPr>
            <w:r>
              <w:rPr>
                <w:b w:val="0"/>
                <w:sz w:val="19"/>
              </w:rPr>
              <w:t>road. What must the driver do? What do the students need to do for safety?; Scenario 4: There is a leak in</w:t>
            </w:r>
          </w:p>
          <w:p>
            <w:pPr>
              <w:spacing w:after="0"/>
            </w:pPr>
            <w:r>
              <w:rPr>
                <w:b w:val="0"/>
                <w:sz w:val="19"/>
              </w:rPr>
              <w:t>a chemical plant. What must the workers do? What must be done immediately to avoid a disaster? In their</w:t>
            </w:r>
          </w:p>
          <w:p>
            <w:pPr>
              <w:spacing w:after="0"/>
            </w:pPr>
            <w:r>
              <w:rPr>
                <w:b w:val="0"/>
                <w:sz w:val="19"/>
              </w:rPr>
              <w:t>groups, students discuss the steps they must take in their situation. The teacher provides a list of key verbs</w:t>
            </w:r>
          </w:p>
          <w:p>
            <w:pPr>
              <w:spacing w:after="0"/>
            </w:pPr>
            <w:r>
              <w:rPr>
                <w:b w:val="0"/>
                <w:sz w:val="19"/>
              </w:rPr>
              <w:t>and phrases (e.g., “call, stay calm, evacuate, contact, protect, warn, help”). She also offers sentence starters</w:t>
            </w:r>
          </w:p>
          <w:p>
            <w:pPr>
              <w:spacing w:after="0"/>
            </w:pPr>
            <w:r>
              <w:rPr>
                <w:b w:val="0"/>
                <w:sz w:val="19"/>
              </w:rPr>
              <w:t>to help them form responses like, “We must __________”, “They need to __________”, “You have to __________”.</w:t>
            </w:r>
          </w:p>
          <w:p>
            <w:pPr>
              <w:spacing w:after="0"/>
            </w:pPr>
            <w:r>
              <w:rPr>
                <w:b w:val="0"/>
                <w:sz w:val="19"/>
              </w:rPr>
              <w:t>In their groups, students discuss the steps they must take in their situation. After the discussion, each group</w:t>
            </w:r>
          </w:p>
          <w:p>
            <w:pPr>
              <w:spacing w:after="0"/>
            </w:pPr>
            <w:r>
              <w:rPr>
                <w:b w:val="0"/>
                <w:sz w:val="19"/>
              </w:rPr>
              <w:t>presents their scenario and explains what must be done to resolve the situation. After each presentation, she/he asks students to create a “responsibility ladder” where they list the actions or tasks in their scenario</w:t>
            </w:r>
          </w:p>
          <w:p>
            <w:pPr>
              <w:spacing w:after="0"/>
            </w:pPr>
            <w:r>
              <w:rPr>
                <w:b w:val="0"/>
                <w:sz w:val="19"/>
              </w:rPr>
              <w:t>from most urgent (what must be done immediately) to least urgent (what must be done next). Each group</w:t>
            </w:r>
          </w:p>
          <w:p>
            <w:pPr>
              <w:spacing w:after="0"/>
            </w:pPr>
            <w:r>
              <w:rPr>
                <w:b w:val="0"/>
                <w:sz w:val="19"/>
              </w:rPr>
              <w:t>discusses their list and she/he encourages students to reflect on the use of target grammar. Students</w:t>
            </w:r>
          </w:p>
          <w:p>
            <w:pPr>
              <w:spacing w:after="0"/>
            </w:pPr>
            <w:r>
              <w:rPr>
                <w:b w:val="0"/>
                <w:sz w:val="19"/>
              </w:rPr>
              <w:t>reflect on their 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write a short report about an environmental problem in the</w:t>
            </w:r>
          </w:p>
          <w:p>
            <w:pPr>
              <w:spacing w:after="0"/>
            </w:pPr>
            <w:r>
              <w:rPr>
                <w:b w:val="0"/>
                <w:sz w:val="19"/>
              </w:rPr>
              <w:t>world or in their neighbourhood. First, they will search for environmental problems and choose one of them.</w:t>
            </w:r>
          </w:p>
          <w:p>
            <w:pPr>
              <w:spacing w:after="0"/>
            </w:pPr>
            <w:r>
              <w:rPr>
                <w:b w:val="0"/>
                <w:sz w:val="19"/>
              </w:rPr>
              <w:t>Then, they will write sentences suggesting possible solutions to this problem. The paragraphs may include</w:t>
            </w:r>
          </w:p>
          <w:p>
            <w:pPr>
              <w:spacing w:after="0"/>
            </w:pPr>
            <w:r>
              <w:rPr>
                <w:b w:val="0"/>
                <w:sz w:val="19"/>
              </w:rPr>
              <w:t>quotes. Finally, they will read the reports in the classroom loudly. They should focus on the pronunciation and</w:t>
            </w:r>
          </w:p>
          <w:p>
            <w:pPr>
              <w:spacing w:after="0"/>
            </w:pPr>
            <w:r>
              <w:rPr>
                <w:b w:val="0"/>
                <w:sz w:val="19"/>
              </w:rPr>
              <w:t>intonation, too. The paragraphs may be displayed on an online noticeboard. The assignment will be evaluated</w:t>
            </w:r>
          </w:p>
          <w:p>
            <w:pPr>
              <w:spacing w:after="0"/>
            </w:pPr>
            <w:r>
              <w:rPr>
                <w:b w:val="0"/>
                <w:sz w:val="19"/>
              </w:rPr>
              <w:t>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 The Commemoration of Atatürk, Youth and Sports Day</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33: 24-28 May</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 · Week 33: 24-28 May</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LIFE IN THE UNIVERSE &amp; FUTURE</w:t>
            </w:r>
          </w:p>
          <w:p>
            <w:pPr>
              <w:spacing w:after="0"/>
            </w:pPr>
            <w:r>
              <w:rPr>
                <w:b w:val="0"/>
                <w:sz w:val="19"/>
              </w:rPr>
              <w:t>Sub-themes: planets and the Earth as a planet; life on Earth in the future</w:t>
            </w:r>
          </w:p>
          <w:p>
            <w:pPr>
              <w:spacing w:after="0"/>
            </w:pPr>
            <w:r>
              <w:rPr>
                <w:b w:val="0"/>
                <w:sz w:val="19"/>
              </w:rPr>
              <w:t>Target Vocabulary in Use (with revisional vocabulary):</w:t>
            </w:r>
          </w:p>
          <w:p>
            <w:pPr>
              <w:spacing w:after="0"/>
            </w:pPr>
            <w:r>
              <w:rPr>
                <w:b w:val="0"/>
                <w:sz w:val="19"/>
              </w:rPr>
              <w:t>Vocabulary for planets and the Earth as a planet:</w:t>
            </w:r>
          </w:p>
          <w:p>
            <w:pPr>
              <w:spacing w:after="0"/>
            </w:pPr>
            <w:r>
              <w:rPr>
                <w:b w:val="0"/>
                <w:sz w:val="19"/>
              </w:rPr>
              <w:t>Nouns: Moon, Sun, Mercury, Venus, Mars, Jupiter, Saturn, Uranus, Neptune, atmosphere, nature, light, land, orbit.</w:t>
            </w:r>
          </w:p>
          <w:p>
            <w:pPr>
              <w:spacing w:after="0"/>
            </w:pPr>
            <w:r>
              <w:rPr>
                <w:b w:val="0"/>
                <w:sz w:val="19"/>
              </w:rPr>
              <w:t>Vocabulary for extreme weather conditions:</w:t>
            </w:r>
          </w:p>
          <w:p>
            <w:pPr>
              <w:spacing w:after="0"/>
            </w:pPr>
            <w:r>
              <w:rPr>
                <w:b w:val="0"/>
                <w:sz w:val="19"/>
              </w:rPr>
              <w:t>Nouns: A storm, a thunder, a lightning, a flood, a draught, a storm, a tornado, a thunderstorm, a blizzard, a</w:t>
            </w:r>
          </w:p>
          <w:p>
            <w:pPr>
              <w:spacing w:after="0"/>
            </w:pPr>
            <w:r>
              <w:rPr>
                <w:b w:val="0"/>
                <w:sz w:val="19"/>
              </w:rPr>
              <w:t>hurricane.</w:t>
            </w:r>
          </w:p>
          <w:p>
            <w:pPr>
              <w:spacing w:after="0"/>
            </w:pPr>
            <w:r>
              <w:rPr>
                <w:b w:val="0"/>
                <w:sz w:val="19"/>
              </w:rPr>
              <w:t>Adjectives: Close, bright, far, large, freezing, stormy.</w:t>
            </w:r>
          </w:p>
          <w:p>
            <w:pPr>
              <w:spacing w:after="0"/>
            </w:pPr>
            <w:r>
              <w:rPr>
                <w:b w:val="0"/>
                <w:sz w:val="19"/>
              </w:rPr>
              <w:t>Phrases: Extreme weather conditions.</w:t>
            </w:r>
          </w:p>
          <w:p>
            <w:pPr>
              <w:spacing w:after="0"/>
            </w:pPr>
            <w:r>
              <w:rPr>
                <w:b w:val="0"/>
                <w:sz w:val="19"/>
              </w:rPr>
              <w:t>Adverbs: Extremely.</w:t>
            </w:r>
          </w:p>
          <w:p>
            <w:pPr>
              <w:spacing w:after="0"/>
            </w:pPr>
            <w:r>
              <w:rPr>
                <w:b w:val="0"/>
                <w:sz w:val="19"/>
              </w:rPr>
              <w:t>Vocabulary for life on Earth in the future:</w:t>
            </w:r>
          </w:p>
          <w:p>
            <w:pPr>
              <w:spacing w:after="0"/>
            </w:pPr>
            <w:r>
              <w:rPr>
                <w:b w:val="0"/>
                <w:sz w:val="19"/>
              </w:rPr>
              <w:t>Nouns: An experience, an expert, a factory, a goal, knowledge, peace, population, a possibility, a purpose, a</w:t>
            </w:r>
          </w:p>
          <w:p>
            <w:pPr>
              <w:spacing w:after="0"/>
            </w:pPr>
            <w:r>
              <w:rPr>
                <w:b w:val="0"/>
                <w:sz w:val="19"/>
              </w:rPr>
              <w:t>source, technology, development, distance.</w:t>
            </w:r>
          </w:p>
          <w:p>
            <w:pPr>
              <w:spacing w:after="0"/>
            </w:pPr>
            <w:r>
              <w:rPr>
                <w:b w:val="0"/>
                <w:sz w:val="19"/>
              </w:rPr>
              <w:t>Verb: To exist, to expect, to hope, to invent, to predict, to suppose, to run out, to compose of.</w:t>
            </w:r>
          </w:p>
          <w:p>
            <w:pPr>
              <w:spacing w:after="0"/>
            </w:pPr>
            <w:r>
              <w:rPr>
                <w:b w:val="0"/>
                <w:sz w:val="19"/>
              </w:rPr>
              <w:t>Adjective: Alive, flying, following, visible.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-Be going to Future Tense: (Scientists are going to build new space stations to study planets outside our</w:t>
            </w:r>
          </w:p>
          <w:p>
            <w:pPr>
              <w:spacing w:after="0"/>
            </w:pPr>
            <w:r>
              <w:rPr>
                <w:b w:val="0"/>
                <w:sz w:val="19"/>
              </w:rPr>
              <w:t>solar system).</w:t>
            </w:r>
          </w:p>
          <w:p>
            <w:pPr>
              <w:spacing w:after="0"/>
            </w:pPr>
            <w:r>
              <w:rPr>
                <w:b w:val="0"/>
                <w:sz w:val="19"/>
              </w:rPr>
              <w:t>-The Simple Future Tense (prediction): (I think new planets will have conditions suitable for life).</w:t>
            </w:r>
          </w:p>
          <w:p>
            <w:pPr>
              <w:spacing w:after="0"/>
            </w:pPr>
            <w:r>
              <w:rPr>
                <w:b w:val="0"/>
                <w:sz w:val="19"/>
              </w:rPr>
              <w:t>-Question tags for future tenses: (The Earth will become warmer if we don’t act quickly, won’t it?)</w:t>
            </w:r>
          </w:p>
          <w:p>
            <w:pPr>
              <w:spacing w:after="0"/>
            </w:pPr>
            <w:r>
              <w:rPr>
                <w:b w:val="0"/>
                <w:sz w:val="19"/>
              </w:rPr>
              <w:t>Functions of the Grammatical Structures in Use:</w:t>
            </w:r>
          </w:p>
          <w:p>
            <w:pPr>
              <w:spacing w:after="0"/>
            </w:pPr>
            <w:r>
              <w:rPr>
                <w:b w:val="0"/>
                <w:sz w:val="19"/>
              </w:rPr>
              <w:t>-Use of “Be Going to Future” Tense: Expressing future plans, intentions, or something that is likely to happen</w:t>
            </w:r>
          </w:p>
          <w:p>
            <w:pPr>
              <w:spacing w:after="0"/>
            </w:pPr>
            <w:r>
              <w:rPr>
                <w:b w:val="0"/>
                <w:sz w:val="19"/>
              </w:rPr>
              <w:t>based on present evidence.</w:t>
            </w:r>
          </w:p>
          <w:p>
            <w:pPr>
              <w:spacing w:after="0"/>
            </w:pPr>
            <w:r>
              <w:rPr>
                <w:b w:val="0"/>
                <w:sz w:val="19"/>
              </w:rPr>
              <w:t>-Use of the Simple Future Tense (prediction): Expressing predictions about what might happen in the future.</w:t>
            </w:r>
          </w:p>
          <w:p>
            <w:pPr>
              <w:spacing w:after="0"/>
            </w:pPr>
            <w:r>
              <w:rPr>
                <w:b w:val="0"/>
                <w:sz w:val="19"/>
              </w:rPr>
              <w:t>-Question tags for future tenses: Confirming information or asking for agreement in a sentence about the</w:t>
            </w:r>
          </w:p>
          <w:p>
            <w:pPr>
              <w:spacing w:after="0"/>
            </w:pPr>
            <w:r>
              <w:rPr>
                <w:b w:val="0"/>
                <w:sz w:val="19"/>
              </w:rPr>
              <w:t>future.</w:t>
            </w:r>
          </w:p>
          <w:p>
            <w:pPr>
              <w:spacing w:after="0"/>
            </w:pPr>
            <w:r>
              <w:rPr>
                <w:b w:val="0"/>
                <w:sz w:val="19"/>
              </w:rPr>
              <w:t>Target Social Language in Use:</w:t>
            </w:r>
          </w:p>
          <w:p>
            <w:pPr>
              <w:spacing w:after="0"/>
            </w:pPr>
            <w:r>
              <w:rPr>
                <w:b w:val="0"/>
                <w:sz w:val="19"/>
              </w:rPr>
              <w:t>Is there a bright future ahead with new technologies?</w:t>
            </w:r>
          </w:p>
          <w:p>
            <w:pPr>
              <w:spacing w:after="0"/>
            </w:pPr>
            <w:r>
              <w:rPr>
                <w:b w:val="0"/>
                <w:sz w:val="19"/>
              </w:rPr>
              <w:t>We need to take care of our green planet! The new eco-cities give us a glimpse of future living!</w:t>
            </w:r>
          </w:p>
          <w:p>
            <w:pPr>
              <w:spacing w:after="0"/>
            </w:pPr>
            <w:r>
              <w:rPr>
                <w:b w:val="0"/>
                <w:sz w:val="19"/>
              </w:rPr>
              <w:t>Tomorrow’s world will be different with new technologies! Target Phonological Sounds in Use:</w:t>
            </w:r>
          </w:p>
          <w:p>
            <w:pPr>
              <w:spacing w:after="0"/>
            </w:pPr>
            <w:r>
              <w:rPr>
                <w:b w:val="0"/>
                <w:sz w:val="19"/>
              </w:rPr>
              <w:t>v, w, x, y, z</w:t>
            </w:r>
          </w:p>
          <w:p>
            <w:pPr>
              <w:spacing w:after="0"/>
            </w:pPr>
            <w:r>
              <w:rPr>
                <w:b w:val="0"/>
                <w:sz w:val="19"/>
              </w:rPr>
              <w:t>Consonants: v: (/viː/, /v/); w: (/w/); x: (/ɛks/, /ks/, /gz/); y: (/waɪ//waɪ//waɪ/, /j/, /ɪ/, /iː/); z: /zed/ (BrE.), /ziː/</w:t>
            </w:r>
          </w:p>
          <w:p>
            <w:pPr>
              <w:spacing w:after="0"/>
            </w:pPr>
            <w:r>
              <w:rPr>
                <w:b w:val="0"/>
                <w:sz w:val="19"/>
              </w:rPr>
              <w:t>(AmE.),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ENG.6.8.L1. Students can get ready for the listening/watching-comprehension process for the current</w:t>
            </w:r>
          </w:p>
          <w:p>
            <w:pPr>
              <w:spacing w:after="0"/>
            </w:pPr>
            <w:r>
              <w:rPr>
                <w:b w:val="0"/>
                <w:sz w:val="19"/>
              </w:rPr>
              <w:t>content on “life in the universe and future with planets and the Earth as a planet; life on Earth</w:t>
            </w:r>
          </w:p>
          <w:p>
            <w:pPr>
              <w:spacing w:after="0"/>
            </w:pPr>
            <w:r>
              <w:rPr>
                <w:b w:val="0"/>
                <w:sz w:val="19"/>
              </w:rPr>
              <w:t>in the future” carefully. ENG.6.8.L2. Students can bring information about the current content on “life in the universe and future</w:t>
            </w:r>
          </w:p>
          <w:p>
            <w:pPr>
              <w:spacing w:after="0"/>
            </w:pPr>
            <w:r>
              <w:rPr>
                <w:b w:val="0"/>
                <w:sz w:val="19"/>
              </w:rPr>
              <w:t>with planets and the Earth as a planet; life on Earth in the future” together through significant</w:t>
            </w:r>
          </w:p>
          <w:p>
            <w:pPr>
              <w:spacing w:after="0"/>
            </w:pPr>
            <w:r>
              <w:rPr>
                <w:b w:val="0"/>
                <w:sz w:val="19"/>
              </w:rPr>
              <w:t>details and main components while listening/watching it. ENG.6.8.L3. Students can make meaning of/derive meaning from the current content on “life in the</w:t>
            </w:r>
          </w:p>
          <w:p>
            <w:pPr>
              <w:spacing w:after="0"/>
            </w:pPr>
            <w:r>
              <w:rPr>
                <w:b w:val="0"/>
                <w:sz w:val="19"/>
              </w:rPr>
              <w:t>universe and future with planets and the Earth as a planet; life on Earth in the future” through</w:t>
            </w:r>
          </w:p>
          <w:p>
            <w:pPr>
              <w:spacing w:after="0"/>
            </w:pPr>
            <w:r>
              <w:rPr>
                <w:b w:val="0"/>
                <w:sz w:val="19"/>
              </w:rPr>
              <w:t>significant details by listening/watching it carefully. ENG.6.8.L4.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universe and future with planets and the Earth as a planet; life on Earth in the</w:t>
            </w:r>
          </w:p>
          <w:p>
            <w:pPr>
              <w:spacing w:after="0"/>
            </w:pPr>
            <w:r>
              <w:rPr>
                <w:b w:val="0"/>
                <w:sz w:val="19"/>
              </w:rPr>
              <w:t>future”. ENG.6.8.P1. Students can select and use the target phonological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ENG.6.8.R1. Students can get ready for the reading-comprehension process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ENG.6.8.R2. Students can bring information about the current content on “life in the universe and future</w:t>
            </w:r>
          </w:p>
          <w:p>
            <w:pPr>
              <w:spacing w:after="0"/>
            </w:pPr>
            <w:r>
              <w:rPr>
                <w:b w:val="0"/>
                <w:sz w:val="19"/>
              </w:rPr>
              <w:t>with planets and the Earth as a planet; life on Earth in the future” through skimming (looking</w:t>
            </w:r>
          </w:p>
          <w:p>
            <w:pPr>
              <w:spacing w:after="0"/>
            </w:pPr>
            <w:r>
              <w:rPr>
                <w:b w:val="0"/>
                <w:sz w:val="19"/>
              </w:rPr>
              <w:t>quickly at) the audio-visual elements and reading the content very quickly. ENG.6.8.R3. Students can make meaning of / derive meaning from the current content about “life in the</w:t>
            </w:r>
          </w:p>
          <w:p>
            <w:pPr>
              <w:spacing w:after="0"/>
            </w:pPr>
            <w:r>
              <w:rPr>
                <w:b w:val="0"/>
                <w:sz w:val="19"/>
              </w:rPr>
              <w:t>universe and future with planets and the Earth as a planet; life on Earth in the future” by</w:t>
            </w:r>
          </w:p>
          <w:p>
            <w:pPr>
              <w:spacing w:after="0"/>
            </w:pPr>
            <w:r>
              <w:rPr>
                <w:b w:val="0"/>
                <w:sz w:val="19"/>
              </w:rPr>
              <w:t>reading it carefully. ENG.6.8.R4.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planets and the Earth as a planet; life on Earth in the future” in relation to themselves or</w:t>
            </w:r>
          </w:p>
          <w:p>
            <w:pPr>
              <w:spacing w:after="0"/>
            </w:pPr>
            <w:r>
              <w:rPr>
                <w:b w:val="0"/>
                <w:sz w:val="19"/>
              </w:rPr>
              <w:t>others, both individually and/or with others. ENG.6.8.V1. Students can select and use the target vocabulary of the current content about “life in</w:t>
            </w:r>
          </w:p>
          <w:p>
            <w:pPr>
              <w:spacing w:after="0"/>
            </w:pPr>
            <w:r>
              <w:rPr>
                <w:b w:val="0"/>
                <w:sz w:val="19"/>
              </w:rPr>
              <w:t>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ENG.6.8.G1. Students can select and use the target grammatical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ENG.6.8.W1. Students can get ready for the writing-expression process about the current content on “life</w:t>
            </w:r>
          </w:p>
          <w:p>
            <w:pPr>
              <w:spacing w:after="0"/>
            </w:pPr>
            <w:r>
              <w:rPr>
                <w:b w:val="0"/>
                <w:sz w:val="19"/>
              </w:rPr>
              <w:t>in the universe and future with planets and the Earth as a planet; life on Earth in the future”. ENG.6.8.W2. Students can understand the model/example for the writing task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ENG.6.8.W3. Students can organise a content for the assigned writing task on the current content “life</w:t>
            </w:r>
          </w:p>
          <w:p>
            <w:pPr>
              <w:spacing w:after="0"/>
            </w:pPr>
            <w:r>
              <w:rPr>
                <w:b w:val="0"/>
                <w:sz w:val="19"/>
              </w:rPr>
              <w:t>in the universe and future with planets and the Earth as a planet; life on Earth in the future”</w:t>
            </w:r>
          </w:p>
          <w:p>
            <w:pPr>
              <w:spacing w:after="0"/>
            </w:pPr>
            <w:r>
              <w:rPr>
                <w:b w:val="0"/>
                <w:sz w:val="19"/>
              </w:rPr>
              <w:t>based on the model/example provided. ENG.6.8.W4. Students can individually construct/form content for the assigned writing task on the current</w:t>
            </w:r>
          </w:p>
          <w:p>
            <w:pPr>
              <w:spacing w:after="0"/>
            </w:pPr>
            <w:r>
              <w:rPr>
                <w:b w:val="0"/>
                <w:sz w:val="19"/>
              </w:rPr>
              <w:t>content “life in the universe and future with planets and the Earth as a planet; life on Earth in</w:t>
            </w:r>
          </w:p>
          <w:p>
            <w:pPr>
              <w:spacing w:after="0"/>
            </w:pPr>
            <w:r>
              <w:rPr>
                <w:b w:val="0"/>
                <w:sz w:val="19"/>
              </w:rPr>
              <w:t>the future”. ENG.6.8.W5. Students can reorganise (reconstruct) and use information in the new written tasks about</w:t>
            </w:r>
          </w:p>
          <w:p>
            <w:pPr>
              <w:spacing w:after="0"/>
            </w:pPr>
            <w:r>
              <w:rPr>
                <w:b w:val="0"/>
                <w:sz w:val="19"/>
              </w:rPr>
              <w:t>the “life in the universe and future with planets and the Earth as a planet; life on Earth in the</w:t>
            </w:r>
          </w:p>
          <w:p>
            <w:pPr>
              <w:spacing w:after="0"/>
            </w:pPr>
            <w:r>
              <w:rPr>
                <w:b w:val="0"/>
                <w:sz w:val="19"/>
              </w:rPr>
              <w:t>future” to communicate with other people. ENG.6.8.W6.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planets and the Earth as a planet; life on Earth in the future” in relation to themselves or</w:t>
            </w:r>
          </w:p>
          <w:p>
            <w:pPr>
              <w:spacing w:after="0"/>
            </w:pPr>
            <w:r>
              <w:rPr>
                <w:b w:val="0"/>
                <w:sz w:val="19"/>
              </w:rPr>
              <w:t>others, both individually and/or with others. ENG.6.8.S1. Students can get ready for speaking-expression process about the current content on “life in</w:t>
            </w:r>
          </w:p>
          <w:p>
            <w:pPr>
              <w:spacing w:after="0"/>
            </w:pPr>
            <w:r>
              <w:rPr>
                <w:b w:val="0"/>
                <w:sz w:val="19"/>
              </w:rPr>
              <w:t>the universe and future with planets and the Earth as a planet; life on Earth in the future”. ENG.6.8.S2. Students can use the model/example for producing verbal content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ENG.6.8.S3. Students can organise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ENG.6.8.S4. Students can construct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ENG.6.8.S5. Students can reorganise (reconstruct) and use information about the “life in the universe and</w:t>
            </w:r>
          </w:p>
          <w:p>
            <w:pPr>
              <w:spacing w:after="0"/>
            </w:pPr>
            <w:r>
              <w:rPr>
                <w:b w:val="0"/>
                <w:sz w:val="19"/>
              </w:rPr>
              <w:t>future with planets and the Earth as a planet; life on Earth in the future” to communicate with</w:t>
            </w:r>
          </w:p>
          <w:p>
            <w:pPr>
              <w:spacing w:after="0"/>
            </w:pPr>
            <w:r>
              <w:rPr>
                <w:b w:val="0"/>
                <w:sz w:val="19"/>
              </w:rPr>
              <w:t>other people. ENG.6.8.S6. Students can convey their knowledge, experiences, thoughts, and feelings related to the</w:t>
            </w:r>
          </w:p>
          <w:p>
            <w:pPr>
              <w:spacing w:after="0"/>
            </w:pPr>
            <w:r>
              <w:rPr>
                <w:b w:val="0"/>
                <w:sz w:val="19"/>
              </w:rPr>
              <w:t>speaking-expression process about the current content, “life in the universe and future with</w:t>
            </w:r>
          </w:p>
          <w:p>
            <w:pPr>
              <w:spacing w:after="0"/>
            </w:pPr>
            <w:r>
              <w:rPr>
                <w:b w:val="0"/>
                <w:sz w:val="19"/>
              </w:rPr>
              <w:t>planets and the Earth as a planet; life on Earth in the future”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They</w:t>
            </w:r>
          </w:p>
          <w:p>
            <w:pPr>
              <w:spacing w:after="0"/>
            </w:pPr>
            <w:r>
              <w:rPr>
                <w:b w:val="0"/>
                <w:sz w:val="19"/>
              </w:rPr>
              <w:t>focus on how life will be different by 2050, using current trends and evidence to support their predictions.</w:t>
            </w:r>
          </w:p>
          <w:p>
            <w:pPr>
              <w:spacing w:after="0"/>
            </w:pPr>
            <w:r>
              <w:rPr>
                <w:b w:val="0"/>
                <w:sz w:val="19"/>
              </w:rPr>
              <w:t>The groups share their presentation with the class. After each presentation, the class engages in a Question</w:t>
            </w:r>
          </w:p>
          <w:p>
            <w:pPr>
              <w:spacing w:after="0"/>
            </w:pPr>
            <w:r>
              <w:rPr>
                <w:b w:val="0"/>
                <w:sz w:val="19"/>
              </w:rPr>
              <w:t>&amp; Answer session. The teacher encourages students to ask questions like: “How do you think we will solve</w:t>
            </w:r>
          </w:p>
          <w:p>
            <w:pPr>
              <w:spacing w:after="0"/>
            </w:pPr>
            <w:r>
              <w:rPr>
                <w:b w:val="0"/>
                <w:sz w:val="19"/>
              </w:rPr>
              <w:t>environmental problems by 2050?”, “Why do you think people are going to live in floating cities?”, “What makes</w:t>
            </w:r>
          </w:p>
          <w:p>
            <w:pPr>
              <w:spacing w:after="0"/>
            </w:pPr>
            <w:r>
              <w:rPr>
                <w:b w:val="0"/>
                <w:sz w:val="19"/>
              </w:rPr>
              <w:t>you think robots will replace teachers in the future?”. The teacher asks students to provide positive feedback</w:t>
            </w:r>
          </w:p>
          <w:p>
            <w:pPr>
              <w:spacing w:after="0"/>
            </w:pPr>
            <w:r>
              <w:rPr>
                <w:b w:val="0"/>
                <w:sz w:val="19"/>
              </w:rPr>
              <w:t>to each group, using phrases like “I like your idea because…” or “It was interesting when you said…”. Students</w:t>
            </w:r>
          </w:p>
          <w:p>
            <w:pPr>
              <w:spacing w:after="0"/>
            </w:pPr>
            <w:r>
              <w:rPr>
                <w:b w:val="0"/>
                <w:sz w:val="19"/>
              </w:rPr>
              <w:t>reflect on their thoughts and feelings about the activity. Supporting</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w:t>
            </w:r>
          </w:p>
          <w:p>
            <w:pPr>
              <w:spacing w:after="0"/>
            </w:pPr>
            <w:r>
              <w:rPr>
                <w:b w:val="0"/>
                <w:sz w:val="19"/>
              </w:rPr>
              <w:t>teacher provides visual aids, simple sentence frames (e.g., “In 2050, people will _______”, “It might happen</w:t>
            </w:r>
          </w:p>
          <w:p>
            <w:pPr>
              <w:spacing w:after="0"/>
            </w:pPr>
            <w:r>
              <w:rPr>
                <w:b w:val="0"/>
                <w:sz w:val="19"/>
              </w:rPr>
              <w:t>because _______”), and vocabulary lists to help them express ideas. The groups share their presentation</w:t>
            </w:r>
          </w:p>
          <w:p>
            <w:pPr>
              <w:spacing w:after="0"/>
            </w:pPr>
            <w:r>
              <w:rPr>
                <w:b w:val="0"/>
                <w:sz w:val="19"/>
              </w:rPr>
              <w:t>with the class. After each presentation, the class engages in a Q&amp;A (Question &amp; Answer) session. The</w:t>
            </w:r>
          </w:p>
          <w:p>
            <w:pPr>
              <w:spacing w:after="0"/>
            </w:pPr>
            <w:r>
              <w:rPr>
                <w:b w:val="0"/>
                <w:sz w:val="19"/>
              </w:rPr>
              <w:t>teacher encourages students to ask questions like: “How do you think we will solve environmental problems</w:t>
            </w:r>
          </w:p>
          <w:p>
            <w:pPr>
              <w:spacing w:after="0"/>
            </w:pPr>
            <w:r>
              <w:rPr>
                <w:b w:val="0"/>
                <w:sz w:val="19"/>
              </w:rPr>
              <w:t>by 2050?”, “Why do you think people are going to live in floating cities?”, “What makes you think robots will</w:t>
            </w:r>
          </w:p>
          <w:p>
            <w:pPr>
              <w:spacing w:after="0"/>
            </w:pPr>
            <w:r>
              <w:rPr>
                <w:b w:val="0"/>
                <w:sz w:val="19"/>
              </w:rPr>
              <w:t>replace teachers in the future?”. The teacher asks students to provide positive feedback to each group, using phrases like “I like your idea because…” or “It was interesting when you said…”.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comic strip about the universe and imagine how life on</w:t>
            </w:r>
          </w:p>
          <w:p>
            <w:pPr>
              <w:spacing w:after="0"/>
            </w:pPr>
            <w:r>
              <w:rPr>
                <w:b w:val="0"/>
                <w:sz w:val="19"/>
              </w:rPr>
              <w:t>Earth might change. First, they will learn about the planets in our solar system and what makes Earth unique.</w:t>
            </w:r>
          </w:p>
          <w:p>
            <w:pPr>
              <w:spacing w:after="0"/>
            </w:pPr>
            <w:r>
              <w:rPr>
                <w:b w:val="0"/>
                <w:sz w:val="19"/>
              </w:rPr>
              <w:t>Then they will create a fun and creative comic strip with 6-8 panels showing their ideas about future life on</w:t>
            </w:r>
          </w:p>
          <w:p>
            <w:pPr>
              <w:spacing w:after="0"/>
            </w:pPr>
            <w:r>
              <w:rPr>
                <w:b w:val="0"/>
                <w:sz w:val="19"/>
              </w:rPr>
              <w:t>Earth or other planets. In their comic strip, they can include new technologies, futuristic transportation, cool</w:t>
            </w:r>
          </w:p>
          <w:p>
            <w:pPr>
              <w:spacing w:after="0"/>
            </w:pPr>
            <w:r>
              <w:rPr>
                <w:b w:val="0"/>
                <w:sz w:val="19"/>
              </w:rPr>
              <w:t>inventions, and how people interact with nature. They should use drawings, captions, and dialogue to tell the</w:t>
            </w:r>
          </w:p>
          <w:p>
            <w:pPr>
              <w:spacing w:after="0"/>
            </w:pPr>
            <w:r>
              <w:rPr>
                <w:b w:val="0"/>
                <w:sz w:val="19"/>
              </w:rPr>
              <w:t>story. They can use Web 2.0 tools. The assignment will be evaluated by using a rubric scheme, a rating scale, and/or a marking scheme.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May, Conquest of İstanbul</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34: 31 May - 4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34: 31 May - 4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LIFE IN THE UNIVERSE &amp; FUTURE</w:t>
            </w:r>
          </w:p>
          <w:p>
            <w:pPr>
              <w:spacing w:after="0"/>
            </w:pPr>
            <w:r>
              <w:rPr>
                <w:b w:val="0"/>
                <w:sz w:val="19"/>
              </w:rPr>
              <w:t>Sub-themes: planets and the Earth as a planet; life on Earth in the future</w:t>
            </w:r>
          </w:p>
          <w:p>
            <w:pPr>
              <w:spacing w:after="0"/>
            </w:pPr>
            <w:r>
              <w:rPr>
                <w:b w:val="0"/>
                <w:sz w:val="19"/>
              </w:rPr>
              <w:t>Target Vocabulary in Use (with revisional vocabulary):</w:t>
            </w:r>
          </w:p>
          <w:p>
            <w:pPr>
              <w:spacing w:after="0"/>
            </w:pPr>
            <w:r>
              <w:rPr>
                <w:b w:val="0"/>
                <w:sz w:val="19"/>
              </w:rPr>
              <w:t>Vocabulary for planets and the Earth as a planet:</w:t>
            </w:r>
          </w:p>
          <w:p>
            <w:pPr>
              <w:spacing w:after="0"/>
            </w:pPr>
            <w:r>
              <w:rPr>
                <w:b w:val="0"/>
                <w:sz w:val="19"/>
              </w:rPr>
              <w:t>Nouns: Moon, Sun, Mercury, Venus, Mars, Jupiter, Saturn, Uranus, Neptune, atmosphere, nature, light, land, orbit.</w:t>
            </w:r>
          </w:p>
          <w:p>
            <w:pPr>
              <w:spacing w:after="0"/>
            </w:pPr>
            <w:r>
              <w:rPr>
                <w:b w:val="0"/>
                <w:sz w:val="19"/>
              </w:rPr>
              <w:t>Vocabulary for extreme weather conditions:</w:t>
            </w:r>
          </w:p>
          <w:p>
            <w:pPr>
              <w:spacing w:after="0"/>
            </w:pPr>
            <w:r>
              <w:rPr>
                <w:b w:val="0"/>
                <w:sz w:val="19"/>
              </w:rPr>
              <w:t>Nouns: A storm, a thunder, a lightning, a flood, a draught, a storm, a tornado, a thunderstorm, a blizzard, a</w:t>
            </w:r>
          </w:p>
          <w:p>
            <w:pPr>
              <w:spacing w:after="0"/>
            </w:pPr>
            <w:r>
              <w:rPr>
                <w:b w:val="0"/>
                <w:sz w:val="19"/>
              </w:rPr>
              <w:t>hurricane.</w:t>
            </w:r>
          </w:p>
          <w:p>
            <w:pPr>
              <w:spacing w:after="0"/>
            </w:pPr>
            <w:r>
              <w:rPr>
                <w:b w:val="0"/>
                <w:sz w:val="19"/>
              </w:rPr>
              <w:t>Adjectives: Close, bright, far, large, freezing, stormy.</w:t>
            </w:r>
          </w:p>
          <w:p>
            <w:pPr>
              <w:spacing w:after="0"/>
            </w:pPr>
            <w:r>
              <w:rPr>
                <w:b w:val="0"/>
                <w:sz w:val="19"/>
              </w:rPr>
              <w:t>Phrases: Extreme weather conditions.</w:t>
            </w:r>
          </w:p>
          <w:p>
            <w:pPr>
              <w:spacing w:after="0"/>
            </w:pPr>
            <w:r>
              <w:rPr>
                <w:b w:val="0"/>
                <w:sz w:val="19"/>
              </w:rPr>
              <w:t>Adverbs: Extremely.</w:t>
            </w:r>
          </w:p>
          <w:p>
            <w:pPr>
              <w:spacing w:after="0"/>
            </w:pPr>
            <w:r>
              <w:rPr>
                <w:b w:val="0"/>
                <w:sz w:val="19"/>
              </w:rPr>
              <w:t>Vocabulary for life on Earth in the future:</w:t>
            </w:r>
          </w:p>
          <w:p>
            <w:pPr>
              <w:spacing w:after="0"/>
            </w:pPr>
            <w:r>
              <w:rPr>
                <w:b w:val="0"/>
                <w:sz w:val="19"/>
              </w:rPr>
              <w:t>Nouns: An experience, an expert, a factory, a goal, knowledge, peace, population, a possibility, a purpose, a</w:t>
            </w:r>
          </w:p>
          <w:p>
            <w:pPr>
              <w:spacing w:after="0"/>
            </w:pPr>
            <w:r>
              <w:rPr>
                <w:b w:val="0"/>
                <w:sz w:val="19"/>
              </w:rPr>
              <w:t>source, technology, development, distance.</w:t>
            </w:r>
          </w:p>
          <w:p>
            <w:pPr>
              <w:spacing w:after="0"/>
            </w:pPr>
            <w:r>
              <w:rPr>
                <w:b w:val="0"/>
                <w:sz w:val="19"/>
              </w:rPr>
              <w:t>Verb: To exist, to expect, to hope, to invent, to predict, to suppose, to run out, to compose of.</w:t>
            </w:r>
          </w:p>
          <w:p>
            <w:pPr>
              <w:spacing w:after="0"/>
            </w:pPr>
            <w:r>
              <w:rPr>
                <w:b w:val="0"/>
                <w:sz w:val="19"/>
              </w:rPr>
              <w:t>Adjective: Alive, flying, following, visible.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-Be going to Future Tense: (Scientists are going to build new space stations to study planets outside our</w:t>
            </w:r>
          </w:p>
          <w:p>
            <w:pPr>
              <w:spacing w:after="0"/>
            </w:pPr>
            <w:r>
              <w:rPr>
                <w:b w:val="0"/>
                <w:sz w:val="19"/>
              </w:rPr>
              <w:t>solar system).</w:t>
            </w:r>
          </w:p>
          <w:p>
            <w:pPr>
              <w:spacing w:after="0"/>
            </w:pPr>
            <w:r>
              <w:rPr>
                <w:b w:val="0"/>
                <w:sz w:val="19"/>
              </w:rPr>
              <w:t>-The Simple Future Tense (prediction): (I think new planets will have conditions suitable for life).</w:t>
            </w:r>
          </w:p>
          <w:p>
            <w:pPr>
              <w:spacing w:after="0"/>
            </w:pPr>
            <w:r>
              <w:rPr>
                <w:b w:val="0"/>
                <w:sz w:val="19"/>
              </w:rPr>
              <w:t>-Question tags for future tenses: (The Earth will become warmer if we don’t act quickly, won’t it?)</w:t>
            </w:r>
          </w:p>
          <w:p>
            <w:pPr>
              <w:spacing w:after="0"/>
            </w:pPr>
            <w:r>
              <w:rPr>
                <w:b w:val="0"/>
                <w:sz w:val="19"/>
              </w:rPr>
              <w:t>Functions of the Grammatical Structures in Use:</w:t>
            </w:r>
          </w:p>
          <w:p>
            <w:pPr>
              <w:spacing w:after="0"/>
            </w:pPr>
            <w:r>
              <w:rPr>
                <w:b w:val="0"/>
                <w:sz w:val="19"/>
              </w:rPr>
              <w:t>-Use of “Be Going to Future” Tense: Expressing future plans, intentions, or something that is likely to happen</w:t>
            </w:r>
          </w:p>
          <w:p>
            <w:pPr>
              <w:spacing w:after="0"/>
            </w:pPr>
            <w:r>
              <w:rPr>
                <w:b w:val="0"/>
                <w:sz w:val="19"/>
              </w:rPr>
              <w:t>based on present evidence.</w:t>
            </w:r>
          </w:p>
          <w:p>
            <w:pPr>
              <w:spacing w:after="0"/>
            </w:pPr>
            <w:r>
              <w:rPr>
                <w:b w:val="0"/>
                <w:sz w:val="19"/>
              </w:rPr>
              <w:t>-Use of the Simple Future Tense (prediction): Expressing predictions about what might happen in the future.</w:t>
            </w:r>
          </w:p>
          <w:p>
            <w:pPr>
              <w:spacing w:after="0"/>
            </w:pPr>
            <w:r>
              <w:rPr>
                <w:b w:val="0"/>
                <w:sz w:val="19"/>
              </w:rPr>
              <w:t>-Question tags for future tenses: Confirming information or asking for agreement in a sentence about the</w:t>
            </w:r>
          </w:p>
          <w:p>
            <w:pPr>
              <w:spacing w:after="0"/>
            </w:pPr>
            <w:r>
              <w:rPr>
                <w:b w:val="0"/>
                <w:sz w:val="19"/>
              </w:rPr>
              <w:t>future.</w:t>
            </w:r>
          </w:p>
          <w:p>
            <w:pPr>
              <w:spacing w:after="0"/>
            </w:pPr>
            <w:r>
              <w:rPr>
                <w:b w:val="0"/>
                <w:sz w:val="19"/>
              </w:rPr>
              <w:t>Target Social Language in Use:</w:t>
            </w:r>
          </w:p>
          <w:p>
            <w:pPr>
              <w:spacing w:after="0"/>
            </w:pPr>
            <w:r>
              <w:rPr>
                <w:b w:val="0"/>
                <w:sz w:val="19"/>
              </w:rPr>
              <w:t>Is there a bright future ahead with new technologies?</w:t>
            </w:r>
          </w:p>
          <w:p>
            <w:pPr>
              <w:spacing w:after="0"/>
            </w:pPr>
            <w:r>
              <w:rPr>
                <w:b w:val="0"/>
                <w:sz w:val="19"/>
              </w:rPr>
              <w:t>We need to take care of our green planet! The new eco-cities give us a glimpse of future living!</w:t>
            </w:r>
          </w:p>
          <w:p>
            <w:pPr>
              <w:spacing w:after="0"/>
            </w:pPr>
            <w:r>
              <w:rPr>
                <w:b w:val="0"/>
                <w:sz w:val="19"/>
              </w:rPr>
              <w:t>Tomorrow’s world will be different with new technologies! Target Phonological Sounds in Use:</w:t>
            </w:r>
          </w:p>
          <w:p>
            <w:pPr>
              <w:spacing w:after="0"/>
            </w:pPr>
            <w:r>
              <w:rPr>
                <w:b w:val="0"/>
                <w:sz w:val="19"/>
              </w:rPr>
              <w:t>v, w, x, y, z</w:t>
            </w:r>
          </w:p>
          <w:p>
            <w:pPr>
              <w:spacing w:after="0"/>
            </w:pPr>
            <w:r>
              <w:rPr>
                <w:b w:val="0"/>
                <w:sz w:val="19"/>
              </w:rPr>
              <w:t>Consonants: v: (/viː/, /v/); w: (/w/); x: (/ɛks/, /ks/, /gz/); y: (/waɪ//waɪ//waɪ/, /j/, /ɪ/, /iː/); z: /zed/ (BrE.), /ziː/</w:t>
            </w:r>
          </w:p>
          <w:p>
            <w:pPr>
              <w:spacing w:after="0"/>
            </w:pPr>
            <w:r>
              <w:rPr>
                <w:b w:val="0"/>
                <w:sz w:val="19"/>
              </w:rPr>
              <w:t>(AmE.),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ENG.6.8.L1. Students can get ready for the listening/watching-comprehension process for the current</w:t>
            </w:r>
          </w:p>
          <w:p>
            <w:pPr>
              <w:spacing w:after="0"/>
            </w:pPr>
            <w:r>
              <w:rPr>
                <w:b w:val="0"/>
                <w:sz w:val="19"/>
              </w:rPr>
              <w:t>content on “life in the universe and future with planets and the Earth as a planet; life on Earth</w:t>
            </w:r>
          </w:p>
          <w:p>
            <w:pPr>
              <w:spacing w:after="0"/>
            </w:pPr>
            <w:r>
              <w:rPr>
                <w:b w:val="0"/>
                <w:sz w:val="19"/>
              </w:rPr>
              <w:t>in the future” carefully. ENG.6.8.L2. Students can bring information about the current content on “life in the universe and future</w:t>
            </w:r>
          </w:p>
          <w:p>
            <w:pPr>
              <w:spacing w:after="0"/>
            </w:pPr>
            <w:r>
              <w:rPr>
                <w:b w:val="0"/>
                <w:sz w:val="19"/>
              </w:rPr>
              <w:t>with planets and the Earth as a planet; life on Earth in the future” together through significant</w:t>
            </w:r>
          </w:p>
          <w:p>
            <w:pPr>
              <w:spacing w:after="0"/>
            </w:pPr>
            <w:r>
              <w:rPr>
                <w:b w:val="0"/>
                <w:sz w:val="19"/>
              </w:rPr>
              <w:t>details and main components while listening/watching it. ENG.6.8.L3. Students can make meaning of/derive meaning from the current content on “life in the</w:t>
            </w:r>
          </w:p>
          <w:p>
            <w:pPr>
              <w:spacing w:after="0"/>
            </w:pPr>
            <w:r>
              <w:rPr>
                <w:b w:val="0"/>
                <w:sz w:val="19"/>
              </w:rPr>
              <w:t>universe and future with planets and the Earth as a planet; life on Earth in the future” through</w:t>
            </w:r>
          </w:p>
          <w:p>
            <w:pPr>
              <w:spacing w:after="0"/>
            </w:pPr>
            <w:r>
              <w:rPr>
                <w:b w:val="0"/>
                <w:sz w:val="19"/>
              </w:rPr>
              <w:t>significant details by listening/watching it carefully. ENG.6.8.L4.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universe and future with planets and the Earth as a planet; life on Earth in the</w:t>
            </w:r>
          </w:p>
          <w:p>
            <w:pPr>
              <w:spacing w:after="0"/>
            </w:pPr>
            <w:r>
              <w:rPr>
                <w:b w:val="0"/>
                <w:sz w:val="19"/>
              </w:rPr>
              <w:t>future”. ENG.6.8.P1. Students can select and use the target phonological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ENG.6.8.R1. Students can get ready for the reading-comprehension process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ENG.6.8.R2. Students can bring information about the current content on “life in the universe and future</w:t>
            </w:r>
          </w:p>
          <w:p>
            <w:pPr>
              <w:spacing w:after="0"/>
            </w:pPr>
            <w:r>
              <w:rPr>
                <w:b w:val="0"/>
                <w:sz w:val="19"/>
              </w:rPr>
              <w:t>with planets and the Earth as a planet; life on Earth in the future” through skimming (looking</w:t>
            </w:r>
          </w:p>
          <w:p>
            <w:pPr>
              <w:spacing w:after="0"/>
            </w:pPr>
            <w:r>
              <w:rPr>
                <w:b w:val="0"/>
                <w:sz w:val="19"/>
              </w:rPr>
              <w:t>quickly at) the audio-visual elements and reading the content very quickly. ENG.6.8.R3. Students can make meaning of / derive meaning from the current content about “life in the</w:t>
            </w:r>
          </w:p>
          <w:p>
            <w:pPr>
              <w:spacing w:after="0"/>
            </w:pPr>
            <w:r>
              <w:rPr>
                <w:b w:val="0"/>
                <w:sz w:val="19"/>
              </w:rPr>
              <w:t>universe and future with planets and the Earth as a planet; life on Earth in the future” by</w:t>
            </w:r>
          </w:p>
          <w:p>
            <w:pPr>
              <w:spacing w:after="0"/>
            </w:pPr>
            <w:r>
              <w:rPr>
                <w:b w:val="0"/>
                <w:sz w:val="19"/>
              </w:rPr>
              <w:t>reading it carefully. ENG.6.8.R4.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planets and the Earth as a planet; life on Earth in the future” in relation to themselves or</w:t>
            </w:r>
          </w:p>
          <w:p>
            <w:pPr>
              <w:spacing w:after="0"/>
            </w:pPr>
            <w:r>
              <w:rPr>
                <w:b w:val="0"/>
                <w:sz w:val="19"/>
              </w:rPr>
              <w:t>others, both individually and/or with others. ENG.6.8.V1. Students can select and use the target vocabulary of the current content about “life in</w:t>
            </w:r>
          </w:p>
          <w:p>
            <w:pPr>
              <w:spacing w:after="0"/>
            </w:pPr>
            <w:r>
              <w:rPr>
                <w:b w:val="0"/>
                <w:sz w:val="19"/>
              </w:rPr>
              <w:t>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ENG.6.8.G1. Students can select and use the target grammatical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ENG.6.8.W1. Students can get ready for the writing-expression process about the current content on “life</w:t>
            </w:r>
          </w:p>
          <w:p>
            <w:pPr>
              <w:spacing w:after="0"/>
            </w:pPr>
            <w:r>
              <w:rPr>
                <w:b w:val="0"/>
                <w:sz w:val="19"/>
              </w:rPr>
              <w:t>in the universe and future with planets and the Earth as a planet; life on Earth in the future”. ENG.6.8.W2. Students can understand the model/example for the writing task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ENG.6.8.W3. Students can organise a content for the assigned writing task on the current content “life</w:t>
            </w:r>
          </w:p>
          <w:p>
            <w:pPr>
              <w:spacing w:after="0"/>
            </w:pPr>
            <w:r>
              <w:rPr>
                <w:b w:val="0"/>
                <w:sz w:val="19"/>
              </w:rPr>
              <w:t>in the universe and future with planets and the Earth as a planet; life on Earth in the future”</w:t>
            </w:r>
          </w:p>
          <w:p>
            <w:pPr>
              <w:spacing w:after="0"/>
            </w:pPr>
            <w:r>
              <w:rPr>
                <w:b w:val="0"/>
                <w:sz w:val="19"/>
              </w:rPr>
              <w:t>based on the model/example provided. ENG.6.8.W4. Students can individually construct/form content for the assigned writing task on the current</w:t>
            </w:r>
          </w:p>
          <w:p>
            <w:pPr>
              <w:spacing w:after="0"/>
            </w:pPr>
            <w:r>
              <w:rPr>
                <w:b w:val="0"/>
                <w:sz w:val="19"/>
              </w:rPr>
              <w:t>content “life in the universe and future with planets and the Earth as a planet; life on Earth in</w:t>
            </w:r>
          </w:p>
          <w:p>
            <w:pPr>
              <w:spacing w:after="0"/>
            </w:pPr>
            <w:r>
              <w:rPr>
                <w:b w:val="0"/>
                <w:sz w:val="19"/>
              </w:rPr>
              <w:t>the future”. ENG.6.8.W5. Students can reorganise (reconstruct) and use information in the new written tasks about</w:t>
            </w:r>
          </w:p>
          <w:p>
            <w:pPr>
              <w:spacing w:after="0"/>
            </w:pPr>
            <w:r>
              <w:rPr>
                <w:b w:val="0"/>
                <w:sz w:val="19"/>
              </w:rPr>
              <w:t>the “life in the universe and future with planets and the Earth as a planet; life on Earth in the</w:t>
            </w:r>
          </w:p>
          <w:p>
            <w:pPr>
              <w:spacing w:after="0"/>
            </w:pPr>
            <w:r>
              <w:rPr>
                <w:b w:val="0"/>
                <w:sz w:val="19"/>
              </w:rPr>
              <w:t>future” to communicate with other people. ENG.6.8.W6.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planets and the Earth as a planet; life on Earth in the future” in relation to themselves or</w:t>
            </w:r>
          </w:p>
          <w:p>
            <w:pPr>
              <w:spacing w:after="0"/>
            </w:pPr>
            <w:r>
              <w:rPr>
                <w:b w:val="0"/>
                <w:sz w:val="19"/>
              </w:rPr>
              <w:t>others, both individually and/or with others. ENG.6.8.S1. Students can get ready for speaking-expression process about the current content on “life in</w:t>
            </w:r>
          </w:p>
          <w:p>
            <w:pPr>
              <w:spacing w:after="0"/>
            </w:pPr>
            <w:r>
              <w:rPr>
                <w:b w:val="0"/>
                <w:sz w:val="19"/>
              </w:rPr>
              <w:t>the universe and future with planets and the Earth as a planet; life on Earth in the future”. ENG.6.8.S2. Students can use the model/example for producing verbal content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ENG.6.8.S3. Students can organise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ENG.6.8.S4. Students can construct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ENG.6.8.S5. Students can reorganise (reconstruct) and use information about the “life in the universe and</w:t>
            </w:r>
          </w:p>
          <w:p>
            <w:pPr>
              <w:spacing w:after="0"/>
            </w:pPr>
            <w:r>
              <w:rPr>
                <w:b w:val="0"/>
                <w:sz w:val="19"/>
              </w:rPr>
              <w:t>future with planets and the Earth as a planet; life on Earth in the future” to communicate with</w:t>
            </w:r>
          </w:p>
          <w:p>
            <w:pPr>
              <w:spacing w:after="0"/>
            </w:pPr>
            <w:r>
              <w:rPr>
                <w:b w:val="0"/>
                <w:sz w:val="19"/>
              </w:rPr>
              <w:t>other people. ENG.6.8.S6. Students can convey their knowledge, experiences, thoughts, and feelings related to the</w:t>
            </w:r>
          </w:p>
          <w:p>
            <w:pPr>
              <w:spacing w:after="0"/>
            </w:pPr>
            <w:r>
              <w:rPr>
                <w:b w:val="0"/>
                <w:sz w:val="19"/>
              </w:rPr>
              <w:t>speaking-expression process about the current content, “life in the universe and future with</w:t>
            </w:r>
          </w:p>
          <w:p>
            <w:pPr>
              <w:spacing w:after="0"/>
            </w:pPr>
            <w:r>
              <w:rPr>
                <w:b w:val="0"/>
                <w:sz w:val="19"/>
              </w:rPr>
              <w:t>planets and the Earth as a planet; life on Earth in the future”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They</w:t>
            </w:r>
          </w:p>
          <w:p>
            <w:pPr>
              <w:spacing w:after="0"/>
            </w:pPr>
            <w:r>
              <w:rPr>
                <w:b w:val="0"/>
                <w:sz w:val="19"/>
              </w:rPr>
              <w:t>focus on how life will be different by 2050, using current trends and evidence to support their predictions.</w:t>
            </w:r>
          </w:p>
          <w:p>
            <w:pPr>
              <w:spacing w:after="0"/>
            </w:pPr>
            <w:r>
              <w:rPr>
                <w:b w:val="0"/>
                <w:sz w:val="19"/>
              </w:rPr>
              <w:t>The groups share their presentation with the class. After each presentation, the class engages in a Question</w:t>
            </w:r>
          </w:p>
          <w:p>
            <w:pPr>
              <w:spacing w:after="0"/>
            </w:pPr>
            <w:r>
              <w:rPr>
                <w:b w:val="0"/>
                <w:sz w:val="19"/>
              </w:rPr>
              <w:t>&amp; Answer session. The teacher encourages students to ask questions like: “How do you think we will solve</w:t>
            </w:r>
          </w:p>
          <w:p>
            <w:pPr>
              <w:spacing w:after="0"/>
            </w:pPr>
            <w:r>
              <w:rPr>
                <w:b w:val="0"/>
                <w:sz w:val="19"/>
              </w:rPr>
              <w:t>environmental problems by 2050?”, “Why do you think people are going to live in floating cities?”, “What makes</w:t>
            </w:r>
          </w:p>
          <w:p>
            <w:pPr>
              <w:spacing w:after="0"/>
            </w:pPr>
            <w:r>
              <w:rPr>
                <w:b w:val="0"/>
                <w:sz w:val="19"/>
              </w:rPr>
              <w:t>you think robots will replace teachers in the future?”. The teacher asks students to provide positive feedback</w:t>
            </w:r>
          </w:p>
          <w:p>
            <w:pPr>
              <w:spacing w:after="0"/>
            </w:pPr>
            <w:r>
              <w:rPr>
                <w:b w:val="0"/>
                <w:sz w:val="19"/>
              </w:rPr>
              <w:t>to each group, using phrases like “I like your idea because…” or “It was interesting when you said…”. Students</w:t>
            </w:r>
          </w:p>
          <w:p>
            <w:pPr>
              <w:spacing w:after="0"/>
            </w:pPr>
            <w:r>
              <w:rPr>
                <w:b w:val="0"/>
                <w:sz w:val="19"/>
              </w:rPr>
              <w:t>reflect on their thoughts and feelings about the activity. Supporting</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w:t>
            </w:r>
          </w:p>
          <w:p>
            <w:pPr>
              <w:spacing w:after="0"/>
            </w:pPr>
            <w:r>
              <w:rPr>
                <w:b w:val="0"/>
                <w:sz w:val="19"/>
              </w:rPr>
              <w:t>teacher provides visual aids, simple sentence frames (e.g., “In 2050, people will _______”, “It might happen</w:t>
            </w:r>
          </w:p>
          <w:p>
            <w:pPr>
              <w:spacing w:after="0"/>
            </w:pPr>
            <w:r>
              <w:rPr>
                <w:b w:val="0"/>
                <w:sz w:val="19"/>
              </w:rPr>
              <w:t>because _______”), and vocabulary lists to help them express ideas. The groups share their presentation</w:t>
            </w:r>
          </w:p>
          <w:p>
            <w:pPr>
              <w:spacing w:after="0"/>
            </w:pPr>
            <w:r>
              <w:rPr>
                <w:b w:val="0"/>
                <w:sz w:val="19"/>
              </w:rPr>
              <w:t>with the class. After each presentation, the class engages in a Q&amp;A (Question &amp; Answer) session. The</w:t>
            </w:r>
          </w:p>
          <w:p>
            <w:pPr>
              <w:spacing w:after="0"/>
            </w:pPr>
            <w:r>
              <w:rPr>
                <w:b w:val="0"/>
                <w:sz w:val="19"/>
              </w:rPr>
              <w:t>teacher encourages students to ask questions like: “How do you think we will solve environmental problems</w:t>
            </w:r>
          </w:p>
          <w:p>
            <w:pPr>
              <w:spacing w:after="0"/>
            </w:pPr>
            <w:r>
              <w:rPr>
                <w:b w:val="0"/>
                <w:sz w:val="19"/>
              </w:rPr>
              <w:t>by 2050?”, “Why do you think people are going to live in floating cities?”, “What makes you think robots will</w:t>
            </w:r>
          </w:p>
          <w:p>
            <w:pPr>
              <w:spacing w:after="0"/>
            </w:pPr>
            <w:r>
              <w:rPr>
                <w:b w:val="0"/>
                <w:sz w:val="19"/>
              </w:rPr>
              <w:t>replace teachers in the future?”. The teacher asks students to provide positive feedback to each group, using phrases like “I like your idea because…” or “It was interesting when you said…”.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comic strip about the universe and imagine how life on</w:t>
            </w:r>
          </w:p>
          <w:p>
            <w:pPr>
              <w:spacing w:after="0"/>
            </w:pPr>
            <w:r>
              <w:rPr>
                <w:b w:val="0"/>
                <w:sz w:val="19"/>
              </w:rPr>
              <w:t>Earth might change. First, they will learn about the planets in our solar system and what makes Earth unique.</w:t>
            </w:r>
          </w:p>
          <w:p>
            <w:pPr>
              <w:spacing w:after="0"/>
            </w:pPr>
            <w:r>
              <w:rPr>
                <w:b w:val="0"/>
                <w:sz w:val="19"/>
              </w:rPr>
              <w:t>Then they will create a fun and creative comic strip with 6-8 panels showing their ideas about future life on</w:t>
            </w:r>
          </w:p>
          <w:p>
            <w:pPr>
              <w:spacing w:after="0"/>
            </w:pPr>
            <w:r>
              <w:rPr>
                <w:b w:val="0"/>
                <w:sz w:val="19"/>
              </w:rPr>
              <w:t>Earth or other planets. In their comic strip, they can include new technologies, futuristic transportation, cool</w:t>
            </w:r>
          </w:p>
          <w:p>
            <w:pPr>
              <w:spacing w:after="0"/>
            </w:pPr>
            <w:r>
              <w:rPr>
                <w:b w:val="0"/>
                <w:sz w:val="19"/>
              </w:rPr>
              <w:t>inventions, and how people interact with nature. They should use drawings, captions, and dialogue to tell the</w:t>
            </w:r>
          </w:p>
          <w:p>
            <w:pPr>
              <w:spacing w:after="0"/>
            </w:pPr>
            <w:r>
              <w:rPr>
                <w:b w:val="0"/>
                <w:sz w:val="19"/>
              </w:rPr>
              <w:t>story. They can use Web 2.0 tools. The 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35: 7-11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35: 7-11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LIFE IN THE UNIVERSE &amp; FUTURE</w:t>
            </w:r>
          </w:p>
          <w:p>
            <w:pPr>
              <w:spacing w:after="0"/>
            </w:pPr>
            <w:r>
              <w:rPr>
                <w:b w:val="0"/>
                <w:sz w:val="19"/>
              </w:rPr>
              <w:t>Sub-themes: planets and the Earth as a planet; life on Earth in the future</w:t>
            </w:r>
          </w:p>
          <w:p>
            <w:pPr>
              <w:spacing w:after="0"/>
            </w:pPr>
            <w:r>
              <w:rPr>
                <w:b w:val="0"/>
                <w:sz w:val="19"/>
              </w:rPr>
              <w:t>Target Vocabulary in Use (with revisional vocabulary):</w:t>
            </w:r>
          </w:p>
          <w:p>
            <w:pPr>
              <w:spacing w:after="0"/>
            </w:pPr>
            <w:r>
              <w:rPr>
                <w:b w:val="0"/>
                <w:sz w:val="19"/>
              </w:rPr>
              <w:t>Vocabulary for planets and the Earth as a planet:</w:t>
            </w:r>
          </w:p>
          <w:p>
            <w:pPr>
              <w:spacing w:after="0"/>
            </w:pPr>
            <w:r>
              <w:rPr>
                <w:b w:val="0"/>
                <w:sz w:val="19"/>
              </w:rPr>
              <w:t>Nouns: Moon, Sun, Mercury, Venus, Mars, Jupiter, Saturn, Uranus, Neptune, atmosphere, nature, light, land, orbit.</w:t>
            </w:r>
          </w:p>
          <w:p>
            <w:pPr>
              <w:spacing w:after="0"/>
            </w:pPr>
            <w:r>
              <w:rPr>
                <w:b w:val="0"/>
                <w:sz w:val="19"/>
              </w:rPr>
              <w:t>Vocabulary for extreme weather conditions:</w:t>
            </w:r>
          </w:p>
          <w:p>
            <w:pPr>
              <w:spacing w:after="0"/>
            </w:pPr>
            <w:r>
              <w:rPr>
                <w:b w:val="0"/>
                <w:sz w:val="19"/>
              </w:rPr>
              <w:t>Nouns: A storm, a thunder, a lightning, a flood, a draught, a storm, a tornado, a thunderstorm, a blizzard, a</w:t>
            </w:r>
          </w:p>
          <w:p>
            <w:pPr>
              <w:spacing w:after="0"/>
            </w:pPr>
            <w:r>
              <w:rPr>
                <w:b w:val="0"/>
                <w:sz w:val="19"/>
              </w:rPr>
              <w:t>hurricane.</w:t>
            </w:r>
          </w:p>
          <w:p>
            <w:pPr>
              <w:spacing w:after="0"/>
            </w:pPr>
            <w:r>
              <w:rPr>
                <w:b w:val="0"/>
                <w:sz w:val="19"/>
              </w:rPr>
              <w:t>Adjectives: Close, bright, far, large, freezing, stormy.</w:t>
            </w:r>
          </w:p>
          <w:p>
            <w:pPr>
              <w:spacing w:after="0"/>
            </w:pPr>
            <w:r>
              <w:rPr>
                <w:b w:val="0"/>
                <w:sz w:val="19"/>
              </w:rPr>
              <w:t>Phrases: Extreme weather conditions.</w:t>
            </w:r>
          </w:p>
          <w:p>
            <w:pPr>
              <w:spacing w:after="0"/>
            </w:pPr>
            <w:r>
              <w:rPr>
                <w:b w:val="0"/>
                <w:sz w:val="19"/>
              </w:rPr>
              <w:t>Adverbs: Extremely.</w:t>
            </w:r>
          </w:p>
          <w:p>
            <w:pPr>
              <w:spacing w:after="0"/>
            </w:pPr>
            <w:r>
              <w:rPr>
                <w:b w:val="0"/>
                <w:sz w:val="19"/>
              </w:rPr>
              <w:t>Vocabulary for life on Earth in the future:</w:t>
            </w:r>
          </w:p>
          <w:p>
            <w:pPr>
              <w:spacing w:after="0"/>
            </w:pPr>
            <w:r>
              <w:rPr>
                <w:b w:val="0"/>
                <w:sz w:val="19"/>
              </w:rPr>
              <w:t>Nouns: An experience, an expert, a factory, a goal, knowledge, peace, population, a possibility, a purpose, a</w:t>
            </w:r>
          </w:p>
          <w:p>
            <w:pPr>
              <w:spacing w:after="0"/>
            </w:pPr>
            <w:r>
              <w:rPr>
                <w:b w:val="0"/>
                <w:sz w:val="19"/>
              </w:rPr>
              <w:t>source, technology, development, distance.</w:t>
            </w:r>
          </w:p>
          <w:p>
            <w:pPr>
              <w:spacing w:after="0"/>
            </w:pPr>
            <w:r>
              <w:rPr>
                <w:b w:val="0"/>
                <w:sz w:val="19"/>
              </w:rPr>
              <w:t>Verb: To exist, to expect, to hope, to invent, to predict, to suppose, to run out, to compose of.</w:t>
            </w:r>
          </w:p>
          <w:p>
            <w:pPr>
              <w:spacing w:after="0"/>
            </w:pPr>
            <w:r>
              <w:rPr>
                <w:b w:val="0"/>
                <w:sz w:val="19"/>
              </w:rPr>
              <w:t>Adjective: Alive, flying, following, visible.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-Be going to Future Tense: (Scientists are going to build new space stations to study planets outside our</w:t>
            </w:r>
          </w:p>
          <w:p>
            <w:pPr>
              <w:spacing w:after="0"/>
            </w:pPr>
            <w:r>
              <w:rPr>
                <w:b w:val="0"/>
                <w:sz w:val="19"/>
              </w:rPr>
              <w:t>solar system).</w:t>
            </w:r>
          </w:p>
          <w:p>
            <w:pPr>
              <w:spacing w:after="0"/>
            </w:pPr>
            <w:r>
              <w:rPr>
                <w:b w:val="0"/>
                <w:sz w:val="19"/>
              </w:rPr>
              <w:t>-The Simple Future Tense (prediction): (I think new planets will have conditions suitable for life).</w:t>
            </w:r>
          </w:p>
          <w:p>
            <w:pPr>
              <w:spacing w:after="0"/>
            </w:pPr>
            <w:r>
              <w:rPr>
                <w:b w:val="0"/>
                <w:sz w:val="19"/>
              </w:rPr>
              <w:t>-Question tags for future tenses: (The Earth will become warmer if we don’t act quickly, won’t it?)</w:t>
            </w:r>
          </w:p>
          <w:p>
            <w:pPr>
              <w:spacing w:after="0"/>
            </w:pPr>
            <w:r>
              <w:rPr>
                <w:b w:val="0"/>
                <w:sz w:val="19"/>
              </w:rPr>
              <w:t>Functions of the Grammatical Structures in Use:</w:t>
            </w:r>
          </w:p>
          <w:p>
            <w:pPr>
              <w:spacing w:after="0"/>
            </w:pPr>
            <w:r>
              <w:rPr>
                <w:b w:val="0"/>
                <w:sz w:val="19"/>
              </w:rPr>
              <w:t>-Use of “Be Going to Future” Tense: Expressing future plans, intentions, or something that is likely to happen</w:t>
            </w:r>
          </w:p>
          <w:p>
            <w:pPr>
              <w:spacing w:after="0"/>
            </w:pPr>
            <w:r>
              <w:rPr>
                <w:b w:val="0"/>
                <w:sz w:val="19"/>
              </w:rPr>
              <w:t>based on present evidence.</w:t>
            </w:r>
          </w:p>
          <w:p>
            <w:pPr>
              <w:spacing w:after="0"/>
            </w:pPr>
            <w:r>
              <w:rPr>
                <w:b w:val="0"/>
                <w:sz w:val="19"/>
              </w:rPr>
              <w:t>-Use of the Simple Future Tense (prediction): Expressing predictions about what might happen in the future.</w:t>
            </w:r>
          </w:p>
          <w:p>
            <w:pPr>
              <w:spacing w:after="0"/>
            </w:pPr>
            <w:r>
              <w:rPr>
                <w:b w:val="0"/>
                <w:sz w:val="19"/>
              </w:rPr>
              <w:t>-Question tags for future tenses: Confirming information or asking for agreement in a sentence about the</w:t>
            </w:r>
          </w:p>
          <w:p>
            <w:pPr>
              <w:spacing w:after="0"/>
            </w:pPr>
            <w:r>
              <w:rPr>
                <w:b w:val="0"/>
                <w:sz w:val="19"/>
              </w:rPr>
              <w:t>future.</w:t>
            </w:r>
          </w:p>
          <w:p>
            <w:pPr>
              <w:spacing w:after="0"/>
            </w:pPr>
            <w:r>
              <w:rPr>
                <w:b w:val="0"/>
                <w:sz w:val="19"/>
              </w:rPr>
              <w:t>Target Social Language in Use:</w:t>
            </w:r>
          </w:p>
          <w:p>
            <w:pPr>
              <w:spacing w:after="0"/>
            </w:pPr>
            <w:r>
              <w:rPr>
                <w:b w:val="0"/>
                <w:sz w:val="19"/>
              </w:rPr>
              <w:t>Is there a bright future ahead with new technologies?</w:t>
            </w:r>
          </w:p>
          <w:p>
            <w:pPr>
              <w:spacing w:after="0"/>
            </w:pPr>
            <w:r>
              <w:rPr>
                <w:b w:val="0"/>
                <w:sz w:val="19"/>
              </w:rPr>
              <w:t>We need to take care of our green planet! The new eco-cities give us a glimpse of future living!</w:t>
            </w:r>
          </w:p>
          <w:p>
            <w:pPr>
              <w:spacing w:after="0"/>
            </w:pPr>
            <w:r>
              <w:rPr>
                <w:b w:val="0"/>
                <w:sz w:val="19"/>
              </w:rPr>
              <w:t>Tomorrow’s world will be different with new technologies! Target Phonological Sounds in Use:</w:t>
            </w:r>
          </w:p>
          <w:p>
            <w:pPr>
              <w:spacing w:after="0"/>
            </w:pPr>
            <w:r>
              <w:rPr>
                <w:b w:val="0"/>
                <w:sz w:val="19"/>
              </w:rPr>
              <w:t>v, w, x, y, z</w:t>
            </w:r>
          </w:p>
          <w:p>
            <w:pPr>
              <w:spacing w:after="0"/>
            </w:pPr>
            <w:r>
              <w:rPr>
                <w:b w:val="0"/>
                <w:sz w:val="19"/>
              </w:rPr>
              <w:t>Consonants: v: (/viː/, /v/); w: (/w/); x: (/ɛks/, /ks/, /gz/); y: (/waɪ//waɪ//waɪ/, /j/, /ɪ/, /iː/); z: /zed/ (BrE.), /ziː/</w:t>
            </w:r>
          </w:p>
          <w:p>
            <w:pPr>
              <w:spacing w:after="0"/>
            </w:pPr>
            <w:r>
              <w:rPr>
                <w:b w:val="0"/>
                <w:sz w:val="19"/>
              </w:rPr>
              <w:t>(AmE.),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ENG.6.8.L1. Students can get ready for the listening/watching-comprehension process for the current</w:t>
            </w:r>
          </w:p>
          <w:p>
            <w:pPr>
              <w:spacing w:after="0"/>
            </w:pPr>
            <w:r>
              <w:rPr>
                <w:b w:val="0"/>
                <w:sz w:val="19"/>
              </w:rPr>
              <w:t>content on “life in the universe and future with planets and the Earth as a planet; life on Earth</w:t>
            </w:r>
          </w:p>
          <w:p>
            <w:pPr>
              <w:spacing w:after="0"/>
            </w:pPr>
            <w:r>
              <w:rPr>
                <w:b w:val="0"/>
                <w:sz w:val="19"/>
              </w:rPr>
              <w:t>in the future” carefully. ENG.6.8.L2. Students can bring information about the current content on “life in the universe and future</w:t>
            </w:r>
          </w:p>
          <w:p>
            <w:pPr>
              <w:spacing w:after="0"/>
            </w:pPr>
            <w:r>
              <w:rPr>
                <w:b w:val="0"/>
                <w:sz w:val="19"/>
              </w:rPr>
              <w:t>with planets and the Earth as a planet; life on Earth in the future” together through significant</w:t>
            </w:r>
          </w:p>
          <w:p>
            <w:pPr>
              <w:spacing w:after="0"/>
            </w:pPr>
            <w:r>
              <w:rPr>
                <w:b w:val="0"/>
                <w:sz w:val="19"/>
              </w:rPr>
              <w:t>details and main components while listening/watching it. ENG.6.8.L3. Students can make meaning of/derive meaning from the current content on “life in the</w:t>
            </w:r>
          </w:p>
          <w:p>
            <w:pPr>
              <w:spacing w:after="0"/>
            </w:pPr>
            <w:r>
              <w:rPr>
                <w:b w:val="0"/>
                <w:sz w:val="19"/>
              </w:rPr>
              <w:t>universe and future with planets and the Earth as a planet; life on Earth in the future” through</w:t>
            </w:r>
          </w:p>
          <w:p>
            <w:pPr>
              <w:spacing w:after="0"/>
            </w:pPr>
            <w:r>
              <w:rPr>
                <w:b w:val="0"/>
                <w:sz w:val="19"/>
              </w:rPr>
              <w:t>significant details by listening/watching it carefully. ENG.6.8.L4.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universe and future with planets and the Earth as a planet; life on Earth in the</w:t>
            </w:r>
          </w:p>
          <w:p>
            <w:pPr>
              <w:spacing w:after="0"/>
            </w:pPr>
            <w:r>
              <w:rPr>
                <w:b w:val="0"/>
                <w:sz w:val="19"/>
              </w:rPr>
              <w:t>future”. ENG.6.8.P1. Students can select and use the target phonological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ENG.6.8.R1. Students can get ready for the reading-comprehension process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ENG.6.8.R2. Students can bring information about the current content on “life in the universe and future</w:t>
            </w:r>
          </w:p>
          <w:p>
            <w:pPr>
              <w:spacing w:after="0"/>
            </w:pPr>
            <w:r>
              <w:rPr>
                <w:b w:val="0"/>
                <w:sz w:val="19"/>
              </w:rPr>
              <w:t>with planets and the Earth as a planet; life on Earth in the future” through skimming (looking</w:t>
            </w:r>
          </w:p>
          <w:p>
            <w:pPr>
              <w:spacing w:after="0"/>
            </w:pPr>
            <w:r>
              <w:rPr>
                <w:b w:val="0"/>
                <w:sz w:val="19"/>
              </w:rPr>
              <w:t>quickly at) the audio-visual elements and reading the content very quickly. ENG.6.8.R3. Students can make meaning of / derive meaning from the current content about “life in the</w:t>
            </w:r>
          </w:p>
          <w:p>
            <w:pPr>
              <w:spacing w:after="0"/>
            </w:pPr>
            <w:r>
              <w:rPr>
                <w:b w:val="0"/>
                <w:sz w:val="19"/>
              </w:rPr>
              <w:t>universe and future with planets and the Earth as a planet; life on Earth in the future” by</w:t>
            </w:r>
          </w:p>
          <w:p>
            <w:pPr>
              <w:spacing w:after="0"/>
            </w:pPr>
            <w:r>
              <w:rPr>
                <w:b w:val="0"/>
                <w:sz w:val="19"/>
              </w:rPr>
              <w:t>reading it carefully. ENG.6.8.R4.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planets and the Earth as a planet; life on Earth in the future” in relation to themselves or</w:t>
            </w:r>
          </w:p>
          <w:p>
            <w:pPr>
              <w:spacing w:after="0"/>
            </w:pPr>
            <w:r>
              <w:rPr>
                <w:b w:val="0"/>
                <w:sz w:val="19"/>
              </w:rPr>
              <w:t>others, both individually and/or with others. ENG.6.8.V1. Students can select and use the target vocabulary of the current content about “life in</w:t>
            </w:r>
          </w:p>
          <w:p>
            <w:pPr>
              <w:spacing w:after="0"/>
            </w:pPr>
            <w:r>
              <w:rPr>
                <w:b w:val="0"/>
                <w:sz w:val="19"/>
              </w:rPr>
              <w:t>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ENG.6.8.G1. Students can select and use the target grammatical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ENG.6.8.W1. Students can get ready for the writing-expression process about the current content on “life</w:t>
            </w:r>
          </w:p>
          <w:p>
            <w:pPr>
              <w:spacing w:after="0"/>
            </w:pPr>
            <w:r>
              <w:rPr>
                <w:b w:val="0"/>
                <w:sz w:val="19"/>
              </w:rPr>
              <w:t>in the universe and future with planets and the Earth as a planet; life on Earth in the future”. ENG.6.8.W2. Students can understand the model/example for the writing task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ENG.6.8.W3. Students can organise a content for the assigned writing task on the current content “life</w:t>
            </w:r>
          </w:p>
          <w:p>
            <w:pPr>
              <w:spacing w:after="0"/>
            </w:pPr>
            <w:r>
              <w:rPr>
                <w:b w:val="0"/>
                <w:sz w:val="19"/>
              </w:rPr>
              <w:t>in the universe and future with planets and the Earth as a planet; life on Earth in the future”</w:t>
            </w:r>
          </w:p>
          <w:p>
            <w:pPr>
              <w:spacing w:after="0"/>
            </w:pPr>
            <w:r>
              <w:rPr>
                <w:b w:val="0"/>
                <w:sz w:val="19"/>
              </w:rPr>
              <w:t>based on the model/example provided. ENG.6.8.W4. Students can individually construct/form content for the assigned writing task on the current</w:t>
            </w:r>
          </w:p>
          <w:p>
            <w:pPr>
              <w:spacing w:after="0"/>
            </w:pPr>
            <w:r>
              <w:rPr>
                <w:b w:val="0"/>
                <w:sz w:val="19"/>
              </w:rPr>
              <w:t>content “life in the universe and future with planets and the Earth as a planet; life on Earth in</w:t>
            </w:r>
          </w:p>
          <w:p>
            <w:pPr>
              <w:spacing w:after="0"/>
            </w:pPr>
            <w:r>
              <w:rPr>
                <w:b w:val="0"/>
                <w:sz w:val="19"/>
              </w:rPr>
              <w:t>the future”. ENG.6.8.W5. Students can reorganise (reconstruct) and use information in the new written tasks about</w:t>
            </w:r>
          </w:p>
          <w:p>
            <w:pPr>
              <w:spacing w:after="0"/>
            </w:pPr>
            <w:r>
              <w:rPr>
                <w:b w:val="0"/>
                <w:sz w:val="19"/>
              </w:rPr>
              <w:t>the “life in the universe and future with planets and the Earth as a planet; life on Earth in the</w:t>
            </w:r>
          </w:p>
          <w:p>
            <w:pPr>
              <w:spacing w:after="0"/>
            </w:pPr>
            <w:r>
              <w:rPr>
                <w:b w:val="0"/>
                <w:sz w:val="19"/>
              </w:rPr>
              <w:t>future” to communicate with other people. ENG.6.8.W6.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planets and the Earth as a planet; life on Earth in the future” in relation to themselves or</w:t>
            </w:r>
          </w:p>
          <w:p>
            <w:pPr>
              <w:spacing w:after="0"/>
            </w:pPr>
            <w:r>
              <w:rPr>
                <w:b w:val="0"/>
                <w:sz w:val="19"/>
              </w:rPr>
              <w:t>others, both individually and/or with others. ENG.6.8.S1. Students can get ready for speaking-expression process about the current content on “life in</w:t>
            </w:r>
          </w:p>
          <w:p>
            <w:pPr>
              <w:spacing w:after="0"/>
            </w:pPr>
            <w:r>
              <w:rPr>
                <w:b w:val="0"/>
                <w:sz w:val="19"/>
              </w:rPr>
              <w:t>the universe and future with planets and the Earth as a planet; life on Earth in the future”. ENG.6.8.S2. Students can use the model/example for producing verbal content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ENG.6.8.S3. Students can organise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ENG.6.8.S4. Students can construct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ENG.6.8.S5. Students can reorganise (reconstruct) and use information about the “life in the universe and</w:t>
            </w:r>
          </w:p>
          <w:p>
            <w:pPr>
              <w:spacing w:after="0"/>
            </w:pPr>
            <w:r>
              <w:rPr>
                <w:b w:val="0"/>
                <w:sz w:val="19"/>
              </w:rPr>
              <w:t>future with planets and the Earth as a planet; life on Earth in the future” to communicate with</w:t>
            </w:r>
          </w:p>
          <w:p>
            <w:pPr>
              <w:spacing w:after="0"/>
            </w:pPr>
            <w:r>
              <w:rPr>
                <w:b w:val="0"/>
                <w:sz w:val="19"/>
              </w:rPr>
              <w:t>other people. ENG.6.8.S6. Students can convey their knowledge, experiences, thoughts, and feelings related to the</w:t>
            </w:r>
          </w:p>
          <w:p>
            <w:pPr>
              <w:spacing w:after="0"/>
            </w:pPr>
            <w:r>
              <w:rPr>
                <w:b w:val="0"/>
                <w:sz w:val="19"/>
              </w:rPr>
              <w:t>speaking-expression process about the current content, “life in the universe and future with</w:t>
            </w:r>
          </w:p>
          <w:p>
            <w:pPr>
              <w:spacing w:after="0"/>
            </w:pPr>
            <w:r>
              <w:rPr>
                <w:b w:val="0"/>
                <w:sz w:val="19"/>
              </w:rPr>
              <w:t>planets and the Earth as a planet; life on Earth in the future”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They</w:t>
            </w:r>
          </w:p>
          <w:p>
            <w:pPr>
              <w:spacing w:after="0"/>
            </w:pPr>
            <w:r>
              <w:rPr>
                <w:b w:val="0"/>
                <w:sz w:val="19"/>
              </w:rPr>
              <w:t>focus on how life will be different by 2050, using current trends and evidence to support their predictions.</w:t>
            </w:r>
          </w:p>
          <w:p>
            <w:pPr>
              <w:spacing w:after="0"/>
            </w:pPr>
            <w:r>
              <w:rPr>
                <w:b w:val="0"/>
                <w:sz w:val="19"/>
              </w:rPr>
              <w:t>The groups share their presentation with the class. After each presentation, the class engages in a Question</w:t>
            </w:r>
          </w:p>
          <w:p>
            <w:pPr>
              <w:spacing w:after="0"/>
            </w:pPr>
            <w:r>
              <w:rPr>
                <w:b w:val="0"/>
                <w:sz w:val="19"/>
              </w:rPr>
              <w:t>&amp; Answer session. The teacher encourages students to ask questions like: “How do you think we will solve</w:t>
            </w:r>
          </w:p>
          <w:p>
            <w:pPr>
              <w:spacing w:after="0"/>
            </w:pPr>
            <w:r>
              <w:rPr>
                <w:b w:val="0"/>
                <w:sz w:val="19"/>
              </w:rPr>
              <w:t>environmental problems by 2050?”, “Why do you think people are going to live in floating cities?”, “What makes</w:t>
            </w:r>
          </w:p>
          <w:p>
            <w:pPr>
              <w:spacing w:after="0"/>
            </w:pPr>
            <w:r>
              <w:rPr>
                <w:b w:val="0"/>
                <w:sz w:val="19"/>
              </w:rPr>
              <w:t>you think robots will replace teachers in the future?”. The teacher asks students to provide positive feedback</w:t>
            </w:r>
          </w:p>
          <w:p>
            <w:pPr>
              <w:spacing w:after="0"/>
            </w:pPr>
            <w:r>
              <w:rPr>
                <w:b w:val="0"/>
                <w:sz w:val="19"/>
              </w:rPr>
              <w:t>to each group, using phrases like “I like your idea because…” or “It was interesting when you said…”. Students</w:t>
            </w:r>
          </w:p>
          <w:p>
            <w:pPr>
              <w:spacing w:after="0"/>
            </w:pPr>
            <w:r>
              <w:rPr>
                <w:b w:val="0"/>
                <w:sz w:val="19"/>
              </w:rPr>
              <w:t>reflect on their thoughts and feelings about the activity. Supporting</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w:t>
            </w:r>
          </w:p>
          <w:p>
            <w:pPr>
              <w:spacing w:after="0"/>
            </w:pPr>
            <w:r>
              <w:rPr>
                <w:b w:val="0"/>
                <w:sz w:val="19"/>
              </w:rPr>
              <w:t>teacher provides visual aids, simple sentence frames (e.g., “In 2050, people will _______”, “It might happen</w:t>
            </w:r>
          </w:p>
          <w:p>
            <w:pPr>
              <w:spacing w:after="0"/>
            </w:pPr>
            <w:r>
              <w:rPr>
                <w:b w:val="0"/>
                <w:sz w:val="19"/>
              </w:rPr>
              <w:t>because _______”), and vocabulary lists to help them express ideas. The groups share their presentation</w:t>
            </w:r>
          </w:p>
          <w:p>
            <w:pPr>
              <w:spacing w:after="0"/>
            </w:pPr>
            <w:r>
              <w:rPr>
                <w:b w:val="0"/>
                <w:sz w:val="19"/>
              </w:rPr>
              <w:t>with the class. After each presentation, the class engages in a Q&amp;A (Question &amp; Answer) session. The</w:t>
            </w:r>
          </w:p>
          <w:p>
            <w:pPr>
              <w:spacing w:after="0"/>
            </w:pPr>
            <w:r>
              <w:rPr>
                <w:b w:val="0"/>
                <w:sz w:val="19"/>
              </w:rPr>
              <w:t>teacher encourages students to ask questions like: “How do you think we will solve environmental problems</w:t>
            </w:r>
          </w:p>
          <w:p>
            <w:pPr>
              <w:spacing w:after="0"/>
            </w:pPr>
            <w:r>
              <w:rPr>
                <w:b w:val="0"/>
                <w:sz w:val="19"/>
              </w:rPr>
              <w:t>by 2050?”, “Why do you think people are going to live in floating cities?”, “What makes you think robots will</w:t>
            </w:r>
          </w:p>
          <w:p>
            <w:pPr>
              <w:spacing w:after="0"/>
            </w:pPr>
            <w:r>
              <w:rPr>
                <w:b w:val="0"/>
                <w:sz w:val="19"/>
              </w:rPr>
              <w:t>replace teachers in the future?”. The teacher asks students to provide positive feedback to each group, using phrases like “I like your idea because…” or “It was interesting when you said…”.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comic strip about the universe and imagine how life on</w:t>
            </w:r>
          </w:p>
          <w:p>
            <w:pPr>
              <w:spacing w:after="0"/>
            </w:pPr>
            <w:r>
              <w:rPr>
                <w:b w:val="0"/>
                <w:sz w:val="19"/>
              </w:rPr>
              <w:t>Earth might change. First, they will learn about the planets in our solar system and what makes Earth unique.</w:t>
            </w:r>
          </w:p>
          <w:p>
            <w:pPr>
              <w:spacing w:after="0"/>
            </w:pPr>
            <w:r>
              <w:rPr>
                <w:b w:val="0"/>
                <w:sz w:val="19"/>
              </w:rPr>
              <w:t>Then they will create a fun and creative comic strip with 6-8 panels showing their ideas about future life on</w:t>
            </w:r>
          </w:p>
          <w:p>
            <w:pPr>
              <w:spacing w:after="0"/>
            </w:pPr>
            <w:r>
              <w:rPr>
                <w:b w:val="0"/>
                <w:sz w:val="19"/>
              </w:rPr>
              <w:t>Earth or other planets. In their comic strip, they can include new technologies, futuristic transportation, cool</w:t>
            </w:r>
          </w:p>
          <w:p>
            <w:pPr>
              <w:spacing w:after="0"/>
            </w:pPr>
            <w:r>
              <w:rPr>
                <w:b w:val="0"/>
                <w:sz w:val="19"/>
              </w:rPr>
              <w:t>inventions, and how people interact with nature. They should use drawings, captions, and dialogue to tell the</w:t>
            </w:r>
          </w:p>
          <w:p>
            <w:pPr>
              <w:spacing w:after="0"/>
            </w:pPr>
            <w:r>
              <w:rPr>
                <w:b w:val="0"/>
                <w:sz w:val="19"/>
              </w:rPr>
              <w:t>story. They can use Web 2.0 tools. The 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36: 14-18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36: 14-18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THEME 8: LIFE IN THE UNIVERSE AND FUTURE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LIFE IN THE UNIVERSE &amp; FUTURE</w:t>
            </w:r>
          </w:p>
          <w:p>
            <w:pPr>
              <w:spacing w:after="0"/>
            </w:pPr>
            <w:r>
              <w:rPr>
                <w:b w:val="0"/>
                <w:sz w:val="19"/>
              </w:rPr>
              <w:t>Sub-themes: planets and the Earth as a planet; life on Earth in the future</w:t>
            </w:r>
          </w:p>
          <w:p>
            <w:pPr>
              <w:spacing w:after="0"/>
            </w:pPr>
            <w:r>
              <w:rPr>
                <w:b w:val="0"/>
                <w:sz w:val="19"/>
              </w:rPr>
              <w:t>Target Vocabulary in Use (with revisional vocabulary):</w:t>
            </w:r>
          </w:p>
          <w:p>
            <w:pPr>
              <w:spacing w:after="0"/>
            </w:pPr>
            <w:r>
              <w:rPr>
                <w:b w:val="0"/>
                <w:sz w:val="19"/>
              </w:rPr>
              <w:t>Vocabulary for planets and the Earth as a planet:</w:t>
            </w:r>
          </w:p>
          <w:p>
            <w:pPr>
              <w:spacing w:after="0"/>
            </w:pPr>
            <w:r>
              <w:rPr>
                <w:b w:val="0"/>
                <w:sz w:val="19"/>
              </w:rPr>
              <w:t>Nouns: Moon, Sun, Mercury, Venus, Mars, Jupiter, Saturn, Uranus, Neptune, atmosphere, nature, light, land, orbit.</w:t>
            </w:r>
          </w:p>
          <w:p>
            <w:pPr>
              <w:spacing w:after="0"/>
            </w:pPr>
            <w:r>
              <w:rPr>
                <w:b w:val="0"/>
                <w:sz w:val="19"/>
              </w:rPr>
              <w:t>Vocabulary for extreme weather conditions:</w:t>
            </w:r>
          </w:p>
          <w:p>
            <w:pPr>
              <w:spacing w:after="0"/>
            </w:pPr>
            <w:r>
              <w:rPr>
                <w:b w:val="0"/>
                <w:sz w:val="19"/>
              </w:rPr>
              <w:t>Nouns: A storm, a thunder, a lightning, a flood, a draught, a storm, a tornado, a thunderstorm, a blizzard, a</w:t>
            </w:r>
          </w:p>
          <w:p>
            <w:pPr>
              <w:spacing w:after="0"/>
            </w:pPr>
            <w:r>
              <w:rPr>
                <w:b w:val="0"/>
                <w:sz w:val="19"/>
              </w:rPr>
              <w:t>hurricane.</w:t>
            </w:r>
          </w:p>
          <w:p>
            <w:pPr>
              <w:spacing w:after="0"/>
            </w:pPr>
            <w:r>
              <w:rPr>
                <w:b w:val="0"/>
                <w:sz w:val="19"/>
              </w:rPr>
              <w:t>Adjectives: Close, bright, far, large, freezing, stormy.</w:t>
            </w:r>
          </w:p>
          <w:p>
            <w:pPr>
              <w:spacing w:after="0"/>
            </w:pPr>
            <w:r>
              <w:rPr>
                <w:b w:val="0"/>
                <w:sz w:val="19"/>
              </w:rPr>
              <w:t>Phrases: Extreme weather conditions.</w:t>
            </w:r>
          </w:p>
          <w:p>
            <w:pPr>
              <w:spacing w:after="0"/>
            </w:pPr>
            <w:r>
              <w:rPr>
                <w:b w:val="0"/>
                <w:sz w:val="19"/>
              </w:rPr>
              <w:t>Adverbs: Extremely.</w:t>
            </w:r>
          </w:p>
          <w:p>
            <w:pPr>
              <w:spacing w:after="0"/>
            </w:pPr>
            <w:r>
              <w:rPr>
                <w:b w:val="0"/>
                <w:sz w:val="19"/>
              </w:rPr>
              <w:t>Vocabulary for life on Earth in the future:</w:t>
            </w:r>
          </w:p>
          <w:p>
            <w:pPr>
              <w:spacing w:after="0"/>
            </w:pPr>
            <w:r>
              <w:rPr>
                <w:b w:val="0"/>
                <w:sz w:val="19"/>
              </w:rPr>
              <w:t>Nouns: An experience, an expert, a factory, a goal, knowledge, peace, population, a possibility, a purpose, a</w:t>
            </w:r>
          </w:p>
          <w:p>
            <w:pPr>
              <w:spacing w:after="0"/>
            </w:pPr>
            <w:r>
              <w:rPr>
                <w:b w:val="0"/>
                <w:sz w:val="19"/>
              </w:rPr>
              <w:t>source, technology, development, distance.</w:t>
            </w:r>
          </w:p>
          <w:p>
            <w:pPr>
              <w:spacing w:after="0"/>
            </w:pPr>
            <w:r>
              <w:rPr>
                <w:b w:val="0"/>
                <w:sz w:val="19"/>
              </w:rPr>
              <w:t>Verb: To exist, to expect, to hope, to invent, to predict, to suppose, to run out, to compose of.</w:t>
            </w:r>
          </w:p>
          <w:p>
            <w:pPr>
              <w:spacing w:after="0"/>
            </w:pPr>
            <w:r>
              <w:rPr>
                <w:b w:val="0"/>
                <w:sz w:val="19"/>
              </w:rPr>
              <w:t>Adjective: Alive, flying, following, visible.</w:t>
            </w:r>
          </w:p>
          <w:p>
            <w:pPr>
              <w:spacing w:after="0"/>
            </w:pPr>
            <w:r>
              <w:rPr>
                <w:b w:val="0"/>
                <w:sz w:val="19"/>
              </w:rPr>
              <w:t>*National and Religious Days, Festivals, and Celebrations: “29 October Republic Day”, “23 April National</w:t>
            </w:r>
          </w:p>
          <w:p>
            <w:pPr>
              <w:spacing w:after="0"/>
            </w:pPr>
            <w:r>
              <w:rPr>
                <w:b w:val="0"/>
                <w:sz w:val="19"/>
              </w:rPr>
              <w:t>Sovereignty and Children’s Day”, “19 May Commemoration of Atatürk, Youth and Sports Day”, “15 July</w:t>
            </w:r>
          </w:p>
          <w:p>
            <w:pPr>
              <w:spacing w:after="0"/>
            </w:pPr>
            <w:r>
              <w:rPr>
                <w:b w:val="0"/>
                <w:sz w:val="19"/>
              </w:rPr>
              <w:t>Democracy and National Unity Day”, “30 August Victory Day”, “Eid al-Fitr (Eid-al-Ramadan)”, “Festival of</w:t>
            </w:r>
          </w:p>
          <w:p>
            <w:pPr>
              <w:spacing w:after="0"/>
            </w:pPr>
            <w:r>
              <w:rPr>
                <w:b w:val="0"/>
                <w:sz w:val="19"/>
              </w:rPr>
              <w:t>Sacrifice (Eid-al-Adha)”.</w:t>
            </w:r>
          </w:p>
          <w:p>
            <w:pPr>
              <w:spacing w:after="0"/>
            </w:pPr>
            <w:r>
              <w:rPr>
                <w:b w:val="0"/>
                <w:sz w:val="19"/>
              </w:rPr>
              <w:t>*(Relevant language content and (communicative) activities related to these national and religious days, festivals, and celebrations will be developed and integrated across all themes and in all appropriate sections</w:t>
            </w:r>
          </w:p>
          <w:p>
            <w:pPr>
              <w:spacing w:after="0"/>
            </w:pPr>
            <w:r>
              <w:rPr>
                <w:b w:val="0"/>
                <w:sz w:val="19"/>
              </w:rPr>
              <w:t>wherever and whenever possible.)</w:t>
            </w:r>
          </w:p>
          <w:p>
            <w:pPr>
              <w:spacing w:after="0"/>
            </w:pPr>
            <w:r>
              <w:rPr>
                <w:b w:val="0"/>
                <w:sz w:val="19"/>
              </w:rPr>
              <w:t>*Local Cultural, Social, and Moral Considerations of the Theme</w:t>
            </w:r>
          </w:p>
          <w:p>
            <w:pPr>
              <w:spacing w:after="0"/>
            </w:pPr>
            <w:r>
              <w:rPr>
                <w:b w:val="0"/>
                <w:sz w:val="19"/>
              </w:rPr>
              <w:t>In this theme, specific examples, cases, situations, events, and practices reflecting Turkish social, cultural, and moral customs, traditions, and heritage will be included across all sub-themes. This consideration will</w:t>
            </w:r>
          </w:p>
          <w:p>
            <w:pPr>
              <w:spacing w:after="0"/>
            </w:pPr>
            <w:r>
              <w:rPr>
                <w:b w:val="0"/>
                <w:sz w:val="19"/>
              </w:rPr>
              <w:t>be age-and-level appropriate and selected with the Turkish learners’ social and cultural context in mind. A</w:t>
            </w:r>
          </w:p>
          <w:p>
            <w:pPr>
              <w:spacing w:after="0"/>
            </w:pPr>
            <w:r>
              <w:rPr>
                <w:b w:val="0"/>
                <w:sz w:val="19"/>
              </w:rPr>
              <w:t>table for this section is provided in the introduction to the whole English Language Curriculum.</w:t>
            </w:r>
          </w:p>
          <w:p>
            <w:pPr>
              <w:spacing w:after="0"/>
            </w:pPr>
            <w:r>
              <w:rPr>
                <w:b w:val="0"/>
                <w:sz w:val="19"/>
              </w:rPr>
              <w:t>Target Grammatical Structures in Use:</w:t>
            </w:r>
          </w:p>
          <w:p>
            <w:pPr>
              <w:spacing w:after="0"/>
            </w:pPr>
            <w:r>
              <w:rPr>
                <w:b w:val="0"/>
                <w:sz w:val="19"/>
              </w:rPr>
              <w:t>-Be going to Future Tense: (Scientists are going to build new space stations to study planets outside our</w:t>
            </w:r>
          </w:p>
          <w:p>
            <w:pPr>
              <w:spacing w:after="0"/>
            </w:pPr>
            <w:r>
              <w:rPr>
                <w:b w:val="0"/>
                <w:sz w:val="19"/>
              </w:rPr>
              <w:t>solar system).</w:t>
            </w:r>
          </w:p>
          <w:p>
            <w:pPr>
              <w:spacing w:after="0"/>
            </w:pPr>
            <w:r>
              <w:rPr>
                <w:b w:val="0"/>
                <w:sz w:val="19"/>
              </w:rPr>
              <w:t>-The Simple Future Tense (prediction): (I think new planets will have conditions suitable for life).</w:t>
            </w:r>
          </w:p>
          <w:p>
            <w:pPr>
              <w:spacing w:after="0"/>
            </w:pPr>
            <w:r>
              <w:rPr>
                <w:b w:val="0"/>
                <w:sz w:val="19"/>
              </w:rPr>
              <w:t>-Question tags for future tenses: (The Earth will become warmer if we don’t act quickly, won’t it?)</w:t>
            </w:r>
          </w:p>
          <w:p>
            <w:pPr>
              <w:spacing w:after="0"/>
            </w:pPr>
            <w:r>
              <w:rPr>
                <w:b w:val="0"/>
                <w:sz w:val="19"/>
              </w:rPr>
              <w:t>Functions of the Grammatical Structures in Use:</w:t>
            </w:r>
          </w:p>
          <w:p>
            <w:pPr>
              <w:spacing w:after="0"/>
            </w:pPr>
            <w:r>
              <w:rPr>
                <w:b w:val="0"/>
                <w:sz w:val="19"/>
              </w:rPr>
              <w:t>-Use of “Be Going to Future” Tense: Expressing future plans, intentions, or something that is likely to happen</w:t>
            </w:r>
          </w:p>
          <w:p>
            <w:pPr>
              <w:spacing w:after="0"/>
            </w:pPr>
            <w:r>
              <w:rPr>
                <w:b w:val="0"/>
                <w:sz w:val="19"/>
              </w:rPr>
              <w:t>based on present evidence.</w:t>
            </w:r>
          </w:p>
          <w:p>
            <w:pPr>
              <w:spacing w:after="0"/>
            </w:pPr>
            <w:r>
              <w:rPr>
                <w:b w:val="0"/>
                <w:sz w:val="19"/>
              </w:rPr>
              <w:t>-Use of the Simple Future Tense (prediction): Expressing predictions about what might happen in the future.</w:t>
            </w:r>
          </w:p>
          <w:p>
            <w:pPr>
              <w:spacing w:after="0"/>
            </w:pPr>
            <w:r>
              <w:rPr>
                <w:b w:val="0"/>
                <w:sz w:val="19"/>
              </w:rPr>
              <w:t>-Question tags for future tenses: Confirming information or asking for agreement in a sentence about the</w:t>
            </w:r>
          </w:p>
          <w:p>
            <w:pPr>
              <w:spacing w:after="0"/>
            </w:pPr>
            <w:r>
              <w:rPr>
                <w:b w:val="0"/>
                <w:sz w:val="19"/>
              </w:rPr>
              <w:t>future.</w:t>
            </w:r>
          </w:p>
          <w:p>
            <w:pPr>
              <w:spacing w:after="0"/>
            </w:pPr>
            <w:r>
              <w:rPr>
                <w:b w:val="0"/>
                <w:sz w:val="19"/>
              </w:rPr>
              <w:t>Target Social Language in Use:</w:t>
            </w:r>
          </w:p>
          <w:p>
            <w:pPr>
              <w:spacing w:after="0"/>
            </w:pPr>
            <w:r>
              <w:rPr>
                <w:b w:val="0"/>
                <w:sz w:val="19"/>
              </w:rPr>
              <w:t>Is there a bright future ahead with new technologies?</w:t>
            </w:r>
          </w:p>
          <w:p>
            <w:pPr>
              <w:spacing w:after="0"/>
            </w:pPr>
            <w:r>
              <w:rPr>
                <w:b w:val="0"/>
                <w:sz w:val="19"/>
              </w:rPr>
              <w:t>We need to take care of our green planet! The new eco-cities give us a glimpse of future living!</w:t>
            </w:r>
          </w:p>
          <w:p>
            <w:pPr>
              <w:spacing w:after="0"/>
            </w:pPr>
            <w:r>
              <w:rPr>
                <w:b w:val="0"/>
                <w:sz w:val="19"/>
              </w:rPr>
              <w:t>Tomorrow’s world will be different with new technologies! Target Phonological Sounds in Use:</w:t>
            </w:r>
          </w:p>
          <w:p>
            <w:pPr>
              <w:spacing w:after="0"/>
            </w:pPr>
            <w:r>
              <w:rPr>
                <w:b w:val="0"/>
                <w:sz w:val="19"/>
              </w:rPr>
              <w:t>v, w, x, y, z</w:t>
            </w:r>
          </w:p>
          <w:p>
            <w:pPr>
              <w:spacing w:after="0"/>
            </w:pPr>
            <w:r>
              <w:rPr>
                <w:b w:val="0"/>
                <w:sz w:val="19"/>
              </w:rPr>
              <w:t>Consonants: v: (/viː/, /v/); w: (/w/); x: (/ɛks/, /ks/, /gz/); y: (/waɪ//waɪ//waɪ/, /j/, /ɪ/, /iː/); z: /zed/ (BrE.), /ziː/</w:t>
            </w:r>
          </w:p>
          <w:p>
            <w:pPr>
              <w:spacing w:after="0"/>
            </w:pPr>
            <w:r>
              <w:rPr>
                <w:b w:val="0"/>
                <w:sz w:val="19"/>
              </w:rPr>
              <w:t>(AmE.), /z/)</w:t>
            </w:r>
          </w:p>
          <w:p>
            <w:pPr>
              <w:spacing w:after="0"/>
            </w:pPr>
            <w:r>
              <w:rPr>
                <w:b w:val="0"/>
                <w:sz w:val="19"/>
              </w:rPr>
              <w:t>*(Phonetic symbols will not be taught. Only sounds will be practised through the target words in the theme).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ENG.6.8.L1. Students can get ready for the listening/watching-comprehension process for the current</w:t>
            </w:r>
          </w:p>
          <w:p>
            <w:pPr>
              <w:spacing w:after="0"/>
            </w:pPr>
            <w:r>
              <w:rPr>
                <w:b w:val="0"/>
                <w:sz w:val="19"/>
              </w:rPr>
              <w:t>content on “life in the universe and future with planets and the Earth as a planet; life on Earth</w:t>
            </w:r>
          </w:p>
          <w:p>
            <w:pPr>
              <w:spacing w:after="0"/>
            </w:pPr>
            <w:r>
              <w:rPr>
                <w:b w:val="0"/>
                <w:sz w:val="19"/>
              </w:rPr>
              <w:t>in the future” carefully. ENG.6.8.L2. Students can bring information about the current content on “life in the universe and future</w:t>
            </w:r>
          </w:p>
          <w:p>
            <w:pPr>
              <w:spacing w:after="0"/>
            </w:pPr>
            <w:r>
              <w:rPr>
                <w:b w:val="0"/>
                <w:sz w:val="19"/>
              </w:rPr>
              <w:t>with planets and the Earth as a planet; life on Earth in the future” together through significant</w:t>
            </w:r>
          </w:p>
          <w:p>
            <w:pPr>
              <w:spacing w:after="0"/>
            </w:pPr>
            <w:r>
              <w:rPr>
                <w:b w:val="0"/>
                <w:sz w:val="19"/>
              </w:rPr>
              <w:t>details and main components while listening/watching it. ENG.6.8.L3. Students can make meaning of/derive meaning from the current content on “life in the</w:t>
            </w:r>
          </w:p>
          <w:p>
            <w:pPr>
              <w:spacing w:after="0"/>
            </w:pPr>
            <w:r>
              <w:rPr>
                <w:b w:val="0"/>
                <w:sz w:val="19"/>
              </w:rPr>
              <w:t>universe and future with planets and the Earth as a planet; life on Earth in the future” through</w:t>
            </w:r>
          </w:p>
          <w:p>
            <w:pPr>
              <w:spacing w:after="0"/>
            </w:pPr>
            <w:r>
              <w:rPr>
                <w:b w:val="0"/>
                <w:sz w:val="19"/>
              </w:rPr>
              <w:t>significant details by listening/watching it carefully. ENG.6.8.L4. Students can convey their knowledge, experience, thoughts, and feelings examined carefully</w:t>
            </w:r>
          </w:p>
          <w:p>
            <w:pPr>
              <w:spacing w:after="0"/>
            </w:pPr>
            <w:r>
              <w:rPr>
                <w:b w:val="0"/>
                <w:sz w:val="19"/>
              </w:rPr>
              <w:t>about the whole listening/watching-comprehension process in relation to the current content</w:t>
            </w:r>
          </w:p>
          <w:p>
            <w:pPr>
              <w:spacing w:after="0"/>
            </w:pPr>
            <w:r>
              <w:rPr>
                <w:b w:val="0"/>
                <w:sz w:val="19"/>
              </w:rPr>
              <w:t>on “life in the universe and future with planets and the Earth as a planet; life on Earth in the</w:t>
            </w:r>
          </w:p>
          <w:p>
            <w:pPr>
              <w:spacing w:after="0"/>
            </w:pPr>
            <w:r>
              <w:rPr>
                <w:b w:val="0"/>
                <w:sz w:val="19"/>
              </w:rPr>
              <w:t>future”. ENG.6.8.P1. Students can select and use the target phonological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and naturally through spontaneous decision-making processes and</w:t>
            </w:r>
          </w:p>
          <w:p>
            <w:pPr>
              <w:spacing w:after="0"/>
            </w:pPr>
            <w:r>
              <w:rPr>
                <w:b w:val="0"/>
                <w:sz w:val="19"/>
              </w:rPr>
              <w:t>use it in an appropriate and effective way when communicating with others. ENG.6.8.R1. Students can get ready for the reading-comprehension process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ENG.6.8.R2. Students can bring information about the current content on “life in the universe and future</w:t>
            </w:r>
          </w:p>
          <w:p>
            <w:pPr>
              <w:spacing w:after="0"/>
            </w:pPr>
            <w:r>
              <w:rPr>
                <w:b w:val="0"/>
                <w:sz w:val="19"/>
              </w:rPr>
              <w:t>with planets and the Earth as a planet; life on Earth in the future” through skimming (looking</w:t>
            </w:r>
          </w:p>
          <w:p>
            <w:pPr>
              <w:spacing w:after="0"/>
            </w:pPr>
            <w:r>
              <w:rPr>
                <w:b w:val="0"/>
                <w:sz w:val="19"/>
              </w:rPr>
              <w:t>quickly at) the audio-visual elements and reading the content very quickly. ENG.6.8.R3. Students can make meaning of / derive meaning from the current content about “life in the</w:t>
            </w:r>
          </w:p>
          <w:p>
            <w:pPr>
              <w:spacing w:after="0"/>
            </w:pPr>
            <w:r>
              <w:rPr>
                <w:b w:val="0"/>
                <w:sz w:val="19"/>
              </w:rPr>
              <w:t>universe and future with planets and the Earth as a planet; life on Earth in the future” by</w:t>
            </w:r>
          </w:p>
          <w:p>
            <w:pPr>
              <w:spacing w:after="0"/>
            </w:pPr>
            <w:r>
              <w:rPr>
                <w:b w:val="0"/>
                <w:sz w:val="19"/>
              </w:rPr>
              <w:t>reading it carefully. ENG.6.8.R4. Students can convey their knowledge, experiences, thoughts, and feelings related to the</w:t>
            </w:r>
          </w:p>
          <w:p>
            <w:pPr>
              <w:spacing w:after="0"/>
            </w:pPr>
            <w:r>
              <w:rPr>
                <w:b w:val="0"/>
                <w:sz w:val="19"/>
              </w:rPr>
              <w:t>reading-comprehension process about the current content, “life in the universe and future</w:t>
            </w:r>
          </w:p>
          <w:p>
            <w:pPr>
              <w:spacing w:after="0"/>
            </w:pPr>
            <w:r>
              <w:rPr>
                <w:b w:val="0"/>
                <w:sz w:val="19"/>
              </w:rPr>
              <w:t>with planets and the Earth as a planet; life on Earth in the future” in relation to themselves or</w:t>
            </w:r>
          </w:p>
          <w:p>
            <w:pPr>
              <w:spacing w:after="0"/>
            </w:pPr>
            <w:r>
              <w:rPr>
                <w:b w:val="0"/>
                <w:sz w:val="19"/>
              </w:rPr>
              <w:t>others, both individually and/or with others. ENG.6.8.V1. Students can select and use the target vocabulary of the current content about “life in</w:t>
            </w:r>
          </w:p>
          <w:p>
            <w:pPr>
              <w:spacing w:after="0"/>
            </w:pPr>
            <w:r>
              <w:rPr>
                <w:b w:val="0"/>
                <w:sz w:val="19"/>
              </w:rPr>
              <w:t>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ENG.6.8.G1. Students can select and use the target grammatical elements of the current content about</w:t>
            </w:r>
          </w:p>
          <w:p>
            <w:pPr>
              <w:spacing w:after="0"/>
            </w:pPr>
            <w:r>
              <w:rPr>
                <w:b w:val="0"/>
                <w:sz w:val="19"/>
              </w:rPr>
              <w:t>“life in the universe and future with planets and the Earth as a planet; life on Earth in the future”</w:t>
            </w:r>
          </w:p>
          <w:p>
            <w:pPr>
              <w:spacing w:after="0"/>
            </w:pPr>
            <w:r>
              <w:rPr>
                <w:b w:val="0"/>
                <w:sz w:val="19"/>
              </w:rPr>
              <w:t>accurately, authentically, spontaneously, and naturally and use it appropriately and effectively</w:t>
            </w:r>
          </w:p>
          <w:p>
            <w:pPr>
              <w:spacing w:after="0"/>
            </w:pPr>
            <w:r>
              <w:rPr>
                <w:b w:val="0"/>
                <w:sz w:val="19"/>
              </w:rPr>
              <w:t>when communicating with others. ENG.6.8.W1. Students can get ready for the writing-expression process about the current content on “life</w:t>
            </w:r>
          </w:p>
          <w:p>
            <w:pPr>
              <w:spacing w:after="0"/>
            </w:pPr>
            <w:r>
              <w:rPr>
                <w:b w:val="0"/>
                <w:sz w:val="19"/>
              </w:rPr>
              <w:t>in the universe and future with planets and the Earth as a planet; life on Earth in the future”. ENG.6.8.W2. Students can understand the model/example for the writing task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ENG.6.8.W3. Students can organise a content for the assigned writing task on the current content “life</w:t>
            </w:r>
          </w:p>
          <w:p>
            <w:pPr>
              <w:spacing w:after="0"/>
            </w:pPr>
            <w:r>
              <w:rPr>
                <w:b w:val="0"/>
                <w:sz w:val="19"/>
              </w:rPr>
              <w:t>in the universe and future with planets and the Earth as a planet; life on Earth in the future”</w:t>
            </w:r>
          </w:p>
          <w:p>
            <w:pPr>
              <w:spacing w:after="0"/>
            </w:pPr>
            <w:r>
              <w:rPr>
                <w:b w:val="0"/>
                <w:sz w:val="19"/>
              </w:rPr>
              <w:t>based on the model/example provided. ENG.6.8.W4. Students can individually construct/form content for the assigned writing task on the current</w:t>
            </w:r>
          </w:p>
          <w:p>
            <w:pPr>
              <w:spacing w:after="0"/>
            </w:pPr>
            <w:r>
              <w:rPr>
                <w:b w:val="0"/>
                <w:sz w:val="19"/>
              </w:rPr>
              <w:t>content “life in the universe and future with planets and the Earth as a planet; life on Earth in</w:t>
            </w:r>
          </w:p>
          <w:p>
            <w:pPr>
              <w:spacing w:after="0"/>
            </w:pPr>
            <w:r>
              <w:rPr>
                <w:b w:val="0"/>
                <w:sz w:val="19"/>
              </w:rPr>
              <w:t>the future”. ENG.6.8.W5. Students can reorganise (reconstruct) and use information in the new written tasks about</w:t>
            </w:r>
          </w:p>
          <w:p>
            <w:pPr>
              <w:spacing w:after="0"/>
            </w:pPr>
            <w:r>
              <w:rPr>
                <w:b w:val="0"/>
                <w:sz w:val="19"/>
              </w:rPr>
              <w:t>the “life in the universe and future with planets and the Earth as a planet; life on Earth in the</w:t>
            </w:r>
          </w:p>
          <w:p>
            <w:pPr>
              <w:spacing w:after="0"/>
            </w:pPr>
            <w:r>
              <w:rPr>
                <w:b w:val="0"/>
                <w:sz w:val="19"/>
              </w:rPr>
              <w:t>future” to communicate with other people. ENG.6.8.W6. Students can reflect on their knowledge, experiences, thoughts, and feelings related to the</w:t>
            </w:r>
          </w:p>
          <w:p>
            <w:pPr>
              <w:spacing w:after="0"/>
            </w:pPr>
            <w:r>
              <w:rPr>
                <w:b w:val="0"/>
                <w:sz w:val="19"/>
              </w:rPr>
              <w:t>writing-expression process about the current content, “life in the universe and future with</w:t>
            </w:r>
          </w:p>
          <w:p>
            <w:pPr>
              <w:spacing w:after="0"/>
            </w:pPr>
            <w:r>
              <w:rPr>
                <w:b w:val="0"/>
                <w:sz w:val="19"/>
              </w:rPr>
              <w:t>planets and the Earth as a planet; life on Earth in the future” in relation to themselves or</w:t>
            </w:r>
          </w:p>
          <w:p>
            <w:pPr>
              <w:spacing w:after="0"/>
            </w:pPr>
            <w:r>
              <w:rPr>
                <w:b w:val="0"/>
                <w:sz w:val="19"/>
              </w:rPr>
              <w:t>others, both individually and/or with others. ENG.6.8.S1. Students can get ready for speaking-expression process about the current content on “life in</w:t>
            </w:r>
          </w:p>
          <w:p>
            <w:pPr>
              <w:spacing w:after="0"/>
            </w:pPr>
            <w:r>
              <w:rPr>
                <w:b w:val="0"/>
                <w:sz w:val="19"/>
              </w:rPr>
              <w:t>the universe and future with planets and the Earth as a planet; life on Earth in the future”. ENG.6.8.S2. Students can use the model/example for producing verbal content about the current content</w:t>
            </w:r>
          </w:p>
          <w:p>
            <w:pPr>
              <w:spacing w:after="0"/>
            </w:pPr>
            <w:r>
              <w:rPr>
                <w:b w:val="0"/>
                <w:sz w:val="19"/>
              </w:rPr>
              <w:t>on “life in the universe and future with planets and the Earth as a planet; life on Earth in the</w:t>
            </w:r>
          </w:p>
          <w:p>
            <w:pPr>
              <w:spacing w:after="0"/>
            </w:pPr>
            <w:r>
              <w:rPr>
                <w:b w:val="0"/>
                <w:sz w:val="19"/>
              </w:rPr>
              <w:t>future”. ENG.6.8.S3. Students can organise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ENG.6.8.S4. Students can construct a new verbal content on “life in the universe and future with planets</w:t>
            </w:r>
          </w:p>
          <w:p>
            <w:pPr>
              <w:spacing w:after="0"/>
            </w:pPr>
            <w:r>
              <w:rPr>
                <w:b w:val="0"/>
                <w:sz w:val="19"/>
              </w:rPr>
              <w:t>and the Earth as a planet; life on Earth in the future” by speaking accurately, efficiently, and</w:t>
            </w:r>
          </w:p>
          <w:p>
            <w:pPr>
              <w:spacing w:after="0"/>
            </w:pPr>
            <w:r>
              <w:rPr>
                <w:b w:val="0"/>
                <w:sz w:val="19"/>
              </w:rPr>
              <w:t>authentically. ENG.6.8.S5. Students can reorganise (reconstruct) and use information about the “life in the universe and</w:t>
            </w:r>
          </w:p>
          <w:p>
            <w:pPr>
              <w:spacing w:after="0"/>
            </w:pPr>
            <w:r>
              <w:rPr>
                <w:b w:val="0"/>
                <w:sz w:val="19"/>
              </w:rPr>
              <w:t>future with planets and the Earth as a planet; life on Earth in the future” to communicate with</w:t>
            </w:r>
          </w:p>
          <w:p>
            <w:pPr>
              <w:spacing w:after="0"/>
            </w:pPr>
            <w:r>
              <w:rPr>
                <w:b w:val="0"/>
                <w:sz w:val="19"/>
              </w:rPr>
              <w:t>other people. ENG.6.8.S6. Students can convey their knowledge, experiences, thoughts, and feelings related to the</w:t>
            </w:r>
          </w:p>
          <w:p>
            <w:pPr>
              <w:spacing w:after="0"/>
            </w:pPr>
            <w:r>
              <w:rPr>
                <w:b w:val="0"/>
                <w:sz w:val="19"/>
              </w:rPr>
              <w:t>speaking-expression process about the current content, “life in the universe and future with</w:t>
            </w:r>
          </w:p>
          <w:p>
            <w:pPr>
              <w:spacing w:after="0"/>
            </w:pPr>
            <w:r>
              <w:rPr>
                <w:b w:val="0"/>
                <w:sz w:val="19"/>
              </w:rPr>
              <w:t>planets and the Earth as a planet; life on Earth in the future” to communicate with other people</w:t>
            </w:r>
          </w:p>
          <w:p>
            <w:pPr>
              <w:spacing w:after="0"/>
            </w:pPr>
            <w:r>
              <w:rPr>
                <w:b w:val="0"/>
                <w:sz w:val="19"/>
              </w:rPr>
              <w:t>in relation to themselves or others, both individually and/or with others.</w:t>
            </w:r>
          </w:p>
        </w:tc>
      </w:tr>
      <w:tr>
        <w:tc>
          <w:tcPr>
            <w:tcW w:type="dxa" w:w="2608"/>
            <w:shd w:val="clear" w:color="auto" w:fill="E8EEFB"/>
          </w:tcPr>
          <w:p>
            <w:pPr>
              <w:spacing w:after="0"/>
            </w:pPr>
            <w:r/>
            <w:r>
              <w:rPr>
                <w:b/>
                <w:sz w:val="19"/>
              </w:rPr>
              <w:t>Socıal-emotıonal Learnıng Skılls</w:t>
            </w:r>
          </w:p>
        </w:tc>
        <w:tc>
          <w:tcPr>
            <w:tcW w:type="dxa" w:w="7597"/>
          </w:tcPr>
          <w:p>
            <w:pPr>
              <w:spacing w:after="0"/>
            </w:pPr>
            <w:r/>
            <w:r>
              <w:rPr>
                <w:b w:val="0"/>
                <w:sz w:val="19"/>
              </w:rPr>
              <w:t>SELS1.1. Self-Awareness Skill, SELS1.2. Self-Regulation Skill, SELS1.3. Self-</w:t>
            </w:r>
          </w:p>
          <w:p>
            <w:pPr>
              <w:spacing w:after="0"/>
            </w:pPr>
            <w:r>
              <w:rPr>
                <w:b w:val="0"/>
                <w:sz w:val="19"/>
              </w:rPr>
              <w:t>Reflection Skill, SELS2.1. Communication Skill, SELS2.2. Cooperation Skill, SELS2.3. Social Awareness Skill, SELS3.1. Adaptability Skill, SELS3.2. Flexibility</w:t>
            </w:r>
          </w:p>
          <w:p>
            <w:pPr>
              <w:spacing w:after="0"/>
            </w:pPr>
            <w:r>
              <w:rPr>
                <w:b w:val="0"/>
                <w:sz w:val="19"/>
              </w:rPr>
              <w:t>Skill, SELS3.3. Responsible Decision-Making Skill</w:t>
            </w:r>
          </w:p>
        </w:tc>
      </w:tr>
      <w:tr>
        <w:tc>
          <w:tcPr>
            <w:tcW w:type="dxa" w:w="2608"/>
            <w:shd w:val="clear" w:color="auto" w:fill="E8EEFB"/>
          </w:tcPr>
          <w:p>
            <w:pPr>
              <w:spacing w:after="0"/>
            </w:pPr>
            <w:r/>
            <w:r>
              <w:rPr>
                <w:b/>
                <w:sz w:val="19"/>
              </w:rPr>
              <w:t>Values</w:t>
            </w:r>
          </w:p>
        </w:tc>
        <w:tc>
          <w:tcPr>
            <w:tcW w:type="dxa" w:w="7597"/>
          </w:tcPr>
          <w:p>
            <w:pPr>
              <w:spacing w:after="0"/>
            </w:pPr>
            <w:r/>
            <w:r>
              <w:rPr>
                <w:b w:val="0"/>
                <w:sz w:val="19"/>
              </w:rPr>
              <w:t>V1. Justice, V3. Diligence, V4. Friendship, V5. Sensitivity, V6. Honesty, V7.</w:t>
            </w:r>
          </w:p>
          <w:p>
            <w:pPr>
              <w:spacing w:after="0"/>
            </w:pPr>
            <w:r>
              <w:rPr>
                <w:b w:val="0"/>
                <w:sz w:val="19"/>
              </w:rPr>
              <w:t>Aesthetics, V9. Compassion, V10. Modesty, V11. Independence, V12. Patience, V13. Healthy Living, V14. Respect, V16. Responsibility, V19. Patriotism, V20.</w:t>
            </w:r>
          </w:p>
          <w:p>
            <w:pPr>
              <w:spacing w:after="0"/>
            </w:pPr>
            <w:r>
              <w:rPr>
                <w:b w:val="0"/>
                <w:sz w:val="19"/>
              </w:rPr>
              <w:t>Benevolence</w:t>
            </w:r>
          </w:p>
        </w:tc>
      </w:tr>
      <w:tr>
        <w:tc>
          <w:tcPr>
            <w:tcW w:type="dxa" w:w="2608"/>
            <w:shd w:val="clear" w:color="auto" w:fill="E8EEFB"/>
          </w:tcPr>
          <w:p>
            <w:pPr>
              <w:spacing w:after="0"/>
            </w:pPr>
            <w:r/>
            <w:r>
              <w:rPr>
                <w:b/>
                <w:sz w:val="19"/>
              </w:rPr>
              <w:t>Lıteracy Skılls</w:t>
            </w:r>
          </w:p>
        </w:tc>
        <w:tc>
          <w:tcPr>
            <w:tcW w:type="dxa" w:w="7597"/>
          </w:tcPr>
          <w:p>
            <w:pPr>
              <w:spacing w:after="0"/>
            </w:pPr>
            <w:r/>
            <w:r>
              <w:rPr>
                <w:b w:val="0"/>
                <w:sz w:val="19"/>
              </w:rPr>
              <w:t>LS1. Information Literacy, LS2. Digital Literacy, LS4. Visual Literacy, LS5.</w:t>
            </w:r>
          </w:p>
          <w:p>
            <w:pPr>
              <w:spacing w:after="0"/>
            </w:pPr>
            <w:r>
              <w:rPr>
                <w:b w:val="0"/>
                <w:sz w:val="19"/>
              </w:rPr>
              <w:t>Cultural Literacy, LS6. Civic Literacy, LS7. Data Literacy, LS9. Art Literacy</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(ENG.6.8.L1. Students can get ready for the listening/watching-comprehension process for the current)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Dıfferentıatıon</w:t>
            </w:r>
          </w:p>
        </w:tc>
        <w:tc>
          <w:tcPr>
            <w:tcW w:type="dxa" w:w="7597"/>
          </w:tcPr>
          <w:p>
            <w:pPr>
              <w:spacing w:after="0"/>
            </w:pPr>
            <w:r/>
            <w:r>
              <w:rPr>
                <w:b w:val="0"/>
                <w:sz w:val="19"/>
              </w:rPr>
              <w:t>DIFFERENTIATION</w:t>
            </w:r>
          </w:p>
          <w:p>
            <w:pPr>
              <w:spacing w:after="0"/>
            </w:pPr>
            <w:r>
              <w:rPr>
                <w:b w:val="0"/>
                <w:sz w:val="19"/>
              </w:rPr>
              <w:t>Expansion</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They</w:t>
            </w:r>
          </w:p>
          <w:p>
            <w:pPr>
              <w:spacing w:after="0"/>
            </w:pPr>
            <w:r>
              <w:rPr>
                <w:b w:val="0"/>
                <w:sz w:val="19"/>
              </w:rPr>
              <w:t>focus on how life will be different by 2050, using current trends and evidence to support their predictions.</w:t>
            </w:r>
          </w:p>
          <w:p>
            <w:pPr>
              <w:spacing w:after="0"/>
            </w:pPr>
            <w:r>
              <w:rPr>
                <w:b w:val="0"/>
                <w:sz w:val="19"/>
              </w:rPr>
              <w:t>The groups share their presentation with the class. After each presentation, the class engages in a Question</w:t>
            </w:r>
          </w:p>
          <w:p>
            <w:pPr>
              <w:spacing w:after="0"/>
            </w:pPr>
            <w:r>
              <w:rPr>
                <w:b w:val="0"/>
                <w:sz w:val="19"/>
              </w:rPr>
              <w:t>&amp; Answer session. The teacher encourages students to ask questions like: “How do you think we will solve</w:t>
            </w:r>
          </w:p>
          <w:p>
            <w:pPr>
              <w:spacing w:after="0"/>
            </w:pPr>
            <w:r>
              <w:rPr>
                <w:b w:val="0"/>
                <w:sz w:val="19"/>
              </w:rPr>
              <w:t>environmental problems by 2050?”, “Why do you think people are going to live in floating cities?”, “What makes</w:t>
            </w:r>
          </w:p>
          <w:p>
            <w:pPr>
              <w:spacing w:after="0"/>
            </w:pPr>
            <w:r>
              <w:rPr>
                <w:b w:val="0"/>
                <w:sz w:val="19"/>
              </w:rPr>
              <w:t>you think robots will replace teachers in the future?”. The teacher asks students to provide positive feedback</w:t>
            </w:r>
          </w:p>
          <w:p>
            <w:pPr>
              <w:spacing w:after="0"/>
            </w:pPr>
            <w:r>
              <w:rPr>
                <w:b w:val="0"/>
                <w:sz w:val="19"/>
              </w:rPr>
              <w:t>to each group, using phrases like “I like your idea because…” or “It was interesting when you said…”. Students</w:t>
            </w:r>
          </w:p>
          <w:p>
            <w:pPr>
              <w:spacing w:after="0"/>
            </w:pPr>
            <w:r>
              <w:rPr>
                <w:b w:val="0"/>
                <w:sz w:val="19"/>
              </w:rPr>
              <w:t>reflect on their thoughts and feelings about the activity. Supporting</w:t>
            </w:r>
          </w:p>
          <w:p>
            <w:pPr>
              <w:spacing w:after="0"/>
            </w:pPr>
            <w:r>
              <w:rPr>
                <w:b w:val="0"/>
                <w:sz w:val="19"/>
              </w:rPr>
              <w:t>Objective: To practise future plans, intentions, or something that is likely to happen based on present</w:t>
            </w:r>
          </w:p>
          <w:p>
            <w:pPr>
              <w:spacing w:after="0"/>
            </w:pPr>
            <w:r>
              <w:rPr>
                <w:b w:val="0"/>
                <w:sz w:val="19"/>
              </w:rPr>
              <w:t>evidence in English by making a presentation.</w:t>
            </w:r>
          </w:p>
          <w:p>
            <w:pPr>
              <w:spacing w:after="0"/>
            </w:pPr>
            <w:r>
              <w:rPr>
                <w:b w:val="0"/>
                <w:sz w:val="19"/>
              </w:rPr>
              <w:t>Activity 1: Building Tomorrow’s Earth</w:t>
            </w:r>
          </w:p>
          <w:p>
            <w:pPr>
              <w:spacing w:after="0"/>
            </w:pPr>
            <w:r>
              <w:rPr>
                <w:b w:val="0"/>
                <w:sz w:val="19"/>
              </w:rPr>
              <w:t>The teacher divides the class into groups of 4-5 students. They work in teams to make a presentation about</w:t>
            </w:r>
          </w:p>
          <w:p>
            <w:pPr>
              <w:spacing w:after="0"/>
            </w:pPr>
            <w:r>
              <w:rPr>
                <w:b w:val="0"/>
                <w:sz w:val="19"/>
              </w:rPr>
              <w:t>different aspects of life in 2050. Each group focuses on a specific area of life on Earth, such as Technology</w:t>
            </w:r>
          </w:p>
          <w:p>
            <w:pPr>
              <w:spacing w:after="0"/>
            </w:pPr>
            <w:r>
              <w:rPr>
                <w:b w:val="0"/>
                <w:sz w:val="19"/>
              </w:rPr>
              <w:t>(How will innovations like artificial intelligence, robots, and space exploration transform everyday life?), Environment (What environmental changes will happen by 2050?), Society and Culture (How will people live?</w:t>
            </w:r>
          </w:p>
          <w:p>
            <w:pPr>
              <w:spacing w:after="0"/>
            </w:pPr>
            <w:r>
              <w:rPr>
                <w:b w:val="0"/>
                <w:sz w:val="19"/>
              </w:rPr>
              <w:t>How will family structures, education, and work environments be?), Cities (What will future cities look like?</w:t>
            </w:r>
          </w:p>
          <w:p>
            <w:pPr>
              <w:spacing w:after="0"/>
            </w:pPr>
            <w:r>
              <w:rPr>
                <w:b w:val="0"/>
                <w:sz w:val="19"/>
              </w:rPr>
              <w:t>Will there be smart cities, floating cities, or green cities with zero waste?), Health &amp; Medicine (Will people</w:t>
            </w:r>
          </w:p>
          <w:p>
            <w:pPr>
              <w:spacing w:after="0"/>
            </w:pPr>
            <w:r>
              <w:rPr>
                <w:b w:val="0"/>
                <w:sz w:val="19"/>
              </w:rPr>
              <w:t>have longer and healthier lives?). Each group spends 10-15 minutes brainstorming ideas for their theme. The</w:t>
            </w:r>
          </w:p>
          <w:p>
            <w:pPr>
              <w:spacing w:after="0"/>
            </w:pPr>
            <w:r>
              <w:rPr>
                <w:b w:val="0"/>
                <w:sz w:val="19"/>
              </w:rPr>
              <w:t>teacher provides visual aids, simple sentence frames (e.g., “In 2050, people will _______”, “It might happen</w:t>
            </w:r>
          </w:p>
          <w:p>
            <w:pPr>
              <w:spacing w:after="0"/>
            </w:pPr>
            <w:r>
              <w:rPr>
                <w:b w:val="0"/>
                <w:sz w:val="19"/>
              </w:rPr>
              <w:t>because _______”), and vocabulary lists to help them express ideas. The groups share their presentation</w:t>
            </w:r>
          </w:p>
          <w:p>
            <w:pPr>
              <w:spacing w:after="0"/>
            </w:pPr>
            <w:r>
              <w:rPr>
                <w:b w:val="0"/>
                <w:sz w:val="19"/>
              </w:rPr>
              <w:t>with the class. After each presentation, the class engages in a Q&amp;A (Question &amp; Answer) session. The</w:t>
            </w:r>
          </w:p>
          <w:p>
            <w:pPr>
              <w:spacing w:after="0"/>
            </w:pPr>
            <w:r>
              <w:rPr>
                <w:b w:val="0"/>
                <w:sz w:val="19"/>
              </w:rPr>
              <w:t>teacher encourages students to ask questions like: “How do you think we will solve environmental problems</w:t>
            </w:r>
          </w:p>
          <w:p>
            <w:pPr>
              <w:spacing w:after="0"/>
            </w:pPr>
            <w:r>
              <w:rPr>
                <w:b w:val="0"/>
                <w:sz w:val="19"/>
              </w:rPr>
              <w:t>by 2050?”, “Why do you think people are going to live in floating cities?”, “What makes you think robots will</w:t>
            </w:r>
          </w:p>
          <w:p>
            <w:pPr>
              <w:spacing w:after="0"/>
            </w:pPr>
            <w:r>
              <w:rPr>
                <w:b w:val="0"/>
                <w:sz w:val="19"/>
              </w:rPr>
              <w:t>replace teachers in the future?”. The teacher asks students to provide positive feedback to each group, using phrases like “I like your idea because…” or “It was interesting when you said…”. Students reflect on their</w:t>
            </w:r>
          </w:p>
          <w:p>
            <w:pPr>
              <w:spacing w:after="0"/>
            </w:pPr>
            <w:r>
              <w:rPr>
                <w:b w:val="0"/>
                <w:sz w:val="19"/>
              </w:rPr>
              <w:t>thoughts and feelings about the activity.</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EVALUATION FOR THE SKILLS AND THE CONTENT:</w:t>
            </w:r>
          </w:p>
          <w:p>
            <w:pPr>
              <w:spacing w:after="0"/>
            </w:pPr>
            <w:r>
              <w:rPr>
                <w:b w:val="0"/>
                <w:sz w:val="19"/>
              </w:rPr>
              <w:t>PERFORMANCE ASSIGNMENT: Students will prepare a comic strip about the universe and imagine how life on</w:t>
            </w:r>
          </w:p>
          <w:p>
            <w:pPr>
              <w:spacing w:after="0"/>
            </w:pPr>
            <w:r>
              <w:rPr>
                <w:b w:val="0"/>
                <w:sz w:val="19"/>
              </w:rPr>
              <w:t>Earth might change. First, they will learn about the planets in our solar system and what makes Earth unique.</w:t>
            </w:r>
          </w:p>
          <w:p>
            <w:pPr>
              <w:spacing w:after="0"/>
            </w:pPr>
            <w:r>
              <w:rPr>
                <w:b w:val="0"/>
                <w:sz w:val="19"/>
              </w:rPr>
              <w:t>Then they will create a fun and creative comic strip with 6-8 panels showing their ideas about future life on</w:t>
            </w:r>
          </w:p>
          <w:p>
            <w:pPr>
              <w:spacing w:after="0"/>
            </w:pPr>
            <w:r>
              <w:rPr>
                <w:b w:val="0"/>
                <w:sz w:val="19"/>
              </w:rPr>
              <w:t>Earth or other planets. In their comic strip, they can include new technologies, futuristic transportation, cool</w:t>
            </w:r>
          </w:p>
          <w:p>
            <w:pPr>
              <w:spacing w:after="0"/>
            </w:pPr>
            <w:r>
              <w:rPr>
                <w:b w:val="0"/>
                <w:sz w:val="19"/>
              </w:rPr>
              <w:t>inventions, and how people interact with nature. They should use drawings, captions, and dialogue to tell the</w:t>
            </w:r>
          </w:p>
          <w:p>
            <w:pPr>
              <w:spacing w:after="0"/>
            </w:pPr>
            <w:r>
              <w:rPr>
                <w:b w:val="0"/>
                <w:sz w:val="19"/>
              </w:rPr>
              <w:t>story. They can use Web 2.0 tools. The assignment will be evaluated by using a rubric scheme, a rating scale, and/or a marking scheme.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İNGİLİZCE DERSİ GÜNLÜK PLANI</w:t>
      </w:r>
    </w:p>
    <w:p>
      <w:pPr>
        <w:spacing w:after="80"/>
        <w:jc w:val="center"/>
      </w:pPr>
      <w:r>
        <w:rPr>
          <w:sz w:val="20"/>
        </w:rPr>
        <w:t>2026-2027 Eğitim Öğretim Yılı · Week 37: 21-25 June</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İngilizce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June · Week 37: 21-25 June</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SOCIAL ACTIVITIES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6. Sınıf İngilizce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