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8. SINIF MATEMATİK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M.8.1.1. Çarpanlar ve Katlar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M.8.1.1.1. Verilen pozitif tam sayıların pozitif tam sayı çarpanlarını bulur, pozitif tam sayıların pozitif tam sayı çarpanlarını üslü ifadelerin çarpımı şeklinde yazar.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M.8.1.1.1</w:t>
            </w:r>
          </w:p>
          <w:p>
            <w:pPr>
              <w:spacing w:after="0"/>
            </w:pPr>
            <w:r>
              <w:rPr>
                <w:b w:val="0"/>
                <w:sz w:val="19"/>
              </w:rPr>
              <w:t>Bir pozitif tam sayının asal çarpanlarını bulmaya yönelik çalışmalara da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(M.8.1.1.1. Verilen pozitif tam sayıların pozitif tam sayı çarpanlarını bulur, pozitif tam sayıların pozitif tam sayı çarpanlarını üslü ifadelerin çarpımı şeklinde yazar.)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dışı öğrenme etkinlikleri, ders yılı başı okul zümre öğretmenleri toplantısında belirlenecektir.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M.8.1.1. Çarpanlar ve Katlar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M.8.1.1.2. İki doğal sayının en büyük ortak bölenini (EBOB) ve en küçük ortak katını (EKOK) hesaplar, ilgili problemleri çözer.</w:t>
            </w:r>
          </w:p>
          <w:p>
            <w:pPr>
              <w:spacing w:after="0"/>
            </w:pPr>
            <w:r>
              <w:rPr>
                <w:b w:val="0"/>
                <w:sz w:val="19"/>
              </w:rPr>
              <w:t>M.8.1.1.3. Verilen iki doğal sayının aralarında asal olup olmadığını belirler.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M.8.1.1.2.</w:t>
            </w:r>
          </w:p>
          <w:p>
            <w:pPr>
              <w:spacing w:after="0"/>
            </w:pPr>
            <w:r>
              <w:rPr>
                <w:b w:val="0"/>
                <w:sz w:val="19"/>
              </w:rPr>
              <w:t>Alan ve hacim hesaplamayı gerektiren problemlere girilmez.</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(M.8.1.1.2. İki doğal sayının en büyük ortak bölenini (EBOB) ve en küçük ortak katını (EKOK) hesaplar, ilgili problemleri çözer.)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dışı öğrenme etkinlikleri, ders yılı başı okul zümre öğretmenleri toplantısında belirlenecektir.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 Hafta: 28 Eylül-02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Eylül-02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M.8.1.2. Üslü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M.8.1.2.1. Tam sayıların, tam sayı kuvvetlerini hesaplar.</w:t>
            </w:r>
          </w:p>
          <w:p>
            <w:pPr>
              <w:spacing w:after="0"/>
            </w:pPr>
            <w:r>
              <w:rPr>
                <w:b w:val="0"/>
                <w:sz w:val="19"/>
              </w:rPr>
              <w:t>M.8.1.2.2. Üslü ifadelerle ilgili temel kuralları anlar, birbirine denk ifadeler oluşturur.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(M.8.1.2.1. Tam sayıların, tam sayı kuvvetlerini hesaplar.)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dışı öğrenme etkinlikleri, ders yılı başı okul zümre öğretmenleri toplantısında belirlenecektir.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M.8.1.2. Üslü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M.8.1.2.3. Sayıların ondalık gösterimlerini 10’un tam sayı kuvvetlerini kullanarak çözümler.</w:t>
            </w:r>
          </w:p>
          <w:p>
            <w:pPr>
              <w:spacing w:after="0"/>
            </w:pPr>
            <w:r>
              <w:rPr>
                <w:b w:val="0"/>
                <w:sz w:val="19"/>
              </w:rPr>
              <w:t>M.8.1.2.4. Verilen bir sayıyı 10’un farklı tam sayı kuvvetlerini kullanarak ifade eder.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M.8.1.2.3.</w:t>
            </w:r>
          </w:p>
          <w:p>
            <w:pPr>
              <w:spacing w:after="0"/>
            </w:pPr>
            <w:r>
              <w:rPr>
                <w:b w:val="0"/>
                <w:sz w:val="19"/>
              </w:rPr>
              <w:t>Örneğin 82,53 = 8.10¹ + 2.10⁰ + 5.10⁻¹ + 3.10⁻²</w:t>
            </w:r>
          </w:p>
          <w:p>
            <w:pPr>
              <w:spacing w:after="0"/>
            </w:pPr>
            <w:r>
              <w:rPr>
                <w:b w:val="0"/>
                <w:sz w:val="19"/>
              </w:rPr>
              <w:t>M.8.1.2.4.</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(M.8.1.2.3. Sayıların ondalık gösterimlerini 10’un tam sayı kuvvetlerini kullanarak çözümler.)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M.8.1.2. Üslü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M.8.1.2.5. Çok büyük ve çok küçük sayıları bilimsel gösterimle ifade eder ve karşılaştırır.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M.8.1.2.5.</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(M.8.1.2.5. Çok büyük ve çok küçük sayıları bilimsel gösterimle ifade eder ve karşılaştırır.)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M.8.1.3. Kareköklü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M.8.1.3.1. Tamkare pozitif tam sayılarla bu sayıların karekökleri arasındaki ilişkiyi belirler.</w:t>
            </w:r>
          </w:p>
          <w:p>
            <w:pPr>
              <w:spacing w:after="0"/>
            </w:pPr>
            <w:r>
              <w:rPr>
                <w:b w:val="0"/>
                <w:sz w:val="19"/>
              </w:rPr>
              <w:t>M.8.1.3.2. Tam kare olmayan kareköklü bir sayının hangi iki doğal sayı arasında olduğunu belirler.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M.8.1.3.1.</w:t>
            </w:r>
          </w:p>
          <w:p>
            <w:pPr>
              <w:spacing w:after="0"/>
            </w:pPr>
            <w:r>
              <w:rPr>
                <w:b w:val="0"/>
                <w:sz w:val="19"/>
              </w:rPr>
              <w:t>Kare modelleri kullanılarak alanla kenar arasındaki ilişkiden yararlanılarak bir sayıyla karekökü arasındaki ilişki ele alınabilir.</w:t>
            </w:r>
          </w:p>
          <w:p>
            <w:pPr>
              <w:spacing w:after="0"/>
            </w:pPr>
            <w:r>
              <w:rPr>
                <w:b w:val="0"/>
                <w:sz w:val="19"/>
              </w:rPr>
              <w:t>M.8.1.3.2.</w:t>
            </w:r>
          </w:p>
          <w:p>
            <w:pPr>
              <w:spacing w:after="0"/>
            </w:pPr>
            <w:r>
              <w:rPr>
                <w:b w:val="0"/>
                <w:sz w:val="19"/>
              </w:rPr>
              <w:t>Örneğin √31 sayısının 5 ile 6 sayıları arasında bulunduğunu ve 6’ya daha yakın olduğunu belirlemeye yönelik çalışmalar yapılır.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(M.8.1.3.1. Tamkare pozitif tam sayılarla bu sayıların karekökleri arasındaki ilişkiyi belirler.)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M.8.1.3. Kareköklü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M.8.1.3.3. Kareköklü bir ifadeyi a√b şeklinde yazar ve a√b şeklindeki ifadede katsayıyı kök içine alır.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(M.8.1.3.3. Kareköklü bir ifadeyi a√b şeklinde yazar ve a√b şeklindeki ifadede katsayıyı kök içine alır.)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M.8.1.3. Kareköklü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M.8.1.3.4. Kareköklü ifadelerde çarpma ve bölme işlemlerini yapar.</w:t>
            </w:r>
          </w:p>
          <w:p>
            <w:pPr>
              <w:spacing w:after="0"/>
            </w:pPr>
            <w:r>
              <w:rPr>
                <w:b w:val="0"/>
                <w:sz w:val="19"/>
              </w:rPr>
              <w:t>M.8.1.3.5. Kareköklü ifadelerde toplama ve çıkarma işlemlerini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(M.8.1.3.4. Kareköklü ifadelerde çarpma ve bölme işlemlerini yapar.)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M.8.1.3. Kareköklü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M.8.1.3.5. Kareköklü ifadelerde toplama ve çıkarma işlemlerini yapar.</w:t>
            </w:r>
          </w:p>
          <w:p>
            <w:pPr>
              <w:spacing w:after="0"/>
            </w:pPr>
            <w:r>
              <w:rPr>
                <w:b w:val="0"/>
                <w:sz w:val="19"/>
              </w:rPr>
              <w:t>M.8.1.3.6. Kareköklü bir ifade ile çarpıldığında, sonucu bir doğal sayı yapan çarpanlara örnek verir.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(M.8.1.3.5. Kareköklü ifadelerde toplama ve çıkarma işlemlerini yapar.)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M.8.1. SAYILAR VE İŞLEMLER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M.8.1.3. Kareköklü İfadeler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M.8.1.3.7. Ondalık ifadelerin kareköklerini belirler. </w:t>
            </w:r>
          </w:p>
          <w:p>
            <w:pPr>
              <w:spacing w:after="0"/>
            </w:pPr>
            <w:r>
              <w:rPr>
                <w:b w:val="0"/>
                <w:sz w:val="19"/>
              </w:rPr>
              <w:t>M.8.1.3.8. Gerçek sayıları tanır, rasyonel ve irrasyonel sayılarla ilişkilendirir.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M.8.1.3.7.</w:t>
            </w:r>
          </w:p>
          <w:p>
            <w:pPr>
              <w:spacing w:after="0"/>
            </w:pPr>
            <w:r>
              <w:rPr>
                <w:b w:val="0"/>
                <w:sz w:val="19"/>
              </w:rPr>
              <w:t>Kesir olarak ifade edildiğinde payı ve paydası tam kare olan ondalık gösterimlerin kareköklerini bulmaya yönelik çalışmalara yer verilir.</w:t>
            </w:r>
          </w:p>
          <w:p>
            <w:pPr>
              <w:spacing w:after="0"/>
            </w:pPr>
            <w:r>
              <w:rPr>
                <w:b w:val="0"/>
                <w:sz w:val="19"/>
              </w:rPr>
              <w:t>M.8.1.3.8.</w:t>
            </w:r>
          </w:p>
          <w:p>
            <w:pPr>
              <w:spacing w:after="0"/>
            </w:pPr>
            <w:r>
              <w:rPr>
                <w:b w:val="0"/>
                <w:sz w:val="19"/>
              </w:rPr>
              <w:t>Tam kare olmayan sayıların kareköklerinin rasyonel sayı olarak belirtilemediğine (iki tam sayının oranı şeklinde yazılamadığına) dikkat çekilir. π sayısı bir irrasyonel sayı olarak tanıtılır. İrrasyonel sayı olmasına rağmen işlemlerde kolaylık sağlaması açısından π sayısı yerine 3; 3,14 veya 22/7 de alınabileceği vurgulanır.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(M.8.1.3.7. Ondalık ifadelerin kareköklerini belirler.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11. Hafta: 30 Kasım-04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11. Hafta: 30 Kasım-04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M.8.4. VERİ İŞLEME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M.8.4.1. Veri Analizi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M.8.4.1.1. En fazla üç veri grubuna ait çizgi ve sütun grafiklerini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(M.8.4.1.1. En fazla üç veri grubuna ait çizgi ve sütun grafiklerini yorumlar.)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M.8.4. VERİ İŞLEME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M.8.4.1. Veri Analizi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M.8.4.1.2. Verileri sütun, daire veya çizgi grafiği ile gösterir ve bu gösterimler arasında uygun olan dönüşümleri yapar.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M.8.4.1.2.</w:t>
            </w:r>
          </w:p>
          <w:p>
            <w:pPr>
              <w:spacing w:after="0"/>
            </w:pPr>
            <w:r>
              <w:rPr>
                <w:b w:val="0"/>
                <w:sz w:val="19"/>
              </w:rPr>
              <w:t>Farklı gösterimlerin birbirlerine göre üstün ve zayıf yönleri üzerinde durulur.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(M.8.4.1.2. Verileri sütun, daire veya çizgi grafiği ile gösterir ve bu gösterimler arasında uygun olan dönüşümleri yapar.)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M.8.4. VERİ İŞLEME</w:t>
            </w:r>
          </w:p>
          <w:p>
            <w:pPr>
              <w:spacing w:after="0"/>
            </w:pPr>
            <w:r>
              <w:rPr>
                <w:b w:val="0"/>
                <w:sz w:val="19"/>
              </w:rPr>
              <w:t>M.8.5. OLASILIK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M.8.4.1. Veri Analizi</w:t>
            </w:r>
          </w:p>
          <w:p>
            <w:pPr>
              <w:spacing w:after="0"/>
            </w:pPr>
            <w:r>
              <w:rPr>
                <w:b w:val="0"/>
                <w:sz w:val="19"/>
              </w:rPr>
              <w:t>M.8.5.1. Basit Olayların Olma Olasılığı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M.8.4.1.2. Verileri sütun, daire veya çizgi grafiği ile gösterir ve bu gösterimler arasında uygun olan dönüşümleri yapar.</w:t>
            </w:r>
          </w:p>
          <w:p>
            <w:pPr>
              <w:spacing w:after="0"/>
            </w:pPr>
            <w:r>
              <w:rPr>
                <w:b w:val="0"/>
                <w:sz w:val="19"/>
              </w:rPr>
              <w:t>M.8.5.1.1. Bir olaya ait olası durumları belirler.</w:t>
            </w:r>
          </w:p>
          <w:p>
            <w:pPr>
              <w:spacing w:after="0"/>
            </w:pPr>
            <w:r>
              <w:rPr>
                <w:b w:val="0"/>
                <w:sz w:val="19"/>
              </w:rPr>
              <w:t>M.8.5.1.2. “Daha fazla”, “eşit”, “daha az” olasılıklı olayları ayırt eder, örnek verir.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M.8.4.1.2. </w:t>
            </w:r>
          </w:p>
          <w:p>
            <w:pPr>
              <w:spacing w:after="0"/>
            </w:pPr>
            <w:r>
              <w:rPr>
                <w:b w:val="0"/>
                <w:sz w:val="19"/>
              </w:rPr>
              <w:t>Farklı gösterimlerin birbirlerine göre üstün ve zayıf yönleri üzerinde durulur.</w:t>
            </w:r>
          </w:p>
          <w:p>
            <w:pPr>
              <w:spacing w:after="0"/>
            </w:pPr>
            <w:r>
              <w:rPr>
                <w:b w:val="0"/>
                <w:sz w:val="19"/>
              </w:rPr>
              <w:t>M.8.5.1.1.</w:t>
            </w:r>
          </w:p>
          <w:p>
            <w:pPr>
              <w:spacing w:after="0"/>
            </w:pPr>
            <w:r>
              <w:rPr>
                <w:b w:val="0"/>
                <w:sz w:val="19"/>
              </w:rPr>
              <w:t>Örneğin 3 kırmızı, 5 mavi renkli topun bulunduğu bir torbadan top çekilmesi olayı ile ilgili olası durumların sayısının 8 olduğu ifade edilir. Birden fazla olayın olası durumları ele alınmaz</w:t>
            </w:r>
          </w:p>
          <w:p>
            <w:pPr>
              <w:spacing w:after="0"/>
            </w:pPr>
            <w:r>
              <w:rPr>
                <w:b w:val="0"/>
                <w:sz w:val="19"/>
              </w:rPr>
              <w:t>M.8.5.1.2.</w:t>
            </w:r>
          </w:p>
          <w:p>
            <w:pPr>
              <w:spacing w:after="0"/>
            </w:pPr>
            <w:r>
              <w:rPr>
                <w:b w:val="0"/>
                <w:sz w:val="19"/>
              </w:rPr>
              <w:t>Olasılığı hesaplamayı gerektirmeyen sezgisel durumlar ele alınır. Örneğin bir okuldaki tüm öğretmen ve öğrencilerin isimlerinin yazılı olduğu bir listeden rastgele çekilen bir ismin öğrenciye ait olma olasılığının daha fazla olduğu, 15’i erkek öğrenci ve 15’i kız öğrenci olan bir sınıftan rastgele seçilen birinin kız</w:t>
            </w:r>
          </w:p>
          <w:p>
            <w:pPr>
              <w:spacing w:after="0"/>
            </w:pPr>
            <w:r>
              <w:rPr>
                <w:b w:val="0"/>
                <w:sz w:val="19"/>
              </w:rPr>
              <w:t>öğrenci olma olasılığı ile erkek öğrenci olma olasılığının eşit olduğunu belirten çalışmalar yapılır.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(M.8.4.1.2. Verileri sütun, daire veya çizgi grafiği ile gösterir ve bu gösterimler arasında uygun olan dönüşümleri yapar.)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M.8.4. VERİ İŞLEME</w:t>
            </w:r>
          </w:p>
          <w:p>
            <w:pPr>
              <w:spacing w:after="0"/>
            </w:pPr>
            <w:r>
              <w:rPr>
                <w:b w:val="0"/>
                <w:sz w:val="19"/>
              </w:rPr>
              <w:t>M.8.5. OLASILIK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M.8.4.1. Veri Analizi</w:t>
            </w:r>
          </w:p>
          <w:p>
            <w:pPr>
              <w:spacing w:after="0"/>
            </w:pPr>
            <w:r>
              <w:rPr>
                <w:b w:val="0"/>
                <w:sz w:val="19"/>
              </w:rPr>
              <w:t>M.8.5.1. Basit Olayların Olma Olasılığı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M.8.4.1.2. Verileri sütun, daire veya çizgi grafiği ile gösterir ve bu gösterimler arasında uygun olan dönüşümleri yapar.</w:t>
            </w:r>
          </w:p>
          <w:p>
            <w:pPr>
              <w:spacing w:after="0"/>
            </w:pPr>
            <w:r>
              <w:rPr>
                <w:b w:val="0"/>
                <w:sz w:val="19"/>
              </w:rPr>
              <w:t>M.8.5.1.1. Bir olaya ait olası durumları belirler.</w:t>
            </w:r>
          </w:p>
          <w:p>
            <w:pPr>
              <w:spacing w:after="0"/>
            </w:pPr>
            <w:r>
              <w:rPr>
                <w:b w:val="0"/>
                <w:sz w:val="19"/>
              </w:rPr>
              <w:t>M.8.5.1.2. “Daha fazla”, “eşit”, “daha az” olasılıklı olayları ayırt eder, örnek verir.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M.8.4.1.2. </w:t>
            </w:r>
          </w:p>
          <w:p>
            <w:pPr>
              <w:spacing w:after="0"/>
            </w:pPr>
            <w:r>
              <w:rPr>
                <w:b w:val="0"/>
                <w:sz w:val="19"/>
              </w:rPr>
              <w:t>Farklı gösterimlerin birbirlerine göre üstün ve zayıf yönleri üzerinde durulur.</w:t>
            </w:r>
          </w:p>
          <w:p>
            <w:pPr>
              <w:spacing w:after="0"/>
            </w:pPr>
            <w:r>
              <w:rPr>
                <w:b w:val="0"/>
                <w:sz w:val="19"/>
              </w:rPr>
              <w:t>M.8.5.1.1.</w:t>
            </w:r>
          </w:p>
          <w:p>
            <w:pPr>
              <w:spacing w:after="0"/>
            </w:pPr>
            <w:r>
              <w:rPr>
                <w:b w:val="0"/>
                <w:sz w:val="19"/>
              </w:rPr>
              <w:t>Örneğin 3 kırmızı, 5 mavi renkli topun bulunduğu bir torbadan top çekilmesi olayı ile ilgili olası durumların sayısının 8 olduğu ifade edilir. Birden fazla olayın olası durumları ele alınmaz</w:t>
            </w:r>
          </w:p>
          <w:p>
            <w:pPr>
              <w:spacing w:after="0"/>
            </w:pPr>
            <w:r>
              <w:rPr>
                <w:b w:val="0"/>
                <w:sz w:val="19"/>
              </w:rPr>
              <w:t>M.8.5.1.2.</w:t>
            </w:r>
          </w:p>
          <w:p>
            <w:pPr>
              <w:spacing w:after="0"/>
            </w:pPr>
            <w:r>
              <w:rPr>
                <w:b w:val="0"/>
                <w:sz w:val="19"/>
              </w:rPr>
              <w:t>Olasılığı hesaplamayı gerektirmeyen sezgisel durumlar ele alınır. Örneğin bir okuldaki tüm öğretmen ve öğrencilerin isimlerinin yazılı olduğu bir listeden rastgele çekilen bir ismin öğrenciye ait olma olasılığının daha fazla olduğu, 15’i erkek öğrenci ve 15’i kız öğrenci olan bir sınıftan rastgele seçilen birinin kız</w:t>
            </w:r>
          </w:p>
          <w:p>
            <w:pPr>
              <w:spacing w:after="0"/>
            </w:pPr>
            <w:r>
              <w:rPr>
                <w:b w:val="0"/>
                <w:sz w:val="19"/>
              </w:rPr>
              <w:t>öğrenci olma olasılığı ile erkek öğrenci olma olasılığının eşit olduğunu belirten çalışmalar yapılır.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(M.8.4.1.2. Verileri sütun, daire veya çizgi grafiği ile gösterir ve bu gösterimler arasında uygun olan dönüşümleri yapar.)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M.8.5. OLASILIK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M.8.5.1. Basit Olayların Olma Olasılığı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M.8.5.1.3. Eşit şansa sahip olan olaylarda her bir çıktının olasılık değerinin eşit olduğunu ve bu değerin 1/n olduğunu açıklar.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M.8.5.1.3.</w:t>
            </w:r>
          </w:p>
          <w:p>
            <w:pPr>
              <w:spacing w:after="0"/>
            </w:pPr>
            <w:r>
              <w:rPr>
                <w:b w:val="0"/>
                <w:sz w:val="19"/>
              </w:rPr>
              <w:t xml:space="preserve">a) Kazanım ifadesindeki n, olası durum sayısını temsil etmektedir. </w:t>
            </w:r>
          </w:p>
          <w:p>
            <w:pPr>
              <w:spacing w:after="0"/>
            </w:pPr>
            <w:r>
              <w:rPr>
                <w:b w:val="0"/>
                <w:sz w:val="19"/>
              </w:rPr>
              <w:t xml:space="preserve"> b) Eşit şansa sahip olan ve olmayan olayları ayırt etmeye yönelik çalışmalara yer verilir. </w:t>
            </w:r>
          </w:p>
          <w:p>
            <w:pPr>
              <w:spacing w:after="0"/>
            </w:pPr>
            <w:r>
              <w:rPr>
                <w:b w:val="0"/>
                <w:sz w:val="19"/>
              </w:rPr>
              <w:t>c) Olasılığın bir olayın olma şansına (olabilirliğine) ilişkin bir ölçüm olduğu vurgulanır.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(M.8.5.1.3. Eşit şansa sahip olan olaylarda her bir çıktının olasılık değerinin eşit olduğunu ve bu değerin 1/n olduğunu açıklar.)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M.8.5. OLASILIK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M.8.5.1. Basit Olayların Olma Olasılığı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M.8.5.1.3. Eşit şansa sahip olan olaylarda her bir çıktının olasılık değerinin eşit olduğunu ve bu değerin 1/n olduğunu açıklar.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M.8.5.1.3.</w:t>
            </w:r>
          </w:p>
          <w:p>
            <w:pPr>
              <w:spacing w:after="0"/>
            </w:pPr>
            <w:r>
              <w:rPr>
                <w:b w:val="0"/>
                <w:sz w:val="19"/>
              </w:rPr>
              <w:t xml:space="preserve">a) Kazanım ifadesindeki n, olası durum sayısını temsil etmektedir. </w:t>
            </w:r>
          </w:p>
          <w:p>
            <w:pPr>
              <w:spacing w:after="0"/>
            </w:pPr>
            <w:r>
              <w:rPr>
                <w:b w:val="0"/>
                <w:sz w:val="19"/>
              </w:rPr>
              <w:t xml:space="preserve"> b) Eşit şansa sahip olan ve olmayan olayları ayırt etmeye yönelik çalışmalara yer verilir. </w:t>
            </w:r>
          </w:p>
          <w:p>
            <w:pPr>
              <w:spacing w:after="0"/>
            </w:pPr>
            <w:r>
              <w:rPr>
                <w:b w:val="0"/>
                <w:sz w:val="19"/>
              </w:rPr>
              <w:t>c) Olasılığın bir olayın olma şansına (olabilirliğine) ilişkin bir ölçüm olduğu vurgulanır.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(M.8.5.1.3. Eşit şansa sahip olan olaylarda her bir çıktının olasılık değerinin eşit olduğunu ve bu değerin 1/n olduğunu açıklar.)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15. Hafta: 28 Aralık-01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Aralık-01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M.8.5. OLASILIK</w:t>
            </w:r>
          </w:p>
          <w:p>
            <w:pPr>
              <w:spacing w:after="0"/>
            </w:pP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M.8.5.1. Basit Olayların Olma Olasılığı</w:t>
            </w:r>
          </w:p>
          <w:p>
            <w:pPr>
              <w:spacing w:after="0"/>
            </w:pPr>
            <w:r>
              <w:rPr>
                <w:b w:val="0"/>
                <w:sz w:val="19"/>
              </w:rPr>
              <w:t>M.8.2.1. Cebirsel İfadeler ve Özdeşlikler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M.8.5.1.4. Olasılık değerinin 0 ile 1 arasında (0 ve 1 dâhil) olduğunu anlar.</w:t>
            </w:r>
          </w:p>
          <w:p>
            <w:pPr>
              <w:spacing w:after="0"/>
            </w:pPr>
            <w:r>
              <w:rPr>
                <w:b w:val="0"/>
                <w:sz w:val="19"/>
              </w:rPr>
              <w:t xml:space="preserve">M.8.5.1.5. Basit bir olayın olma olasılığını hesaplar. </w:t>
            </w:r>
          </w:p>
          <w:p>
            <w:pPr>
              <w:spacing w:after="0"/>
            </w:pPr>
            <w:r>
              <w:rPr>
                <w:b w:val="0"/>
                <w:sz w:val="19"/>
              </w:rPr>
              <w:t>M.8.2.1.1. Basit cebirsel ifadeleri anlar ve farklı biçimlerde yazar.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M.8.5.1.4.</w:t>
            </w:r>
          </w:p>
          <w:p>
            <w:pPr>
              <w:spacing w:after="0"/>
            </w:pPr>
            <w:r>
              <w:rPr>
                <w:b w:val="0"/>
                <w:sz w:val="19"/>
              </w:rPr>
              <w:t>a) İmkânsız olay ve kesin olayın olasılık değerleri vurgulanır.</w:t>
            </w:r>
          </w:p>
          <w:p>
            <w:pPr>
              <w:spacing w:after="0"/>
            </w:pPr>
            <w:r>
              <w:rPr>
                <w:b w:val="0"/>
                <w:sz w:val="19"/>
              </w:rPr>
              <w:t>b) Bir olayın olma olasılığı ile olmama olasılığının toplamının 1 olduğu fark ettirilir.</w:t>
            </w:r>
          </w:p>
          <w:p>
            <w:pPr>
              <w:spacing w:after="0"/>
            </w:pPr>
            <w:r>
              <w:rPr>
                <w:b w:val="0"/>
                <w:sz w:val="19"/>
              </w:rPr>
              <w:t>M.8.5.1.5.</w:t>
            </w:r>
          </w:p>
          <w:p>
            <w:pPr>
              <w:spacing w:after="0"/>
            </w:pPr>
            <w:r>
              <w:rPr>
                <w:b w:val="0"/>
                <w:sz w:val="19"/>
              </w:rPr>
              <w:t>a) Zar atıldığında tek sayı gelmesi gibi örnekler verilir.</w:t>
            </w:r>
          </w:p>
          <w:p>
            <w:pPr>
              <w:spacing w:after="0"/>
            </w:pPr>
            <w:r>
              <w:rPr>
                <w:b w:val="0"/>
                <w:sz w:val="19"/>
              </w:rPr>
              <w:t>b) Ayrık olan ve olmayan, bağımlı ve bağımsız olayların olasılığına girilmez. c) Birden fazla olayın olma olasılığı ele alınmaz.</w:t>
            </w:r>
          </w:p>
          <w:p>
            <w:pPr>
              <w:spacing w:after="0"/>
            </w:pPr>
            <w:r>
              <w:rPr>
                <w:b w:val="0"/>
                <w:sz w:val="19"/>
              </w:rPr>
              <w:t>M.8.2.1.1.</w:t>
            </w:r>
          </w:p>
          <w:p>
            <w:pPr>
              <w:spacing w:after="0"/>
            </w:pPr>
            <w:r>
              <w:rPr>
                <w:b w:val="0"/>
                <w:sz w:val="19"/>
              </w:rPr>
              <w:t>a) Terim, katsayı ve değişkenin anlamları üzerinde durulur. Sabit terimin de bir katsayı olduğu vurgulanır.</w:t>
            </w:r>
          </w:p>
          <w:p>
            <w:pPr>
              <w:spacing w:after="0"/>
            </w:pPr>
            <w:r>
              <w:rPr>
                <w:b w:val="0"/>
                <w:sz w:val="19"/>
              </w:rPr>
              <w:t>b) x+5, 3x, x², -6y², a².b, 2a+2b gibi temel cebirsel ifadeler üzerinde durulur.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(M.8.5.1.4. Olasılık değerinin 0 ile 1 arasında (0 ve 1 dâhil) olduğunu anlar.)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16. Hafta: 04-08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04-08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M.8.2.1. Cebirsel İfadeler ve Özdeşlikler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M.8.2.1.1. Basit cebirsel ifadeleri anlar ve farklı biçimlerde yazar.</w:t>
            </w:r>
          </w:p>
          <w:p>
            <w:pPr>
              <w:spacing w:after="0"/>
            </w:pPr>
            <w:r>
              <w:rPr>
                <w:b w:val="0"/>
                <w:sz w:val="19"/>
              </w:rPr>
              <w:t>M.8.2.1.2. Cebirsel ifadelerin çarpımını yapar.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M.8.2.1.1.</w:t>
            </w:r>
          </w:p>
          <w:p>
            <w:pPr>
              <w:spacing w:after="0"/>
            </w:pPr>
            <w:r>
              <w:rPr>
                <w:b w:val="0"/>
                <w:sz w:val="19"/>
              </w:rPr>
              <w:t>a) Terim, katsayı ve değişkenin anlamları üzerinde durulur. Sabit terimin de bir katsayı olduğu vurgulanır.</w:t>
            </w:r>
          </w:p>
          <w:p>
            <w:pPr>
              <w:spacing w:after="0"/>
            </w:pPr>
            <w:r>
              <w:rPr>
                <w:b w:val="0"/>
                <w:sz w:val="19"/>
              </w:rPr>
              <w:t>b) x+5, 3x, x², -6y², a².b, 2a+2b gibi temel cebirsel ifadeler üzerinde durulur.</w:t>
            </w:r>
          </w:p>
          <w:p>
            <w:pPr>
              <w:spacing w:after="0"/>
            </w:pPr>
            <w:r>
              <w:rPr>
                <w:b w:val="0"/>
                <w:sz w:val="19"/>
              </w:rPr>
              <w:t>M.8.2.1.2.</w:t>
            </w:r>
          </w:p>
          <w:p>
            <w:pPr>
              <w:spacing w:after="0"/>
            </w:pPr>
            <w:r>
              <w:rPr>
                <w:b w:val="0"/>
                <w:sz w:val="19"/>
              </w:rPr>
              <w:t>a) y(3y-2), (2x+3)(5x-1) gibi işlemler üzerinde durulur.</w:t>
            </w:r>
          </w:p>
          <w:p>
            <w:pPr>
              <w:spacing w:after="0"/>
            </w:pPr>
            <w:r>
              <w:rPr>
                <w:b w:val="0"/>
                <w:sz w:val="19"/>
              </w:rPr>
              <w:t>b) Cebirsel ifadelerdeki katsayılar tamsayılardan seçilir.</w:t>
            </w:r>
          </w:p>
          <w:p>
            <w:pPr>
              <w:spacing w:after="0"/>
            </w:pPr>
            <w:r>
              <w:rPr>
                <w:b w:val="0"/>
                <w:sz w:val="19"/>
              </w:rPr>
              <w:t>c) Cebirsel ifadelerle çarpma işlemini modellerle yapmaya yönelik çalışmalara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(M.8.2.1.1. Basit cebirsel ifadeleri anlar ve farklı biçimlerde yazar.)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M.8.2.1. Cebirsel İfadeler ve Özdeşlikler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M.8.2.1.3. Özdeşlikleri modellerle açıklar.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M.8.2.1.3.</w:t>
            </w:r>
          </w:p>
          <w:p>
            <w:pPr>
              <w:spacing w:after="0"/>
            </w:pPr>
            <w:r>
              <w:rPr>
                <w:b w:val="0"/>
                <w:sz w:val="19"/>
              </w:rPr>
              <w:t>a) (a ± b)² = a² ± 2ab + b² ve a² - b² = (a-b)(a+b) özdeşlikleriyle sınırlı kalınır.</w:t>
            </w:r>
          </w:p>
          <w:p>
            <w:pPr>
              <w:spacing w:after="0"/>
            </w:pPr>
            <w:r>
              <w:rPr>
                <w:b w:val="0"/>
                <w:sz w:val="19"/>
              </w:rPr>
              <w:t>b) Özdeşliklerdeki katsayılar tam sayılardan seçilir.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(M.8.2.1.3. Özdeşlikleri modellerle açıklar.)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M.8.2.1. Cebirsel İfadeler ve Özdeşlikler</w:t>
            </w:r>
          </w:p>
          <w:p>
            <w:pPr>
              <w:spacing w:after="0"/>
            </w:pPr>
            <w:r>
              <w:rPr>
                <w:b w:val="0"/>
                <w:sz w:val="19"/>
              </w:rPr>
              <w:t>M.8.2.2. Doğrusal Denklemler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M.8.2.1.4. Cebirsel ifadeleri çarpanlara ayırır.</w:t>
            </w:r>
          </w:p>
          <w:p>
            <w:pPr>
              <w:spacing w:after="0"/>
            </w:pPr>
            <w:r>
              <w:rPr>
                <w:b w:val="0"/>
                <w:sz w:val="19"/>
              </w:rPr>
              <w:t>M.8.2.2.1. Birinci dereceden bir bilinmeyenli denklemleri çözer.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M.8.2.1.4.</w:t>
            </w:r>
          </w:p>
          <w:p>
            <w:pPr>
              <w:spacing w:after="0"/>
            </w:pPr>
            <w:r>
              <w:rPr>
                <w:b w:val="0"/>
                <w:sz w:val="19"/>
              </w:rPr>
              <w:t>a) Ortak çarpan parantezine alma ile iki kare farkı ve a² ± 2ab + b² biçimindeki tam kare ifadelerin çarpanlara ayırma işlemleri ele alınır.</w:t>
            </w:r>
          </w:p>
          <w:p>
            <w:pPr>
              <w:spacing w:after="0"/>
            </w:pPr>
            <w:r>
              <w:rPr>
                <w:b w:val="0"/>
                <w:sz w:val="19"/>
              </w:rPr>
              <w:t>b) Cebirsel ifadelerdeki katsayılar ve kökleri tam sayılar içinde kalacak biçimde seçilir.</w:t>
            </w:r>
          </w:p>
          <w:p>
            <w:pPr>
              <w:spacing w:after="0"/>
            </w:pPr>
            <w:r>
              <w:rPr>
                <w:b w:val="0"/>
                <w:sz w:val="19"/>
              </w:rPr>
              <w:t>c) Gruplandırarak çarpanlarına ayırma yöntemine girilmez.</w:t>
            </w:r>
          </w:p>
          <w:p>
            <w:pPr>
              <w:spacing w:after="0"/>
            </w:pPr>
            <w:r>
              <w:rPr>
                <w:b w:val="0"/>
                <w:sz w:val="19"/>
              </w:rPr>
              <w:t>ç) Tam kare olmayan ikinci dereceden ifadelerin çarpanlara ayrılma işlemlerine girilmez.</w:t>
            </w:r>
          </w:p>
          <w:p>
            <w:pPr>
              <w:spacing w:after="0"/>
            </w:pPr>
            <w:r>
              <w:rPr>
                <w:b w:val="0"/>
                <w:sz w:val="19"/>
              </w:rPr>
              <w:t>M.8.2.2.1.</w:t>
            </w:r>
          </w:p>
          <w:p>
            <w:pPr>
              <w:spacing w:after="0"/>
            </w:pPr>
            <w:r>
              <w:rPr>
                <w:b w:val="0"/>
                <w:sz w:val="19"/>
              </w:rPr>
              <w:t>Bu sınıf düzeyinde katsayıları rasyonel sayı olan denklemlere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(M.8.2.1.4. Cebirsel ifadeleri çarpanlara ayırır.)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M.8.2.1. Cebirsel İfadeler ve Özdeşlikler</w:t>
            </w:r>
          </w:p>
          <w:p>
            <w:pPr>
              <w:spacing w:after="0"/>
            </w:pPr>
            <w:r>
              <w:rPr>
                <w:b w:val="0"/>
                <w:sz w:val="19"/>
              </w:rPr>
              <w:t>M.8.2.2. Doğrusal Denklemler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M.8.2.1.4. Cebirsel ifadeleri çarpanlara ayırır.</w:t>
            </w:r>
          </w:p>
          <w:p>
            <w:pPr>
              <w:spacing w:after="0"/>
            </w:pPr>
            <w:r>
              <w:rPr>
                <w:b w:val="0"/>
                <w:sz w:val="19"/>
              </w:rPr>
              <w:t>M.8.2.2.1. Birinci dereceden bir bilinmeyenli denklemleri çözer.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M.8.2.1.4.</w:t>
            </w:r>
          </w:p>
          <w:p>
            <w:pPr>
              <w:spacing w:after="0"/>
            </w:pPr>
            <w:r>
              <w:rPr>
                <w:b w:val="0"/>
                <w:sz w:val="19"/>
              </w:rPr>
              <w:t>a) Ortak çarpan parantezine alma ile iki kare farkı ve a² ± 2ab + b² biçimindeki tam kare ifadelerin çarpanlara ayırma işlemleri ele alınır.</w:t>
            </w:r>
          </w:p>
          <w:p>
            <w:pPr>
              <w:spacing w:after="0"/>
            </w:pPr>
            <w:r>
              <w:rPr>
                <w:b w:val="0"/>
                <w:sz w:val="19"/>
              </w:rPr>
              <w:t>b) Cebirsel ifadelerdeki katsayılar ve kökleri tam sayılar içinde kalacak biçimde seçilir.</w:t>
            </w:r>
          </w:p>
          <w:p>
            <w:pPr>
              <w:spacing w:after="0"/>
            </w:pPr>
            <w:r>
              <w:rPr>
                <w:b w:val="0"/>
                <w:sz w:val="19"/>
              </w:rPr>
              <w:t>c) Gruplandırarak çarpanlarına ayırma yöntemine girilmez.</w:t>
            </w:r>
          </w:p>
          <w:p>
            <w:pPr>
              <w:spacing w:after="0"/>
            </w:pPr>
            <w:r>
              <w:rPr>
                <w:b w:val="0"/>
                <w:sz w:val="19"/>
              </w:rPr>
              <w:t>ç) Tam kare olmayan ikinci dereceden ifadelerin çarpanlara ayrılma işlemlerine girilmez.</w:t>
            </w:r>
          </w:p>
          <w:p>
            <w:pPr>
              <w:spacing w:after="0"/>
            </w:pPr>
            <w:r>
              <w:rPr>
                <w:b w:val="0"/>
                <w:sz w:val="19"/>
              </w:rPr>
              <w:t>M.8.2.2.1.</w:t>
            </w:r>
          </w:p>
          <w:p>
            <w:pPr>
              <w:spacing w:after="0"/>
            </w:pPr>
            <w:r>
              <w:rPr>
                <w:b w:val="0"/>
                <w:sz w:val="19"/>
              </w:rPr>
              <w:t>Bu sınıf düzeyinde katsayıları rasyonel sayı olan denklemlere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(M.8.2.1.4. Cebirsel ifadeleri çarpanlara ayırır.)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19. Hafta: 08-12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08-12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M.8.2.2. Doğrusal Denklemler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M.8.2.2.1. Birinci dereceden bir bilinmeyenli denklemleri çözer.</w:t>
            </w:r>
          </w:p>
          <w:p>
            <w:pPr>
              <w:spacing w:after="0"/>
            </w:pPr>
            <w:r>
              <w:rPr>
                <w:b w:val="0"/>
                <w:sz w:val="19"/>
              </w:rPr>
              <w:t>M.8.2.2.2. Koordinat sistemini özellikleriyle tanır ve sıralı ikilileri gösterir.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M.8.2.2.1.</w:t>
            </w:r>
          </w:p>
          <w:p>
            <w:pPr>
              <w:spacing w:after="0"/>
            </w:pPr>
            <w:r>
              <w:rPr>
                <w:b w:val="0"/>
                <w:sz w:val="19"/>
              </w:rPr>
              <w:t>Bu sınıf düzeyinde katsayıları rasyonel sayı olan denklemlere yer verilir.</w:t>
            </w:r>
          </w:p>
          <w:p>
            <w:pPr>
              <w:spacing w:after="0"/>
            </w:pPr>
            <w:r>
              <w:rPr>
                <w:b w:val="0"/>
                <w:sz w:val="19"/>
              </w:rPr>
              <w:t>M.8.2.2.2.</w:t>
            </w:r>
          </w:p>
          <w:p>
            <w:pPr>
              <w:spacing w:after="0"/>
            </w:pPr>
            <w:r>
              <w:rPr>
                <w:b w:val="0"/>
                <w:sz w:val="19"/>
              </w:rPr>
              <w:t>Koordinat sistemi üzerinde yer belirlemeyle gerçek hayat durumlarını ilişkilendirmeye yönelik çalışmalara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(M.8.2.2.1. Birinci dereceden bir bilinmeyenli denklemleri çözer.)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M.8.2.2. Doğrusal Denklemler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M.8.2.2.3. Aralarında doğrusal ilişki bulunan iki değişkenden birinin diğerine bağlı olarak nasıl değiştiğini tablo ve denklem ile ifade eder.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M.8.2.2.3</w:t>
            </w:r>
          </w:p>
          <w:p>
            <w:pPr>
              <w:spacing w:after="0"/>
            </w:pPr>
            <w:r>
              <w:rPr>
                <w:b w:val="0"/>
                <w:sz w:val="19"/>
              </w:rPr>
              <w:t>a) Tablo ile yapılan gösterimlerde sıralı ikililer biçiminde ifadelere de yer verilir.</w:t>
            </w:r>
          </w:p>
          <w:p>
            <w:pPr>
              <w:spacing w:after="0"/>
            </w:pPr>
            <w:r>
              <w:rPr>
                <w:b w:val="0"/>
                <w:sz w:val="19"/>
              </w:rPr>
              <w:t>b) İki değişkenden birinin değerinin, diğer değişkenin aldığı değere göre nasıl değiştiği ve bu durumda hangisinin bağımlı hangisinin bağımsız değişken olduğu incelenir.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(M.8.2.2.3. Aralarında doğrusal ilişki bulunan iki değişkenden birinin diğerine bağlı olarak nasıl değiştiğini tablo ve denklem ile ifade eder.)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M.8.2.2. Doğrusal Denklemler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M.8.2.2.4. Doğrusal denklemlerin grafiğini çizer.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M.8.2.2.4.</w:t>
            </w:r>
          </w:p>
          <w:p>
            <w:pPr>
              <w:spacing w:after="0"/>
            </w:pPr>
            <w:r>
              <w:rPr>
                <w:b w:val="0"/>
                <w:sz w:val="19"/>
              </w:rPr>
              <w:t>Doğrunun eksenleri hangi noktalarda kestiği, eksenlere paralelliği, orijinden geçip geçmediği durumlar ele alınır.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(M.8.2.2.4. Doğrusal denklemlerin grafiğini çizer.)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22. Hafta: 01-05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01-05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M.8.2.2. Doğrusal Denklemler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M.8.2.2.5. Doğrusal ilişki içeren gerçek hayat durumlarına ait denklem, tablo ve grafiği oluşturur ve yorumlar.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M.8.2.2.5.</w:t>
            </w:r>
          </w:p>
          <w:p>
            <w:pPr>
              <w:spacing w:after="0"/>
            </w:pPr>
            <w:r>
              <w:rPr>
                <w:b w:val="0"/>
                <w:sz w:val="19"/>
              </w:rPr>
              <w:t>Doğrunun grafiği yorumlanırken doğru üzerindeki noktaların x ve y koordinatları arasındaki ilişki, eksenleri hangi noktalarda kestiği, orijinden geçip geçmediği, eksenlere paralelliği durumları ele alınır.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(M.8.2.2.5. Doğrusal ilişki içeren gerçek hayat durumlarına ait denklem, tablo ve grafiği oluşturur ve yorumlar.)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M.8.2.2. Doğrusal Denklemler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M.8.2.2.6. Doğrunun eğimini modellerle açıklar, doğrusal denklemleri ve grafiklerini eğimle ilişkilendirir.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M.8.2.2.6.</w:t>
            </w:r>
          </w:p>
          <w:p>
            <w:pPr>
              <w:spacing w:after="0"/>
            </w:pPr>
            <w:r>
              <w:rPr>
                <w:b w:val="0"/>
                <w:sz w:val="19"/>
              </w:rPr>
              <w:t>a) Eğimin işaretinin ve büyüklüğünün anlamı üzerinde durulur.</w:t>
            </w:r>
          </w:p>
          <w:p>
            <w:pPr>
              <w:spacing w:after="0"/>
            </w:pPr>
            <w:r>
              <w:rPr>
                <w:b w:val="0"/>
                <w:sz w:val="19"/>
              </w:rPr>
              <w:t xml:space="preserve">b) Günlük hayatla ilişkili modellemelerde eğimin dikey uzunluğun yatay uzunluğa oranı olduğu dikkate alınarak işareti üzerinde durulmaz. </w:t>
            </w:r>
          </w:p>
          <w:p>
            <w:pPr>
              <w:spacing w:after="0"/>
            </w:pPr>
            <w:r>
              <w:rPr>
                <w:b w:val="0"/>
                <w:sz w:val="19"/>
              </w:rPr>
              <w:t>c) Gerektiğinde uygun bilgi ve iletişim teknolojilerinden yararlanılır.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(M.8.2.2.6. Doğrunun eğimini modellerle açıklar, doğrusal denklemleri ve grafiklerini eğimle ilişkilendirir.)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M.8.2.2. Doğrusal Denklemler</w:t>
            </w:r>
          </w:p>
          <w:p>
            <w:pPr>
              <w:spacing w:after="0"/>
            </w:pPr>
            <w:r>
              <w:rPr>
                <w:b w:val="0"/>
                <w:sz w:val="19"/>
              </w:rPr>
              <w:t>M.8.2.3. Eşitsizlikler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M.8.2.2.6. Doğrunun eğimini modellerle açıklar, doğrusal denklemleri ve grafiklerini eğimle ilişkilendirir.</w:t>
            </w:r>
          </w:p>
          <w:p>
            <w:pPr>
              <w:spacing w:after="0"/>
            </w:pPr>
            <w:r>
              <w:rPr>
                <w:b w:val="0"/>
                <w:sz w:val="19"/>
              </w:rPr>
              <w:t>M.8.2.3.1. Birinci dereceden bir bilinmeyenli eşitsizlik içeren günlük hayat durumlarına uygun matematik cümleleri yazar.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M.8.2.2.6. </w:t>
            </w:r>
          </w:p>
          <w:p>
            <w:pPr>
              <w:spacing w:after="0"/>
            </w:pPr>
            <w:r>
              <w:rPr>
                <w:b w:val="0"/>
                <w:sz w:val="19"/>
              </w:rPr>
              <w:t>a) Eğimin işaretinin ve büyüklüğünün anlamı üzerinde durulur.</w:t>
            </w:r>
          </w:p>
          <w:p>
            <w:pPr>
              <w:spacing w:after="0"/>
            </w:pPr>
            <w:r>
              <w:rPr>
                <w:b w:val="0"/>
                <w:sz w:val="19"/>
              </w:rPr>
              <w:t xml:space="preserve">b) Günlük hayatla ilişkili modellemelerde eğimin dikey uzunluğun yatay uzunluğa oranı olduğu dikkate alınarak işareti üzerinde durulmaz. </w:t>
            </w:r>
          </w:p>
          <w:p>
            <w:pPr>
              <w:spacing w:after="0"/>
            </w:pPr>
            <w:r>
              <w:rPr>
                <w:b w:val="0"/>
                <w:sz w:val="19"/>
              </w:rPr>
              <w:t>c) Gerektiğinde uygun bilgi ve iletişim teknolojilerinden yararlanılır.</w:t>
            </w:r>
          </w:p>
          <w:p>
            <w:pPr>
              <w:spacing w:after="0"/>
            </w:pPr>
            <w:r>
              <w:rPr>
                <w:b w:val="0"/>
                <w:sz w:val="19"/>
              </w:rPr>
              <w:t>M.8.2.3.1.</w:t>
            </w:r>
          </w:p>
          <w:p>
            <w:pPr>
              <w:spacing w:after="0"/>
            </w:pPr>
            <w:r>
              <w:rPr>
                <w:b w:val="0"/>
                <w:sz w:val="19"/>
              </w:rPr>
              <w:t>Örneğin “Anaokuluna en az 3 yaşında olan çocuklar kabul ediliyor.” ifadesinde çocukların yaşı x ile temsil edildiğinde, eşitsizlik x ≥ 3 olarak belirtilebilir.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(M.8.2.2.6. Doğrunun eğimini modellerle açıklar, doğrusal denklemleri ve grafiklerini eğimle ilişkilendirir.)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25. Hafta: 29 Mart-02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Mart-02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M.8.2.3. Eşitsizlikler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M.8.2.3.1. Birinci dereceden bir bilinmeyenli eşitsizlik içeren günlük hayat durumlarına uygun matematik cümleleri yazar.</w:t>
            </w:r>
          </w:p>
          <w:p>
            <w:pPr>
              <w:spacing w:after="0"/>
            </w:pPr>
            <w:r>
              <w:rPr>
                <w:b w:val="0"/>
                <w:sz w:val="19"/>
              </w:rPr>
              <w:t>M.8.2.3.2. Birinci dereceden bir bilinmeyenli eşitsizlikleri sayı doğrusunda gösterir.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M.8.2.3.1.</w:t>
            </w:r>
          </w:p>
          <w:p>
            <w:pPr>
              <w:spacing w:after="0"/>
            </w:pPr>
            <w:r>
              <w:rPr>
                <w:b w:val="0"/>
                <w:sz w:val="19"/>
              </w:rPr>
              <w:t>Örneğin “Anaokuluna en az 3 yaşında olan çocuklar kabul ediliyor.” ifadesinde çocukların yaşı x ile temsil edildiğinde, eşitsizlik x ≥ 3 olarak belirtilebilir.</w:t>
            </w:r>
          </w:p>
          <w:p>
            <w:pPr>
              <w:spacing w:after="0"/>
            </w:pPr>
            <w:r>
              <w:rPr>
                <w:b w:val="0"/>
                <w:sz w:val="19"/>
              </w:rPr>
              <w:t>M.8.2.3.2.</w:t>
            </w:r>
          </w:p>
          <w:p>
            <w:pPr>
              <w:spacing w:after="0"/>
            </w:pPr>
            <w:r>
              <w:rPr>
                <w:b w:val="0"/>
                <w:sz w:val="19"/>
              </w:rPr>
              <w:t>x ≥ -1, -3 ≤ t &lt; 7, a &lt; 1 gibi durumlar inceletilir.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(M.8.2.3.1. Birinci dereceden bir bilinmeyenli eşitsizlik içeren günlük hayat durumlarına uygun matematik cümleleri yazar.)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26. Hafta: 05-09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05-09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M.8.2. CEBİR</w:t>
            </w:r>
          </w:p>
          <w:p>
            <w:pPr>
              <w:spacing w:after="0"/>
            </w:pP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M.8.2.3. Eşitsizlikler</w:t>
            </w:r>
          </w:p>
          <w:p>
            <w:pPr>
              <w:spacing w:after="0"/>
            </w:pPr>
            <w:r>
              <w:rPr>
                <w:b w:val="0"/>
                <w:sz w:val="19"/>
              </w:rPr>
              <w:t>M.8.3.1.Üçgenler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M.8.2.3.3. Birinci dereceden bir bilinmeyenli eşitsizlikleri çözer.</w:t>
            </w:r>
          </w:p>
          <w:p>
            <w:pPr>
              <w:spacing w:after="0"/>
            </w:pPr>
            <w:r>
              <w:rPr>
                <w:b w:val="0"/>
                <w:sz w:val="19"/>
              </w:rPr>
              <w:t>M.8.3.1.1. Üçgende kenarortay, açıortay ve yüksekliği inşa eder.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M.8.2.3.3.</w:t>
            </w:r>
          </w:p>
          <w:p>
            <w:pPr>
              <w:spacing w:after="0"/>
            </w:pPr>
            <w:r>
              <w:rPr>
                <w:b w:val="0"/>
                <w:sz w:val="19"/>
              </w:rPr>
              <w:t>a) En çok iki işlem gerektiren eşitsizlikler seçilir.</w:t>
            </w:r>
          </w:p>
          <w:p>
            <w:pPr>
              <w:spacing w:after="0"/>
            </w:pPr>
            <w:r>
              <w:rPr>
                <w:b w:val="0"/>
                <w:sz w:val="19"/>
              </w:rPr>
              <w:t>b) Eşitsizliğin her iki tarafı negatif bir sayı ile çarpılır veya bölünürse eşitsizliğin yön değiştireceğinin fark edilmesine yönelik çalışmalara yer verilir.</w:t>
            </w:r>
          </w:p>
          <w:p>
            <w:pPr>
              <w:spacing w:after="0"/>
            </w:pPr>
            <w:r>
              <w:rPr>
                <w:b w:val="0"/>
                <w:sz w:val="19"/>
              </w:rPr>
              <w:t>M.8.3.1.1.</w:t>
            </w:r>
          </w:p>
          <w:p>
            <w:pPr>
              <w:spacing w:after="0"/>
            </w:pPr>
            <w:r>
              <w:rPr>
                <w:b w:val="0"/>
                <w:sz w:val="19"/>
              </w:rPr>
              <w:t xml:space="preserve">a) Kâğıtları katlayarak, keserek veya kareli kâğıt üzerinde çizim yaparak üçgenin elemanlarını oluşturmaya yönelik çalışmalara yer verilir. </w:t>
            </w:r>
          </w:p>
          <w:p>
            <w:pPr>
              <w:spacing w:after="0"/>
            </w:pPr>
            <w:r>
              <w:rPr>
                <w:b w:val="0"/>
                <w:sz w:val="19"/>
              </w:rPr>
              <w:t xml:space="preserve"> b) Eşkenar, ikizkenar ve dik üçgen gibi özel üçgenlerde kenarortay, açıortay ve yüksekliğin özelliklerini belirlemeye yönelik çalışmalara da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(M.8.2.3.3. Birinci dereceden bir bilinmeyenli eşitsizlikleri çözer.)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M.8.3.1.Üçgenler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M.8.3.1.1. Üçgende kenarortay, açıortay ve yüksekliği inşa eder.</w:t>
            </w:r>
          </w:p>
          <w:p>
            <w:pPr>
              <w:spacing w:after="0"/>
            </w:pPr>
            <w:r>
              <w:rPr>
                <w:b w:val="0"/>
                <w:sz w:val="19"/>
              </w:rPr>
              <w:t>M.8.3.1.2. Üçgenin iki kenar uzunluğunun toplamı veya farkı ile üçüncü kenarının uzunluğunu ilişkilendirir.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M.8.3.1.1.</w:t>
            </w:r>
          </w:p>
          <w:p>
            <w:pPr>
              <w:spacing w:after="0"/>
            </w:pPr>
            <w:r>
              <w:rPr>
                <w:b w:val="0"/>
                <w:sz w:val="19"/>
              </w:rPr>
              <w:t xml:space="preserve">a) Kâğıtları katlayarak, keserek veya kareli kâğıt üzerinde çizim yaparak üçgenin elemanlarını oluşturmaya yönelik çalışmalara yer verilir. </w:t>
            </w:r>
          </w:p>
          <w:p>
            <w:pPr>
              <w:spacing w:after="0"/>
            </w:pPr>
            <w:r>
              <w:rPr>
                <w:b w:val="0"/>
                <w:sz w:val="19"/>
              </w:rPr>
              <w:t xml:space="preserve"> b) Eşkenar, ikizkenar ve dik üçgen gibi özel üçgenlerde kenarortay, açıortay ve yüksekliğin özelliklerini belirlemeye yönelik çalışmalara da yer verilir.</w:t>
            </w:r>
          </w:p>
          <w:p>
            <w:pPr>
              <w:spacing w:after="0"/>
            </w:pPr>
            <w:r>
              <w:rPr>
                <w:b w:val="0"/>
                <w:sz w:val="19"/>
              </w:rPr>
              <w:t>M.8.3.1.2.</w:t>
            </w:r>
          </w:p>
          <w:p>
            <w:pPr>
              <w:spacing w:after="0"/>
            </w:pPr>
            <w:r>
              <w:rPr>
                <w:b w:val="0"/>
                <w:sz w:val="19"/>
              </w:rPr>
              <w:t>a) Somut modeller kullanılarak yapılacak etkinliklere yer verilebilir.</w:t>
            </w:r>
          </w:p>
          <w:p>
            <w:pPr>
              <w:spacing w:after="0"/>
            </w:pPr>
            <w:r>
              <w:rPr>
                <w:b w:val="0"/>
                <w:sz w:val="19"/>
              </w:rPr>
              <w:t>b) Uygun bilgisayar yazılımları ile üçgen eşitsizliğini anlamaya yönelik çalışmalara yer verilebilir.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(M.8.3.1.1. Üçgende kenarortay, açıortay ve yüksekliği inşa eder.)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M.8.3.1. Üçgenler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M.8.3.1.3. Üçgenin kenar uzunlukları ile bu kenarların karşısındaki açıların ölçülerini ilişkilendirir.</w:t>
            </w:r>
          </w:p>
          <w:p>
            <w:pPr>
              <w:spacing w:after="0"/>
            </w:pPr>
            <w:r>
              <w:rPr>
                <w:b w:val="0"/>
                <w:sz w:val="19"/>
              </w:rPr>
              <w:t>M.8.3.1.4. Yeterli sayıda elemanının ölçüleri verilen bir üçgeni çizer.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M.8.3.1.4.</w:t>
            </w:r>
          </w:p>
          <w:p>
            <w:pPr>
              <w:spacing w:after="0"/>
            </w:pPr>
            <w:r>
              <w:rPr>
                <w:b w:val="0"/>
                <w:sz w:val="19"/>
              </w:rPr>
              <w:t>a) (1) Üç kenarının uzunluğu, (2) bir kenarının uzunluğu ile iki açısının ölçüsü, (3) iki kenar uzunluğu ile bu kenarların arasındaki açının ölçüsü verilen üçgenlerin uygun araçlar kullanılarak çizilmesi sağlanır.</w:t>
            </w:r>
          </w:p>
          <w:p>
            <w:pPr>
              <w:spacing w:after="0"/>
            </w:pPr>
            <w:r>
              <w:rPr>
                <w:b w:val="0"/>
                <w:sz w:val="19"/>
              </w:rPr>
              <w:t>b) Dinamik geometri yazılımları ile yapılacak çalışmalara yer verilebilir.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(M.8.3.1.3. Üçgenin kenar uzunlukları ile bu kenarların karşısındaki açıların ölçülerini ilişkilendirir.)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M.8.3.1. Üçgenler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M.8.3.1.5. Pisagor bağıntısını oluşturur, ilgili problemleri çözer.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M.8.3.1.5.</w:t>
            </w:r>
          </w:p>
          <w:p>
            <w:pPr>
              <w:spacing w:after="0"/>
            </w:pPr>
            <w:r>
              <w:rPr>
                <w:b w:val="0"/>
                <w:sz w:val="19"/>
              </w:rPr>
              <w:t>a) Pisagor bağıntısının gerçek hayat uygulamalarına yönelik çalışmalara yer verilir.</w:t>
            </w:r>
          </w:p>
          <w:p>
            <w:pPr>
              <w:spacing w:after="0"/>
            </w:pPr>
            <w:r>
              <w:rPr>
                <w:b w:val="0"/>
                <w:sz w:val="19"/>
              </w:rPr>
              <w:t>b) Koordinat düzlemi üzerinde verilen iki nokta arasındaki uzaklığı Pisagor bağıntısını kullanarak bulma çalışmalarına yer verilir. İki nokta arasındaki uzaklık formülü verilmez.</w:t>
            </w:r>
          </w:p>
          <w:p>
            <w:pPr>
              <w:spacing w:after="0"/>
            </w:pPr>
            <w:r>
              <w:rPr>
                <w:b w:val="0"/>
                <w:sz w:val="19"/>
              </w:rPr>
              <w:t>c) Kenar uzunlukları verilen bir üçgenin dik üçgen olup olmadığına Pisagor bağıntısını kullanarak karar vermeye yönelik çalışmalar yapılır.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(M.8.3.1.5. Pisagor bağıntısını oluşturur, ilgili problemleri çözer.)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 xml:space="preserve"> 1 Mayıs Emek ve Dayanışma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30. Hafta: 03-07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03-07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M.8.3.1. Üçgenler</w:t>
            </w:r>
          </w:p>
          <w:p>
            <w:pPr>
              <w:spacing w:after="0"/>
            </w:pPr>
            <w:r>
              <w:rPr>
                <w:b w:val="0"/>
                <w:sz w:val="19"/>
              </w:rPr>
              <w:t>M.8.3.3.Eşlik ve Benzerlik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M.8.3.1.5. Pisagor bağıntısını oluşturur, ilgili problemleri çözer.</w:t>
            </w:r>
          </w:p>
          <w:p>
            <w:pPr>
              <w:spacing w:after="0"/>
            </w:pPr>
            <w:r>
              <w:rPr>
                <w:b w:val="0"/>
                <w:sz w:val="19"/>
              </w:rPr>
              <w:t>M.8.3.3.1. Eşlik ve benzerliği ilişkilendirir, eş ve benzer şekillerin kenar ve açı ilişkilerini belirler.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M.8.3.1.5</w:t>
            </w:r>
          </w:p>
          <w:p>
            <w:pPr>
              <w:spacing w:after="0"/>
            </w:pPr>
            <w:r>
              <w:rPr>
                <w:b w:val="0"/>
                <w:sz w:val="19"/>
              </w:rPr>
              <w:t>a) Pisagor bağıntısının gerçek hayat uygulamalarına yönelik çalışmalara yer verilir.</w:t>
            </w:r>
          </w:p>
          <w:p>
            <w:pPr>
              <w:spacing w:after="0"/>
            </w:pPr>
            <w:r>
              <w:rPr>
                <w:b w:val="0"/>
                <w:sz w:val="19"/>
              </w:rPr>
              <w:t>b) Koordinat düzlemi üzerinde verilen iki nokta arasındaki uzaklığı Pisagor bağıntısını kullanarak bulma çalışmalarına yer verilir. İki nokta arasındaki uzaklık formülü verilmez.</w:t>
            </w:r>
          </w:p>
          <w:p>
            <w:pPr>
              <w:spacing w:after="0"/>
            </w:pPr>
            <w:r>
              <w:rPr>
                <w:b w:val="0"/>
                <w:sz w:val="19"/>
              </w:rPr>
              <w:t>c) Kenar uzunlukları verilen bir üçgenin dik üçgen olup olmadığına Pisagor bağıntısını kullanarak karar vermeye yönelik çalışmalar yapılır.</w:t>
            </w:r>
          </w:p>
          <w:p>
            <w:pPr>
              <w:spacing w:after="0"/>
            </w:pPr>
            <w:r>
              <w:rPr>
                <w:b w:val="0"/>
                <w:sz w:val="19"/>
              </w:rPr>
              <w:t>M.8.3.3.1.</w:t>
            </w:r>
          </w:p>
          <w:p>
            <w:pPr>
              <w:spacing w:after="0"/>
            </w:pPr>
            <w:r>
              <w:rPr>
                <w:b w:val="0"/>
                <w:sz w:val="19"/>
              </w:rPr>
              <w:t xml:space="preserve">a) Düzlemsel şekilleri karşılaştırarak eş olup olmadıklarını belirlemeye yönelik etkinliklere yer verilir. </w:t>
            </w:r>
          </w:p>
          <w:p>
            <w:pPr>
              <w:spacing w:after="0"/>
            </w:pPr>
            <w:r>
              <w:rPr>
                <w:b w:val="0"/>
                <w:sz w:val="19"/>
              </w:rPr>
              <w:t xml:space="preserve">b) Eş çokgenlerde karşılıklı kenar uzunluklarının ve açı ölçülerinin eşit, benzer çokgenlerde ise karşılık gelen açı ölçülerinin eşit fakat kenar uzunluklarının orantılı olduğu vurgulanır. Eş çokgenlerin benzer olduğu ancak benzer çokgenlerin eş olmalarının gerekmediği vurgulanır. KKK, AKA gibi üçgenlerde eşlik ve benzerlik kuralları özel olarak verilmez. </w:t>
            </w:r>
          </w:p>
          <w:p>
            <w:pPr>
              <w:spacing w:after="0"/>
            </w:pPr>
            <w:r>
              <w:rPr>
                <w:b w:val="0"/>
                <w:sz w:val="19"/>
              </w:rPr>
              <w:t>c) Somut modellerle, kareli kâğıtla veya kâğıtları katlayarak yapılacak çalışmalara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(M.8.3.1.5. Pisagor bağıntısını oluşturur, ilgili problemleri çözer.)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M.8.3.3.Eşlik ve Benzerlik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M.8.3.3.1. Eşlik ve benzerliği ilişkilendirir, eş ve benzer şekillerin kenar ve açı ilişkilerini belirler.</w:t>
            </w:r>
          </w:p>
          <w:p>
            <w:pPr>
              <w:spacing w:after="0"/>
            </w:pPr>
            <w:r>
              <w:rPr>
                <w:b w:val="0"/>
                <w:sz w:val="19"/>
              </w:rPr>
              <w:t>M.8.3.3.2. Benzer çokgenlerin benzerlik oranını belirler, bir çokgene eş ve benzer çokgenler oluşturur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M.8.3.3.1.</w:t>
            </w:r>
          </w:p>
          <w:p>
            <w:pPr>
              <w:spacing w:after="0"/>
            </w:pPr>
            <w:r>
              <w:rPr>
                <w:b w:val="0"/>
                <w:sz w:val="19"/>
              </w:rPr>
              <w:t xml:space="preserve">a) Düzlemsel şekilleri karşılaştırarak eş olup olmadıklarını belirlemeye yönelik etkinliklere yer verilir. </w:t>
            </w:r>
          </w:p>
          <w:p>
            <w:pPr>
              <w:spacing w:after="0"/>
            </w:pPr>
            <w:r>
              <w:rPr>
                <w:b w:val="0"/>
                <w:sz w:val="19"/>
              </w:rPr>
              <w:t xml:space="preserve">b) Eş çokgenlerde karşılıklı kenar uzunluklarının ve açı ölçülerinin eşit, benzer çokgenlerde ise karşılık gelen açı ölçülerinin eşit fakat kenar uzunluklarının orantılı olduğu vurgulanır. Eş çokgenlerin benzer olduğu ancak benzer çokgenlerin eş olmalarının gerekmediği vurgulanır. KKK, AKA gibi üçgenlerde eşlik ve benzerlik kuralları özel olarak verilmez. </w:t>
            </w:r>
          </w:p>
          <w:p>
            <w:pPr>
              <w:spacing w:after="0"/>
            </w:pPr>
            <w:r>
              <w:rPr>
                <w:b w:val="0"/>
                <w:sz w:val="19"/>
              </w:rPr>
              <w:t>c) Somut modellerle, kareli kâğıtla veya kâğıtları katlayarak yapılacak çalışmalara yer verilir.</w:t>
            </w:r>
          </w:p>
          <w:p>
            <w:pPr>
              <w:spacing w:after="0"/>
            </w:pPr>
            <w:r>
              <w:rPr>
                <w:b w:val="0"/>
                <w:sz w:val="19"/>
              </w:rPr>
              <w:t>M.8.3.3.2.</w:t>
            </w:r>
          </w:p>
          <w:p>
            <w:pPr>
              <w:spacing w:after="0"/>
            </w:pPr>
            <w:r>
              <w:rPr>
                <w:b w:val="0"/>
                <w:sz w:val="19"/>
              </w:rPr>
              <w:t>a) Somut modellerle, kareli kâğıtla veya kâğıtları katlayarak yapılacak çalışmalara yer verilir.</w:t>
            </w:r>
          </w:p>
          <w:p>
            <w:pPr>
              <w:spacing w:after="0"/>
            </w:pPr>
            <w:r>
              <w:rPr>
                <w:b w:val="0"/>
                <w:sz w:val="19"/>
              </w:rPr>
              <w:t>b) Gerektiğinde uygun bilgi ve iletişim teknolojilerinden yararlanılır.</w:t>
            </w:r>
          </w:p>
          <w:p>
            <w:pPr>
              <w:spacing w:after="0"/>
            </w:pPr>
            <w:r>
              <w:rPr>
                <w:b w:val="0"/>
                <w:sz w:val="19"/>
              </w:rPr>
              <w:t>c) Çokgenlerde benzerlik problemlerine girilmez.</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(M.8.3.3.1. Eşlik ve benzerliği ilişkilendirir, eş ve benzer şekillerin kenar ve açı ilişkilerini belirler.)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M.8.3.2.Dönüşüm Geometrisi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M.8.3.2.1. Nokta, doğru parçası ve diğer şekillerin öteleme sonucundaki görüntülerini çizer.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M.8.3.2.1.</w:t>
            </w:r>
          </w:p>
          <w:p>
            <w:pPr>
              <w:spacing w:after="0"/>
            </w:pPr>
            <w:r>
              <w:rPr>
                <w:b w:val="0"/>
                <w:sz w:val="19"/>
              </w:rPr>
              <w:t>a) Kareli veya noktalı kâğıt, koordinat sistemi üzerinde çalışmalar yapılır.</w:t>
            </w:r>
          </w:p>
          <w:p>
            <w:pPr>
              <w:spacing w:after="0"/>
            </w:pPr>
            <w:r>
              <w:rPr>
                <w:b w:val="0"/>
                <w:sz w:val="19"/>
              </w:rPr>
              <w:t>b) Dinamik geometri yazılımları ile yapılacak çalışmalara da yer verilebilir.</w:t>
            </w:r>
          </w:p>
          <w:p>
            <w:pPr>
              <w:spacing w:after="0"/>
            </w:pPr>
            <w:r>
              <w:rPr>
                <w:b w:val="0"/>
                <w:sz w:val="19"/>
              </w:rPr>
              <w:t>c) Ötelemede şekil üzerindeki her bir noktanın aynı yönde hareket ettiği ve şekil ile görüntüsünün eş olduğu fark ettirilir.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(M.8.3.2.1. Nokta, doğru parçası ve diğer şekillerin öteleme sonucundaki görüntülerini çizer.)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Msyıs Atatürk'ü Anma, Gençlik ve Spor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M.8.3.2. Dönüşüm Geometrisi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M.8.3.2.2. Nokta, doğru parçası ve diğer şekillerin yansıma sonucu oluşan görüntüsünü oluşturur.</w:t>
            </w:r>
          </w:p>
          <w:p>
            <w:pPr>
              <w:spacing w:after="0"/>
            </w:pPr>
            <w:r>
              <w:rPr>
                <w:b w:val="0"/>
                <w:sz w:val="19"/>
              </w:rPr>
              <w:t>M.8.3.2.3. Çokgenlerin öteleme ve yansımalar sonucunda ortaya çıkan görüntüsünü oluşturur.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M.8.3.2.2.</w:t>
            </w:r>
          </w:p>
          <w:p>
            <w:pPr>
              <w:spacing w:after="0"/>
            </w:pPr>
            <w:r>
              <w:rPr>
                <w:b w:val="0"/>
                <w:sz w:val="19"/>
              </w:rPr>
              <w:t>a) Kareli veya noktalı kâğıt, koordinat sistemi üzerinde çalışmalar yapılır.</w:t>
            </w:r>
          </w:p>
          <w:p>
            <w:pPr>
              <w:spacing w:after="0"/>
            </w:pPr>
            <w:r>
              <w:rPr>
                <w:b w:val="0"/>
                <w:sz w:val="19"/>
              </w:rPr>
              <w:t>b) Dinamik geometri yazılımları ile yapılacak çalışmalara da yer verilebilir.</w:t>
            </w:r>
          </w:p>
          <w:p>
            <w:pPr>
              <w:spacing w:after="0"/>
            </w:pPr>
            <w:r>
              <w:rPr>
                <w:b w:val="0"/>
                <w:sz w:val="19"/>
              </w:rPr>
              <w:t xml:space="preserve">c) Yansımada şekil ile görüntüsü üzerinde birbirlerine karşılık gelen noktaların simetri doğrusuna dik ve aralarındaki uzaklıkların eşit olduğu bu nedenle şekil ile görüntüsünün eş olduğu fark ettirilir. </w:t>
            </w:r>
          </w:p>
          <w:p>
            <w:pPr>
              <w:spacing w:after="0"/>
            </w:pPr>
            <w:r>
              <w:rPr>
                <w:b w:val="0"/>
                <w:sz w:val="19"/>
              </w:rPr>
              <w:t>ç) Simetri doğrularının üzerinde olan şekillerle de çalışmalar yapılır.</w:t>
            </w:r>
          </w:p>
          <w:p>
            <w:pPr>
              <w:spacing w:after="0"/>
            </w:pPr>
            <w:r>
              <w:rPr>
                <w:b w:val="0"/>
                <w:sz w:val="19"/>
              </w:rPr>
              <w:t>M.8.3.2.3.</w:t>
            </w:r>
          </w:p>
          <w:p>
            <w:pPr>
              <w:spacing w:after="0"/>
            </w:pPr>
            <w:r>
              <w:rPr>
                <w:b w:val="0"/>
                <w:sz w:val="19"/>
              </w:rPr>
              <w:t xml:space="preserve">a) En çok iki ardışık öteleme veya yansımaya yer verilir. </w:t>
            </w:r>
          </w:p>
          <w:p>
            <w:pPr>
              <w:spacing w:after="0"/>
            </w:pPr>
            <w:r>
              <w:rPr>
                <w:b w:val="0"/>
                <w:sz w:val="19"/>
              </w:rPr>
              <w:t xml:space="preserve">b) Desen, motif ve benzeri görsellerde öteleme veya yansıma dönüşümlerini belirlemeye yönelik çalışmalara yer verilir. </w:t>
            </w:r>
          </w:p>
          <w:p>
            <w:pPr>
              <w:spacing w:after="0"/>
            </w:pPr>
            <w:r>
              <w:rPr>
                <w:b w:val="0"/>
                <w:sz w:val="19"/>
              </w:rPr>
              <w:t>c) Geleneksel sanatlarımızdan (çini, seramik, dokuma vb.) örnekler de dikkate alınır.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(M.8.3.2.2. Nokta, doğru parçası ve diğer şekillerin yansıma sonucu oluşan görüntüsünü oluşturur.)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İstanbul'un Fethi </w:t>
            </w:r>
          </w:p>
          <w:p>
            <w:pPr>
              <w:spacing w:after="0"/>
            </w:pPr>
            <w:r>
              <w:rPr>
                <w:b w:val="0"/>
                <w:sz w:val="19"/>
              </w:rPr>
              <w:t>(29 Mayıs)</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34. Hafta: 31 Mayıs- 04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34. Hafta: 31 Mayıs- 04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M.8.3.4. Geometrik Cisimler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M.8.3.4.1. Dik prizmaları tanır, temel elemanlarını belirler, inşa eder ve açınımını çizer.</w:t>
            </w:r>
          </w:p>
          <w:p>
            <w:pPr>
              <w:spacing w:after="0"/>
            </w:pPr>
            <w:r>
              <w:rPr>
                <w:b w:val="0"/>
                <w:sz w:val="19"/>
              </w:rPr>
              <w:t>M.8.3.4.2. Dik dairesel silindirin temel elemanlarını belirler, inşa eder ve açınımını çizer.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M.8.3.4.1.</w:t>
            </w:r>
          </w:p>
          <w:p>
            <w:pPr>
              <w:spacing w:after="0"/>
            </w:pPr>
            <w:r>
              <w:rPr>
                <w:b w:val="0"/>
                <w:sz w:val="19"/>
              </w:rPr>
              <w:t>a) Somut modellerle çalışmalara yer verilir.</w:t>
            </w:r>
          </w:p>
          <w:p>
            <w:pPr>
              <w:spacing w:after="0"/>
            </w:pPr>
            <w:r>
              <w:rPr>
                <w:b w:val="0"/>
                <w:sz w:val="19"/>
              </w:rPr>
              <w:t>b) Bilgi ve iletişim teknolojilerinden yararlanılabilir.</w:t>
            </w:r>
          </w:p>
          <w:p>
            <w:pPr>
              <w:spacing w:after="0"/>
            </w:pPr>
            <w:r>
              <w:rPr>
                <w:b w:val="0"/>
                <w:sz w:val="19"/>
              </w:rPr>
              <w:t>M.8.3.4.2.</w:t>
            </w:r>
          </w:p>
          <w:p>
            <w:pPr>
              <w:spacing w:after="0"/>
            </w:pPr>
            <w:r>
              <w:rPr>
                <w:b w:val="0"/>
                <w:sz w:val="19"/>
              </w:rPr>
              <w:t>a) Somut modellerle çalışmalara yer verilir.</w:t>
            </w:r>
          </w:p>
          <w:p>
            <w:pPr>
              <w:spacing w:after="0"/>
            </w:pPr>
            <w:r>
              <w:rPr>
                <w:b w:val="0"/>
                <w:sz w:val="19"/>
              </w:rPr>
              <w:t>b) Bilgi ve iletişim teknolojilerinden yararlanılabilir.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(M.8.3.4.1. Dik prizmaları tanır, temel elemanlarını belirler, inşa eder ve açınımını çizer.)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35. Hafta: 07-11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07-11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M.8.3.4. Geometrik Cisimler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M.8.3.4.3. Dik dairesel silindirin yüzey alanı bağıntısını oluşturur, ilgili problemleri çözer.</w:t>
            </w:r>
          </w:p>
          <w:p>
            <w:pPr>
              <w:spacing w:after="0"/>
            </w:pPr>
            <w:r>
              <w:rPr>
                <w:b w:val="0"/>
                <w:sz w:val="19"/>
              </w:rPr>
              <w:t>M.8.3.4.4. Dik dairesel silindirin hacim bağıntısını oluşturur; ilgili problemleri çözer.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M.8.3.4.3. </w:t>
            </w:r>
          </w:p>
          <w:p>
            <w:pPr>
              <w:spacing w:after="0"/>
            </w:pPr>
            <w:r>
              <w:rPr>
                <w:b w:val="0"/>
                <w:sz w:val="19"/>
              </w:rPr>
              <w:t>a) Somut modellerle çalışmalara yer verilir.</w:t>
            </w:r>
          </w:p>
          <w:p>
            <w:pPr>
              <w:spacing w:after="0"/>
            </w:pPr>
            <w:r>
              <w:rPr>
                <w:b w:val="0"/>
                <w:sz w:val="19"/>
              </w:rPr>
              <w:t>b) Bilgi ve iletişim teknolojilerinden yararlanılabilir.</w:t>
            </w:r>
          </w:p>
          <w:p>
            <w:pPr>
              <w:spacing w:after="0"/>
            </w:pPr>
            <w:r>
              <w:rPr>
                <w:b w:val="0"/>
                <w:sz w:val="19"/>
              </w:rPr>
              <w:t xml:space="preserve">M.8.3.4.4. </w:t>
            </w:r>
          </w:p>
          <w:p>
            <w:pPr>
              <w:spacing w:after="0"/>
            </w:pPr>
            <w:r>
              <w:rPr>
                <w:b w:val="0"/>
                <w:sz w:val="19"/>
              </w:rPr>
              <w:t xml:space="preserve">a) Somut modellerle çalışmalara yer verilir. </w:t>
            </w:r>
          </w:p>
          <w:p>
            <w:pPr>
              <w:spacing w:after="0"/>
            </w:pPr>
            <w:r>
              <w:rPr>
                <w:b w:val="0"/>
                <w:sz w:val="19"/>
              </w:rPr>
              <w:t xml:space="preserve">b) Bilgi ve iletişim teknolojilerinden yararlanılabilir. </w:t>
            </w:r>
          </w:p>
          <w:p>
            <w:pPr>
              <w:spacing w:after="0"/>
            </w:pPr>
            <w:r>
              <w:rPr>
                <w:b w:val="0"/>
                <w:sz w:val="19"/>
              </w:rPr>
              <w:t xml:space="preserve">c) Dik dairesel silindirin hacmini tahmin etmeye yönelik çalışmalara yer verilir. </w:t>
            </w:r>
          </w:p>
          <w:p>
            <w:pPr>
              <w:spacing w:after="0"/>
            </w:pPr>
            <w:r>
              <w:rPr>
                <w:b w:val="0"/>
                <w:sz w:val="19"/>
              </w:rPr>
              <w:t>ç) Dik dairesel silindirin hacim bağıntısını dik prizmanın hacim bağıntısı ile ilişkilendirmeye yönelik çalışmalara yer verilir.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(M.8.3.4.3. Dik dairesel silindirin yüzey alanı bağıntısını oluşturur, ilgili problemleri çözer.)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M.8.3. GEOMETRİ VE ÖLÇME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M.8.3.4. Geometrik Cisimler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M.8.3.4.5. Dik piramidi tanır, temel elemanlarını belirler, inşa eder ve açınımını çizer.</w:t>
            </w:r>
          </w:p>
          <w:p>
            <w:pPr>
              <w:spacing w:after="0"/>
            </w:pPr>
            <w:r>
              <w:rPr>
                <w:b w:val="0"/>
                <w:sz w:val="19"/>
              </w:rPr>
              <w:t>M.8.3.4.6. Dik koniyi tanır, temel elemanlarını belirler, inşa eder ve açınımını çizer.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M.8.3.4.5. </w:t>
            </w:r>
          </w:p>
          <w:p>
            <w:pPr>
              <w:spacing w:after="0"/>
            </w:pPr>
            <w:r>
              <w:rPr>
                <w:b w:val="0"/>
                <w:sz w:val="19"/>
              </w:rPr>
              <w:t>a) Somut modellerle çalışmalara yer verilir.</w:t>
            </w:r>
          </w:p>
          <w:p>
            <w:pPr>
              <w:spacing w:after="0"/>
            </w:pPr>
            <w:r>
              <w:rPr>
                <w:b w:val="0"/>
                <w:sz w:val="19"/>
              </w:rPr>
              <w:t>b) Bilgi ve iletişim teknolojilerinden yararlanılabilir.</w:t>
            </w:r>
          </w:p>
          <w:p>
            <w:pPr>
              <w:spacing w:after="0"/>
            </w:pPr>
            <w:r>
              <w:rPr>
                <w:b w:val="0"/>
                <w:sz w:val="19"/>
              </w:rPr>
              <w:t>c) Alan ve hacim problemlerine girilmez.</w:t>
            </w:r>
          </w:p>
          <w:p>
            <w:pPr>
              <w:spacing w:after="0"/>
            </w:pPr>
            <w:r>
              <w:rPr>
                <w:b w:val="0"/>
                <w:sz w:val="19"/>
              </w:rPr>
              <w:t xml:space="preserve">M.8.3.4.6. </w:t>
            </w:r>
          </w:p>
          <w:p>
            <w:pPr>
              <w:spacing w:after="0"/>
            </w:pPr>
            <w:r>
              <w:rPr>
                <w:b w:val="0"/>
                <w:sz w:val="19"/>
              </w:rPr>
              <w:t xml:space="preserve">a) Somut modellerle çalışmalara yer verilir. </w:t>
            </w:r>
          </w:p>
          <w:p>
            <w:pPr>
              <w:spacing w:after="0"/>
            </w:pPr>
            <w:r>
              <w:rPr>
                <w:b w:val="0"/>
                <w:sz w:val="19"/>
              </w:rPr>
              <w:t xml:space="preserve">b) Bilgi ve iletişim teknolojilerinden yararlanılabilir. </w:t>
            </w:r>
          </w:p>
          <w:p>
            <w:pPr>
              <w:spacing w:after="0"/>
            </w:pPr>
            <w:r>
              <w:rPr>
                <w:b w:val="0"/>
                <w:sz w:val="19"/>
              </w:rPr>
              <w:t>c) Alan ve hacim problemlerine girilmez.</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(M.8.3.4.5. Dik piramidi tanır, temel elemanlarını belirler, inşa eder ve açınımını çizer.)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8. SINIF MATEMATİK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04 sayılı Kurul Kararı eki "İlkokul (1-4.Sınıflar), Ortaokul ve İmam Hatip Ortaokulu (5-8. Sınıflar) Matematik Dersi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8.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04 sayılı Kurul Kararı eki "İlkokul (1-4.Sınıflar), Ortaokul ve İmam Hatip Ortaokulu (5-8. Sınıflar) Matematik Dersi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8. Sınıf Matematik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