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9. SINIF COĞRAFYA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COĞRAFYANIN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Coğrafya Biliminin Konusu ve Bölümleri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COĞ.9.1.1. Coğrafya biliminin konusu ve bölümlerini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Coğrafya biliminin konusu ve bölümlerini oluşturan bileşenleri belirler.</w:t>
            </w:r>
          </w:p>
          <w:p>
            <w:pPr>
              <w:spacing w:after="0"/>
            </w:pPr>
            <w:r>
              <w:rPr>
                <w:b w:val="0"/>
                <w:sz w:val="19"/>
              </w:rPr>
              <w:t>b) Coğrafya biliminin konusu ve bölümlerini oluşturan bileşenler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(COĞ.9.1.1. Coğrafya biliminin konusu ve bölümlerini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Frayer diyagramı, açık uçlu sorular, öz değerlendirme formu, performans görevi, analitik dereceli puanlama anahtarı, grup değerlendirme formu kullanılarak değerlendirilebilir.</w:t>
            </w:r>
          </w:p>
          <w:p>
            <w:pPr>
              <w:spacing w:after="0"/>
            </w:pPr>
            <w:r>
              <w:rPr>
                <w:b w:val="0"/>
                <w:sz w:val="19"/>
              </w:rPr>
              <w:t>Performans görevi olarak öğrencilerden örnek olay, olgu veya konu üzerinden mekânsal düşünme ile coğrafya öğrenmenin önemini ortaya koyan bir gazete haberi yazmaları istenebilir. Performans görevi; bilgi toplama, bilgileri düzenlenme, haber oluşturma ve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Milli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COĞRAFYANIN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Niçin Coğrafya Öğrenmeliyiz?</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COĞ.9.1.2. Örnek olay, olgu veya konu üzerinden mekânsal düşünme ile coğrafya öğrenmenin önemini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Mekânda gerçekleşen coğrafi olay, olgu veya konuyu belirler.</w:t>
            </w:r>
          </w:p>
          <w:p>
            <w:pPr>
              <w:spacing w:after="0"/>
            </w:pPr>
            <w:r>
              <w:rPr>
                <w:b w:val="0"/>
                <w:sz w:val="19"/>
              </w:rPr>
              <w:t>b) Mekânda gerçekleşen coğrafi olay, olgu veya konu ile coğrafya öğrenmenin önemi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(COĞ.9.1.2. Örnek olay, olgu veya konu üzerinden mekânsal düşünme ile coğrafya öğrenmenin önemini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Frayer diyagramı, açık uçlu sorular, öz değerlendirme formu, performans görevi, analitik dereceli puanlama anahtarı, grup değerlendirme formu kullanılarak değerlendirilebilir.</w:t>
            </w:r>
          </w:p>
          <w:p>
            <w:pPr>
              <w:spacing w:after="0"/>
            </w:pPr>
            <w:r>
              <w:rPr>
                <w:b w:val="0"/>
                <w:sz w:val="19"/>
              </w:rPr>
              <w:t>Performans görevi olarak öğrencilerden örnek olay, olgu veya konu üzerinden mekânsal düşünme ile coğrafya öğrenmenin önemini ortaya koyan bir gazete haberi yazmaları istenebilir. Performans görevi; bilgi toplama, bilgileri düzenlenme, haber oluşturma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COĞRAFYANIN DOĞASI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Coğrafya Biliminin Gelişimi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COĞ.9.1.3. Coğrafya biliminin gelişimi hakkında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Coğrafya biliminin gelişimiyle ilgili gerekli bilgilere ulaşmak için hangi araçları kul-lanacağını belirler.</w:t>
            </w:r>
          </w:p>
          <w:p>
            <w:pPr>
              <w:spacing w:after="0"/>
            </w:pPr>
            <w:r>
              <w:rPr>
                <w:b w:val="0"/>
                <w:sz w:val="19"/>
              </w:rPr>
              <w:t>b) Belirlediği araçları kullanarak coğrafya biliminin gelişimiyle ilgili ihtiyaç duyduğu bilgilere ulaşır.</w:t>
            </w:r>
          </w:p>
          <w:p>
            <w:pPr>
              <w:spacing w:after="0"/>
            </w:pPr>
            <w:r>
              <w:rPr>
                <w:b w:val="0"/>
                <w:sz w:val="19"/>
              </w:rPr>
              <w:t>c) Coğrafya biliminin gelişimiyle ilgili ulaştığı bilgileri doğrular.</w:t>
            </w:r>
          </w:p>
          <w:p>
            <w:pPr>
              <w:spacing w:after="0"/>
            </w:pPr>
            <w:r>
              <w:rPr>
                <w:b w:val="0"/>
                <w:sz w:val="19"/>
              </w:rPr>
              <w:t>ç) Coğrafya biliminin gelişimiyle ilgili doğruladığı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D14. Saygı,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(COĞ.9.1.3. Coğrafya biliminin gelişimi hakkında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zihin haritası, Frayer diyagramı, açık uçlu sorular, öz değerlendirme formu, performans görevi, analitik dereceli puanlama anahtarı, grup değerlendirme formu kullanılarak değerlendirilebilir.</w:t>
            </w:r>
          </w:p>
          <w:p>
            <w:pPr>
              <w:spacing w:after="0"/>
            </w:pPr>
            <w:r>
              <w:rPr>
                <w:b w:val="0"/>
                <w:sz w:val="19"/>
              </w:rPr>
              <w:t>Performans görevi olarak öğrencilerden örnek olay, olgu veya konu üzerinden mekânsal düşünme ile coğrafya öğrenmenin önemini ortaya koyan bir gazete haberi yazmaları istenebilir. Performans görevi; bilgi toplama, bilgileri düzenlenme, haber oluşturma ve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Mekânın Aynası Haritalar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COĞ.9.2.1. Harita uygulamaları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Haritaya ait bileşenlerden yararlanarak haritaları okur.</w:t>
            </w:r>
          </w:p>
          <w:p>
            <w:pPr>
              <w:spacing w:after="0"/>
            </w:pPr>
            <w:r>
              <w:rPr>
                <w:b w:val="0"/>
                <w:sz w:val="19"/>
              </w:rPr>
              <w:t>b) Haritaya ait bileşenlerden yararlanarak haritadaki olay, olgu ve mekânlar arası ilişkileri çözümler.</w:t>
            </w:r>
          </w:p>
          <w:p>
            <w:pPr>
              <w:spacing w:after="0"/>
            </w:pPr>
            <w:r>
              <w:rPr>
                <w:b w:val="0"/>
                <w:sz w:val="19"/>
              </w:rPr>
              <w:t>c) Haritada yer alan olay, olgu veya mekânların özellik, konum, dağılış ve ilişkileri iledeğişim ve/veya harita türüne ilişkin çıkarım yapar.</w:t>
            </w:r>
          </w:p>
          <w:p>
            <w:pPr>
              <w:spacing w:after="0"/>
            </w:pPr>
            <w:r>
              <w:rPr>
                <w:b w:val="0"/>
                <w:sz w:val="19"/>
              </w:rPr>
              <w:t>ç) Harita yapım aşamalarını kullanarak harita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D11. Özgürlük,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(COĞ.9.2.1. Harita uygulamaları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kontrol listesi, çalışma yaprağı, anlam çözümleme tablosu, performans görevi, analitik dereceli puanlama anahtarı, öz değerlendirme formu ve grup değerlendirme formu kullanılarak değerlendirilebilir.</w:t>
            </w:r>
          </w:p>
          <w:p>
            <w:pPr>
              <w:spacing w:after="0"/>
            </w:pPr>
            <w:r>
              <w:rPr>
                <w:b w:val="0"/>
                <w:sz w:val="19"/>
              </w:rPr>
              <w:t>Performans görevi olarak öğrencilerden dilsiz harita üzerinde belirli bir konu içeriğine sahip harita oluşturmaları istenebilir. Performans görevi; amaç belirleme, araç gereç seçme ve kullanma, veri toplama, toplanan verileri seçme ve işleme, sembol belirleme, harita bileşenlerini oluşturma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Mekânın Aynası Haritalar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COĞ.9.2.1. Harita uygulamaları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Haritaya ait bileşenlerden yararlanarak haritaları okur.</w:t>
            </w:r>
          </w:p>
          <w:p>
            <w:pPr>
              <w:spacing w:after="0"/>
            </w:pPr>
            <w:r>
              <w:rPr>
                <w:b w:val="0"/>
                <w:sz w:val="19"/>
              </w:rPr>
              <w:t>b) Haritaya ait bileşenlerden yararlanarak haritadaki olay, olgu ve mekânlar arası ilişkileri çözümler.</w:t>
            </w:r>
          </w:p>
          <w:p>
            <w:pPr>
              <w:spacing w:after="0"/>
            </w:pPr>
            <w:r>
              <w:rPr>
                <w:b w:val="0"/>
                <w:sz w:val="19"/>
              </w:rPr>
              <w:t>c) Haritada yer alan olay, olgu veya mekânların özellik, konum, dağılış ve ilişkileri iledeğişim ve/veya harita türüne ilişkin çıkarım yapar.</w:t>
            </w:r>
          </w:p>
          <w:p>
            <w:pPr>
              <w:spacing w:after="0"/>
            </w:pPr>
            <w:r>
              <w:rPr>
                <w:b w:val="0"/>
                <w:sz w:val="19"/>
              </w:rPr>
              <w:t>ç) Harita yapım aşamalarını kullanarak harita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D11. Özgürlük,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(COĞ.9.2.1. Harita uygulamaları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kontrol listesi, çalışma yaprağı, anlam çözümleme tablosu, performans görevi, analitik dereceli puanlama anahtarı, öz değerlendirme formu ve grup değerlendirme formu kullanılarak değerlendirilebilir.</w:t>
            </w:r>
          </w:p>
          <w:p>
            <w:pPr>
              <w:spacing w:after="0"/>
            </w:pPr>
            <w:r>
              <w:rPr>
                <w:b w:val="0"/>
                <w:sz w:val="19"/>
              </w:rPr>
              <w:t>Performans görevi olarak öğrencilerden dilsiz harita üzerinde belirli bir konu içeriğine sahip harita oluşturmaları istenebilir. Performans görevi; amaç belirleme, araç gereç seçme ve kullanma, veri toplama, toplanan verileri seçme ve işleme, sembol belirleme, harita bileşenlerini oluşturma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Mekânın Aynası Haritalar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COĞ.9.2.1. Harita uygulamaları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Haritaya ait bileşenlerden yararlanarak haritaları okur.</w:t>
            </w:r>
          </w:p>
          <w:p>
            <w:pPr>
              <w:spacing w:after="0"/>
            </w:pPr>
            <w:r>
              <w:rPr>
                <w:b w:val="0"/>
                <w:sz w:val="19"/>
              </w:rPr>
              <w:t>b) Haritaya ait bileşenlerden yararlanarak haritadaki olay, olgu ve mekânlar arası ilişkileri çözümler.</w:t>
            </w:r>
          </w:p>
          <w:p>
            <w:pPr>
              <w:spacing w:after="0"/>
            </w:pPr>
            <w:r>
              <w:rPr>
                <w:b w:val="0"/>
                <w:sz w:val="19"/>
              </w:rPr>
              <w:t>c) Haritada yer alan olay, olgu veya mekânların özellik, konum, dağılış ve ilişkileri iledeğişim ve/veya harita türüne ilişkin çıkarım yapar.</w:t>
            </w:r>
          </w:p>
          <w:p>
            <w:pPr>
              <w:spacing w:after="0"/>
            </w:pPr>
            <w:r>
              <w:rPr>
                <w:b w:val="0"/>
                <w:sz w:val="19"/>
              </w:rPr>
              <w:t>ç) Harita yapım aşamalarını kullanarak harita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D11. Özgürlük,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(COĞ.9.2.1. Harita uygulamaları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kontrol listesi, çalışma yaprağı, anlam çözümleme tablosu, performans görevi, analitik dereceli puanlama anahtarı, öz değerlendirme formu ve grup değerlendirme formu kullanılarak değerlendirilebilir.</w:t>
            </w:r>
          </w:p>
          <w:p>
            <w:pPr>
              <w:spacing w:after="0"/>
            </w:pPr>
            <w:r>
              <w:rPr>
                <w:b w:val="0"/>
                <w:sz w:val="19"/>
              </w:rPr>
              <w:t>Performans görevi olarak öğrencilerden dilsiz harita üzerinde belirli bir konu içeriğine sahip harita oluşturmaları istenebilir. Performans görevi; amaç belirleme, araç gereç seçme ve kullanma, veri toplama, toplanan verileri seçme ve işleme, sembol belirleme, harita bileşenlerini oluşturma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Türkiye’nin Coğrafi Konumu</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COĞ.9.2.2. Türkiye’nin konum özelliklerini algılayabilme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Türkiye’nin konum özelliklerini belirler.</w:t>
            </w:r>
          </w:p>
          <w:p>
            <w:pPr>
              <w:spacing w:after="0"/>
            </w:pPr>
            <w:r>
              <w:rPr>
                <w:b w:val="0"/>
                <w:sz w:val="19"/>
              </w:rPr>
              <w:t>b) Türkiye’nin konum özelliklerini görselleştirir.</w:t>
            </w:r>
          </w:p>
          <w:p>
            <w:pPr>
              <w:spacing w:after="0"/>
            </w:pPr>
            <w:r>
              <w:rPr>
                <w:b w:val="0"/>
                <w:sz w:val="19"/>
              </w:rPr>
              <w:t>c) Türkiye’nin konum özelliklerini özetler.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D11. Özgürlük,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(COĞ.9.2.2. Türkiye’nin konum özelliklerini algılayabilme)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kontrol listesi, çalışma yaprağı, anlam çözümleme tablosu, performans görevi, analitik dereceli puanlama anahtarı, öz değerlendirme formu ve grup değerlendirme formu kullanılarak değerlendirilebilir.</w:t>
            </w:r>
          </w:p>
          <w:p>
            <w:pPr>
              <w:spacing w:after="0"/>
            </w:pPr>
            <w:r>
              <w:rPr>
                <w:b w:val="0"/>
                <w:sz w:val="19"/>
              </w:rPr>
              <w:t>Performans görevi olarak öğrencilerden dilsiz harita üzerinde belirli bir konu içeriğine sahip harita oluşturmaları istenebilir. Performans görevi; amaç belirleme, araç gereç seçme ve kullanma, veri toplama, toplanan verileri seçme ve işleme, sembol belirleme, harita bileşenlerini oluşturma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MEKÂNSAL BİLGİ TEKNOLOJİLERİ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Mekânsal Bilgi Teknolojilerinin Bileşenleri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COĞ.9.2.3. Mekânsal bilgi teknolojilerini oluşturan bileşenleri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Mekânsal bilgi teknolojilerini oluşturan bileşenleri belirler.</w:t>
            </w:r>
          </w:p>
          <w:p>
            <w:pPr>
              <w:spacing w:after="0"/>
            </w:pPr>
            <w:r>
              <w:rPr>
                <w:b w:val="0"/>
                <w:sz w:val="19"/>
              </w:rPr>
              <w:t>b) Mekânsal bilgi teknolojilerini oluşturan bileşenler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D10. Mütevazılık, D11. Özgürlük,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(COĞ.9.2.3. Mekânsal bilgi teknolojilerini oluşturan bileşenleri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kontrol listesi, çalışma yaprağı, anlam çözümleme tablosu, performans görevi, analitik dereceli puanlama anahtarı, öz değerlendirme formu ve grup değerlendirme formu kullanılarak değerlendirilebilir.</w:t>
            </w:r>
          </w:p>
          <w:p>
            <w:pPr>
              <w:spacing w:after="0"/>
            </w:pPr>
            <w:r>
              <w:rPr>
                <w:b w:val="0"/>
                <w:sz w:val="19"/>
              </w:rPr>
              <w:t>Performans görevi olarak öğrencilerden dilsiz harita üzerinde belirli bir konu içeriğine sahip harita oluşturmaları istenebilir. Performans görevi; amaç belirleme, araç gereç seçme ve kullanma, veri toplama, toplanan verileri seçme ve işleme, sembol belirleme, harita bileşenlerini oluşturma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Hava Olayları ve Günlük Hayata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COĞ.9.3.1. Hava olaylarının günlük hayata etkisini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Hava olaylarıyla ilgili deneyim, gözlem, veri ve/veya coğrafi temsillere dayalı elde ettiği bilgilerin günlük hayata etkilerini ilişkilendirir.</w:t>
            </w:r>
          </w:p>
          <w:p>
            <w:pPr>
              <w:spacing w:after="0"/>
            </w:pPr>
            <w:r>
              <w:rPr>
                <w:b w:val="0"/>
                <w:sz w:val="19"/>
              </w:rPr>
              <w:t xml:space="preserve">b) Hava olaylarıyla ilgili deneyim, gözlem, veri ve/veya coğrafi temsillere dayalı elde ettiği bilgilerin günlük hayata etkilerine ilişkin çıkarım yapar. </w:t>
            </w:r>
          </w:p>
          <w:p>
            <w:pPr>
              <w:spacing w:after="0"/>
            </w:pPr>
            <w:r>
              <w:rPr>
                <w:b w:val="0"/>
                <w:sz w:val="19"/>
              </w:rPr>
              <w:t>c) Hava olaylarıyla ilgili deneyim, gözlem, veri ve/veya coğrafi temsillere dayalı elde ettiği bilgilerin günlük hayata etkilerine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(COĞ.9.3.1. Hava olaylarının günlük hayata etkisini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Hava Olayları ve Günlük Hayata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COĞ.9.3.1. Hava olaylarının günlük hayata etkisini gözleme dayalı tahmin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Hava olaylarıyla ilgili deneyim, gözlem, veri ve/veya coğrafi temsillere dayalı elde ettiği bilgilerin günlük hayata etkilerini ilişkilendirir.</w:t>
            </w:r>
          </w:p>
          <w:p>
            <w:pPr>
              <w:spacing w:after="0"/>
            </w:pPr>
            <w:r>
              <w:rPr>
                <w:b w:val="0"/>
                <w:sz w:val="19"/>
              </w:rPr>
              <w:t xml:space="preserve">b) Hava olaylarıyla ilgili deneyim, gözlem, veri ve/veya coğrafi temsillere dayalı elde ettiği bilgilerin günlük hayata etkilerine ilişkin çıkarım yapar. </w:t>
            </w:r>
          </w:p>
          <w:p>
            <w:pPr>
              <w:spacing w:after="0"/>
            </w:pPr>
            <w:r>
              <w:rPr>
                <w:b w:val="0"/>
                <w:sz w:val="19"/>
              </w:rPr>
              <w:t>c) Hava olaylarıyla ilgili deneyim, gözlem, veri ve/veya coğrafi temsillere dayalı elde ettiği bilgilerin günlük hayata etkilerine ilişkin yargıda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(COĞ.9.3.1. Hava olaylarının günlük hayata etkisini gözleme dayalı tahmin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Sisteminin Bileşen ve Değişkenleri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COĞ.9.3.2. İklim sisteminin bileşen ve değişkenlerini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İklim sisteminin bileşen ve değişkenlerini belirler.</w:t>
            </w:r>
          </w:p>
          <w:p>
            <w:pPr>
              <w:spacing w:after="0"/>
            </w:pPr>
            <w:r>
              <w:rPr>
                <w:b w:val="0"/>
                <w:sz w:val="19"/>
              </w:rPr>
              <w:t>b) İklim sistemine ait değişkenler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(COĞ.9.3.2. İklim sisteminin bileşen ve değişkenlerini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Sisteminin Bileşen ve Değişkenleri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COĞ.9.3.2. İklim sisteminin bileşen ve değişkenlerini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İklim sisteminin bileşen ve değişkenlerini belirler.</w:t>
            </w:r>
          </w:p>
          <w:p>
            <w:pPr>
              <w:spacing w:after="0"/>
            </w:pPr>
            <w:r>
              <w:rPr>
                <w:b w:val="0"/>
                <w:sz w:val="19"/>
              </w:rPr>
              <w:t>b) İklim sistemine ait değişkenler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(COĞ.9.3.2. İklim sisteminin bileşen ve değişkenlerini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Sisteminin Bileşen ve Değişkenleri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COĞ.9.3.2. İklim sisteminin bileşen ve değişkenlerini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İklim sisteminin bileşen ve değişkenlerini belirler.</w:t>
            </w:r>
          </w:p>
          <w:p>
            <w:pPr>
              <w:spacing w:after="0"/>
            </w:pPr>
            <w:r>
              <w:rPr>
                <w:b w:val="0"/>
                <w:sz w:val="19"/>
              </w:rPr>
              <w:t>b) İklim sistemine ait değişkenler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(COĞ.9.3.2. İklim sisteminin bileşen ve değişkenlerini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Sisteminin Bileşen ve Değişkenleri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COĞ.9.3.2. İklim sisteminin bileşen ve değişkenlerini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İklim sisteminin bileşen ve değişkenlerini belirler.</w:t>
            </w:r>
          </w:p>
          <w:p>
            <w:pPr>
              <w:spacing w:after="0"/>
            </w:pPr>
            <w:r>
              <w:rPr>
                <w:b w:val="0"/>
                <w:sz w:val="19"/>
              </w:rPr>
              <w:t>b) İklim sistemine ait değişkenler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(COĞ.9.3.2. İklim sisteminin bileşen ve değişkenlerini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COĞ.9.3.3. Türkiye ve dünyadaki farklı iklim türlerine sahip yerlerin iklim verilerini kullanarak</w:t>
            </w:r>
          </w:p>
          <w:p>
            <w:pPr>
              <w:spacing w:after="0"/>
            </w:pPr>
            <w:r>
              <w:rPr>
                <w:b w:val="0"/>
                <w:sz w:val="19"/>
              </w:rPr>
              <w:t>tablo, grafik, şekil ve/veya diyagram hazırlayabilme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dünyadaki farklı iklim türlerine sahip yerlerin iklim verilerini kullanarak oluşturacağı tablo, grafik, şekil ve/veya diyagramın amacını belirler.</w:t>
            </w:r>
          </w:p>
          <w:p>
            <w:pPr>
              <w:spacing w:after="0"/>
            </w:pPr>
            <w:r>
              <w:rPr>
                <w:b w:val="0"/>
                <w:sz w:val="19"/>
              </w:rPr>
              <w:t>b) Türkiye ve dünyadaki farklı iklim türlerine sahip yerlerin iklim verilerini kullanarak oluşturacağı tablo, grafik, şekil ve/veya diyagramın türü için gerekli olan araç gereci belirler.</w:t>
            </w:r>
          </w:p>
          <w:p>
            <w:pPr>
              <w:spacing w:after="0"/>
            </w:pPr>
            <w:r>
              <w:rPr>
                <w:b w:val="0"/>
                <w:sz w:val="19"/>
              </w:rPr>
              <w:t>c) Türkiye ve dünyadaki farklı iklim türlerine sahip yerlerin iklim verilerini toplar.</w:t>
            </w:r>
          </w:p>
          <w:p>
            <w:pPr>
              <w:spacing w:after="0"/>
            </w:pPr>
            <w:r>
              <w:rPr>
                <w:b w:val="0"/>
                <w:sz w:val="19"/>
              </w:rPr>
              <w:t>ç) Türkiye ve dünyadaki farklı iklim türlerine sahip yerlerin iklim verilerini sınıflandırır.</w:t>
            </w:r>
          </w:p>
          <w:p>
            <w:pPr>
              <w:spacing w:after="0"/>
            </w:pPr>
            <w:r>
              <w:rPr>
                <w:b w:val="0"/>
                <w:sz w:val="19"/>
              </w:rPr>
              <w:t>d) Türkiye ve dünyadaki farklı iklim türlerine sahip yerlerin iklim verilerini tablo, grafik, şekil ve/veya diyagram şeklinde görselleştirir.</w:t>
            </w:r>
          </w:p>
          <w:p>
            <w:pPr>
              <w:spacing w:after="0"/>
            </w:pPr>
            <w:r>
              <w:rPr>
                <w:b w:val="0"/>
                <w:sz w:val="19"/>
              </w:rPr>
              <w:t>e) Türkiye ve dünyadaki farklı iklim türlerine sahip yerlerin iklim verilerini kullanarak görselleştirdiği tablo, grafik, şekil ve/veya diyagramı amacına uygun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(COĞ.9.3.3. Türkiye ve dünyadaki farklı iklim türlerine sahip yerlerin iklim verilerini kullanarak)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16.Hafta: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COĞ.9.3.3. Türkiye ve dünyadaki farklı iklim türlerine sahip yerlerin iklim verilerini kullanarak</w:t>
            </w:r>
          </w:p>
          <w:p>
            <w:pPr>
              <w:spacing w:after="0"/>
            </w:pPr>
            <w:r>
              <w:rPr>
                <w:b w:val="0"/>
                <w:sz w:val="19"/>
              </w:rPr>
              <w:t>tablo, grafik, şekil ve/veya diyagram hazırlayabilme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dünyadaki farklı iklim türlerine sahip yerlerin iklim verilerini kullanarak oluşturacağı tablo, grafik, şekil ve/veya diyagramın amacını belirler.</w:t>
            </w:r>
          </w:p>
          <w:p>
            <w:pPr>
              <w:spacing w:after="0"/>
            </w:pPr>
            <w:r>
              <w:rPr>
                <w:b w:val="0"/>
                <w:sz w:val="19"/>
              </w:rPr>
              <w:t>b) Türkiye ve dünyadaki farklı iklim türlerine sahip yerlerin iklim verilerini kullanarak oluşturacağı tablo, grafik, şekil ve/veya diyagramın türü için gerekli olan araç gereci belirler.</w:t>
            </w:r>
          </w:p>
          <w:p>
            <w:pPr>
              <w:spacing w:after="0"/>
            </w:pPr>
            <w:r>
              <w:rPr>
                <w:b w:val="0"/>
                <w:sz w:val="19"/>
              </w:rPr>
              <w:t>c) Türkiye ve dünyadaki farklı iklim türlerine sahip yerlerin iklim verilerini toplar.</w:t>
            </w:r>
          </w:p>
          <w:p>
            <w:pPr>
              <w:spacing w:after="0"/>
            </w:pPr>
            <w:r>
              <w:rPr>
                <w:b w:val="0"/>
                <w:sz w:val="19"/>
              </w:rPr>
              <w:t>ç) Türkiye ve dünyadaki farklı iklim türlerine sahip yerlerin iklim verilerini sınıflandırır.</w:t>
            </w:r>
          </w:p>
          <w:p>
            <w:pPr>
              <w:spacing w:after="0"/>
            </w:pPr>
            <w:r>
              <w:rPr>
                <w:b w:val="0"/>
                <w:sz w:val="19"/>
              </w:rPr>
              <w:t>d) Türkiye ve dünyadaki farklı iklim türlerine sahip yerlerin iklim verilerini tablo, grafik, şekil ve/veya diyagram şeklinde görselleştirir.</w:t>
            </w:r>
          </w:p>
          <w:p>
            <w:pPr>
              <w:spacing w:after="0"/>
            </w:pPr>
            <w:r>
              <w:rPr>
                <w:b w:val="0"/>
                <w:sz w:val="19"/>
              </w:rPr>
              <w:t>e) Türkiye ve dünyadaki farklı iklim türlerine sahip yerlerin iklim verilerini kullanarak görselleştirdiği tablo, grafik, şekil ve/veya diyagramı amacına uygun kullanır.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(COĞ.9.3.3. Türkiye ve dünyadaki farklı iklim türlerine sahip yerlerin iklim verilerini kullanarak)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Sisteminde Yaşanan Değişiklikler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COĞ.9.3.4. İklim sistemi ve sürecinde meydana gelen değişiklikleri algılayabilme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İklim sistemi ve sürecinde meydana gelen değişiklikleri coğrafi temsiller aracılığıyla karşılaştırır.</w:t>
            </w:r>
          </w:p>
          <w:p>
            <w:pPr>
              <w:spacing w:after="0"/>
            </w:pPr>
            <w:r>
              <w:rPr>
                <w:b w:val="0"/>
                <w:sz w:val="19"/>
              </w:rPr>
              <w:t>b) İklim sistemi ve sürecinde meydana gelen değişiklikleri sıralar.</w:t>
            </w:r>
          </w:p>
          <w:p>
            <w:pPr>
              <w:spacing w:after="0"/>
            </w:pPr>
            <w:r>
              <w:rPr>
                <w:b w:val="0"/>
                <w:sz w:val="19"/>
              </w:rPr>
              <w:t>c) Küresel iklim değişikliğinin neden ve sonuçlarını yorumlar. ç) Küresel iklim değişikliğini sentezler.</w:t>
            </w:r>
          </w:p>
          <w:p>
            <w:pPr>
              <w:spacing w:after="0"/>
            </w:pPr>
            <w:r>
              <w:rPr>
                <w:b w:val="0"/>
                <w:sz w:val="19"/>
              </w:rPr>
              <w:t>d) İklim sistemi ve sürecinde meydana gelebilecek değişime yönelik kanıta dayalı öngörüde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(COĞ.9.3.4. İklim sistemi ve sürecinde meydana gelen değişiklikleri algılayabilme)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OKUL TEMELLİ PLANLAMA*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DOĞAL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İklim Sisteminde Yaşanan Değişiklikler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COĞ.9.3.4. İklim sistemi ve sürecinde meydana gelen değişiklikleri algılayabilme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İklim sistemi ve sürecinde meydana gelen değişiklikleri coğrafi temsiller aracılığıyla karşılaştırır.</w:t>
            </w:r>
          </w:p>
          <w:p>
            <w:pPr>
              <w:spacing w:after="0"/>
            </w:pPr>
            <w:r>
              <w:rPr>
                <w:b w:val="0"/>
                <w:sz w:val="19"/>
              </w:rPr>
              <w:t>b) İklim sistemi ve sürecinde meydana gelen değişiklikleri sıralar.</w:t>
            </w:r>
          </w:p>
          <w:p>
            <w:pPr>
              <w:spacing w:after="0"/>
            </w:pPr>
            <w:r>
              <w:rPr>
                <w:b w:val="0"/>
                <w:sz w:val="19"/>
              </w:rPr>
              <w:t>c) Küresel iklim değişikliğinin neden ve sonuçlarını yorumlar. ç) Küresel iklim değişikliğini sentezler.</w:t>
            </w:r>
          </w:p>
          <w:p>
            <w:pPr>
              <w:spacing w:after="0"/>
            </w:pPr>
            <w:r>
              <w:rPr>
                <w:b w:val="0"/>
                <w:sz w:val="19"/>
              </w:rPr>
              <w:t>d) İklim sistemi ve sürecinde meydana gelebilecek değişime yönelik kanıta dayalı öngörüde bulunur.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D5. Duyarlılık, D9. Merhamet,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 OB4. Görsel Okuryazarlık, OB5. Kültür Okuryazarlığı,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(COĞ.9.3.4. İklim sistemi ve sürecinde meydana gelen değişiklikleri algılayabilme)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kontrol listesi, öğrenme günlüğü, performans görevi, analitik dereceli puanlama anahtarı, öz değerlendirme formu ve grup değerlendirme formu kullanılarak değerlendirilebilir.</w:t>
            </w:r>
          </w:p>
          <w:p>
            <w:pPr>
              <w:spacing w:after="0"/>
            </w:pPr>
            <w:r>
              <w:rPr>
                <w:b w:val="0"/>
                <w:sz w:val="19"/>
              </w:rPr>
              <w:t>Performans görevi olarak öğrencilerden farklı iklim türlerine sahip yerlerdeki küresel iklim değişikliğinin yansımalarına ilişkin bilgi görseli hazırlamaları istenebilir. Performans görevi; amaç belirleme, bilgi toplama, bilgileri düzenlenme ve görselleştirme, sunum yapma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Nüfusun Tarihsel Değişimi ve Geleceği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COĞ.9.4.1. Nüfusun zaman içerisindeki değişimini tablo ve grafikler aracılığı ile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Nüfusun zaman içerisindeki değişimini gösteren tablo ve grafiklerdeki bileşenleri</w:t>
            </w:r>
          </w:p>
          <w:p>
            <w:pPr>
              <w:spacing w:after="0"/>
            </w:pPr>
            <w:r>
              <w:rPr>
                <w:b w:val="0"/>
                <w:sz w:val="19"/>
              </w:rPr>
              <w:t>anlamlandırır.</w:t>
            </w:r>
          </w:p>
          <w:p>
            <w:pPr>
              <w:spacing w:after="0"/>
            </w:pPr>
            <w:r>
              <w:rPr>
                <w:b w:val="0"/>
                <w:sz w:val="19"/>
              </w:rPr>
              <w:t>b) Nüfusun zaman içerisindeki değişimini gösteren tablo ve grafiklerdeki bileşenler</w:t>
            </w:r>
          </w:p>
          <w:p>
            <w:pPr>
              <w:spacing w:after="0"/>
            </w:pPr>
            <w:r>
              <w:rPr>
                <w:b w:val="0"/>
                <w:sz w:val="19"/>
              </w:rPr>
              <w:t>arası ilişkileri çözümler.</w:t>
            </w:r>
          </w:p>
          <w:p>
            <w:pPr>
              <w:spacing w:after="0"/>
            </w:pPr>
            <w:r>
              <w:rPr>
                <w:b w:val="0"/>
                <w:sz w:val="19"/>
              </w:rPr>
              <w:t>c) Nüfusun zaman içerisindeki değişimine dair incelediği tablo ve grafiklerden sonuçlar çıkarır.</w:t>
            </w:r>
          </w:p>
          <w:p>
            <w:pPr>
              <w:spacing w:after="0"/>
            </w:pPr>
            <w:r>
              <w:rPr>
                <w:b w:val="0"/>
                <w:sz w:val="19"/>
              </w:rPr>
              <w:t>ç) Farklı ülke nüfuslarındaki değişimi, incelediği tablo ve grafikleri kullanarak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(COĞ.9.4.1. Nüfusun zaman içerisindeki değişimini tablo ve grafikler aracılığı ile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Nüfusun Tarihsel Değişimi ve Geleceği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COĞ.9.4.1. Nüfusun zaman içerisindeki değişimini tablo ve grafikler aracılığı ile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Nüfusun zaman içerisindeki değişimini gösteren tablo ve grafiklerdeki bileşenleri</w:t>
            </w:r>
          </w:p>
          <w:p>
            <w:pPr>
              <w:spacing w:after="0"/>
            </w:pPr>
            <w:r>
              <w:rPr>
                <w:b w:val="0"/>
                <w:sz w:val="19"/>
              </w:rPr>
              <w:t>anlamlandırır.</w:t>
            </w:r>
          </w:p>
          <w:p>
            <w:pPr>
              <w:spacing w:after="0"/>
            </w:pPr>
            <w:r>
              <w:rPr>
                <w:b w:val="0"/>
                <w:sz w:val="19"/>
              </w:rPr>
              <w:t>b) Nüfusun zaman içerisindeki değişimini gösteren tablo ve grafiklerdeki bileşenler</w:t>
            </w:r>
          </w:p>
          <w:p>
            <w:pPr>
              <w:spacing w:after="0"/>
            </w:pPr>
            <w:r>
              <w:rPr>
                <w:b w:val="0"/>
                <w:sz w:val="19"/>
              </w:rPr>
              <w:t>arası ilişkileri çözümler.</w:t>
            </w:r>
          </w:p>
          <w:p>
            <w:pPr>
              <w:spacing w:after="0"/>
            </w:pPr>
            <w:r>
              <w:rPr>
                <w:b w:val="0"/>
                <w:sz w:val="19"/>
              </w:rPr>
              <w:t>c) Nüfusun zaman içerisindeki değişimine dair incelediği tablo ve grafiklerden sonuçlar çıkarır.</w:t>
            </w:r>
          </w:p>
          <w:p>
            <w:pPr>
              <w:spacing w:after="0"/>
            </w:pPr>
            <w:r>
              <w:rPr>
                <w:b w:val="0"/>
                <w:sz w:val="19"/>
              </w:rPr>
              <w:t>ç) Farklı ülke nüfuslarındaki değişimi, incelediği tablo ve grafikleri kullanarak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(COĞ.9.4.1. Nüfusun zaman içerisindeki değişimini tablo ve grafikler aracılığı ile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Nüfusun Dağılışı ve Hareketleri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COĞ.9.4.2. Dünya ve Türkiye’deki nüfusun dağılışı ve hareketlerini etkileyen faktörler hakkında haritalar üzerinden 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Dünya ve Türkiye’de nüfus yoğunluğunun fazla ve az olduğu alanlar ile nüfusun dağılışı ve hareketlerini etkileyen faktörlerin incelenebildiği haritaları ilişkilendirerek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(COĞ.9.4.2. Dünya ve Türkiye’deki nüfusun dağılışı ve hareketlerini etkileyen faktörler hakkında haritalar üzerinden çıkarımda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Nüfusun Dağılışı ve Hareketleri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COĞ.9.4.2. Dünya ve Türkiye’deki nüfusun dağılışı ve hareketlerini etkileyen faktörler hakkında haritalar üzerinden çıkarımda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Dünya ve Türkiye’de nüfus yoğunluğunun fazla ve az olduğu alanlar ile nüfusun dağılışı ve hareketlerini etkileyen faktörlerin incelenebildiği haritaları ilişkilendirerek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(COĞ.9.4.2. Dünya ve Türkiye’deki nüfusun dağılışı ve hareketlerini etkileyen faktörler hakkında haritalar üzerinden çıkarımda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(16-22 Mart)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Demografik Dönüşüm ve Nüfus Piramitleri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COĞ.9.4.3. Türkiye ve farklı ülkelerin nüfus piramitlerinden yararlanarak demografik dönüşüm sürecini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farklı ülkelerin nüfus piramitlerini demografik dönüşüm modeline göre anlamlandırır.</w:t>
            </w:r>
          </w:p>
          <w:p>
            <w:pPr>
              <w:spacing w:after="0"/>
            </w:pPr>
            <w:r>
              <w:rPr>
                <w:b w:val="0"/>
                <w:sz w:val="19"/>
              </w:rPr>
              <w:t>b) Demografik dönüşüm modelinin aşamalarını doğum ve ölüm oranı ile nüfus yapısı arasındaki ilişkiye göre çözümler.</w:t>
            </w:r>
          </w:p>
          <w:p>
            <w:pPr>
              <w:spacing w:after="0"/>
            </w:pPr>
            <w:r>
              <w:rPr>
                <w:b w:val="0"/>
                <w:sz w:val="19"/>
              </w:rPr>
              <w:t>c) Türkiye ve farklı ülkelerin nüfus piramitlerini demografik dönüşüm modelinin aşamaları ile ilişkilendirerek buradan sonuç çıkarır.</w:t>
            </w:r>
          </w:p>
          <w:p>
            <w:pPr>
              <w:spacing w:after="0"/>
            </w:pPr>
            <w:r>
              <w:rPr>
                <w:b w:val="0"/>
                <w:sz w:val="19"/>
              </w:rPr>
              <w:t>ç) Türkiye ve farklı ülkelerin nüfus piramitleri ile demografik dönüşüm modelinin aşamalarını ilişkilendirerek elde ettiği sonuçları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(COĞ.9.4.3. Türkiye ve farklı ülkelerin nüfus piramitlerinden yararlanarak demografik dönüşüm sürecini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Demografik Dönüşüm ve Nüfus Piramitleri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COĞ.9.4.3. Türkiye ve farklı ülkelerin nüfus piramitlerinden yararlanarak demografik dönüşüm sürecini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farklı ülkelerin nüfus piramitlerini demografik dönüşüm modeline göre anlamlandırır.</w:t>
            </w:r>
          </w:p>
          <w:p>
            <w:pPr>
              <w:spacing w:after="0"/>
            </w:pPr>
            <w:r>
              <w:rPr>
                <w:b w:val="0"/>
                <w:sz w:val="19"/>
              </w:rPr>
              <w:t>b) Demografik dönüşüm modelinin aşamalarını doğum ve ölüm oranı ile nüfus yapısı arasındaki ilişkiye göre çözümler.</w:t>
            </w:r>
          </w:p>
          <w:p>
            <w:pPr>
              <w:spacing w:after="0"/>
            </w:pPr>
            <w:r>
              <w:rPr>
                <w:b w:val="0"/>
                <w:sz w:val="19"/>
              </w:rPr>
              <w:t>c) Türkiye ve farklı ülkelerin nüfus piramitlerini demografik dönüşüm modelinin aşamaları ile ilişkilendirerek buradan sonuç çıkarır.</w:t>
            </w:r>
          </w:p>
          <w:p>
            <w:pPr>
              <w:spacing w:after="0"/>
            </w:pPr>
            <w:r>
              <w:rPr>
                <w:b w:val="0"/>
                <w:sz w:val="19"/>
              </w:rPr>
              <w:t>ç) Türkiye ve farklı ülkelerin nüfus piramitleri ile demografik dönüşüm modelinin aşamalarını ilişkilendirerek elde ettiği sonuçları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(COĞ.9.4.3. Türkiye ve farklı ülkelerin nüfus piramitlerinden yararlanarak demografik dönüşüm sürecini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Nüfusla İlgili Fırsat, Sorun ve Politikalar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COĞ.9.4.4. Türkiye ve farklı ülkelerdeki nüfusla ilgili fırsat ve sorunların nüfus politikalarının belirlenmesindeki etkisini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farklı ülkelerdeki nüfusla ilgili fırsat ve sorunların nüfus politikalarının</w:t>
            </w:r>
          </w:p>
          <w:p>
            <w:pPr>
              <w:spacing w:after="0"/>
            </w:pPr>
            <w:r>
              <w:rPr>
                <w:b w:val="0"/>
                <w:sz w:val="19"/>
              </w:rPr>
              <w:t>belirlenmesindeki etkisine ilişkin sorular sorar.</w:t>
            </w:r>
          </w:p>
          <w:p>
            <w:pPr>
              <w:spacing w:after="0"/>
            </w:pPr>
            <w:r>
              <w:rPr>
                <w:b w:val="0"/>
                <w:sz w:val="19"/>
              </w:rPr>
              <w:t>b) Türkiye ve farklı ülkelerdeki nüfusla ilgili fırsat ve sorunların nüfus politikalarının</w:t>
            </w:r>
          </w:p>
          <w:p>
            <w:pPr>
              <w:spacing w:after="0"/>
            </w:pPr>
            <w:r>
              <w:rPr>
                <w:b w:val="0"/>
                <w:sz w:val="19"/>
              </w:rPr>
              <w:t>belirlenmesindeki etkisine ilişkin bilgi toplar.</w:t>
            </w:r>
          </w:p>
          <w:p>
            <w:pPr>
              <w:spacing w:after="0"/>
            </w:pPr>
            <w:r>
              <w:rPr>
                <w:b w:val="0"/>
                <w:sz w:val="19"/>
              </w:rPr>
              <w:t>c) Türkiye ve farklı ülkelerdeki nüfusla ilgili fırsat ve sorunların nüfus politikalarının</w:t>
            </w:r>
          </w:p>
          <w:p>
            <w:pPr>
              <w:spacing w:after="0"/>
            </w:pPr>
            <w:r>
              <w:rPr>
                <w:b w:val="0"/>
                <w:sz w:val="19"/>
              </w:rPr>
              <w:t>belirlenmesindeki etkisine ilişkin topladığı bilgileri düzenler.</w:t>
            </w:r>
          </w:p>
          <w:p>
            <w:pPr>
              <w:spacing w:after="0"/>
            </w:pPr>
            <w:r>
              <w:rPr>
                <w:b w:val="0"/>
                <w:sz w:val="19"/>
              </w:rPr>
              <w:t>ç) Türkiye ve farklı ülkelerdeki nüfusla ilgili fırsat ve sorunların nüfus politikalarının</w:t>
            </w:r>
          </w:p>
          <w:p>
            <w:pPr>
              <w:spacing w:after="0"/>
            </w:pPr>
            <w:r>
              <w:rPr>
                <w:b w:val="0"/>
                <w:sz w:val="19"/>
              </w:rPr>
              <w:t>belirlenmesindeki etkisine ilişkin düzenlediği bilgileri çözümler.</w:t>
            </w:r>
          </w:p>
          <w:p>
            <w:pPr>
              <w:spacing w:after="0"/>
            </w:pPr>
            <w:r>
              <w:rPr>
                <w:b w:val="0"/>
                <w:sz w:val="19"/>
              </w:rPr>
              <w:t>d) Türkiye ve farklı ülkelerdeki nüfusla ilgili fırsat ve sorunların nüfus politikalarının belirlenmesindeki etkisine ilişkin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Saygı</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(COĞ.9.4.4. Türkiye ve farklı ülkelerdeki nüfusla ilgili fırsat ve sorunların nüfus politikalarının belirlenmesindeki etkisini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BEŞERÎ SİSTEMLER VE SÜREÇLER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Nüfusla İlgili Fırsat, Sorun ve Politikalar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COĞ.9.4.4. Türkiye ve farklı ülkelerdeki nüfusla ilgili fırsat ve sorunların nüfus politikalarının belirlenmesindeki etkisini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ve farklı ülkelerdeki nüfusla ilgili fırsat ve sorunların nüfus politikalarının</w:t>
            </w:r>
          </w:p>
          <w:p>
            <w:pPr>
              <w:spacing w:after="0"/>
            </w:pPr>
            <w:r>
              <w:rPr>
                <w:b w:val="0"/>
                <w:sz w:val="19"/>
              </w:rPr>
              <w:t>belirlenmesindeki etkisine ilişkin sorular sorar.</w:t>
            </w:r>
          </w:p>
          <w:p>
            <w:pPr>
              <w:spacing w:after="0"/>
            </w:pPr>
            <w:r>
              <w:rPr>
                <w:b w:val="0"/>
                <w:sz w:val="19"/>
              </w:rPr>
              <w:t>b) Türkiye ve farklı ülkelerdeki nüfusla ilgili fırsat ve sorunların nüfus politikalarının</w:t>
            </w:r>
          </w:p>
          <w:p>
            <w:pPr>
              <w:spacing w:after="0"/>
            </w:pPr>
            <w:r>
              <w:rPr>
                <w:b w:val="0"/>
                <w:sz w:val="19"/>
              </w:rPr>
              <w:t>belirlenmesindeki etkisine ilişkin bilgi toplar.</w:t>
            </w:r>
          </w:p>
          <w:p>
            <w:pPr>
              <w:spacing w:after="0"/>
            </w:pPr>
            <w:r>
              <w:rPr>
                <w:b w:val="0"/>
                <w:sz w:val="19"/>
              </w:rPr>
              <w:t>c) Türkiye ve farklı ülkelerdeki nüfusla ilgili fırsat ve sorunların nüfus politikalarının</w:t>
            </w:r>
          </w:p>
          <w:p>
            <w:pPr>
              <w:spacing w:after="0"/>
            </w:pPr>
            <w:r>
              <w:rPr>
                <w:b w:val="0"/>
                <w:sz w:val="19"/>
              </w:rPr>
              <w:t>belirlenmesindeki etkisine ilişkin topladığı bilgileri düzenler.</w:t>
            </w:r>
          </w:p>
          <w:p>
            <w:pPr>
              <w:spacing w:after="0"/>
            </w:pPr>
            <w:r>
              <w:rPr>
                <w:b w:val="0"/>
                <w:sz w:val="19"/>
              </w:rPr>
              <w:t>ç) Türkiye ve farklı ülkelerdeki nüfusla ilgili fırsat ve sorunların nüfus politikalarının</w:t>
            </w:r>
          </w:p>
          <w:p>
            <w:pPr>
              <w:spacing w:after="0"/>
            </w:pPr>
            <w:r>
              <w:rPr>
                <w:b w:val="0"/>
                <w:sz w:val="19"/>
              </w:rPr>
              <w:t>belirlenmesindeki etkisine ilişkin düzenlediği bilgileri çözümler.</w:t>
            </w:r>
          </w:p>
          <w:p>
            <w:pPr>
              <w:spacing w:after="0"/>
            </w:pPr>
            <w:r>
              <w:rPr>
                <w:b w:val="0"/>
                <w:sz w:val="19"/>
              </w:rPr>
              <w:t>d) Türkiye ve farklı ülkelerdeki nüfusla ilgili fırsat ve sorunların nüfus politikalarının belirlenmesindeki etkisine ilişkin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D3. Çalışkanlık, D4. Dostluk, D14. Sayg</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(COĞ.9.4.4. Türkiye ve farklı ülkelerdeki nüfusla ilgili fırsat ve sorunların nüfus politikalarının belirlenmesindeki etkisini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açık uçlu sorular, öğrenme günlüğü, performans gö-revi, analitik dereceli puanlama anahtarı, öz değerlendirme formu, grup değerlendirme formu kullanılarak değerlendirilebilir.</w:t>
            </w:r>
          </w:p>
          <w:p>
            <w:pPr>
              <w:spacing w:after="0"/>
            </w:pPr>
            <w:r>
              <w:rPr>
                <w:b w:val="0"/>
                <w:sz w:val="19"/>
              </w:rPr>
              <w:t>Performans görevi olarak öğrencilerden grup etkinliği şeklinde Türkiye nüfusundaki değişim seyrinin nüfusla ilgili fırsat, sorun ve politikalara etkisini belirlemek amacıyla araş-tırma yapmaları ve bu araştırmayı raporlaştırmaları istenebilir. Performans görevi; hazırlık yapma, bilgi toplama, bilgileri çözümleme ve rapor yazma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Faaliyetleri Etkileyen Coğrafi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COĞ.9.5.1. Doğal ve beşerî faktörlerin ekonomik faaliyetlere etkilerini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Doğal ve beşerî faktörlerin ekonomik faaliyetlere etkileriyle ilgili merak ettiği soruları sorar.</w:t>
            </w:r>
          </w:p>
          <w:p>
            <w:pPr>
              <w:spacing w:after="0"/>
            </w:pPr>
            <w:r>
              <w:rPr>
                <w:b w:val="0"/>
                <w:sz w:val="19"/>
              </w:rPr>
              <w:t>b) Doğal ve beşerî faktörlerin ekonomik faaliyetlere etkileriyle ilgili bilgi toplar.</w:t>
            </w:r>
          </w:p>
          <w:p>
            <w:pPr>
              <w:spacing w:after="0"/>
            </w:pPr>
            <w:r>
              <w:rPr>
                <w:b w:val="0"/>
                <w:sz w:val="19"/>
              </w:rPr>
              <w:t>c) Doğal ve beşerî faktörlerin ekonomik faaliyetlere etkileriyle ilgili topladığı bilgileri düzenler.</w:t>
            </w:r>
          </w:p>
          <w:p>
            <w:pPr>
              <w:spacing w:after="0"/>
            </w:pPr>
            <w:r>
              <w:rPr>
                <w:b w:val="0"/>
                <w:sz w:val="19"/>
              </w:rPr>
              <w:t>ç) Doğal ve beşerî faktörlerin ekonomik faaliyetlere etkileriyle ilgili düzenlediği bilgileri çözümler.</w:t>
            </w:r>
          </w:p>
          <w:p>
            <w:pPr>
              <w:spacing w:after="0"/>
            </w:pPr>
            <w:r>
              <w:rPr>
                <w:b w:val="0"/>
                <w:sz w:val="19"/>
              </w:rPr>
              <w:t>d) Doğal ve beşerî faktörlerin ekonomik faaliyetlere etkileriyle ilgili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(COĞ.9.5.1. Doğal ve beşerî faktörlerin ekonomik faaliyetlere etkilerini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KWL (ne biliyorum-ne bilmek istiyorum-ne öğrendim), performans gö-revi, analitik dereceli puanlama anahtarı, öz değerlendirme formu kullanılarak değerlendirilebilir.</w:t>
            </w:r>
          </w:p>
          <w:p>
            <w:pPr>
              <w:spacing w:after="0"/>
            </w:pPr>
            <w:r>
              <w:rPr>
                <w:b w:val="0"/>
                <w:sz w:val="19"/>
              </w:rPr>
              <w:t>Performans görevi olarak öğrencilerden doğal ve beşerî faktörlerin ekonomi üzerindeki etkilerini harita, fotoğraf vb. görsellerle açıklayan bir diyagram hazırlamaları istenebilir. Performans görevi; bilgi toplama, bilgileri düzenleme, görsel materyal kullanma ve diyagram hazırlama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ve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EKONOMİK FAALİYETLER VE ETKİLERİ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Faaliyetleri Etkileyen Coğrafi Faktörler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COĞ.9.5.1. Doğal ve beşerî faktörlerin ekonomik faaliyetlere etkilerini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Doğal ve beşerî faktörlerin ekonomik faaliyetlere etkileriyle ilgili merak ettiği soruları sorar.</w:t>
            </w:r>
          </w:p>
          <w:p>
            <w:pPr>
              <w:spacing w:after="0"/>
            </w:pPr>
            <w:r>
              <w:rPr>
                <w:b w:val="0"/>
                <w:sz w:val="19"/>
              </w:rPr>
              <w:t>b) Doğal ve beşerî faktörlerin ekonomik faaliyetlere etkileriyle ilgili bilgi toplar.</w:t>
            </w:r>
          </w:p>
          <w:p>
            <w:pPr>
              <w:spacing w:after="0"/>
            </w:pPr>
            <w:r>
              <w:rPr>
                <w:b w:val="0"/>
                <w:sz w:val="19"/>
              </w:rPr>
              <w:t>c) Doğal ve beşerî faktörlerin ekonomik faaliyetlere etkileriyle ilgili topladığı bilgileri düzenler.</w:t>
            </w:r>
          </w:p>
          <w:p>
            <w:pPr>
              <w:spacing w:after="0"/>
            </w:pPr>
            <w:r>
              <w:rPr>
                <w:b w:val="0"/>
                <w:sz w:val="19"/>
              </w:rPr>
              <w:t>ç) Doğal ve beşerî faktörlerin ekonomik faaliyetlere etkileriyle ilgili düzenlediği bilgileri çözümler.</w:t>
            </w:r>
          </w:p>
          <w:p>
            <w:pPr>
              <w:spacing w:after="0"/>
            </w:pPr>
            <w:r>
              <w:rPr>
                <w:b w:val="0"/>
                <w:sz w:val="19"/>
              </w:rPr>
              <w:t>d) Doğal ve beşerî faktörlerin ekonomik faaliyetlere etkileriyle ilgili çözümlediği bilgilerden çıkardığı sonuçları paylaşır.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D17. Tasarruf,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(COĞ.9.5.1. Doğal ve beşerî faktörlerin ekonomik faaliyetlere etkilerini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KWL (ne biliyorum-ne bilmek istiyorum-ne öğrendim), performans gö-revi, analitik dereceli puanlama anahtarı, öz değerlendirme formu kullanılarak değerlendirilebilir.</w:t>
            </w:r>
          </w:p>
          <w:p>
            <w:pPr>
              <w:spacing w:after="0"/>
            </w:pPr>
            <w:r>
              <w:rPr>
                <w:b w:val="0"/>
                <w:sz w:val="19"/>
              </w:rPr>
              <w:t>Performans görevi olarak öğrencilerden doğal ve beşerî faktörlerin ekonomi üzerindeki etkilerini harita, fotoğraf vb. görsellerle açıklayan bir diyagram hazırlamaları istenebilir. Performans görevi; bilgi toplama, bilgileri düzenleme, görsel materyal kullanma ve diyagram hazırlama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Tehlike, Risk ve Afet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COĞ.9.6.1. Tehlike, risk ve afet kavramlarını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Tehlike, risk ve afet kavramlarının özelliklerini belirler.</w:t>
            </w:r>
          </w:p>
          <w:p>
            <w:pPr>
              <w:spacing w:after="0"/>
            </w:pPr>
            <w:r>
              <w:rPr>
                <w:b w:val="0"/>
                <w:sz w:val="19"/>
              </w:rPr>
              <w:t>b) Tehlike, risk ve afet kavramları arasındaki ilişkileri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(COĞ.9.6.1. Tehlike, risk ve afet kavramlarını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yapılandırılmış grid, performans görevi, analitik dere-celi puanlama anahtarı, öz değerlendirme formu kullanılarak değerlendirilebilir. Performans görevi olarak öğrencilerden örnek bir senaryo üzerinden bütüncül afet yönetimine ilişkin önerilerini içeren bir sunum hazırlamaları istenebilir. Performans görevi; bilgi inceleme, içerik, sonuç çıkarma, rapor hazırlama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Afet Türleri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COĞ.9.6.2. Afetleri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Oluşum kaynağına göre afetleri belirler.</w:t>
            </w:r>
          </w:p>
          <w:p>
            <w:pPr>
              <w:spacing w:after="0"/>
            </w:pPr>
            <w:r>
              <w:rPr>
                <w:b w:val="0"/>
                <w:sz w:val="19"/>
              </w:rPr>
              <w:t>b) Oluşum kaynağına göre afetleri ayrıştırır.</w:t>
            </w:r>
          </w:p>
          <w:p>
            <w:pPr>
              <w:spacing w:after="0"/>
            </w:pPr>
            <w:r>
              <w:rPr>
                <w:b w:val="0"/>
                <w:sz w:val="19"/>
              </w:rPr>
              <w:t>c) Oluşum kaynağına göre afetleri tasnif eder.</w:t>
            </w:r>
          </w:p>
          <w:p>
            <w:pPr>
              <w:spacing w:after="0"/>
            </w:pPr>
            <w:r>
              <w:rPr>
                <w:b w:val="0"/>
                <w:sz w:val="19"/>
              </w:rPr>
              <w:t>ç) Oluşum kaynağına göre afetleri etiketler.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(COĞ.9.6.2. Afetleri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yapılandırılmış grid, performans görevi, analitik dere-celi puanlama anahtarı, öz değerlendirme formu kullanılarak değerlendirilebilir. Performans görevi olarak öğrencilerden örnek bir senaryo üzerinden bütüncül afet yönetimine ilişkin önerilerini içeren bir sunum hazırlamaları istenebilir. Performans görevi; bilgi inceleme, içerik, sonuç çıkarma, rapor hazırlama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Bütüncül Afet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COĞ.9.6.3. Bütüncül afet yönetimi uygulamalarını tablo, grafik, şekil ve/veya diyagramlar aracılığıyla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Bütüncül afet yönetimi uygulamalarını gösteren tablo, grafik, şekil ve/veya diyagramlardaki bileşenleri anlamlandırır.</w:t>
            </w:r>
          </w:p>
          <w:p>
            <w:pPr>
              <w:spacing w:after="0"/>
            </w:pPr>
            <w:r>
              <w:rPr>
                <w:b w:val="0"/>
                <w:sz w:val="19"/>
              </w:rPr>
              <w:t>b) Bütüncül afet yönetimi uygulamalarını gösteren tablo, grafik, şekil ve/veya diyagramlardaki bileşenleri ve bu bileşenler arası ilişkileri çözümler.</w:t>
            </w:r>
          </w:p>
          <w:p>
            <w:pPr>
              <w:spacing w:after="0"/>
            </w:pPr>
            <w:r>
              <w:rPr>
                <w:b w:val="0"/>
                <w:sz w:val="19"/>
              </w:rPr>
              <w:t>c) Bütüncül afet yönetimi uygulamalarını gösteren tablo, grafik, şekil ve/veya diyagramlardaki bileşenlerle ilgili sonuçlar çıkarır.</w:t>
            </w:r>
          </w:p>
          <w:p>
            <w:pPr>
              <w:spacing w:after="0"/>
            </w:pPr>
            <w:r>
              <w:rPr>
                <w:b w:val="0"/>
                <w:sz w:val="19"/>
              </w:rPr>
              <w:t>ç) Bütüncül afet yönetimi uygulamalarını gösteren tablo, grafik, şekil ve/veya diyagramlardaki bileşenlerle ilgili ulaştığı sonuçları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(COĞ.9.6.3. Bütüncül afet yönetimi uygulamalarını tablo, grafik, şekil ve/veya diyagramlar aracılığıyla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yapılandırılmış grid, performans görevi, analitik dere-celi puanlama anahtarı, öz değerlendirme formu kullanılarak değerlendirilebilir. Performans görevi olarak öğrencilerden örnek bir senaryo üzerinden bütüncül afet yönetimine ilişkin önerilerini içeren bir sunum hazırlamaları istenebilir. Performans görevi; bilgi inceleme, içerik, sonuç çıkarma, rapor hazırlama ve sunma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AFETLER VE SÜRDÜRÜLEBİLİR ÇEVRE</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Bütüncül Afet Yönetimi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COĞ.9.6.3. Bütüncül afet yönetimi uygulamalarını tablo, grafik, şekil ve/veya diyagramlar aracılığıyla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Bütüncül afet yönetimi uygulamalarını gösteren tablo, grafik, şekil ve/veya diyagramlardaki bileşenleri anlamlandırır.</w:t>
            </w:r>
          </w:p>
          <w:p>
            <w:pPr>
              <w:spacing w:after="0"/>
            </w:pPr>
            <w:r>
              <w:rPr>
                <w:b w:val="0"/>
                <w:sz w:val="19"/>
              </w:rPr>
              <w:t>b) Bütüncül afet yönetimi uygulamalarını gösteren tablo, grafik, şekil ve/veya diyagramlardaki bileşenleri ve bu bileşenler arası ilişkileri çözümler.</w:t>
            </w:r>
          </w:p>
          <w:p>
            <w:pPr>
              <w:spacing w:after="0"/>
            </w:pPr>
            <w:r>
              <w:rPr>
                <w:b w:val="0"/>
                <w:sz w:val="19"/>
              </w:rPr>
              <w:t>c) Bütüncül afet yönetimi uygulamalarını gösteren tablo, grafik, şekil ve/veya diyagramlardaki bileşenlerle ilgili sonuçlar çıkarır.</w:t>
            </w:r>
          </w:p>
          <w:p>
            <w:pPr>
              <w:spacing w:after="0"/>
            </w:pPr>
            <w:r>
              <w:rPr>
                <w:b w:val="0"/>
                <w:sz w:val="19"/>
              </w:rPr>
              <w:t>ç) Bütüncül afet yönetimi uygulamalarını gösteren tablo, grafik, şekil ve/veya diyagramlardaki bileşenlerle ilgili ulaştığı sonuçları karşılaştırır.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DB1.1. Kendini Tanıma (Öz Farkındalık), SDB1.2. Kendini Düzenleme (Öz Düzenleme), SDB1.3. Kendine Uyarlama (Öz Yansıtma), SDB2.1. İletişim, SDB2.2. İş Birliği, SDB2.3. Sos-yal Farkındalık,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(COĞ.9.6.3. Bütüncül afet yönetimi uygulamalarını tablo, grafik, şekil ve/veya diyagramlar aracılığıyla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yapılandırılmış grid, performans görevi, analitik dere-celi puanlama anahtarı, öz değerlendirme formu kullanılarak değerlendirilebilir. Performans görevi olarak öğrencilerden örnek bir senaryo üzerinden bütüncül afet yönetimine ilişkin önerilerini içeren bir sunum hazırlamaları istenebilir. Performans görevi; bilgi inceleme, içerik, sonuç çıkarma, rapor hazırlama ve sunma ölçütlerine göre değerlendirilebilir.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BÖLGELER, ÜLKELER VE KÜRESEL BAĞLANTILAR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Bölge ve Bölge Sınırı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COĞ.9.7.1. Bölgelerin belirlenmesinde kullanılan kriterlere göre bölge hakkında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Bölge ve bölge sınırı hakkında varsayımda bulunur.</w:t>
            </w:r>
          </w:p>
          <w:p>
            <w:pPr>
              <w:spacing w:after="0"/>
            </w:pPr>
            <w:r>
              <w:rPr>
                <w:b w:val="0"/>
                <w:sz w:val="19"/>
              </w:rPr>
              <w:t>b) Bölge ve bölge sınırındaki örüntüleri listeler.</w:t>
            </w:r>
          </w:p>
          <w:p>
            <w:pPr>
              <w:spacing w:after="0"/>
            </w:pPr>
            <w:r>
              <w:rPr>
                <w:b w:val="0"/>
                <w:sz w:val="19"/>
              </w:rPr>
              <w:t>c) Bölgeyi ve bölge sınırlarını karşılaştırır.</w:t>
            </w:r>
          </w:p>
          <w:p>
            <w:pPr>
              <w:spacing w:after="0"/>
            </w:pPr>
            <w:r>
              <w:rPr>
                <w:b w:val="0"/>
                <w:sz w:val="19"/>
              </w:rPr>
              <w:t>ç) Bölge ve bölge sınırları hakkında önerme sunar.</w:t>
            </w:r>
          </w:p>
          <w:p>
            <w:pPr>
              <w:spacing w:after="0"/>
            </w:pPr>
            <w:r>
              <w:rPr>
                <w:b w:val="0"/>
                <w:sz w:val="19"/>
              </w:rPr>
              <w:t>d) Bölgeyi ve bölge sınırlarını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SDB1.3. Kendine Uyarlama (Öz Yansıtma), 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(COĞ.9.7.1. Bölgelerin belirlenmesinde kullanılan kriterlere göre bölge hakkında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anlam çözümleme tablosu, açık uçlu sorular, performans görevi, analitik dereceli puanlama anahtarı, öz değerlendirme formu, grup değerlendirme formu kullanılarak değerlendirilebilir.</w:t>
            </w:r>
          </w:p>
          <w:p>
            <w:pPr>
              <w:spacing w:after="0"/>
            </w:pPr>
            <w:r>
              <w:rPr>
                <w:b w:val="0"/>
                <w:sz w:val="19"/>
              </w:rPr>
              <w:t>Performans görevi olarak öğrenci gruplarından farklı haritalar üzerinde bölge belirleme kriterlerini dikkate alarak bölgeler oluşturmaları istenebilir. Performans görevi; harita seçme, karşılaştırma yapma, önermede bulunma, sonuç çıkarma, bölge belirleme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BÖLGELER, ÜLKELER VE KÜRESEL BAĞLANTILAR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Bölge ve Bölge Sınırı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COĞ.9.7.1. Bölgelerin belirlenmesinde kullanılan kriterlere göre bölge hakkında çıkarım</w:t>
            </w:r>
          </w:p>
          <w:p>
            <w:pPr>
              <w:spacing w:after="0"/>
            </w:pPr>
            <w:r>
              <w:rPr>
                <w:b w:val="0"/>
                <w:sz w:val="19"/>
              </w:rPr>
              <w:t>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Bölge ve bölge sınırı hakkında varsayımda bulunur.</w:t>
            </w:r>
          </w:p>
          <w:p>
            <w:pPr>
              <w:spacing w:after="0"/>
            </w:pPr>
            <w:r>
              <w:rPr>
                <w:b w:val="0"/>
                <w:sz w:val="19"/>
              </w:rPr>
              <w:t>b) Bölge ve bölge sınırındaki örüntüleri listeler.</w:t>
            </w:r>
          </w:p>
          <w:p>
            <w:pPr>
              <w:spacing w:after="0"/>
            </w:pPr>
            <w:r>
              <w:rPr>
                <w:b w:val="0"/>
                <w:sz w:val="19"/>
              </w:rPr>
              <w:t>c) Bölgeyi ve bölge sınırlarını karşılaştırır.</w:t>
            </w:r>
          </w:p>
          <w:p>
            <w:pPr>
              <w:spacing w:after="0"/>
            </w:pPr>
            <w:r>
              <w:rPr>
                <w:b w:val="0"/>
                <w:sz w:val="19"/>
              </w:rPr>
              <w:t>ç) Bölge ve bölge sınırları hakkında önerme sunar.</w:t>
            </w:r>
          </w:p>
          <w:p>
            <w:pPr>
              <w:spacing w:after="0"/>
            </w:pPr>
            <w:r>
              <w:rPr>
                <w:b w:val="0"/>
                <w:sz w:val="19"/>
              </w:rPr>
              <w:t>d) Bölgeyi ve bölge sınırlarını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SDB1.3. Kendine Uyarlama (Öz Yansıtma), 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OB2. Dijital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(COĞ.9.7.1. Bölgelerin belirlenmesinde kullanılan kriterlere göre bölge hakkında çıkarım)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çıktısı; anlam çözümleme tablosu, açık uçlu sorular, performans görevi, analitik dereceli puanlama anahtarı, öz değerlendirme formu, grup değerlendirme formu kullanılarak değerlendirilebilir.</w:t>
            </w:r>
          </w:p>
          <w:p>
            <w:pPr>
              <w:spacing w:after="0"/>
            </w:pPr>
            <w:r>
              <w:rPr>
                <w:b w:val="0"/>
                <w:sz w:val="19"/>
              </w:rPr>
              <w:t>Performans görevi olarak öğrenci gruplarından farklı haritalar üzerinde bölge belirleme kriterlerini dikkate alarak bölgeler oluşturmaları istenebilir. Performans görevi; harita seçme, karşılaştırma yapma, önermede bulunma, sonuç çıkarma, bölge belirleme ve sunma ölçütlerine göre değerlendirilebilir.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9. SINIF COĞRAFYA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Coğrafya</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9.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9. Sınıf Coğrafya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