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9. SINIF TARİH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GEÇMİŞİN İNŞA SÜRECİNDE TARİH</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Tarih Öğrenmenin Faydaları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TAR.9.1.1. Tarih öğrenmenin bireye ve topluma faydalarını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Tarih öğrenmenin bireye ve topluma faydalarını kaynaklardan inceler.</w:t>
            </w:r>
          </w:p>
          <w:p>
            <w:pPr>
              <w:spacing w:after="0"/>
            </w:pPr>
            <w:r>
              <w:rPr>
                <w:b w:val="0"/>
                <w:sz w:val="19"/>
              </w:rPr>
              <w:t>b) Tarih öğrenmenin bireye ve topluma faydalarıyla ilgili incelediği kaynakları bağlamından</w:t>
            </w:r>
          </w:p>
          <w:p>
            <w:pPr>
              <w:spacing w:after="0"/>
            </w:pPr>
            <w:r>
              <w:rPr>
                <w:b w:val="0"/>
                <w:sz w:val="19"/>
              </w:rPr>
              <w:t>kopmadan özetler.</w:t>
            </w:r>
          </w:p>
          <w:p>
            <w:pPr>
              <w:spacing w:after="0"/>
            </w:pPr>
            <w:r>
              <w:rPr>
                <w:b w:val="0"/>
                <w:sz w:val="19"/>
              </w:rPr>
              <w:t>c) Tarih öğrenmenin bireye ve topluma faydalarını kendi cümleleriyle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D6. Dürüstlük</w:t>
            </w:r>
          </w:p>
          <w:p>
            <w:pPr>
              <w:spacing w:after="0"/>
            </w:pPr>
            <w:r>
              <w:rPr>
                <w:b w:val="0"/>
                <w:sz w:val="19"/>
              </w:rPr>
              <w:t>D8. Mahremiyet</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(TAR.9.1.1. Tarih öğrenmenin bireye ve topluma faydalarını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bilgi görseli ve performans görevleri ile değerlendirilebilir.</w:t>
            </w:r>
          </w:p>
          <w:p>
            <w:pPr>
              <w:spacing w:after="0"/>
            </w:pPr>
            <w:r>
              <w:rPr>
                <w:b w:val="0"/>
                <w:sz w:val="19"/>
              </w:rPr>
              <w:t>Tarihin doğası çerçevesinde tarih kavramının kapsamını ve tarihsel bilginin özelliklerini izlemeye yönelik çalışma yaprağı ve tarihsel bilginin üretim aşamalarını göstermeye yönelik bilgi görseli kullanılabilir. Oluşturulan bilgi görsellerinin değerlendirilmesinde aşamaları belirleme, aşamalar arasında ilişki kurma, kavramların doğru kullanımı gibi ölçütlerden oluşan dereceli puanlama anahtarından yararlanılabilir. Performans görevi olarak öğrencilerden tarih öğrenmenin bireye ve topluma faydalarının yorumlanabilmesine ilişkin afiş hazırlamaları istenebilir. Hazırlanan afiş; içeriğin doğruluğu, kaynak kullanımı, kendi ifadesiyle açıklama gibi ölçütler kullanılarak dereceli puanlama anahtarıyla değerlendirilebilir.</w:t>
            </w:r>
          </w:p>
          <w:p>
            <w:pPr>
              <w:spacing w:after="0"/>
            </w:pPr>
            <w:r>
              <w:rPr>
                <w:b w:val="0"/>
                <w:sz w:val="19"/>
              </w:rPr>
              <w:t>Performans görevi olarak öğrencilerden dijitalleşmenin tarih araştırma ve yazımının dönüşümüne olumlu ve olumsuz etkisine yönelik fikirlerini içeren bir ağ günlüğü sayfası hazırlamaları istenebilir. Hazırlanan ağ günlüğü sayfası; tarihsel yazım süreçlerinin karşılaştırılması, dijitalleşmenin etkisini açıklama, yargıda bulunma gibi ölçütler kullanılarak dereceli puanlama anahtarıyla değerlendirilebilir. Ayrıca dereceli puanlama anahtarı öz değerlendirme amacıyla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Temmuz Demokrasi ve Millî Birlik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GEÇMİŞİN İNŞA SÜRECİNDE TARİH</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Tarih Öğrenmenin Faydaları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TAR.9.1.1. Tarih öğrenmenin bireye ve topluma faydalarını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Tarih öğrenmenin bireye ve topluma faydalarını kaynaklardan inceler.</w:t>
            </w:r>
          </w:p>
          <w:p>
            <w:pPr>
              <w:spacing w:after="0"/>
            </w:pPr>
            <w:r>
              <w:rPr>
                <w:b w:val="0"/>
                <w:sz w:val="19"/>
              </w:rPr>
              <w:t>b) Tarih öğrenmenin bireye ve topluma faydalarıyla ilgili incelediği kaynakları bağlamından</w:t>
            </w:r>
          </w:p>
          <w:p>
            <w:pPr>
              <w:spacing w:after="0"/>
            </w:pPr>
            <w:r>
              <w:rPr>
                <w:b w:val="0"/>
                <w:sz w:val="19"/>
              </w:rPr>
              <w:t>kopmadan özetler.</w:t>
            </w:r>
          </w:p>
          <w:p>
            <w:pPr>
              <w:spacing w:after="0"/>
            </w:pPr>
            <w:r>
              <w:rPr>
                <w:b w:val="0"/>
                <w:sz w:val="19"/>
              </w:rPr>
              <w:t>c) Tarih öğrenmenin bireye ve topluma faydalarını kendi cümleleriyle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D6. Dürüstlük</w:t>
            </w:r>
          </w:p>
          <w:p>
            <w:pPr>
              <w:spacing w:after="0"/>
            </w:pPr>
            <w:r>
              <w:rPr>
                <w:b w:val="0"/>
                <w:sz w:val="19"/>
              </w:rPr>
              <w:t>D8. Mahremiyet</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(TAR.9.1.1. Tarih öğrenmenin bireye ve topluma faydalarını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bilgi görseli ve performans görevleri ile değerlendirilebilir.</w:t>
            </w:r>
          </w:p>
          <w:p>
            <w:pPr>
              <w:spacing w:after="0"/>
            </w:pPr>
            <w:r>
              <w:rPr>
                <w:b w:val="0"/>
                <w:sz w:val="19"/>
              </w:rPr>
              <w:t>Tarihin doğası çerçevesinde tarih kavramının kapsamını ve tarihsel bilginin özelliklerini izlemeye yönelik çalışma yaprağı ve tarihsel bilginin üretim aşamalarını göstermeye yönelik bilgi görseli kullanılabilir. Oluşturulan bilgi görsellerinin değerlendirilmesinde aşamaları belirleme, aşamalar arasında ilişki kurma, kavramların doğru kullanımı gibi ölçütlerden oluşan dereceli puanlama anahtarından yararlanılabilir. Performans görevi olarak öğrencilerden tarih öğrenmenin bireye ve topluma faydalarının yorumlanabilmesine ilişkin afiş hazırlamaları istenebilir. Hazırlanan afiş; içeriğin doğruluğu, kaynak kullanımı, kendi ifadesiyle açıklama gibi ölçütler kullanılarak dereceli puanlama anahtarıyla değerlendirilebilir.</w:t>
            </w:r>
          </w:p>
          <w:p>
            <w:pPr>
              <w:spacing w:after="0"/>
            </w:pPr>
            <w:r>
              <w:rPr>
                <w:b w:val="0"/>
                <w:sz w:val="19"/>
              </w:rPr>
              <w:t>Performans görevi olarak öğrencilerden dijitalleşmenin tarih araştırma ve yazımının dönüşümüne olumlu ve olumsuz etkisine yönelik fikirlerini içeren bir ağ günlüğü sayfası hazırlamaları istenebilir. Hazırlanan ağ günlüğü sayfası; tarihsel yazım süreçlerinin karşılaştırılması, dijitalleşmenin etkisini açıklama, yargıda bulunma gibi ölçütler kullanılarak dereceli puanlama anahtarıyla değerlendirilebilir. Ayrıca dereceli puanlama anahtarı öz değerlendirme amacıyla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3. Hafta: 28 Eylül-2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GEÇMİŞİN İNŞA SÜRECİNDE TARİH</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Tarihin Doğası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TAR.9.1.2. Tarihin doğasını farklı kaynaklar üzerinden inceleyebilme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Farklı kaynaklardan tarihin doğasına ilişkin temel bilgileri tespit eder.</w:t>
            </w:r>
          </w:p>
          <w:p>
            <w:pPr>
              <w:spacing w:after="0"/>
            </w:pPr>
            <w:r>
              <w:rPr>
                <w:b w:val="0"/>
                <w:sz w:val="19"/>
              </w:rPr>
              <w:t>b) Farklı kaynakları inceleyerek tarihin doğasına ilişkin temel bilgileri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D6. Dürüstlük</w:t>
            </w:r>
          </w:p>
          <w:p>
            <w:pPr>
              <w:spacing w:after="0"/>
            </w:pPr>
            <w:r>
              <w:rPr>
                <w:b w:val="0"/>
                <w:sz w:val="19"/>
              </w:rPr>
              <w:t>D8. Mahremiyet</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(TAR.9.1.2. Tarihin doğasını farklı kaynaklar üzerinden inceleyebilme)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bilgi görseli ve performans görevleri ile değerlendirilebilir.</w:t>
            </w:r>
          </w:p>
          <w:p>
            <w:pPr>
              <w:spacing w:after="0"/>
            </w:pPr>
            <w:r>
              <w:rPr>
                <w:b w:val="0"/>
                <w:sz w:val="19"/>
              </w:rPr>
              <w:t>Tarihin doğası çerçevesinde tarih kavramının kapsamını ve tarihsel bilginin özelliklerini izlemeye yönelik çalışma yaprağı ve tarihsel bilginin üretim aşamalarını göstermeye yönelik bilgi görseli kullanılabilir. Oluşturulan bilgi görsellerinin değerlendirilmesinde aşamaları belirleme, aşamalar arasında ilişki kurma, kavramların doğru kullanımı gibi ölçütlerden oluşan dereceli puanlama anahtarından yararlanılabilir. Performans görevi olarak öğrencilerden tarih öğrenmenin bireye ve topluma faydalarının yorumlanabilmesine ilişkin afiş hazırlamaları istenebilir. Hazırlanan afiş; içeriğin doğruluğu, kaynak kullanımı, kendi ifadesiyle açıklama gibi ölçütler kullanılarak dereceli puanlama anahtarıyla değerlendirilebilir.</w:t>
            </w:r>
          </w:p>
          <w:p>
            <w:pPr>
              <w:spacing w:after="0"/>
            </w:pPr>
            <w:r>
              <w:rPr>
                <w:b w:val="0"/>
                <w:sz w:val="19"/>
              </w:rPr>
              <w:t>Performans görevi olarak öğrencilerden dijitalleşmenin tarih araştırma ve yazımının dönüşümüne olumlu ve olumsuz etkisine yönelik fikirlerini içeren bir ağ günlüğü sayfası hazırlamaları istenebilir. Hazırlanan ağ günlüğü sayfası; tarihsel yazım süreçlerinin karşılaştırılması, dijitalleşmenin etkisini açıklama, yargıda bulunma gibi ölçütler kullanılarak dereceli puanlama anahtarıyla değerlendirilebilir. Ayrıca dereceli puanlama anahtarı öz değerlendirme amacıyla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GEÇMİŞİN İNŞA SÜRECİNDE TARİH</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Tarihin Doğası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TAR.9.1.2. Tarihin doğasını farklı kaynaklar üzerinden inceleyebilme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Farklı kaynaklardan tarihin doğasına ilişkin temel bilgileri tespit eder.</w:t>
            </w:r>
          </w:p>
          <w:p>
            <w:pPr>
              <w:spacing w:after="0"/>
            </w:pPr>
            <w:r>
              <w:rPr>
                <w:b w:val="0"/>
                <w:sz w:val="19"/>
              </w:rPr>
              <w:t>b) Farklı kaynakları inceleyerek tarihin doğasına ilişkin temel bilgileri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D6. Dürüstlük</w:t>
            </w:r>
          </w:p>
          <w:p>
            <w:pPr>
              <w:spacing w:after="0"/>
            </w:pPr>
            <w:r>
              <w:rPr>
                <w:b w:val="0"/>
                <w:sz w:val="19"/>
              </w:rPr>
              <w:t>D8. Mahremiyet</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(TAR.9.1.2. Tarihin doğasını farklı kaynaklar üzerinden inceleyebilme)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bilgi görseli ve performans görevleri ile değerlendirilebilir.</w:t>
            </w:r>
          </w:p>
          <w:p>
            <w:pPr>
              <w:spacing w:after="0"/>
            </w:pPr>
            <w:r>
              <w:rPr>
                <w:b w:val="0"/>
                <w:sz w:val="19"/>
              </w:rPr>
              <w:t>Tarihin doğası çerçevesinde tarih kavramının kapsamını ve tarihsel bilginin özelliklerini izlemeye yönelik çalışma yaprağı ve tarihsel bilginin üretim aşamalarını göstermeye yönelik bilgi görseli kullanılabilir. Oluşturulan bilgi görsellerinin değerlendirilmesinde aşamaları belirleme, aşamalar arasında ilişki kurma, kavramların doğru kullanımı gibi ölçütlerden oluşan dereceli puanlama anahtarından yararlanılabilir. Performans görevi olarak öğrencilerden tarih öğrenmenin bireye ve topluma faydalarının yorumlanabilmesine ilişkin afiş hazırlamaları istenebilir. Hazırlanan afiş; içeriğin doğruluğu, kaynak kullanımı, kendi ifadesiyle açıklama gibi ölçütler kullanılarak dereceli puanlama anahtarıyla değerlendirilebilir.</w:t>
            </w:r>
          </w:p>
          <w:p>
            <w:pPr>
              <w:spacing w:after="0"/>
            </w:pPr>
            <w:r>
              <w:rPr>
                <w:b w:val="0"/>
                <w:sz w:val="19"/>
              </w:rPr>
              <w:t>Performans görevi olarak öğrencilerden dijitalleşmenin tarih araştırma ve yazımının dönüşümüne olumlu ve olumsuz etkisine yönelik fikirlerini içeren bir ağ günlüğü sayfası hazırlamaları istenebilir. Hazırlanan ağ günlüğü sayfası; tarihsel yazım süreçlerinin karşılaştırılması, dijitalleşmenin etkisini açıklama, yargıda bulunma gibi ölçütler kullanılarak dereceli puanlama anahtarıyla değerlendirilebilir. Ayrıca dereceli puanlama anahtarı öz değerlendirme amacıyla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GEÇMİŞİN İNŞA SÜRECİNDE TARİH</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Tarihsel Bilginin Üretim Süreci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TAR.9.1.3. Tarihsel bilginin üretim sürecini çözümleyebilme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Örnek çalışmalar üzerinden tarihsel bilginin üretim sürecindeki aşamaları belirler.</w:t>
            </w:r>
          </w:p>
          <w:p>
            <w:pPr>
              <w:spacing w:after="0"/>
            </w:pPr>
            <w:r>
              <w:rPr>
                <w:b w:val="0"/>
                <w:sz w:val="19"/>
              </w:rPr>
              <w:t>b) Örnek çalışmalar üzerinden tarihsel bilginin üretim sürecindeki aşamalar arasında var olan ilişkileri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D6. Dürüstlük</w:t>
            </w:r>
          </w:p>
          <w:p>
            <w:pPr>
              <w:spacing w:after="0"/>
            </w:pPr>
            <w:r>
              <w:rPr>
                <w:b w:val="0"/>
                <w:sz w:val="19"/>
              </w:rPr>
              <w:t>D8. Mahremiyet</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(TAR.9.1.3. Tarihsel bilginin üretim sürecini çözümleyebilme)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bilgi görseli ve performans görevleri ile değerlendirilebilir.</w:t>
            </w:r>
          </w:p>
          <w:p>
            <w:pPr>
              <w:spacing w:after="0"/>
            </w:pPr>
            <w:r>
              <w:rPr>
                <w:b w:val="0"/>
                <w:sz w:val="19"/>
              </w:rPr>
              <w:t>Tarihin doğası çerçevesinde tarih kavramının kapsamını ve tarihsel bilginin özelliklerini izlemeye yönelik çalışma yaprağı ve tarihsel bilginin üretim aşamalarını göstermeye yönelik bilgi görseli kullanılabilir. Oluşturulan bilgi görsellerinin değerlendirilmesinde aşamaları belirleme, aşamalar arasında ilişki kurma, kavramların doğru kullanımı gibi ölçütlerden oluşan dereceli puanlama anahtarından yararlanılabilir. Performans görevi olarak öğrencilerden tarih öğrenmenin bireye ve topluma faydalarının yorumlanabilmesine ilişkin afiş hazırlamaları istenebilir. Hazırlanan afiş; içeriğin doğruluğu, kaynak kullanımı, kendi ifadesiyle açıklama gibi ölçütler kullanılarak dereceli puanlama anahtarıyla değerlendirilebilir.</w:t>
            </w:r>
          </w:p>
          <w:p>
            <w:pPr>
              <w:spacing w:after="0"/>
            </w:pPr>
            <w:r>
              <w:rPr>
                <w:b w:val="0"/>
                <w:sz w:val="19"/>
              </w:rPr>
              <w:t>Performans görevi olarak öğrencilerden dijitalleşmenin tarih araştırma ve yazımının dönüşümüne olumlu ve olumsuz etkisine yönelik fikirlerini içeren bir ağ günlüğü sayfası hazırlamaları istenebilir. Hazırlanan ağ günlüğü sayfası; tarihsel yazım süreçlerinin karşılaştırılması, dijitalleşmenin etkisini açıklama, yargıda bulunma gibi ölçütler kullanılarak dereceli puanlama anahtarıyla değerlendirilebilir. Ayrıca dereceli puanlama anahtarı öz değerlendirme amacıyla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GEÇMİŞİN İNŞA SÜRECİNDE TARİH</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Tarihsel Bilginin Üretim Süreci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TAR.9.1.3. Tarihsel bilginin üretim sürecini çözümleyebilme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Örnek çalışmalar üzerinden tarihsel bilginin üretim sürecindeki aşamaları belirler.</w:t>
            </w:r>
          </w:p>
          <w:p>
            <w:pPr>
              <w:spacing w:after="0"/>
            </w:pPr>
            <w:r>
              <w:rPr>
                <w:b w:val="0"/>
                <w:sz w:val="19"/>
              </w:rPr>
              <w:t>b) Örnek çalışmalar üzerinden tarihsel bilginin üretim sürecindeki aşamalar arasında var olan ilişkileri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D6. Dürüstlük</w:t>
            </w:r>
          </w:p>
          <w:p>
            <w:pPr>
              <w:spacing w:after="0"/>
            </w:pPr>
            <w:r>
              <w:rPr>
                <w:b w:val="0"/>
                <w:sz w:val="19"/>
              </w:rPr>
              <w:t>D8. Mahremiyet</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(TAR.9.1.3. Tarihsel bilginin üretim sürecini çözümleyebilme)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bilgi görseli ve performans görevleri ile değerlendirilebilir.</w:t>
            </w:r>
          </w:p>
          <w:p>
            <w:pPr>
              <w:spacing w:after="0"/>
            </w:pPr>
            <w:r>
              <w:rPr>
                <w:b w:val="0"/>
                <w:sz w:val="19"/>
              </w:rPr>
              <w:t>Tarihin doğası çerçevesinde tarih kavramının kapsamını ve tarihsel bilginin özelliklerini izlemeye yönelik çalışma yaprağı ve tarihsel bilginin üretim aşamalarını göstermeye yönelik bilgi görseli kullanılabilir. Oluşturulan bilgi görsellerinin değerlendirilmesinde aşamaları belirleme, aşamalar arasında ilişki kurma, kavramların doğru kullanımı gibi ölçütlerden oluşan dereceli puanlama anahtarından yararlanılabilir. Performans görevi olarak öğrencilerden tarih öğrenmenin bireye ve topluma faydalarının yorumlanabilmesine ilişkin afiş hazırlamaları istenebilir. Hazırlanan afiş; içeriğin doğruluğu, kaynak kullanımı, kendi ifadesiyle açıklama gibi ölçütler kullanılarak dereceli puanlama anahtarıyla değerlendirilebilir.</w:t>
            </w:r>
          </w:p>
          <w:p>
            <w:pPr>
              <w:spacing w:after="0"/>
            </w:pPr>
            <w:r>
              <w:rPr>
                <w:b w:val="0"/>
                <w:sz w:val="19"/>
              </w:rPr>
              <w:t>Performans görevi olarak öğrencilerden dijitalleşmenin tarih araştırma ve yazımının dönüşümüne olumlu ve olumsuz etkisine yönelik fikirlerini içeren bir ağ günlüğü sayfası hazırlamaları istenebilir. Hazırlanan ağ günlüğü sayfası; tarihsel yazım süreçlerinin karşılaştırılması, dijitalleşmenin etkisini açıklama, yargıda bulunma gibi ölçütler kullanılarak dereceli puanlama anahtarıyla değerlendirilebilir. Ayrıca dereceli puanlama anahtarı öz değerlendirme amacıyla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GEÇMİŞİN İNŞA SÜRECİNDE TARİH</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Tarihsel Bilginin Üretim Süreci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TAR.9.1.3. Tarihsel bilginin üretim sürecini çözümleyebilme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Örnek çalışmalar üzerinden tarihsel bilginin üretim sürecindeki aşamaları belirler.</w:t>
            </w:r>
          </w:p>
          <w:p>
            <w:pPr>
              <w:spacing w:after="0"/>
            </w:pPr>
            <w:r>
              <w:rPr>
                <w:b w:val="0"/>
                <w:sz w:val="19"/>
              </w:rPr>
              <w:t>b) Örnek çalışmalar üzerinden tarihsel bilginin üretim sürecindeki aşamalar arasında var olan ilişkileri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D6. Dürüstlük</w:t>
            </w:r>
          </w:p>
          <w:p>
            <w:pPr>
              <w:spacing w:after="0"/>
            </w:pPr>
            <w:r>
              <w:rPr>
                <w:b w:val="0"/>
                <w:sz w:val="19"/>
              </w:rPr>
              <w:t>D8. Mahremiyet</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(TAR.9.1.3. Tarihsel bilginin üretim sürecini çözümleyebilme)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bilgi görseli ve performans görevleri ile değerlendirilebilir.</w:t>
            </w:r>
          </w:p>
          <w:p>
            <w:pPr>
              <w:spacing w:after="0"/>
            </w:pPr>
            <w:r>
              <w:rPr>
                <w:b w:val="0"/>
                <w:sz w:val="19"/>
              </w:rPr>
              <w:t>Tarihin doğası çerçevesinde tarih kavramının kapsamını ve tarihsel bilginin özelliklerini izlemeye yönelik çalışma yaprağı ve tarihsel bilginin üretim aşamalarını göstermeye yönelik bilgi görseli kullanılabilir. Oluşturulan bilgi görsellerinin değerlendirilmesinde aşamaları belirleme, aşamalar arasında ilişki kurma, kavramların doğru kullanımı gibi ölçütlerden oluşan dereceli puanlama anahtarından yararlanılabilir. Performans görevi olarak öğrencilerden tarih öğrenmenin bireye ve topluma faydalarının yorumlanabilmesine ilişkin afiş hazırlamaları istenebilir. Hazırlanan afiş; içeriğin doğruluğu, kaynak kullanımı, kendi ifadesiyle açıklama gibi ölçütler kullanılarak dereceli puanlama anahtarıyla değerlendirilebilir.</w:t>
            </w:r>
          </w:p>
          <w:p>
            <w:pPr>
              <w:spacing w:after="0"/>
            </w:pPr>
            <w:r>
              <w:rPr>
                <w:b w:val="0"/>
                <w:sz w:val="19"/>
              </w:rPr>
              <w:t>Performans görevi olarak öğrencilerden dijitalleşmenin tarih araştırma ve yazımının dönüşümüne olumlu ve olumsuz etkisine yönelik fikirlerini içeren bir ağ günlüğü sayfası hazırlamaları istenebilir. Hazırlanan ağ günlüğü sayfası; tarihsel yazım süreçlerinin karşılaştırılması, dijitalleşmenin etkisini açıklama, yargıda bulunma gibi ölçütler kullanılarak dereceli puanlama anahtarıyla değerlendirilebilir. Ayrıca dereceli puanlama anahtarı öz değerlendirme amacıyla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Cumhuriyet Bayramı (29 Ekim)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8. 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8. 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GEÇMİŞİN İNŞA SÜRECİNDE TARİH</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Tarih Araştırma ve Yazımında Dijitalleşme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TAR.9.1.4. Dijitalleşmenin tarih araştırma ve yazımının dönüşümüne etkisini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Dijitalleşme öncesindeki ve dijital dönemdeki tarih araştırma ve yazım süreçlerini karşılaştırır.</w:t>
            </w:r>
          </w:p>
          <w:p>
            <w:pPr>
              <w:spacing w:after="0"/>
            </w:pPr>
            <w:r>
              <w:rPr>
                <w:b w:val="0"/>
                <w:sz w:val="19"/>
              </w:rPr>
              <w:t>b) Tarih araştırma ve yazımında dijitalleşmeyle meydana gelen dönüşüme dair yargıda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D6. Dürüstlük</w:t>
            </w:r>
          </w:p>
          <w:p>
            <w:pPr>
              <w:spacing w:after="0"/>
            </w:pPr>
            <w:r>
              <w:rPr>
                <w:b w:val="0"/>
                <w:sz w:val="19"/>
              </w:rPr>
              <w:t>D8. Mahremiyet</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(TAR.9.1.4. Dijitalleşmenin tarih araştırma ve yazımının dönüşümüne etkisini değerlendirebilme)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bilgi görseli ve performans görevleri ile değerlendirilebilir.</w:t>
            </w:r>
          </w:p>
          <w:p>
            <w:pPr>
              <w:spacing w:after="0"/>
            </w:pPr>
            <w:r>
              <w:rPr>
                <w:b w:val="0"/>
                <w:sz w:val="19"/>
              </w:rPr>
              <w:t>Tarihin doğası çerçevesinde tarih kavramının kapsamını ve tarihsel bilginin özelliklerini izlemeye yönelik çalışma yaprağı ve tarihsel bilginin üretim aşamalarını göstermeye yönelik bilgi görseli kullanılabilir. Oluşturulan bilgi görsellerinin değerlendirilmesinde aşamaları belirleme, aşamalar arasında ilişki kurma, kavramların doğru kullanımı gibi ölçütlerden oluşan dereceli puanlama anahtarından yararlanılabilir. Performans görevi olarak öğrencilerden tarih öğrenmenin bireye ve topluma faydalarının yorumlanabilmesine ilişkin afiş hazırlamaları istenebilir. Hazırlanan afiş; içeriğin doğruluğu, kaynak kullanımı, kendi ifadesiyle açıklama gibi ölçütler kullanılarak dereceli puanlama anahtarıyla değerlendirilebilir.</w:t>
            </w:r>
          </w:p>
          <w:p>
            <w:pPr>
              <w:spacing w:after="0"/>
            </w:pPr>
            <w:r>
              <w:rPr>
                <w:b w:val="0"/>
                <w:sz w:val="19"/>
              </w:rPr>
              <w:t>Performans görevi olarak öğrencilerden dijitalleşmenin tarih araştırma ve yazımının dönüşümüne olumlu ve olumsuz etkisine yönelik fikirlerini içeren bir ağ günlüğü sayfası hazırlamaları istenebilir. Hazırlanan ağ günlüğü sayfası; tarihsel yazım süreçlerinin karşılaştırılması, dijitalleşmenin etkisini açıklama, yargıda bulunma gibi ölçütler kullanılarak dereceli puanlama anahtarıyla değerlendirilebilir. Ayrıca dereceli puanlama anahtarı öz değerlendirme amacıyla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GEÇMİŞİN İNŞA SÜRECİNDE TARİH</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Tarih Araştırma ve Yazımında Dijitalleşme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TAR.9.1.4. Dijitalleşmenin tarih araştırma ve yazımının dönüşümüne etkisini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Dijitalleşme öncesindeki ve dijital dönemdeki tarih araştırma ve yazım süreçlerini karşılaştırır.</w:t>
            </w:r>
          </w:p>
          <w:p>
            <w:pPr>
              <w:spacing w:after="0"/>
            </w:pPr>
            <w:r>
              <w:rPr>
                <w:b w:val="0"/>
                <w:sz w:val="19"/>
              </w:rPr>
              <w:t>b) Tarih araştırma ve yazımında dijitalleşmeyle meydana gelen dönüşüme dair yargıda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D6. Dürüstlük</w:t>
            </w:r>
          </w:p>
          <w:p>
            <w:pPr>
              <w:spacing w:after="0"/>
            </w:pPr>
            <w:r>
              <w:rPr>
                <w:b w:val="0"/>
                <w:sz w:val="19"/>
              </w:rPr>
              <w:t>D8. Mahremiyet</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(TAR.9.1.4. Dijitalleşmenin tarih araştırma ve yazımının dönüşümüne etkisini değerlendirebilme)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bilgi görseli ve performans görevleri ile değerlendirilebilir.</w:t>
            </w:r>
          </w:p>
          <w:p>
            <w:pPr>
              <w:spacing w:after="0"/>
            </w:pPr>
            <w:r>
              <w:rPr>
                <w:b w:val="0"/>
                <w:sz w:val="19"/>
              </w:rPr>
              <w:t>Tarihin doğası çerçevesinde tarih kavramının kapsamını ve tarihsel bilginin özelliklerini izlemeye yönelik çalışma yaprağı ve tarihsel bilginin üretim aşamalarını göstermeye yönelik bilgi görseli kullanılabilir. Oluşturulan bilgi görsellerinin değerlendirilmesinde aşamaları belirleme, aşamalar arasında ilişki kurma, kavramların doğru kullanımı gibi ölçütlerden oluşan dereceli puanlama anahtarından yararlanılabilir. Performans görevi olarak öğrencilerden tarih öğrenmenin bireye ve topluma faydalarının yorumlanabilmesine ilişkin afiş hazırlamaları istenebilir. Hazırlanan afiş; içeriğin doğruluğu, kaynak kullanımı, kendi ifadesiyle açıklama gibi ölçütler kullanılarak dereceli puanlama anahtarıyla değerlendirilebilir.</w:t>
            </w:r>
          </w:p>
          <w:p>
            <w:pPr>
              <w:spacing w:after="0"/>
            </w:pPr>
            <w:r>
              <w:rPr>
                <w:b w:val="0"/>
                <w:sz w:val="19"/>
              </w:rPr>
              <w:t>Performans görevi olarak öğrencilerden dijitalleşmenin tarih araştırma ve yazımının dönüşümüne olumlu ve olumsuz etkisine yönelik fikirlerini içeren bir ağ günlüğü sayfası hazırlamaları istenebilir. Hazırlanan ağ günlüğü sayfası; tarihsel yazım süreçlerinin karşılaştırılması, dijitalleşmenin etkisini açıklama, yargıda bulunma gibi ölçütler kullanılarak dereceli puanlama anahtarıyla değerlendirilebilir. Ayrıca dereceli puanlama anahtarı öz değerlendirme amacıyla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GEÇMİŞİN İNŞA SÜRECİNDE TARİH</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Tarih Araştırma ve Yazımında Dijitalleşme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TAR.9.1.4. Dijitalleşmenin tarih araştırma ve yazımının dönüşümüne etkisini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Dijitalleşme öncesindeki ve dijital dönemdeki tarih araştırma ve yazım süreçlerini karşılaştırır.</w:t>
            </w:r>
          </w:p>
          <w:p>
            <w:pPr>
              <w:spacing w:after="0"/>
            </w:pPr>
            <w:r>
              <w:rPr>
                <w:b w:val="0"/>
                <w:sz w:val="19"/>
              </w:rPr>
              <w:t>b) Tarih araştırma ve yazımında dijitalleşmeyle meydana gelen dönüşüme dair yargıda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D6. Dürüstlük</w:t>
            </w:r>
          </w:p>
          <w:p>
            <w:pPr>
              <w:spacing w:after="0"/>
            </w:pPr>
            <w:r>
              <w:rPr>
                <w:b w:val="0"/>
                <w:sz w:val="19"/>
              </w:rPr>
              <w:t>D8. Mahremiyet</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(TAR.9.1.4. Dijitalleşmenin tarih araştırma ve yazımının dönüşümüne etkisini değerlendirebilme)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bilgi görseli ve performans görevleri ile değerlendirilebilir.</w:t>
            </w:r>
          </w:p>
          <w:p>
            <w:pPr>
              <w:spacing w:after="0"/>
            </w:pPr>
            <w:r>
              <w:rPr>
                <w:b w:val="0"/>
                <w:sz w:val="19"/>
              </w:rPr>
              <w:t>Tarihin doğası çerçevesinde tarih kavramının kapsamını ve tarihsel bilginin özelliklerini izlemeye yönelik çalışma yaprağı ve tarihsel bilginin üretim aşamalarını göstermeye yönelik bilgi görseli kullanılabilir. Oluşturulan bilgi görsellerinin değerlendirilmesinde aşamaları belirleme, aşamalar arasında ilişki kurma, kavramların doğru kullanımı gibi ölçütlerden oluşan dereceli puanlama anahtarından yararlanılabilir. Performans görevi olarak öğrencilerden tarih öğrenmenin bireye ve topluma faydalarının yorumlanabilmesine ilişkin afiş hazırlamaları istenebilir. Hazırlanan afiş; içeriğin doğruluğu, kaynak kullanımı, kendi ifadesiyle açıklama gibi ölçütler kullanılarak dereceli puanlama anahtarıyla değerlendirilebilir.</w:t>
            </w:r>
          </w:p>
          <w:p>
            <w:pPr>
              <w:spacing w:after="0"/>
            </w:pPr>
            <w:r>
              <w:rPr>
                <w:b w:val="0"/>
                <w:sz w:val="19"/>
              </w:rPr>
              <w:t>Performans görevi olarak öğrencilerden dijitalleşmenin tarih araştırma ve yazımının dönüşümüne olumlu ve olumsuz etkisine yönelik fikirlerini içeren bir ağ günlüğü sayfası hazırlamaları istenebilir. Hazırlanan ağ günlüğü sayfası; tarihsel yazım süreçlerinin karşılaştırılması, dijitalleşmenin etkisini açıklama, yargıda bulunma gibi ölçütler kullanılarak dereceli puanlama anahtarıyla değerlendirilebilir. Ayrıca dereceli puanlama anahtarı öz değerlendirme amacıyla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Öğretmenler Günü (24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11. Hafta: 30 Kasım-4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11. Hafta: 30 Kasım-4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ESKİ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Tarım Devrimi’nin Eski Çağ Medeniyetlerindeki Yerleşmeye ve Ekonomiye Etkisi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TAR.9.2.1. Tarım Devrimi’nin Eski Çağ medeniyetlerindeki yerleşmeye ve ekonomik faaliyetlere etkisini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Tarım Devrimi’nin Eski Çağ medeniyetlerindeki yerleşmeye ve ekonomik faaliyetlere etkisini zaman ve mekân açısından karşılaştırır.</w:t>
            </w:r>
          </w:p>
          <w:p>
            <w:pPr>
              <w:spacing w:after="0"/>
            </w:pPr>
            <w:r>
              <w:rPr>
                <w:b w:val="0"/>
                <w:sz w:val="19"/>
              </w:rPr>
              <w:t>b) Tarım Devrimi’nin Eski Çağ medeniyetlerindeki yerleşmeye ve ekonomik faaliyetlere etkileriyle ilgili yargıda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D7. Estetik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(TAR.9.2.1. Tarım Devrimi’nin Eski Çağ medeniyetlerindeki yerleşmeye ve ekonomik faaliyetlere etkisini değerlendirebilme)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kısa metin, çıkış kartı, tarihsel empati formu ve performans görevi ile değerlendirilebilir.</w:t>
            </w:r>
          </w:p>
          <w:p>
            <w:pPr>
              <w:spacing w:after="0"/>
            </w:pPr>
            <w:r>
              <w:rPr>
                <w:b w:val="0"/>
                <w:sz w:val="19"/>
              </w:rPr>
              <w:t>Tarım Devrimi’nin Eski Çağ medeniyetlerindeki yerleşmeye ve ekonomik faaliyetlere etkilerini değerlendirmek için çalışma yaprağından yararlanılabilir. Öğrencilerden Eski Çağ’daki farklı medeniyetlerin yönetim ve ordu özelliklerinin güçlü ve zayıf yönlerine ilişkin kısa metin hazırlamaları istenebilir. Konargöçer yaşamın Türk kültürünün oluşumuna etkisiyle ilgili bakış açılarını değerlendirmek amacıyla çıkış kartı (3-2-1 tekniği) ve tarihsel empati formu kullanılabilir.</w:t>
            </w:r>
          </w:p>
          <w:p>
            <w:pPr>
              <w:spacing w:after="0"/>
            </w:pPr>
            <w:r>
              <w:rPr>
                <w:b w:val="0"/>
                <w:sz w:val="19"/>
              </w:rPr>
              <w:t>Eski Çağ medeniyetlerinde hukukun toplumsal düzeni sağlamadaki rolüne ilişkin sunum hazırlamaya yönelik performans görevi verilebilir. Hazırlanan sunum; soru oluşturma, bilgi toplama, bilginin doğruluğu, kaynak çeşitliliği, çıkarımda bulunma gibi ölçütlerden oluşan dereceli puanlama anahtarı ve grup değerlendirme formuyla değerlendirilebilir. Ayrıca dereceli puanlama anahtarı akran değerlendirme formu olarak kullanılabilir.</w:t>
            </w:r>
          </w:p>
          <w:p>
            <w:pPr>
              <w:spacing w:after="0"/>
            </w:pPr>
            <w:r>
              <w:rPr>
                <w:b w:val="0"/>
                <w:sz w:val="19"/>
              </w:rPr>
              <w:t>Performans görevi olarak öğrencilere Eski Çağ toplumlarının inançları ile bilim ve sanat anlayışları arasındaki ilişkiyi yansıtan bir bülten panosu hazırlatılabilir. Hazırlanan panolar; kaynak inceleme, içeriğin doğruluğu, bilgiyi uygun formata dönüştürme, ilişkiyi açıklama gibi ölçütler kullanılarak oluşturulan dereceli puanlama anahtarı ile değerlendirilebilir. Dereceli puanlama anahtarı akran değerlendirme amacıyla kullanılabilir. Ayrıca dereceli puanlama anahtarı grup değerlendirme formu olarak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Dünya Engelliler Günü (3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12. Hafta: 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ESKİ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Tarım Devrimi’nin Eski Çağ Medeniyetlerindeki Yerleşmeye ve Ekonomiye Etkisi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TAR.9.2.1. Tarım Devrimi’nin Eski Çağ medeniyetlerindeki yerleşmeye ve ekonomik faaliyetlere etkisini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Tarım Devrimi’nin Eski Çağ medeniyetlerindeki yerleşmeye ve ekonomik faaliyetlere etkisini zaman ve mekân açısından karşılaştırır.</w:t>
            </w:r>
          </w:p>
          <w:p>
            <w:pPr>
              <w:spacing w:after="0"/>
            </w:pPr>
            <w:r>
              <w:rPr>
                <w:b w:val="0"/>
                <w:sz w:val="19"/>
              </w:rPr>
              <w:t>b) Tarım Devrimi’nin Eski Çağ medeniyetlerindeki yerleşmeye ve ekonomik faaliyetlere etkileriyle ilgili yargıda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D7. Estetik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(TAR.9.2.1. Tarım Devrimi’nin Eski Çağ medeniyetlerindeki yerleşmeye ve ekonomik faaliyetlere etkisini değerlendirebilme)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kısa metin, çıkış kartı, tarihsel empati formu ve performans görevi ile değerlendirilebilir.</w:t>
            </w:r>
          </w:p>
          <w:p>
            <w:pPr>
              <w:spacing w:after="0"/>
            </w:pPr>
            <w:r>
              <w:rPr>
                <w:b w:val="0"/>
                <w:sz w:val="19"/>
              </w:rPr>
              <w:t>Tarım Devrimi’nin Eski Çağ medeniyetlerindeki yerleşmeye ve ekonomik faaliyetlere etkilerini değerlendirmek için çalışma yaprağından yararlanılabilir. Öğrencilerden Eski Çağ’daki farklı medeniyetlerin yönetim ve ordu özelliklerinin güçlü ve zayıf yönlerine ilişkin kısa metin hazırlamaları istenebilir. Konargöçer yaşamın Türk kültürünün oluşumuna etkisiyle ilgili bakış açılarını değerlendirmek amacıyla çıkış kartı (3-2-1 tekniği) ve tarihsel empati formu kullanılabilir.</w:t>
            </w:r>
          </w:p>
          <w:p>
            <w:pPr>
              <w:spacing w:after="0"/>
            </w:pPr>
            <w:r>
              <w:rPr>
                <w:b w:val="0"/>
                <w:sz w:val="19"/>
              </w:rPr>
              <w:t>Eski Çağ medeniyetlerinde hukukun toplumsal düzeni sağlamadaki rolüne ilişkin sunum hazırlamaya yönelik performans görevi verilebilir. Hazırlanan sunum; soru oluşturma, bilgi toplama, bilginin doğruluğu, kaynak çeşitliliği, çıkarımda bulunma gibi ölçütlerden oluşan dereceli puanlama anahtarı ve grup değerlendirme formuyla değerlendirilebilir. Ayrıca dereceli puanlama anahtarı akran değerlendirme formu olarak kullanılabilir.</w:t>
            </w:r>
          </w:p>
          <w:p>
            <w:pPr>
              <w:spacing w:after="0"/>
            </w:pPr>
            <w:r>
              <w:rPr>
                <w:b w:val="0"/>
                <w:sz w:val="19"/>
              </w:rPr>
              <w:t>Performans görevi olarak öğrencilere Eski Çağ toplumlarının inançları ile bilim ve sanat anlayışları arasındaki ilişkiyi yansıtan bir bülten panosu hazırlatılabilir. Hazırlanan panolar; kaynak inceleme, içeriğin doğruluğu, bilgiyi uygun formata dönüştürme, ilişkiyi açıklama gibi ölçütler kullanılarak oluşturulan dereceli puanlama anahtarı ile değerlendirilebilir. Dereceli puanlama anahtarı akran değerlendirme amacıyla kullanılabilir. Ayrıca dereceli puanlama anahtarı grup değerlendirme formu olarak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ESKİ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Eski Çağ Medeniyetlerinde Yönetim ve Ordu</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TAR.9.2.2. Eski Çağ’daki farklı medeniyetlerin yönetim ve ordu sistemlerini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Eski Çağ’daki farklı medeniyetlerin yönetim ve ordu özellikleri ile ilgili çözümleme yapar.</w:t>
            </w:r>
          </w:p>
          <w:p>
            <w:pPr>
              <w:spacing w:after="0"/>
            </w:pPr>
            <w:r>
              <w:rPr>
                <w:b w:val="0"/>
                <w:sz w:val="19"/>
              </w:rPr>
              <w:t>b) Eski Çağ’daki farklı medeniyetlerin yönetim ve ordu özellikleri ile ilgili sınıflandırma yapar.</w:t>
            </w:r>
          </w:p>
          <w:p>
            <w:pPr>
              <w:spacing w:after="0"/>
            </w:pPr>
            <w:r>
              <w:rPr>
                <w:b w:val="0"/>
                <w:sz w:val="19"/>
              </w:rPr>
              <w:t>c) Eski Çağ’daki farklı medeniyetlerin yönetim ve ordu özelliklerini yorumlar.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D7. Estetik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(TAR.9.2.2. Eski Çağ’daki farklı medeniyetlerin yönetim ve ordu sistemlerini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kısa metin, çıkış kartı, tarihsel empati formu ve performans görevi ile değerlendirilebilir.</w:t>
            </w:r>
          </w:p>
          <w:p>
            <w:pPr>
              <w:spacing w:after="0"/>
            </w:pPr>
            <w:r>
              <w:rPr>
                <w:b w:val="0"/>
                <w:sz w:val="19"/>
              </w:rPr>
              <w:t>Tarım Devrimi’nin Eski Çağ medeniyetlerindeki yerleşmeye ve ekonomik faaliyetlere etkilerini değerlendirmek için çalışma yaprağından yararlanılabilir. Öğrencilerden Eski Çağ’daki farklı medeniyetlerin yönetim ve ordu özelliklerinin güçlü ve zayıf yönlerine ilişkin kısa metin hazırlamaları istenebilir. Konargöçer yaşamın Türk kültürünün oluşumuna etkisiyle ilgili bakış açılarını değerlendirmek amacıyla çıkış kartı (3-2-1 tekniği) ve tarihsel empati formu kullanılabilir.</w:t>
            </w:r>
          </w:p>
          <w:p>
            <w:pPr>
              <w:spacing w:after="0"/>
            </w:pPr>
            <w:r>
              <w:rPr>
                <w:b w:val="0"/>
                <w:sz w:val="19"/>
              </w:rPr>
              <w:t>Eski Çağ medeniyetlerinde hukukun toplumsal düzeni sağlamadaki rolüne ilişkin sunum hazırlamaya yönelik performans görevi verilebilir. Hazırlanan sunum; soru oluşturma, bilgi toplama, bilginin doğruluğu, kaynak çeşitliliği, çıkarımda bulunma gibi ölçütlerden oluşan dereceli puanlama anahtarı ve grup değerlendirme formuyla değerlendirilebilir. Ayrıca dereceli puanlama anahtarı akran değerlendirme formu olarak kullanılabilir.</w:t>
            </w:r>
          </w:p>
          <w:p>
            <w:pPr>
              <w:spacing w:after="0"/>
            </w:pPr>
            <w:r>
              <w:rPr>
                <w:b w:val="0"/>
                <w:sz w:val="19"/>
              </w:rPr>
              <w:t>Performans görevi olarak öğrencilere Eski Çağ toplumlarının inançları ile bilim ve sanat anlayışları arasındaki ilişkiyi yansıtan bir bülten panosu hazırlatılabilir. Hazırlanan panolar; kaynak inceleme, içeriğin doğruluğu, bilgiyi uygun formata dönüştürme, ilişkiyi açıklama gibi ölçütler kullanılarak oluşturulan dereceli puanlama anahtarı ile değerlendirilebilir. Dereceli puanlama anahtarı akran değerlendirme amacıyla kullanılabilir. Ayrıca dereceli puanlama anahtarı grup değerlendirme formu olarak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ESKİ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Eski Çağ Medeniyetlerinde Yönetim ve Ordu</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TAR.9.2.2. Eski Çağ’daki farklı medeniyetlerin yönetim ve ordu sistemlerini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Eski Çağ’daki farklı medeniyetlerin yönetim ve ordu özellikleri ile ilgili çözümleme yapar.</w:t>
            </w:r>
          </w:p>
          <w:p>
            <w:pPr>
              <w:spacing w:after="0"/>
            </w:pPr>
            <w:r>
              <w:rPr>
                <w:b w:val="0"/>
                <w:sz w:val="19"/>
              </w:rPr>
              <w:t>b) Eski Çağ’daki farklı medeniyetlerin yönetim ve ordu özellikleri ile ilgili sınıflandırma yapar.</w:t>
            </w:r>
          </w:p>
          <w:p>
            <w:pPr>
              <w:spacing w:after="0"/>
            </w:pPr>
            <w:r>
              <w:rPr>
                <w:b w:val="0"/>
                <w:sz w:val="19"/>
              </w:rPr>
              <w:t>c) Eski Çağ’daki farklı medeniyetlerin yönetim ve ordu özelliklerini yorumlar.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D7. Estetik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(TAR.9.2.2. Eski Çağ’daki farklı medeniyetlerin yönetim ve ordu sistemlerini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kısa metin, çıkış kartı, tarihsel empati formu ve performans görevi ile değerlendirilebilir.</w:t>
            </w:r>
          </w:p>
          <w:p>
            <w:pPr>
              <w:spacing w:after="0"/>
            </w:pPr>
            <w:r>
              <w:rPr>
                <w:b w:val="0"/>
                <w:sz w:val="19"/>
              </w:rPr>
              <w:t>Tarım Devrimi’nin Eski Çağ medeniyetlerindeki yerleşmeye ve ekonomik faaliyetlere etkilerini değerlendirmek için çalışma yaprağından yararlanılabilir. Öğrencilerden Eski Çağ’daki farklı medeniyetlerin yönetim ve ordu özelliklerinin güçlü ve zayıf yönlerine ilişkin kısa metin hazırlamaları istenebilir. Konargöçer yaşamın Türk kültürünün oluşumuna etkisiyle ilgili bakış açılarını değerlendirmek amacıyla çıkış kartı (3-2-1 tekniği) ve tarihsel empati formu kullanılabilir.</w:t>
            </w:r>
          </w:p>
          <w:p>
            <w:pPr>
              <w:spacing w:after="0"/>
            </w:pPr>
            <w:r>
              <w:rPr>
                <w:b w:val="0"/>
                <w:sz w:val="19"/>
              </w:rPr>
              <w:t>Eski Çağ medeniyetlerinde hukukun toplumsal düzeni sağlamadaki rolüne ilişkin sunum hazırlamaya yönelik performans görevi verilebilir. Hazırlanan sunum; soru oluşturma, bilgi toplama, bilginin doğruluğu, kaynak çeşitliliği, çıkarımda bulunma gibi ölçütlerden oluşan dereceli puanlama anahtarı ve grup değerlendirme formuyla değerlendirilebilir. Ayrıca dereceli puanlama anahtarı akran değerlendirme formu olarak kullanılabilir.</w:t>
            </w:r>
          </w:p>
          <w:p>
            <w:pPr>
              <w:spacing w:after="0"/>
            </w:pPr>
            <w:r>
              <w:rPr>
                <w:b w:val="0"/>
                <w:sz w:val="19"/>
              </w:rPr>
              <w:t>Performans görevi olarak öğrencilere Eski Çağ toplumlarının inançları ile bilim ve sanat anlayışları arasındaki ilişkiyi yansıtan bir bülten panosu hazırlatılabilir. Hazırlanan panolar; kaynak inceleme, içeriğin doğruluğu, bilgiyi uygun formata dönüştürme, ilişkiyi açıklama gibi ölçütler kullanılarak oluşturulan dereceli puanlama anahtarı ile değerlendirilebilir. Dereceli puanlama anahtarı akran değerlendirme amacıyla kullanılabilir. Ayrıca dereceli puanlama anahtarı grup değerlendirme formu olarak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15. Hafta: 28 Aralık -1Ocak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 Hafta: 28 Aralık -1Ocak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ESKİ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Eski Çağ Medeniyetlerinde Yönetim ve Ordu</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TAR.9.2.2. Eski Çağ’daki farklı medeniyetlerin yönetim ve ordu sistemlerini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Eski Çağ’daki farklı medeniyetlerin yönetim ve ordu özellikleri ile ilgili çözümleme yapar.</w:t>
            </w:r>
          </w:p>
          <w:p>
            <w:pPr>
              <w:spacing w:after="0"/>
            </w:pPr>
            <w:r>
              <w:rPr>
                <w:b w:val="0"/>
                <w:sz w:val="19"/>
              </w:rPr>
              <w:t>b) Eski Çağ’daki farklı medeniyetlerin yönetim ve ordu özellikleri ile ilgili sınıflandırma yapar.</w:t>
            </w:r>
          </w:p>
          <w:p>
            <w:pPr>
              <w:spacing w:after="0"/>
            </w:pPr>
            <w:r>
              <w:rPr>
                <w:b w:val="0"/>
                <w:sz w:val="19"/>
              </w:rPr>
              <w:t>c) Eski Çağ’daki farklı medeniyetlerin yönetim ve ordu özelliklerini yorumlar.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D7. Estetik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(TAR.9.2.2. Eski Çağ’daki farklı medeniyetlerin yönetim ve ordu sistemlerini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kısa metin, çıkış kartı, tarihsel empati formu ve performans görevi ile değerlendirilebilir.</w:t>
            </w:r>
          </w:p>
          <w:p>
            <w:pPr>
              <w:spacing w:after="0"/>
            </w:pPr>
            <w:r>
              <w:rPr>
                <w:b w:val="0"/>
                <w:sz w:val="19"/>
              </w:rPr>
              <w:t>Tarım Devrimi’nin Eski Çağ medeniyetlerindeki yerleşmeye ve ekonomik faaliyetlere etkilerini değerlendirmek için çalışma yaprağından yararlanılabilir. Öğrencilerden Eski Çağ’daki farklı medeniyetlerin yönetim ve ordu özelliklerinin güçlü ve zayıf yönlerine ilişkin kısa metin hazırlamaları istenebilir. Konargöçer yaşamın Türk kültürünün oluşumuna etkisiyle ilgili bakış açılarını değerlendirmek amacıyla çıkış kartı (3-2-1 tekniği) ve tarihsel empati formu kullanılabilir.</w:t>
            </w:r>
          </w:p>
          <w:p>
            <w:pPr>
              <w:spacing w:after="0"/>
            </w:pPr>
            <w:r>
              <w:rPr>
                <w:b w:val="0"/>
                <w:sz w:val="19"/>
              </w:rPr>
              <w:t>Eski Çağ medeniyetlerinde hukukun toplumsal düzeni sağlamadaki rolüne ilişkin sunum hazırlamaya yönelik performans görevi verilebilir. Hazırlanan sunum; soru oluşturma, bilgi toplama, bilginin doğruluğu, kaynak çeşitliliği, çıkarımda bulunma gibi ölçütlerden oluşan dereceli puanlama anahtarı ve grup değerlendirme formuyla değerlendirilebilir. Ayrıca dereceli puanlama anahtarı akran değerlendirme formu olarak kullanılabilir.</w:t>
            </w:r>
          </w:p>
          <w:p>
            <w:pPr>
              <w:spacing w:after="0"/>
            </w:pPr>
            <w:r>
              <w:rPr>
                <w:b w:val="0"/>
                <w:sz w:val="19"/>
              </w:rPr>
              <w:t>Performans görevi olarak öğrencilere Eski Çağ toplumlarının inançları ile bilim ve sanat anlayışları arasındaki ilişkiyi yansıtan bir bülten panosu hazırlatılabilir. Hazırlanan panolar; kaynak inceleme, içeriğin doğruluğu, bilgiyi uygun formata dönüştürme, ilişkiyi açıklama gibi ölçütler kullanılarak oluşturulan dereceli puanlama anahtarı ile değerlendirilebilir. Dereceli puanlama anahtarı akran değerlendirme amacıyla kullanılabilir. Ayrıca dereceli puanlama anahtarı grup değerlendirme formu olarak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16. Hafta: 4-8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16. Hafta: 4-8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ESKİ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Eski Çağ Medeniyetlerinde Hukuk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TAR.9.2.3. Eski Çağ medeniyetlerinde hukukun toplumsal düzeni sağlamadaki rolünü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Eski Çağ medeniyetlerinde hukukun toplumsal düzeni sağlamadaki rolü hakkında merak ettiği konuları belirler.</w:t>
            </w:r>
          </w:p>
          <w:p>
            <w:pPr>
              <w:spacing w:after="0"/>
            </w:pPr>
            <w:r>
              <w:rPr>
                <w:b w:val="0"/>
                <w:sz w:val="19"/>
              </w:rPr>
              <w:t>b) İlgili konular hakkında sorular sorar.</w:t>
            </w:r>
          </w:p>
          <w:p>
            <w:pPr>
              <w:spacing w:after="0"/>
            </w:pPr>
            <w:r>
              <w:rPr>
                <w:b w:val="0"/>
                <w:sz w:val="19"/>
              </w:rPr>
              <w:t>c) Farklı kaynaklar üzerinden konuya ilişkin bilgi toplar.</w:t>
            </w:r>
          </w:p>
          <w:p>
            <w:pPr>
              <w:spacing w:after="0"/>
            </w:pPr>
            <w:r>
              <w:rPr>
                <w:b w:val="0"/>
                <w:sz w:val="19"/>
              </w:rPr>
              <w:t>ç) Topladığı bilgilerin doğruluğunu değerlendirir.</w:t>
            </w:r>
          </w:p>
          <w:p>
            <w:pPr>
              <w:spacing w:after="0"/>
            </w:pPr>
            <w:r>
              <w:rPr>
                <w:b w:val="0"/>
                <w:sz w:val="19"/>
              </w:rPr>
              <w:t>d) Topladığı bilgiler üzerinden Eski Çağ medeniyetlerinde hukukun toplumsal düzeni sağlamadaki rolüne ilişkin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D7. Estetik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(TAR.9.2.3. Eski Çağ medeniyetlerinde hukukun toplumsal düzeni sağlamadaki rolünü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kısa metin, çıkış kartı, tarihsel empati formu ve performans görevi ile değerlendirilebilir.</w:t>
            </w:r>
          </w:p>
          <w:p>
            <w:pPr>
              <w:spacing w:after="0"/>
            </w:pPr>
            <w:r>
              <w:rPr>
                <w:b w:val="0"/>
                <w:sz w:val="19"/>
              </w:rPr>
              <w:t>Tarım Devrimi’nin Eski Çağ medeniyetlerindeki yerleşmeye ve ekonomik faaliyetlere etkilerini değerlendirmek için çalışma yaprağından yararlanılabilir. Öğrencilerden Eski Çağ’daki farklı medeniyetlerin yönetim ve ordu özelliklerinin güçlü ve zayıf yönlerine ilişkin kısa metin hazırlamaları istenebilir. Konargöçer yaşamın Türk kültürünün oluşumuna etkisiyle ilgili bakış açılarını değerlendirmek amacıyla çıkış kartı (3-2-1 tekniği) ve tarihsel empati formu kullanılabilir.</w:t>
            </w:r>
          </w:p>
          <w:p>
            <w:pPr>
              <w:spacing w:after="0"/>
            </w:pPr>
            <w:r>
              <w:rPr>
                <w:b w:val="0"/>
                <w:sz w:val="19"/>
              </w:rPr>
              <w:t>Eski Çağ medeniyetlerinde hukukun toplumsal düzeni sağlamadaki rolüne ilişkin sunum hazırlamaya yönelik performans görevi verilebilir. Hazırlanan sunum; soru oluşturma, bilgi toplama, bilginin doğruluğu, kaynak çeşitliliği, çıkarımda bulunma gibi ölçütlerden oluşan dereceli puanlama anahtarı ve grup değerlendirme formuyla değerlendirilebilir. Ayrıca dereceli puanlama anahtarı akran değerlendirme formu olarak kullanılabilir.</w:t>
            </w:r>
          </w:p>
          <w:p>
            <w:pPr>
              <w:spacing w:after="0"/>
            </w:pPr>
            <w:r>
              <w:rPr>
                <w:b w:val="0"/>
                <w:sz w:val="19"/>
              </w:rPr>
              <w:t>Performans görevi olarak öğrencilere Eski Çağ toplumlarının inançları ile bilim ve sanat anlayışları arasındaki ilişkiyi yansıtan bir bülten panosu hazırlatılabilir. Hazırlanan panolar; kaynak inceleme, içeriğin doğruluğu, bilgiyi uygun formata dönüştürme, ilişkiyi açıklama gibi ölçütler kullanılarak oluşturulan dereceli puanlama anahtarı ile değerlendirilebilir. Dereceli puanlama anahtarı akran değerlendirme amacıyla kullanılabilir. Ayrıca dereceli puanlama anahtarı grup değerlendirme formu olarak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ESKİ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Eski Çağ Medeniyetlerinde Hukuk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TAR.9.2.3. Eski Çağ medeniyetlerinde hukukun toplumsal düzeni sağlamadaki rolünü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Eski Çağ medeniyetlerinde hukukun toplumsal düzeni sağlamadaki rolü hakkında merak ettiği konuları belirler.</w:t>
            </w:r>
          </w:p>
          <w:p>
            <w:pPr>
              <w:spacing w:after="0"/>
            </w:pPr>
            <w:r>
              <w:rPr>
                <w:b w:val="0"/>
                <w:sz w:val="19"/>
              </w:rPr>
              <w:t>b) İlgili konular hakkında sorular sorar.</w:t>
            </w:r>
          </w:p>
          <w:p>
            <w:pPr>
              <w:spacing w:after="0"/>
            </w:pPr>
            <w:r>
              <w:rPr>
                <w:b w:val="0"/>
                <w:sz w:val="19"/>
              </w:rPr>
              <w:t>c) Farklı kaynaklar üzerinden konuya ilişkin bilgi toplar.</w:t>
            </w:r>
          </w:p>
          <w:p>
            <w:pPr>
              <w:spacing w:after="0"/>
            </w:pPr>
            <w:r>
              <w:rPr>
                <w:b w:val="0"/>
                <w:sz w:val="19"/>
              </w:rPr>
              <w:t>ç) Topladığı bilgilerin doğruluğunu değerlendirir.</w:t>
            </w:r>
          </w:p>
          <w:p>
            <w:pPr>
              <w:spacing w:after="0"/>
            </w:pPr>
            <w:r>
              <w:rPr>
                <w:b w:val="0"/>
                <w:sz w:val="19"/>
              </w:rPr>
              <w:t>d) Topladığı bilgiler üzerinden Eski Çağ medeniyetlerinde hukukun toplumsal düzeni sağlamadaki rolüne ilişkin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D7. Estetik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(TAR.9.2.3. Eski Çağ medeniyetlerinde hukukun toplumsal düzeni sağlamadaki rolünü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kısa metin, çıkış kartı, tarihsel empati formu ve performans görevi ile değerlendirilebilir.</w:t>
            </w:r>
          </w:p>
          <w:p>
            <w:pPr>
              <w:spacing w:after="0"/>
            </w:pPr>
            <w:r>
              <w:rPr>
                <w:b w:val="0"/>
                <w:sz w:val="19"/>
              </w:rPr>
              <w:t>Tarım Devrimi’nin Eski Çağ medeniyetlerindeki yerleşmeye ve ekonomik faaliyetlere etkilerini değerlendirmek için çalışma yaprağından yararlanılabilir. Öğrencilerden Eski Çağ’daki farklı medeniyetlerin yönetim ve ordu özelliklerinin güçlü ve zayıf yönlerine ilişkin kısa metin hazırlamaları istenebilir. Konargöçer yaşamın Türk kültürünün oluşumuna etkisiyle ilgili bakış açılarını değerlendirmek amacıyla çıkış kartı (3-2-1 tekniği) ve tarihsel empati formu kullanılabilir.</w:t>
            </w:r>
          </w:p>
          <w:p>
            <w:pPr>
              <w:spacing w:after="0"/>
            </w:pPr>
            <w:r>
              <w:rPr>
                <w:b w:val="0"/>
                <w:sz w:val="19"/>
              </w:rPr>
              <w:t>Eski Çağ medeniyetlerinde hukukun toplumsal düzeni sağlamadaki rolüne ilişkin sunum hazırlamaya yönelik performans görevi verilebilir. Hazırlanan sunum; soru oluşturma, bilgi toplama, bilginin doğruluğu, kaynak çeşitliliği, çıkarımda bulunma gibi ölçütlerden oluşan dereceli puanlama anahtarı ve grup değerlendirme formuyla değerlendirilebilir. Ayrıca dereceli puanlama anahtarı akran değerlendirme formu olarak kullanılabilir.</w:t>
            </w:r>
          </w:p>
          <w:p>
            <w:pPr>
              <w:spacing w:after="0"/>
            </w:pPr>
            <w:r>
              <w:rPr>
                <w:b w:val="0"/>
                <w:sz w:val="19"/>
              </w:rPr>
              <w:t>Performans görevi olarak öğrencilere Eski Çağ toplumlarının inançları ile bilim ve sanat anlayışları arasındaki ilişkiyi yansıtan bir bülten panosu hazırlatılabilir. Hazırlanan panolar; kaynak inceleme, içeriğin doğruluğu, bilgiyi uygun formata dönüştürme, ilişkiyi açıklama gibi ölçütler kullanılarak oluşturulan dereceli puanlama anahtarı ile değerlendirilebilir. Dereceli puanlama anahtarı akran değerlendirme amacıyla kullanılabilir. Ayrıca dereceli puanlama anahtarı grup değerlendirme formu olarak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ESKİ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Eski Çağ Medeniyetlerinde Hukuk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TAR.9.2.3. Eski Çağ medeniyetlerinde hukukun toplumsal düzeni sağlamadaki rolünü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Eski Çağ medeniyetlerinde hukukun toplumsal düzeni sağlamadaki rolü hakkında merak ettiği konuları belirler.</w:t>
            </w:r>
          </w:p>
          <w:p>
            <w:pPr>
              <w:spacing w:after="0"/>
            </w:pPr>
            <w:r>
              <w:rPr>
                <w:b w:val="0"/>
                <w:sz w:val="19"/>
              </w:rPr>
              <w:t>b) İlgili konular hakkında sorular sorar.</w:t>
            </w:r>
          </w:p>
          <w:p>
            <w:pPr>
              <w:spacing w:after="0"/>
            </w:pPr>
            <w:r>
              <w:rPr>
                <w:b w:val="0"/>
                <w:sz w:val="19"/>
              </w:rPr>
              <w:t>c) Farklı kaynaklar üzerinden konuya ilişkin bilgi toplar.</w:t>
            </w:r>
          </w:p>
          <w:p>
            <w:pPr>
              <w:spacing w:after="0"/>
            </w:pPr>
            <w:r>
              <w:rPr>
                <w:b w:val="0"/>
                <w:sz w:val="19"/>
              </w:rPr>
              <w:t>ç) Topladığı bilgilerin doğruluğunu değerlendirir.</w:t>
            </w:r>
          </w:p>
          <w:p>
            <w:pPr>
              <w:spacing w:after="0"/>
            </w:pPr>
            <w:r>
              <w:rPr>
                <w:b w:val="0"/>
                <w:sz w:val="19"/>
              </w:rPr>
              <w:t>d) Topladığı bilgiler üzerinden Eski Çağ medeniyetlerinde hukukun toplumsal düzeni sağlamadaki rolüne ilişkin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D7. Estetik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(TAR.9.2.3. Eski Çağ medeniyetlerinde hukukun toplumsal düzeni sağlamadaki rolünü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kısa metin, çıkış kartı, tarihsel empati formu ve performans görevi ile değerlendirilebilir.</w:t>
            </w:r>
          </w:p>
          <w:p>
            <w:pPr>
              <w:spacing w:after="0"/>
            </w:pPr>
            <w:r>
              <w:rPr>
                <w:b w:val="0"/>
                <w:sz w:val="19"/>
              </w:rPr>
              <w:t>Tarım Devrimi’nin Eski Çağ medeniyetlerindeki yerleşmeye ve ekonomik faaliyetlere etkilerini değerlendirmek için çalışma yaprağından yararlanılabilir. Öğrencilerden Eski Çağ’daki farklı medeniyetlerin yönetim ve ordu özelliklerinin güçlü ve zayıf yönlerine ilişkin kısa metin hazırlamaları istenebilir. Konargöçer yaşamın Türk kültürünün oluşumuna etkisiyle ilgili bakış açılarını değerlendirmek amacıyla çıkış kartı (3-2-1 tekniği) ve tarihsel empati formu kullanılabilir.</w:t>
            </w:r>
          </w:p>
          <w:p>
            <w:pPr>
              <w:spacing w:after="0"/>
            </w:pPr>
            <w:r>
              <w:rPr>
                <w:b w:val="0"/>
                <w:sz w:val="19"/>
              </w:rPr>
              <w:t>Eski Çağ medeniyetlerinde hukukun toplumsal düzeni sağlamadaki rolüne ilişkin sunum hazırlamaya yönelik performans görevi verilebilir. Hazırlanan sunum; soru oluşturma, bilgi toplama, bilginin doğruluğu, kaynak çeşitliliği, çıkarımda bulunma gibi ölçütlerden oluşan dereceli puanlama anahtarı ve grup değerlendirme formuyla değerlendirilebilir. Ayrıca dereceli puanlama anahtarı akran değerlendirme formu olarak kullanılabilir.</w:t>
            </w:r>
          </w:p>
          <w:p>
            <w:pPr>
              <w:spacing w:after="0"/>
            </w:pPr>
            <w:r>
              <w:rPr>
                <w:b w:val="0"/>
                <w:sz w:val="19"/>
              </w:rPr>
              <w:t>Performans görevi olarak öğrencilere Eski Çağ toplumlarının inançları ile bilim ve sanat anlayışları arasındaki ilişkiyi yansıtan bir bülten panosu hazırlatılabilir. Hazırlanan panolar; kaynak inceleme, içeriğin doğruluğu, bilgiyi uygun formata dönüştürme, ilişkiyi açıklama gibi ölçütler kullanılarak oluşturulan dereceli puanlama anahtarı ile değerlendirilebilir. Dereceli puanlama anahtarı akran değerlendirme amacıyla kullanılabilir. Ayrıca dereceli puanlama anahtarı grup değerlendirme formu olarak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ESKİ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Eski Çağ’da İnançlar ile Bilim ve Sanat Anlayışları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TAR.9.2.4. Eski Çağ toplumlarındaki inançlar ile bilim ve sanat anlayışları arasındaki ilişkiyi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Eski Çağ toplumlarındaki inançlar ile bilim ve sanat anlayışlarına ilişkin kaynakları inceler.</w:t>
            </w:r>
          </w:p>
          <w:p>
            <w:pPr>
              <w:spacing w:after="0"/>
            </w:pPr>
            <w:r>
              <w:rPr>
                <w:b w:val="0"/>
                <w:sz w:val="19"/>
              </w:rPr>
              <w:t>b) Eski Çağ toplumlarındaki inançlar ile bilim ve sanat anlayışlarına ilişkin kaynaklarda verilen bilgileri bağlamından kopmadan sözlü, yazılı veya görsel biçimlere dönüştürür.</w:t>
            </w:r>
          </w:p>
          <w:p>
            <w:pPr>
              <w:spacing w:after="0"/>
            </w:pPr>
            <w:r>
              <w:rPr>
                <w:b w:val="0"/>
                <w:sz w:val="19"/>
              </w:rPr>
              <w:t>c) Eski Çağ toplumlarındaki inançlar ile bilim ve sanat anlayışları arasındaki ilişkiyi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D7. Estetik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(TAR.9.2.4. Eski Çağ toplumlarındaki inançlar ile bilim ve sanat anlayışları arasındaki ilişkiyi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kısa metin, çıkış kartı, tarihsel empati formu ve performans görevi ile değerlendirilebilir.</w:t>
            </w:r>
          </w:p>
          <w:p>
            <w:pPr>
              <w:spacing w:after="0"/>
            </w:pPr>
            <w:r>
              <w:rPr>
                <w:b w:val="0"/>
                <w:sz w:val="19"/>
              </w:rPr>
              <w:t>Tarım Devrimi’nin Eski Çağ medeniyetlerindeki yerleşmeye ve ekonomik faaliyetlere etkilerini değerlendirmek için çalışma yaprağından yararlanılabilir. Öğrencilerden Eski Çağ’daki farklı medeniyetlerin yönetim ve ordu özelliklerinin güçlü ve zayıf yönlerine ilişkin kısa metin hazırlamaları istenebilir. Konargöçer yaşamın Türk kültürünün oluşumuna etkisiyle ilgili bakış açılarını değerlendirmek amacıyla çıkış kartı (3-2-1 tekniği) ve tarihsel empati formu kullanılabilir.</w:t>
            </w:r>
          </w:p>
          <w:p>
            <w:pPr>
              <w:spacing w:after="0"/>
            </w:pPr>
            <w:r>
              <w:rPr>
                <w:b w:val="0"/>
                <w:sz w:val="19"/>
              </w:rPr>
              <w:t>Eski Çağ medeniyetlerinde hukukun toplumsal düzeni sağlamadaki rolüne ilişkin sunum hazırlamaya yönelik performans görevi verilebilir. Hazırlanan sunum; soru oluşturma, bilgi toplama, bilginin doğruluğu, kaynak çeşitliliği, çıkarımda bulunma gibi ölçütlerden oluşan dereceli puanlama anahtarı ve grup değerlendirme formuyla değerlendirilebilir. Ayrıca dereceli puanlama anahtarı akran değerlendirme formu olarak kullanılabilir.</w:t>
            </w:r>
          </w:p>
          <w:p>
            <w:pPr>
              <w:spacing w:after="0"/>
            </w:pPr>
            <w:r>
              <w:rPr>
                <w:b w:val="0"/>
                <w:sz w:val="19"/>
              </w:rPr>
              <w:t>Performans görevi olarak öğrencilere Eski Çağ toplumlarının inançları ile bilim ve sanat anlayışları arasındaki ilişkiyi yansıtan bir bülten panosu hazırlatılabilir. Hazırlanan panolar; kaynak inceleme, içeriğin doğruluğu, bilgiyi uygun formata dönüştürme, ilişkiyi açıklama gibi ölçütler kullanılarak oluşturulan dereceli puanlama anahtarı ile değerlendirilebilir. Dereceli puanlama anahtarı akran değerlendirme amacıyla kullanılabilir. Ayrıca dereceli puanlama anahtarı grup değerlendirme formu olarak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ESKİ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Eski Çağ’da İnançlar ile Bilim ve Sanat Anlayışları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TAR.9.2.4. Eski Çağ toplumlarındaki inançlar ile bilim ve sanat anlayışları arasındaki ilişkiyi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Eski Çağ toplumlarındaki inançlar ile bilim ve sanat anlayışlarına ilişkin kaynakları inceler.</w:t>
            </w:r>
          </w:p>
          <w:p>
            <w:pPr>
              <w:spacing w:after="0"/>
            </w:pPr>
            <w:r>
              <w:rPr>
                <w:b w:val="0"/>
                <w:sz w:val="19"/>
              </w:rPr>
              <w:t>b) Eski Çağ toplumlarındaki inançlar ile bilim ve sanat anlayışlarına ilişkin kaynaklarda verilen bilgileri bağlamından kopmadan sözlü, yazılı veya görsel biçimlere dönüştürür.</w:t>
            </w:r>
          </w:p>
          <w:p>
            <w:pPr>
              <w:spacing w:after="0"/>
            </w:pPr>
            <w:r>
              <w:rPr>
                <w:b w:val="0"/>
                <w:sz w:val="19"/>
              </w:rPr>
              <w:t>c) Eski Çağ toplumlarındaki inançlar ile bilim ve sanat anlayışları arasındaki ilişkiyi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D7. Estetik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(TAR.9.2.4. Eski Çağ toplumlarındaki inançlar ile bilim ve sanat anlayışları arasındaki ilişkiyi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kısa metin, çıkış kartı, tarihsel empati formu ve performans görevi ile değerlendirilebilir.</w:t>
            </w:r>
          </w:p>
          <w:p>
            <w:pPr>
              <w:spacing w:after="0"/>
            </w:pPr>
            <w:r>
              <w:rPr>
                <w:b w:val="0"/>
                <w:sz w:val="19"/>
              </w:rPr>
              <w:t>Tarım Devrimi’nin Eski Çağ medeniyetlerindeki yerleşmeye ve ekonomik faaliyetlere etkilerini değerlendirmek için çalışma yaprağından yararlanılabilir. Öğrencilerden Eski Çağ’daki farklı medeniyetlerin yönetim ve ordu özelliklerinin güçlü ve zayıf yönlerine ilişkin kısa metin hazırlamaları istenebilir. Konargöçer yaşamın Türk kültürünün oluşumuna etkisiyle ilgili bakış açılarını değerlendirmek amacıyla çıkış kartı (3-2-1 tekniği) ve tarihsel empati formu kullanılabilir.</w:t>
            </w:r>
          </w:p>
          <w:p>
            <w:pPr>
              <w:spacing w:after="0"/>
            </w:pPr>
            <w:r>
              <w:rPr>
                <w:b w:val="0"/>
                <w:sz w:val="19"/>
              </w:rPr>
              <w:t>Eski Çağ medeniyetlerinde hukukun toplumsal düzeni sağlamadaki rolüne ilişkin sunum hazırlamaya yönelik performans görevi verilebilir. Hazırlanan sunum; soru oluşturma, bilgi toplama, bilginin doğruluğu, kaynak çeşitliliği, çıkarımda bulunma gibi ölçütlerden oluşan dereceli puanlama anahtarı ve grup değerlendirme formuyla değerlendirilebilir. Ayrıca dereceli puanlama anahtarı akran değerlendirme formu olarak kullanılabilir.</w:t>
            </w:r>
          </w:p>
          <w:p>
            <w:pPr>
              <w:spacing w:after="0"/>
            </w:pPr>
            <w:r>
              <w:rPr>
                <w:b w:val="0"/>
                <w:sz w:val="19"/>
              </w:rPr>
              <w:t>Performans görevi olarak öğrencilere Eski Çağ toplumlarının inançları ile bilim ve sanat anlayışları arasındaki ilişkiyi yansıtan bir bülten panosu hazırlatılabilir. Hazırlanan panolar; kaynak inceleme, içeriğin doğruluğu, bilgiyi uygun formata dönüştürme, ilişkiyi açıklama gibi ölçütler kullanılarak oluşturulan dereceli puanlama anahtarı ile değerlendirilebilir. Dereceli puanlama anahtarı akran değerlendirme amacıyla kullanılabilir. Ayrıca dereceli puanlama anahtarı grup değerlendirme formu olarak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ESKİ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Türklerde Konargöçer Yaşam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TAR.9.2.5. Türklerde konargöçer yaşama ilişkin bakış açısı geliştirebilme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Türklerde konargöçer yaşamın özelliklerini birinci ve ikinci elden kaynaklardan inceler.</w:t>
            </w:r>
          </w:p>
          <w:p>
            <w:pPr>
              <w:spacing w:after="0"/>
            </w:pPr>
            <w:r>
              <w:rPr>
                <w:b w:val="0"/>
                <w:sz w:val="19"/>
              </w:rPr>
              <w:t>b) Türklerde konargöçer yaşamın özelliklerini kendi cümleleriyle ifade eder.</w:t>
            </w:r>
          </w:p>
          <w:p>
            <w:pPr>
              <w:spacing w:after="0"/>
            </w:pPr>
            <w:r>
              <w:rPr>
                <w:b w:val="0"/>
                <w:sz w:val="19"/>
              </w:rPr>
              <w:t>c) Türklerde konargöçer yaşamın özelliklerini kaynaklara dayanarak çözümler.</w:t>
            </w:r>
          </w:p>
          <w:p>
            <w:pPr>
              <w:spacing w:after="0"/>
            </w:pPr>
            <w:r>
              <w:rPr>
                <w:b w:val="0"/>
                <w:sz w:val="19"/>
              </w:rPr>
              <w:t>ç) Türklerde konargöçer yaşamın temel özelliklerini dönemin koşullarını göz önünde bulundurarak açıklar.</w:t>
            </w:r>
          </w:p>
          <w:p>
            <w:pPr>
              <w:spacing w:after="0"/>
            </w:pPr>
            <w:r>
              <w:rPr>
                <w:b w:val="0"/>
                <w:sz w:val="19"/>
              </w:rPr>
              <w:t>d) Geçmiş ve günümüzden hareketle Türklerde konargöçer yaşam koşullarını karşılaştırır.</w:t>
            </w:r>
          </w:p>
          <w:p>
            <w:pPr>
              <w:spacing w:after="0"/>
            </w:pPr>
            <w:r>
              <w:rPr>
                <w:b w:val="0"/>
                <w:sz w:val="19"/>
              </w:rPr>
              <w:t>e) Konargöçer yaşamın Türk kültüründeki yeri ve önemine yönelik çıkarımlarda bulunur.</w:t>
            </w:r>
          </w:p>
          <w:p>
            <w:pPr>
              <w:spacing w:after="0"/>
            </w:pPr>
            <w:r>
              <w:rPr>
                <w:b w:val="0"/>
                <w:sz w:val="19"/>
              </w:rPr>
              <w:t>f) Türklerde konargöçer yaşamla ilgili kendi bakış açısını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D7. Estetik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(TAR.9.2.5. Türklerde konargöçer yaşama ilişkin bakış açısı geliştirebilme)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kısa metin, çıkış kartı, tarihsel empati formu ve performans görevi ile değerlendirilebilir.</w:t>
            </w:r>
          </w:p>
          <w:p>
            <w:pPr>
              <w:spacing w:after="0"/>
            </w:pPr>
            <w:r>
              <w:rPr>
                <w:b w:val="0"/>
                <w:sz w:val="19"/>
              </w:rPr>
              <w:t>Tarım Devrimi’nin Eski Çağ medeniyetlerindeki yerleşmeye ve ekonomik faaliyetlere etkilerini değerlendirmek için çalışma yaprağından yararlanılabilir. Öğrencilerden Eski Çağ’daki farklı medeniyetlerin yönetim ve ordu özelliklerinin güçlü ve zayıf yönlerine ilişkin kısa metin hazırlamaları istenebilir. Konargöçer yaşamın Türk kültürünün oluşumuna etkisiyle ilgili bakış açılarını değerlendirmek amacıyla çıkış kartı (3-2-1 tekniği) ve tarihsel empati formu kullanılabilir.</w:t>
            </w:r>
          </w:p>
          <w:p>
            <w:pPr>
              <w:spacing w:after="0"/>
            </w:pPr>
            <w:r>
              <w:rPr>
                <w:b w:val="0"/>
                <w:sz w:val="19"/>
              </w:rPr>
              <w:t>Eski Çağ medeniyetlerinde hukukun toplumsal düzeni sağlamadaki rolüne ilişkin sunum hazırlamaya yönelik performans görevi verilebilir. Hazırlanan sunum; soru oluşturma, bilgi toplama, bilginin doğruluğu, kaynak çeşitliliği, çıkarımda bulunma gibi ölçütlerden oluşan dereceli puanlama anahtarı ve grup değerlendirme formuyla değerlendirilebilir. Ayrıca dereceli puanlama anahtarı akran değerlendirme formu olarak kullanılabilir.</w:t>
            </w:r>
          </w:p>
          <w:p>
            <w:pPr>
              <w:spacing w:after="0"/>
            </w:pPr>
            <w:r>
              <w:rPr>
                <w:b w:val="0"/>
                <w:sz w:val="19"/>
              </w:rPr>
              <w:t>Performans görevi olarak öğrencilere Eski Çağ toplumlarının inançları ile bilim ve sanat anlayışları arasındaki ilişkiyi yansıtan bir bülten panosu hazırlatılabilir. Hazırlanan panolar; kaynak inceleme, içeriğin doğruluğu, bilgiyi uygun formata dönüştürme, ilişkiyi açıklama gibi ölçütler kullanılarak oluşturulan dereceli puanlama anahtarı ile değerlendirilebilir. Dereceli puanlama anahtarı akran değerlendirme amacıyla kullanılabilir. Ayrıca dereceli puanlama anahtarı grup değerlendirme formu olarak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ESKİ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Türklerde Konargöçer Yaşam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TAR.9.2.5. Türklerde konargöçer yaşama ilişkin bakış açısı geliştirebilme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Türklerde konargöçer yaşamın özelliklerini birinci ve ikinci elden kaynaklardan inceler.</w:t>
            </w:r>
          </w:p>
          <w:p>
            <w:pPr>
              <w:spacing w:after="0"/>
            </w:pPr>
            <w:r>
              <w:rPr>
                <w:b w:val="0"/>
                <w:sz w:val="19"/>
              </w:rPr>
              <w:t>b) Türklerde konargöçer yaşamın özelliklerini kendi cümleleriyle ifade eder.</w:t>
            </w:r>
          </w:p>
          <w:p>
            <w:pPr>
              <w:spacing w:after="0"/>
            </w:pPr>
            <w:r>
              <w:rPr>
                <w:b w:val="0"/>
                <w:sz w:val="19"/>
              </w:rPr>
              <w:t>c) Türklerde konargöçer yaşamın özelliklerini kaynaklara dayanarak çözümler.</w:t>
            </w:r>
          </w:p>
          <w:p>
            <w:pPr>
              <w:spacing w:after="0"/>
            </w:pPr>
            <w:r>
              <w:rPr>
                <w:b w:val="0"/>
                <w:sz w:val="19"/>
              </w:rPr>
              <w:t>ç) Türklerde konargöçer yaşamın temel özelliklerini dönemin koşullarını göz önünde bulundurarak açıklar.</w:t>
            </w:r>
          </w:p>
          <w:p>
            <w:pPr>
              <w:spacing w:after="0"/>
            </w:pPr>
            <w:r>
              <w:rPr>
                <w:b w:val="0"/>
                <w:sz w:val="19"/>
              </w:rPr>
              <w:t>d) Geçmiş ve günümüzden hareketle Türklerde konargöçer yaşam koşullarını karşılaştırır.</w:t>
            </w:r>
          </w:p>
          <w:p>
            <w:pPr>
              <w:spacing w:after="0"/>
            </w:pPr>
            <w:r>
              <w:rPr>
                <w:b w:val="0"/>
                <w:sz w:val="19"/>
              </w:rPr>
              <w:t>e) Konargöçer yaşamın Türk kültüründeki yeri ve önemine yönelik çıkarımlarda bulunur.</w:t>
            </w:r>
          </w:p>
          <w:p>
            <w:pPr>
              <w:spacing w:after="0"/>
            </w:pPr>
            <w:r>
              <w:rPr>
                <w:b w:val="0"/>
                <w:sz w:val="19"/>
              </w:rPr>
              <w:t>f) Türklerde konargöçer yaşamla ilgili kendi bakış açısını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Düzenleme (Öz Düzenleme)</w:t>
            </w:r>
          </w:p>
          <w:p>
            <w:pPr>
              <w:spacing w:after="0"/>
            </w:pP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D7. Estetik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(TAR.9.2.5. Türklerde konargöçer yaşama ilişkin bakış açısı geliştirebilme)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çalışma yaprağı, kısa metin, çıkış kartı, tarihsel empati formu ve performans görevi ile değerlendirilebilir.</w:t>
            </w:r>
          </w:p>
          <w:p>
            <w:pPr>
              <w:spacing w:after="0"/>
            </w:pPr>
            <w:r>
              <w:rPr>
                <w:b w:val="0"/>
                <w:sz w:val="19"/>
              </w:rPr>
              <w:t>Tarım Devrimi’nin Eski Çağ medeniyetlerindeki yerleşmeye ve ekonomik faaliyetlere etkilerini değerlendirmek için çalışma yaprağından yararlanılabilir. Öğrencilerden Eski Çağ’daki farklı medeniyetlerin yönetim ve ordu özelliklerinin güçlü ve zayıf yönlerine ilişkin kısa metin hazırlamaları istenebilir. Konargöçer yaşamın Türk kültürünün oluşumuna etkisiyle ilgili bakış açılarını değerlendirmek amacıyla çıkış kartı (3-2-1 tekniği) ve tarihsel empati formu kullanılabilir.</w:t>
            </w:r>
          </w:p>
          <w:p>
            <w:pPr>
              <w:spacing w:after="0"/>
            </w:pPr>
            <w:r>
              <w:rPr>
                <w:b w:val="0"/>
                <w:sz w:val="19"/>
              </w:rPr>
              <w:t>Eski Çağ medeniyetlerinde hukukun toplumsal düzeni sağlamadaki rolüne ilişkin sunum hazırlamaya yönelik performans görevi verilebilir. Hazırlanan sunum; soru oluşturma, bilgi toplama, bilginin doğruluğu, kaynak çeşitliliği, çıkarımda bulunma gibi ölçütlerden oluşan dereceli puanlama anahtarı ve grup değerlendirme formuyla değerlendirilebilir. Ayrıca dereceli puanlama anahtarı akran değerlendirme formu olarak kullanılabilir.</w:t>
            </w:r>
          </w:p>
          <w:p>
            <w:pPr>
              <w:spacing w:after="0"/>
            </w:pPr>
            <w:r>
              <w:rPr>
                <w:b w:val="0"/>
                <w:sz w:val="19"/>
              </w:rPr>
              <w:t>Performans görevi olarak öğrencilere Eski Çağ toplumlarının inançları ile bilim ve sanat anlayışları arasındaki ilişkiyi yansıtan bir bülten panosu hazırlatılabilir. Hazırlanan panolar; kaynak inceleme, içeriğin doğruluğu, bilgiyi uygun formata dönüştürme, ilişkiyi açıklama gibi ölçütler kullanılarak oluşturulan dereceli puanlama anahtarı ile değerlendirilebilir. Dereceli puanlama anahtarı akran değerlendirme amacıyla kullanılabilir. Ayrıca dereceli puanlama anahtarı grup değerlendirme formu olarak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Türk Dünyası ve Toplulukları Haftası (16-22 Mart) </w:t>
            </w:r>
          </w:p>
          <w:p>
            <w:pPr>
              <w:spacing w:after="0"/>
            </w:pPr>
            <w:r>
              <w:rPr>
                <w:b w:val="0"/>
                <w:sz w:val="19"/>
              </w:rPr>
              <w:t xml:space="preserve"> Çanakkale Zaferi ve Şehitleri Anma Günü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ORTA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Orta Çağ’da Yaşanan Kitlesel Göçler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TAR.9.3.1. Orta Çağ’da yaşanan kitlesel göçlerin Avrupa ve Asya’da oluşturduğu değişimi neden ve sonuçlarıyla birlikte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Orta Çağ’da yaşanan kitlesel göçlere neden olan unsurları inceler.</w:t>
            </w:r>
          </w:p>
          <w:p>
            <w:pPr>
              <w:spacing w:after="0"/>
            </w:pPr>
            <w:r>
              <w:rPr>
                <w:b w:val="0"/>
                <w:sz w:val="19"/>
              </w:rPr>
              <w:t>b) Orta Çağ’da yaşanan kitlesel göçlerin etkilediği unsurları inceler.</w:t>
            </w:r>
          </w:p>
          <w:p>
            <w:pPr>
              <w:spacing w:after="0"/>
            </w:pPr>
            <w:r>
              <w:rPr>
                <w:b w:val="0"/>
                <w:sz w:val="19"/>
              </w:rPr>
              <w:t>c) Orta Çağ’da yaşanan kitlesel göçlerin Avrupa ve Asya’da oluşturduğu değişimin etkilerini</w:t>
            </w:r>
          </w:p>
          <w:p>
            <w:pPr>
              <w:spacing w:after="0"/>
            </w:pPr>
            <w:r>
              <w:rPr>
                <w:b w:val="0"/>
                <w:sz w:val="19"/>
              </w:rPr>
              <w:t>sorgular.</w:t>
            </w:r>
          </w:p>
          <w:p>
            <w:pPr>
              <w:spacing w:after="0"/>
            </w:pPr>
            <w:r>
              <w:rPr>
                <w:b w:val="0"/>
                <w:sz w:val="19"/>
              </w:rPr>
              <w:t>ç) Orta Çağ’da yaşanan kitlesel göçlerin Avrupa ve Asya’da oluşturduğu değişimin neden ve sonuçlarını bağlamından kopmadan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D10. Mütevazılık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OB5. Kültür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(TAR.9.3.1. Orta Çağ’da yaşanan kitlesel göçlerin Avrupa ve Asya’da oluşturduğu değişimi neden ve sonuçlarıyla birlikte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değişim ve süreklilik formu, bilgi görseli ve performans görevleri ile değerlendirilebilir.</w:t>
            </w:r>
          </w:p>
          <w:p>
            <w:pPr>
              <w:spacing w:after="0"/>
            </w:pPr>
            <w:r>
              <w:rPr>
                <w:b w:val="0"/>
                <w:sz w:val="19"/>
              </w:rPr>
              <w:t>Orta Çağ’da yaşanan kitlesel göçlerin Avrupa ve Asya’da meydana getirdiği değişimin neden ve sonuçlarına ilişkin değişim ve süreklilik formu kullanılabilir. Öğrencilerden Orta Çağ’da öne çıkan devletlerin yönetim ve ordu yapılarının benzerlik ve farklılıklarını karşılaştıran bilgi görseli hazırlamaları istenebilir. Performans görevi olarak Orta Çağ’daki ticaret yollarının devlet ve toplumların siyasi, ekonomik ve kültürel ilişkilerine etkisini ortaya koyan bir zihin haritası hazırlamaları ve hazırladıkları çalışmayı sunmaları istenebilir. Zihin haritasının değerlendirilmesinde soru sorma, ilişkileri çözümleme, çıkarımda bulunma, kaynak ve bilgi kullanımı; bilgi görselinin değerlendirilmesinde ise yönetim ve ordu yapılarının özelliklerini belirleme, benzerlikleri belirtme, farklılıkları belirtme gibi ölçütlerden oluşan dereceli puanlama anahtarı kullanılabilir. Öğrencilere Orta Çağ’daki başlıca medeniyet havzalarının bilim, kültür ve sanata etkilerine ilişkin araştırma raporu hazırlanmasına yönelik bir performans görevi verilebilir. Hazırlanan araştırma raporu ve sunum; kaynaklardan bilgi toplama, kaynakların çeşitliliği ve güvenilirliği, kaynakları yorumlama, sunum yapma, özgünlük gibi ölçütler kullanılarak oluşturulan dereceli puanlama anahtarıyla değerlendirilebilir. Ayrıca hazırlanan dereceli puanlama anahtarı grup değerlendirme formu ve araştırma sürecinde kullanılan kontrol listesi öz değerlendirme formu olarak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ORTA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Orta Çağ’da Yaşanan Kitlesel Göçler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TAR.9.3.1. Orta Çağ’da yaşanan kitlesel göçlerin Avrupa ve Asya’da oluşturduğu değişimi neden ve sonuçlarıyla birlikte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Orta Çağ’da yaşanan kitlesel göçlere neden olan unsurları inceler.</w:t>
            </w:r>
          </w:p>
          <w:p>
            <w:pPr>
              <w:spacing w:after="0"/>
            </w:pPr>
            <w:r>
              <w:rPr>
                <w:b w:val="0"/>
                <w:sz w:val="19"/>
              </w:rPr>
              <w:t>b) Orta Çağ’da yaşanan kitlesel göçlerin etkilediği unsurları inceler.</w:t>
            </w:r>
          </w:p>
          <w:p>
            <w:pPr>
              <w:spacing w:after="0"/>
            </w:pPr>
            <w:r>
              <w:rPr>
                <w:b w:val="0"/>
                <w:sz w:val="19"/>
              </w:rPr>
              <w:t>c) Orta Çağ’da yaşanan kitlesel göçlerin Avrupa ve Asya’da oluşturduğu değişimin etkilerini</w:t>
            </w:r>
          </w:p>
          <w:p>
            <w:pPr>
              <w:spacing w:after="0"/>
            </w:pPr>
            <w:r>
              <w:rPr>
                <w:b w:val="0"/>
                <w:sz w:val="19"/>
              </w:rPr>
              <w:t>sorgular.</w:t>
            </w:r>
          </w:p>
          <w:p>
            <w:pPr>
              <w:spacing w:after="0"/>
            </w:pPr>
            <w:r>
              <w:rPr>
                <w:b w:val="0"/>
                <w:sz w:val="19"/>
              </w:rPr>
              <w:t>ç) Orta Çağ’da yaşanan kitlesel göçlerin Avrupa ve Asya’da oluşturduğu değişimin neden ve sonuçlarını bağlamından kopmadan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D10. Mütevazılık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OB5. Kültür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(TAR.9.3.1. Orta Çağ’da yaşanan kitlesel göçlerin Avrupa ve Asya’da oluşturduğu değişimi neden ve sonuçlarıyla birlikte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değişim ve süreklilik formu, bilgi görseli ve performans görevleri ile değerlendirilebilir.</w:t>
            </w:r>
          </w:p>
          <w:p>
            <w:pPr>
              <w:spacing w:after="0"/>
            </w:pPr>
            <w:r>
              <w:rPr>
                <w:b w:val="0"/>
                <w:sz w:val="19"/>
              </w:rPr>
              <w:t>Orta Çağ’da yaşanan kitlesel göçlerin Avrupa ve Asya’da meydana getirdiği değişimin neden ve sonuçlarına ilişkin değişim ve süreklilik formu kullanılabilir. Öğrencilerden Orta Çağ’da öne çıkan devletlerin yönetim ve ordu yapılarının benzerlik ve farklılıklarını karşılaştıran bilgi görseli hazırlamaları istenebilir. Performans görevi olarak Orta Çağ’daki ticaret yollarının devlet ve toplumların siyasi, ekonomik ve kültürel ilişkilerine etkisini ortaya koyan bir zihin haritası hazırlamaları ve hazırladıkları çalışmayı sunmaları istenebilir. Zihin haritasının değerlendirilmesinde soru sorma, ilişkileri çözümleme, çıkarımda bulunma, kaynak ve bilgi kullanımı; bilgi görselinin değerlendirilmesinde ise yönetim ve ordu yapılarının özelliklerini belirleme, benzerlikleri belirtme, farklılıkları belirtme gibi ölçütlerden oluşan dereceli puanlama anahtarı kullanılabilir. Öğrencilere Orta Çağ’daki başlıca medeniyet havzalarının bilim, kültür ve sanata etkilerine ilişkin araştırma raporu hazırlanmasına yönelik bir performans görevi verilebilir. Hazırlanan araştırma raporu ve sunum; kaynaklardan bilgi toplama, kaynakların çeşitliliği ve güvenilirliği, kaynakları yorumlama, sunum yapma, özgünlük gibi ölçütler kullanılarak oluşturulan dereceli puanlama anahtarıyla değerlendirilebilir. Ayrıca hazırlanan dereceli puanlama anahtarı grup değerlendirme formu ve araştırma sürecinde kullanılan kontrol listesi öz değerlendirme formu olarak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ORTA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Orta Çağ’daki Başlıca Devletlerin Yönetim ve Ordu Yapıları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TAR.9.3.2. Orta Çağ’daki başlıca devletlerin yönetim ve ordu yapılarını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Orta Çağ’daki başlıca devletlerin yönetim ve ordu yapılarının özelliklerini belirler.</w:t>
            </w:r>
          </w:p>
          <w:p>
            <w:pPr>
              <w:spacing w:after="0"/>
            </w:pPr>
            <w:r>
              <w:rPr>
                <w:b w:val="0"/>
                <w:sz w:val="19"/>
              </w:rPr>
              <w:t>b) Orta Çağ’daki başlıca devletlerin yönetim ve ordu yapıları arasındaki benzerlikleri</w:t>
            </w:r>
          </w:p>
          <w:p>
            <w:pPr>
              <w:spacing w:after="0"/>
            </w:pPr>
            <w:r>
              <w:rPr>
                <w:b w:val="0"/>
                <w:sz w:val="19"/>
              </w:rPr>
              <w:t>listeler.</w:t>
            </w:r>
          </w:p>
          <w:p>
            <w:pPr>
              <w:spacing w:after="0"/>
            </w:pPr>
            <w:r>
              <w:rPr>
                <w:b w:val="0"/>
                <w:sz w:val="19"/>
              </w:rPr>
              <w:t>c) Orta Çağ’daki başlıca devletlerin yönetim ve ordu yapıları arasındaki farklılıkları</w:t>
            </w:r>
          </w:p>
          <w:p>
            <w:pPr>
              <w:spacing w:after="0"/>
            </w:pPr>
            <w:r>
              <w:rPr>
                <w:b w:val="0"/>
                <w:sz w:val="19"/>
              </w:rPr>
              <w:t>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D10. Mütevazılık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OB5. Kültür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(TAR.9.3.2. Orta Çağ’daki başlıca devletlerin yönetim ve ordu yapılarını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değişim ve süreklilik formu, bilgi görseli ve performans görevleri ile değerlendirilebilir.</w:t>
            </w:r>
          </w:p>
          <w:p>
            <w:pPr>
              <w:spacing w:after="0"/>
            </w:pPr>
            <w:r>
              <w:rPr>
                <w:b w:val="0"/>
                <w:sz w:val="19"/>
              </w:rPr>
              <w:t>Orta Çağ’da yaşanan kitlesel göçlerin Avrupa ve Asya’da meydana getirdiği değişimin neden ve sonuçlarına ilişkin değişim ve süreklilik formu kullanılabilir. Öğrencilerden Orta Çağ’da öne çıkan devletlerin yönetim ve ordu yapılarının benzerlik ve farklılıklarını karşılaştıran bilgi görseli hazırlamaları istenebilir. Performans görevi olarak Orta Çağ’daki ticaret yollarının devlet ve toplumların siyasi, ekonomik ve kültürel ilişkilerine etkisini ortaya koyan bir zihin haritası hazırlamaları ve hazırladıkları çalışmayı sunmaları istenebilir. Zihin haritasının değerlendirilmesinde soru sorma, ilişkileri çözümleme, çıkarımda bulunma, kaynak ve bilgi kullanımı; bilgi görselinin değerlendirilmesinde ise yönetim ve ordu yapılarının özelliklerini belirleme, benzerlikleri belirtme, farklılıkları belirtme gibi ölçütlerden oluşan dereceli puanlama anahtarı kullanılabilir. Öğrencilere Orta Çağ’daki başlıca medeniyet havzalarının bilim, kültür ve sanata etkilerine ilişkin araştırma raporu hazırlanmasına yönelik bir performans görevi verilebilir. Hazırlanan araştırma raporu ve sunum; kaynaklardan bilgi toplama, kaynakların çeşitliliği ve güvenilirliği, kaynakları yorumlama, sunum yapma, özgünlük gibi ölçütler kullanılarak oluşturulan dereceli puanlama anahtarıyla değerlendirilebilir. Ayrıca hazırlanan dereceli puanlama anahtarı grup değerlendirme formu ve araştırma sürecinde kullanılan kontrol listesi öz değerlendirme formu olarak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ORTA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Orta Çağ’daki Başlıca Devletlerin Yönetim ve Ordu Yapıları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TAR.9.3.2. Orta Çağ’daki başlıca devletlerin yönetim ve ordu yapılarını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Orta Çağ’daki başlıca devletlerin yönetim ve ordu yapılarının özelliklerini belirler.</w:t>
            </w:r>
          </w:p>
          <w:p>
            <w:pPr>
              <w:spacing w:after="0"/>
            </w:pPr>
            <w:r>
              <w:rPr>
                <w:b w:val="0"/>
                <w:sz w:val="19"/>
              </w:rPr>
              <w:t>b) Orta Çağ’daki başlıca devletlerin yönetim ve ordu yapıları arasındaki benzerlikleri</w:t>
            </w:r>
          </w:p>
          <w:p>
            <w:pPr>
              <w:spacing w:after="0"/>
            </w:pPr>
            <w:r>
              <w:rPr>
                <w:b w:val="0"/>
                <w:sz w:val="19"/>
              </w:rPr>
              <w:t>listeler.</w:t>
            </w:r>
          </w:p>
          <w:p>
            <w:pPr>
              <w:spacing w:after="0"/>
            </w:pPr>
            <w:r>
              <w:rPr>
                <w:b w:val="0"/>
                <w:sz w:val="19"/>
              </w:rPr>
              <w:t>c) Orta Çağ’daki başlıca devletlerin yönetim ve ordu yapıları arasındaki farklılıkları</w:t>
            </w:r>
          </w:p>
          <w:p>
            <w:pPr>
              <w:spacing w:after="0"/>
            </w:pPr>
            <w:r>
              <w:rPr>
                <w:b w:val="0"/>
                <w:sz w:val="19"/>
              </w:rPr>
              <w:t>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D10. Mütevazılık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OB5. Kültür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(TAR.9.3.2. Orta Çağ’daki başlıca devletlerin yönetim ve ordu yapılarını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değişim ve süreklilik formu, bilgi görseli ve performans görevleri ile değerlendirilebilir.</w:t>
            </w:r>
          </w:p>
          <w:p>
            <w:pPr>
              <w:spacing w:after="0"/>
            </w:pPr>
            <w:r>
              <w:rPr>
                <w:b w:val="0"/>
                <w:sz w:val="19"/>
              </w:rPr>
              <w:t>Orta Çağ’da yaşanan kitlesel göçlerin Avrupa ve Asya’da meydana getirdiği değişimin neden ve sonuçlarına ilişkin değişim ve süreklilik formu kullanılabilir. Öğrencilerden Orta Çağ’da öne çıkan devletlerin yönetim ve ordu yapılarının benzerlik ve farklılıklarını karşılaştıran bilgi görseli hazırlamaları istenebilir. Performans görevi olarak Orta Çağ’daki ticaret yollarının devlet ve toplumların siyasi, ekonomik ve kültürel ilişkilerine etkisini ortaya koyan bir zihin haritası hazırlamaları ve hazırladıkları çalışmayı sunmaları istenebilir. Zihin haritasının değerlendirilmesinde soru sorma, ilişkileri çözümleme, çıkarımda bulunma, kaynak ve bilgi kullanımı; bilgi görselinin değerlendirilmesinde ise yönetim ve ordu yapılarının özelliklerini belirleme, benzerlikleri belirtme, farklılıkları belirtme gibi ölçütlerden oluşan dereceli puanlama anahtarı kullanılabilir. Öğrencilere Orta Çağ’daki başlıca medeniyet havzalarının bilim, kültür ve sanata etkilerine ilişkin araştırma raporu hazırlanmasına yönelik bir performans görevi verilebilir. Hazırlanan araştırma raporu ve sunum; kaynaklardan bilgi toplama, kaynakların çeşitliliği ve güvenilirliği, kaynakları yorumlama, sunum yapma, özgünlük gibi ölçütler kullanılarak oluşturulan dereceli puanlama anahtarıyla değerlendirilebilir. Ayrıca hazırlanan dereceli puanlama anahtarı grup değerlendirme formu ve araştırma sürecinde kullanılan kontrol listesi öz değerlendirme formu olarak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ORTA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Orta Çağ’daki Başlıca Devletlerin Yönetim ve Ordu Yapıları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TAR.9.3.2. Orta Çağ’daki başlıca devletlerin yönetim ve ordu yapılarını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Orta Çağ’daki başlıca devletlerin yönetim ve ordu yapılarının özelliklerini belirler.</w:t>
            </w:r>
          </w:p>
          <w:p>
            <w:pPr>
              <w:spacing w:after="0"/>
            </w:pPr>
            <w:r>
              <w:rPr>
                <w:b w:val="0"/>
                <w:sz w:val="19"/>
              </w:rPr>
              <w:t>b) Orta Çağ’daki başlıca devletlerin yönetim ve ordu yapıları arasındaki benzerlikleri</w:t>
            </w:r>
          </w:p>
          <w:p>
            <w:pPr>
              <w:spacing w:after="0"/>
            </w:pPr>
            <w:r>
              <w:rPr>
                <w:b w:val="0"/>
                <w:sz w:val="19"/>
              </w:rPr>
              <w:t>listeler.</w:t>
            </w:r>
          </w:p>
          <w:p>
            <w:pPr>
              <w:spacing w:after="0"/>
            </w:pPr>
            <w:r>
              <w:rPr>
                <w:b w:val="0"/>
                <w:sz w:val="19"/>
              </w:rPr>
              <w:t>c) Orta Çağ’daki başlıca devletlerin yönetim ve ordu yapıları arasındaki farklılıkları</w:t>
            </w:r>
          </w:p>
          <w:p>
            <w:pPr>
              <w:spacing w:after="0"/>
            </w:pPr>
            <w:r>
              <w:rPr>
                <w:b w:val="0"/>
                <w:sz w:val="19"/>
              </w:rPr>
              <w:t>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D10. Mütevazılık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OB5. Kültür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(TAR.9.3.2. Orta Çağ’daki başlıca devletlerin yönetim ve ordu yapılarını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değişim ve süreklilik formu, bilgi görseli ve performans görevleri ile değerlendirilebilir.</w:t>
            </w:r>
          </w:p>
          <w:p>
            <w:pPr>
              <w:spacing w:after="0"/>
            </w:pPr>
            <w:r>
              <w:rPr>
                <w:b w:val="0"/>
                <w:sz w:val="19"/>
              </w:rPr>
              <w:t>Orta Çağ’da yaşanan kitlesel göçlerin Avrupa ve Asya’da meydana getirdiği değişimin neden ve sonuçlarına ilişkin değişim ve süreklilik formu kullanılabilir. Öğrencilerden Orta Çağ’da öne çıkan devletlerin yönetim ve ordu yapılarının benzerlik ve farklılıklarını karşılaştıran bilgi görseli hazırlamaları istenebilir. Performans görevi olarak Orta Çağ’daki ticaret yollarının devlet ve toplumların siyasi, ekonomik ve kültürel ilişkilerine etkisini ortaya koyan bir zihin haritası hazırlamaları ve hazırladıkları çalışmayı sunmaları istenebilir. Zihin haritasının değerlendirilmesinde soru sorma, ilişkileri çözümleme, çıkarımda bulunma, kaynak ve bilgi kullanımı; bilgi görselinin değerlendirilmesinde ise yönetim ve ordu yapılarının özelliklerini belirleme, benzerlikleri belirtme, farklılıkları belirtme gibi ölçütlerden oluşan dereceli puanlama anahtarı kullanılabilir. Öğrencilere Orta Çağ’daki başlıca medeniyet havzalarının bilim, kültür ve sanata etkilerine ilişkin araştırma raporu hazırlanmasına yönelik bir performans görevi verilebilir. Hazırlanan araştırma raporu ve sunum; kaynaklardan bilgi toplama, kaynakların çeşitliliği ve güvenilirliği, kaynakları yorumlama, sunum yapma, özgünlük gibi ölçütler kullanılarak oluşturulan dereceli puanlama anahtarıyla değerlendirilebilir. Ayrıca hazırlanan dereceli puanlama anahtarı grup değerlendirme formu ve araştırma sürecinde kullanılan kontrol listesi öz değerlendirme formu olarak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Ulusal Egemenlik Çocuk Bayramı (23 Nisan)</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ORTA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Orta Çağ’daki Başlıca Devletlerin Yönetim ve Ordu Yapıları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TAR.9.3.2. Orta Çağ’daki başlıca devletlerin yönetim ve ordu yapılarını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Orta Çağ’daki başlıca devletlerin yönetim ve ordu yapılarının özelliklerini belirler.</w:t>
            </w:r>
          </w:p>
          <w:p>
            <w:pPr>
              <w:spacing w:after="0"/>
            </w:pPr>
            <w:r>
              <w:rPr>
                <w:b w:val="0"/>
                <w:sz w:val="19"/>
              </w:rPr>
              <w:t>b) Orta Çağ’daki başlıca devletlerin yönetim ve ordu yapıları arasındaki benzerlikleri</w:t>
            </w:r>
          </w:p>
          <w:p>
            <w:pPr>
              <w:spacing w:after="0"/>
            </w:pPr>
            <w:r>
              <w:rPr>
                <w:b w:val="0"/>
                <w:sz w:val="19"/>
              </w:rPr>
              <w:t>listeler.</w:t>
            </w:r>
          </w:p>
          <w:p>
            <w:pPr>
              <w:spacing w:after="0"/>
            </w:pPr>
            <w:r>
              <w:rPr>
                <w:b w:val="0"/>
                <w:sz w:val="19"/>
              </w:rPr>
              <w:t>c) Orta Çağ’daki başlıca devletlerin yönetim ve ordu yapıları arasındaki farklılıkları</w:t>
            </w:r>
          </w:p>
          <w:p>
            <w:pPr>
              <w:spacing w:after="0"/>
            </w:pPr>
            <w:r>
              <w:rPr>
                <w:b w:val="0"/>
                <w:sz w:val="19"/>
              </w:rPr>
              <w:t>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D10. Mütevazılık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OB5. Kültür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(TAR.9.3.2. Orta Çağ’daki başlıca devletlerin yönetim ve ordu yapılarını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değişim ve süreklilik formu, bilgi görseli ve performans görevleri ile değerlendirilebilir.</w:t>
            </w:r>
          </w:p>
          <w:p>
            <w:pPr>
              <w:spacing w:after="0"/>
            </w:pPr>
            <w:r>
              <w:rPr>
                <w:b w:val="0"/>
                <w:sz w:val="19"/>
              </w:rPr>
              <w:t>Orta Çağ’da yaşanan kitlesel göçlerin Avrupa ve Asya’da meydana getirdiği değişimin neden ve sonuçlarına ilişkin değişim ve süreklilik formu kullanılabilir. Öğrencilerden Orta Çağ’da öne çıkan devletlerin yönetim ve ordu yapılarının benzerlik ve farklılıklarını karşılaştıran bilgi görseli hazırlamaları istenebilir. Performans görevi olarak Orta Çağ’daki ticaret yollarının devlet ve toplumların siyasi, ekonomik ve kültürel ilişkilerine etkisini ortaya koyan bir zihin haritası hazırlamaları ve hazırladıkları çalışmayı sunmaları istenebilir. Zihin haritasının değerlendirilmesinde soru sorma, ilişkileri çözümleme, çıkarımda bulunma, kaynak ve bilgi kullanımı; bilgi görselinin değerlendirilmesinde ise yönetim ve ordu yapılarının özelliklerini belirleme, benzerlikleri belirtme, farklılıkları belirtme gibi ölçütlerden oluşan dereceli puanlama anahtarı kullanılabilir. Öğrencilere Orta Çağ’daki başlıca medeniyet havzalarının bilim, kültür ve sanata etkilerine ilişkin araştırma raporu hazırlanmasına yönelik bir performans görevi verilebilir. Hazırlanan araştırma raporu ve sunum; kaynaklardan bilgi toplama, kaynakların çeşitliliği ve güvenilirliği, kaynakları yorumlama, sunum yapma, özgünlük gibi ölçütler kullanılarak oluşturulan dereceli puanlama anahtarıyla değerlendirilebilir. Ayrıca hazırlanan dereceli puanlama anahtarı grup değerlendirme formu ve araştırma sürecinde kullanılan kontrol listesi öz değerlendirme formu olarak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Kût'ül Amâre Zaferi (29 Nisan)</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ORTA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Orta Çağ’daki Ticaret Yolları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TAR.9.3.3. Orta Çağ’daki ticaret yollarının kendi çevresinde meydana getirdiği etkiyi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Orta Çağ’daki ticaret yolları üzerinde yer alan devlet ve toplumların etkileşimleriyle ilgili sorular sorar.</w:t>
            </w:r>
          </w:p>
          <w:p>
            <w:pPr>
              <w:spacing w:after="0"/>
            </w:pPr>
            <w:r>
              <w:rPr>
                <w:b w:val="0"/>
                <w:sz w:val="19"/>
              </w:rPr>
              <w:t>b) Orta Çağ’daki ticaret yolları üzerinde yer alan devlet ve toplumların ilişkilerini siyasi, ekonomik ve kültürel boyutlarıyla çözümler.</w:t>
            </w:r>
          </w:p>
          <w:p>
            <w:pPr>
              <w:spacing w:after="0"/>
            </w:pPr>
            <w:r>
              <w:rPr>
                <w:b w:val="0"/>
                <w:sz w:val="19"/>
              </w:rPr>
              <w:t>c) Orta Çağ’daki ticaret yollarının devlet ve toplumların siyasi, ekonomik ve kültürel ilişkilerine etkisiyle ilgili çıkarımlarda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D10. Mütevazılık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OB5. Kültür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(TAR.9.3.3. Orta Çağ’daki ticaret yollarının kendi çevresinde meydana getirdiği etkiyi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değişim ve süreklilik formu, bilgi görseli ve performans görevleri ile değerlendirilebilir.</w:t>
            </w:r>
          </w:p>
          <w:p>
            <w:pPr>
              <w:spacing w:after="0"/>
            </w:pPr>
            <w:r>
              <w:rPr>
                <w:b w:val="0"/>
                <w:sz w:val="19"/>
              </w:rPr>
              <w:t>Orta Çağ’da yaşanan kitlesel göçlerin Avrupa ve Asya’da meydana getirdiği değişimin neden ve sonuçlarına ilişkin değişim ve süreklilik formu kullanılabilir. Öğrencilerden Orta Çağ’da öne çıkan devletlerin yönetim ve ordu yapılarının benzerlik ve farklılıklarını karşılaştıran bilgi görseli hazırlamaları istenebilir. Performans görevi olarak Orta Çağ’daki ticaret yollarının devlet ve toplumların siyasi, ekonomik ve kültürel ilişkilerine etkisini ortaya koyan bir zihin haritası hazırlamaları ve hazırladıkları çalışmayı sunmaları istenebilir. Zihin haritasının değerlendirilmesinde soru sorma, ilişkileri çözümleme, çıkarımda bulunma, kaynak ve bilgi kullanımı; bilgi görselinin değerlendirilmesinde ise yönetim ve ordu yapılarının özelliklerini belirleme, benzerlikleri belirtme, farklılıkları belirtme gibi ölçütlerden oluşan dereceli puanlama anahtarı kullanılabilir. Öğrencilere Orta Çağ’daki başlıca medeniyet havzalarının bilim, kültür ve sanata etkilerine ilişkin araştırma raporu hazırlanmasına yönelik bir performans görevi verilebilir. Hazırlanan araştırma raporu ve sunum; kaynaklardan bilgi toplama, kaynakların çeşitliliği ve güvenilirliği, kaynakları yorumlama, sunum yapma, özgünlük gibi ölçütler kullanılarak oluşturulan dereceli puanlama anahtarıyla değerlendirilebilir. Ayrıca hazırlanan dereceli puanlama anahtarı grup değerlendirme formu ve araştırma sürecinde kullanılan kontrol listesi öz değerlendirme formu olarak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ORTA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Orta Çağ’daki Ticaret Yolları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TAR.9.3.3. Orta Çağ’daki ticaret yollarının kendi çevresinde meydana getirdiği etkiyi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Orta Çağ’daki ticaret yolları üzerinde yer alan devlet ve toplumların etkileşimleriyle ilgili sorular sorar.</w:t>
            </w:r>
          </w:p>
          <w:p>
            <w:pPr>
              <w:spacing w:after="0"/>
            </w:pPr>
            <w:r>
              <w:rPr>
                <w:b w:val="0"/>
                <w:sz w:val="19"/>
              </w:rPr>
              <w:t>b) Orta Çağ’daki ticaret yolları üzerinde yer alan devlet ve toplumların ilişkilerini siyasi, ekonomik ve kültürel boyutlarıyla çözümler.</w:t>
            </w:r>
          </w:p>
          <w:p>
            <w:pPr>
              <w:spacing w:after="0"/>
            </w:pPr>
            <w:r>
              <w:rPr>
                <w:b w:val="0"/>
                <w:sz w:val="19"/>
              </w:rPr>
              <w:t>c) Orta Çağ’daki ticaret yollarının devlet ve toplumların siyasi, ekonomik ve kültürel ilişkilerine etkisiyle ilgili çıkarımlarda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D10. Mütevazılık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OB5. Kültür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(TAR.9.3.3. Orta Çağ’daki ticaret yollarının kendi çevresinde meydana getirdiği etkiyi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değişim ve süreklilik formu, bilgi görseli ve performans görevleri ile değerlendirilebilir.</w:t>
            </w:r>
          </w:p>
          <w:p>
            <w:pPr>
              <w:spacing w:after="0"/>
            </w:pPr>
            <w:r>
              <w:rPr>
                <w:b w:val="0"/>
                <w:sz w:val="19"/>
              </w:rPr>
              <w:t>Orta Çağ’da yaşanan kitlesel göçlerin Avrupa ve Asya’da meydana getirdiği değişimin neden ve sonuçlarına ilişkin değişim ve süreklilik formu kullanılabilir. Öğrencilerden Orta Çağ’da öne çıkan devletlerin yönetim ve ordu yapılarının benzerlik ve farklılıklarını karşılaştıran bilgi görseli hazırlamaları istenebilir. Performans görevi olarak Orta Çağ’daki ticaret yollarının devlet ve toplumların siyasi, ekonomik ve kültürel ilişkilerine etkisini ortaya koyan bir zihin haritası hazırlamaları ve hazırladıkları çalışmayı sunmaları istenebilir. Zihin haritasının değerlendirilmesinde soru sorma, ilişkileri çözümleme, çıkarımda bulunma, kaynak ve bilgi kullanımı; bilgi görselinin değerlendirilmesinde ise yönetim ve ordu yapılarının özelliklerini belirleme, benzerlikleri belirtme, farklılıkları belirtme gibi ölçütlerden oluşan dereceli puanlama anahtarı kullanılabilir. Öğrencilere Orta Çağ’daki başlıca medeniyet havzalarının bilim, kültür ve sanata etkilerine ilişkin araştırma raporu hazırlanmasına yönelik bir performans görevi verilebilir. Hazırlanan araştırma raporu ve sunum; kaynaklardan bilgi toplama, kaynakların çeşitliliği ve güvenilirliği, kaynakları yorumlama, sunum yapma, özgünlük gibi ölçütler kullanılarak oluşturulan dereceli puanlama anahtarıyla değerlendirilebilir. Ayrıca hazırlanan dereceli puanlama anahtarı grup değerlendirme formu ve araştırma sürecinde kullanılan kontrol listesi öz değerlendirme formu olarak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ORTA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Orta Çağ’daki Başlıca Medeniyet Havzalarında Bilim, Kültür ve Sanat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TAR.9.3.4. Orta Çağ’daki başlıca medeniyet havzalarının bilim, kültür ve sanata etkilerine ilişkin oluşturduğu ürünleri paylaşabilme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Araştırmasında belirlediği kaynaklardan Orta Çağ’daki başlıca medeniyet havzalarının bilim, kültür ve sanata etkilerine ilişkin bilgi toplar.</w:t>
            </w:r>
          </w:p>
          <w:p>
            <w:pPr>
              <w:spacing w:after="0"/>
            </w:pPr>
            <w:r>
              <w:rPr>
                <w:b w:val="0"/>
                <w:sz w:val="19"/>
              </w:rPr>
              <w:t>b) Orta Çağ’daki başlıca medeniyet havzalarının bilim, kültür ve sanata etkilerine ilişkin belirlediği kaynakları inceleyerek araştırmasına dair bilgileri tespit eder.</w:t>
            </w:r>
          </w:p>
          <w:p>
            <w:pPr>
              <w:spacing w:after="0"/>
            </w:pPr>
            <w:r>
              <w:rPr>
                <w:b w:val="0"/>
                <w:sz w:val="19"/>
              </w:rPr>
              <w:t>c) Orta Çağ’daki başlıca medeniyet havzalarının bilim, kültür ve sanata etkilerine ilişkin kullanacağı kaynakların sınırlılığını sorgular.</w:t>
            </w:r>
          </w:p>
          <w:p>
            <w:pPr>
              <w:spacing w:after="0"/>
            </w:pPr>
            <w:r>
              <w:rPr>
                <w:b w:val="0"/>
                <w:sz w:val="19"/>
              </w:rPr>
              <w:t>ç) Orta Çağ’daki başlıca medeniyet havzalarının bilim, kültür ve sanata etkilerine ilişkin kaynaklardan araştırmasına uygun olarak belirlediği bilgileri yorumlar.</w:t>
            </w:r>
          </w:p>
          <w:p>
            <w:pPr>
              <w:spacing w:after="0"/>
            </w:pPr>
            <w:r>
              <w:rPr>
                <w:b w:val="0"/>
                <w:sz w:val="19"/>
              </w:rPr>
              <w:t>d) Orta Çağ’daki başlıca medeniyet havzalarının bilim, kültür ve sanata etkilerine ilişkin kanıtlara dayanarak oluşturduğu araştırmasını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D10. Mütevazılık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OB5. Kültür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(TAR.9.3.4. Orta Çağ’daki başlıca medeniyet havzalarının bilim, kültür ve sanata etkilerine ilişkin oluşturduğu ürünleri paylaşabilme)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değişim ve süreklilik formu, bilgi görseli ve performans görevleri ile değerlendirilebilir.</w:t>
            </w:r>
          </w:p>
          <w:p>
            <w:pPr>
              <w:spacing w:after="0"/>
            </w:pPr>
            <w:r>
              <w:rPr>
                <w:b w:val="0"/>
                <w:sz w:val="19"/>
              </w:rPr>
              <w:t>Orta Çağ’da yaşanan kitlesel göçlerin Avrupa ve Asya’da meydana getirdiği değişimin neden ve sonuçlarına ilişkin değişim ve süreklilik formu kullanılabilir. Öğrencilerden Orta Çağ’da öne çıkan devletlerin yönetim ve ordu yapılarının benzerlik ve farklılıklarını karşılaştıran bilgi görseli hazırlamaları istenebilir. Performans görevi olarak Orta Çağ’daki ticaret yollarının devlet ve toplumların siyasi, ekonomik ve kültürel ilişkilerine etkisini ortaya koyan bir zihin haritası hazırlamaları ve hazırladıkları çalışmayı sunmaları istenebilir. Zihin haritasının değerlendirilmesinde soru sorma, ilişkileri çözümleme, çıkarımda bulunma, kaynak ve bilgi kullanımı; bilgi görselinin değerlendirilmesinde ise yönetim ve ordu yapılarının özelliklerini belirleme, benzerlikleri belirtme, farklılıkları belirtme gibi ölçütlerden oluşan dereceli puanlama anahtarı kullanılabilir. Öğrencilere Orta Çağ’daki başlıca medeniyet havzalarının bilim, kültür ve sanata etkilerine ilişkin araştırma raporu hazırlanmasına yönelik bir performans görevi verilebilir. Hazırlanan araştırma raporu ve sunum; kaynaklardan bilgi toplama, kaynakların çeşitliliği ve güvenilirliği, kaynakları yorumlama, sunum yapma, özgünlük gibi ölçütler kullanılarak oluşturulan dereceli puanlama anahtarıyla değerlendirilebilir. Ayrıca hazırlanan dereceli puanlama anahtarı grup değerlendirme formu ve araştırma sürecinde kullanılan kontrol listesi öz değerlendirme formu olarak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Atatürkü Anma ve Gençlik ve Spor Bayramı (19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ORTA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Orta Çağ’daki Başlıca Medeniyet Havzalarında Bilim, Kültür ve Sanat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TAR.9.3.4. Orta Çağ’daki başlıca medeniyet havzalarının bilim, kültür ve sanata etkilerine ilişkin oluşturduğu ürünleri paylaşabilme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Araştırmasında belirlediği kaynaklardan Orta Çağ’daki başlıca medeniyet havzalarının bilim, kültür ve sanata etkilerine ilişkin bilgi toplar.</w:t>
            </w:r>
          </w:p>
          <w:p>
            <w:pPr>
              <w:spacing w:after="0"/>
            </w:pPr>
            <w:r>
              <w:rPr>
                <w:b w:val="0"/>
                <w:sz w:val="19"/>
              </w:rPr>
              <w:t>b) Orta Çağ’daki başlıca medeniyet havzalarının bilim, kültür ve sanata etkilerine ilişkin belirlediği kaynakları inceleyerek araştırmasına dair bilgileri tespit eder.</w:t>
            </w:r>
          </w:p>
          <w:p>
            <w:pPr>
              <w:spacing w:after="0"/>
            </w:pPr>
            <w:r>
              <w:rPr>
                <w:b w:val="0"/>
                <w:sz w:val="19"/>
              </w:rPr>
              <w:t>c) Orta Çağ’daki başlıca medeniyet havzalarının bilim, kültür ve sanata etkilerine ilişkin kullanacağı kaynakların sınırlılığını sorgular.</w:t>
            </w:r>
          </w:p>
          <w:p>
            <w:pPr>
              <w:spacing w:after="0"/>
            </w:pPr>
            <w:r>
              <w:rPr>
                <w:b w:val="0"/>
                <w:sz w:val="19"/>
              </w:rPr>
              <w:t>ç) Orta Çağ’daki başlıca medeniyet havzalarının bilim, kültür ve sanata etkilerine ilişkin kaynaklardan araştırmasına uygun olarak belirlediği bilgileri yorumlar.</w:t>
            </w:r>
          </w:p>
          <w:p>
            <w:pPr>
              <w:spacing w:after="0"/>
            </w:pPr>
            <w:r>
              <w:rPr>
                <w:b w:val="0"/>
                <w:sz w:val="19"/>
              </w:rPr>
              <w:t>d) Orta Çağ’daki başlıca medeniyet havzalarının bilim, kültür ve sanata etkilerine ilişkin kanıtlara dayanarak oluşturduğu araştırmasını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D10. Mütevazılık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OB5. Kültür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(TAR.9.3.4. Orta Çağ’daki başlıca medeniyet havzalarının bilim, kültür ve sanata etkilerine ilişkin oluşturduğu ürünleri paylaşabilme)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değişim ve süreklilik formu, bilgi görseli ve performans görevleri ile değerlendirilebilir.</w:t>
            </w:r>
          </w:p>
          <w:p>
            <w:pPr>
              <w:spacing w:after="0"/>
            </w:pPr>
            <w:r>
              <w:rPr>
                <w:b w:val="0"/>
                <w:sz w:val="19"/>
              </w:rPr>
              <w:t>Orta Çağ’da yaşanan kitlesel göçlerin Avrupa ve Asya’da meydana getirdiği değişimin neden ve sonuçlarına ilişkin değişim ve süreklilik formu kullanılabilir. Öğrencilerden Orta Çağ’da öne çıkan devletlerin yönetim ve ordu yapılarının benzerlik ve farklılıklarını karşılaştıran bilgi görseli hazırlamaları istenebilir. Performans görevi olarak Orta Çağ’daki ticaret yollarının devlet ve toplumların siyasi, ekonomik ve kültürel ilişkilerine etkisini ortaya koyan bir zihin haritası hazırlamaları ve hazırladıkları çalışmayı sunmaları istenebilir. Zihin haritasının değerlendirilmesinde soru sorma, ilişkileri çözümleme, çıkarımda bulunma, kaynak ve bilgi kullanımı; bilgi görselinin değerlendirilmesinde ise yönetim ve ordu yapılarının özelliklerini belirleme, benzerlikleri belirtme, farklılıkları belirtme gibi ölçütlerden oluşan dereceli puanlama anahtarı kullanılabilir. Öğrencilere Orta Çağ’daki başlıca medeniyet havzalarının bilim, kültür ve sanata etkilerine ilişkin araştırma raporu hazırlanmasına yönelik bir performans görevi verilebilir. Hazırlanan araştırma raporu ve sunum; kaynaklardan bilgi toplama, kaynakların çeşitliliği ve güvenilirliği, kaynakları yorumlama, sunum yapma, özgünlük gibi ölçütler kullanılarak oluşturulan dereceli puanlama anahtarıyla değerlendirilebilir. Ayrıca hazırlanan dereceli puanlama anahtarı grup değerlendirme formu ve araştırma sürecinde kullanılan kontrol listesi öz değerlendirme formu olarak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İstanbulu'un Fethi (29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ORTA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Orta Çağ’daki Başlıca Medeniyet Havzalarında Bilim, Kültür ve Sanat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TAR.9.3.4. Orta Çağ’daki başlıca medeniyet havzalarının bilim, kültür ve sanata etkilerine ilişkin oluşturduğu ürünleri paylaşabilme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Araştırmasında belirlediği kaynaklardan Orta Çağ’daki başlıca medeniyet havzalarının bilim, kültür ve sanata etkilerine ilişkin bilgi toplar.</w:t>
            </w:r>
          </w:p>
          <w:p>
            <w:pPr>
              <w:spacing w:after="0"/>
            </w:pPr>
            <w:r>
              <w:rPr>
                <w:b w:val="0"/>
                <w:sz w:val="19"/>
              </w:rPr>
              <w:t>b) Orta Çağ’daki başlıca medeniyet havzalarının bilim, kültür ve sanata etkilerine ilişkin belirlediği kaynakları inceleyerek araştırmasına dair bilgileri tespit eder.</w:t>
            </w:r>
          </w:p>
          <w:p>
            <w:pPr>
              <w:spacing w:after="0"/>
            </w:pPr>
            <w:r>
              <w:rPr>
                <w:b w:val="0"/>
                <w:sz w:val="19"/>
              </w:rPr>
              <w:t>c) Orta Çağ’daki başlıca medeniyet havzalarının bilim, kültür ve sanata etkilerine ilişkin kullanacağı kaynakların sınırlılığını sorgular.</w:t>
            </w:r>
          </w:p>
          <w:p>
            <w:pPr>
              <w:spacing w:after="0"/>
            </w:pPr>
            <w:r>
              <w:rPr>
                <w:b w:val="0"/>
                <w:sz w:val="19"/>
              </w:rPr>
              <w:t>ç) Orta Çağ’daki başlıca medeniyet havzalarının bilim, kültür ve sanata etkilerine ilişkin kaynaklardan araştırmasına uygun olarak belirlediği bilgileri yorumlar.</w:t>
            </w:r>
          </w:p>
          <w:p>
            <w:pPr>
              <w:spacing w:after="0"/>
            </w:pPr>
            <w:r>
              <w:rPr>
                <w:b w:val="0"/>
                <w:sz w:val="19"/>
              </w:rPr>
              <w:t>d) Orta Çağ’daki başlıca medeniyet havzalarının bilim, kültür ve sanata etkilerine ilişkin kanıtlara dayanarak oluşturduğu araştırmasını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D10. Mütevazılık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OB5. Kültür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(TAR.9.3.4. Orta Çağ’daki başlıca medeniyet havzalarının bilim, kültür ve sanata etkilerine ilişkin oluşturduğu ürünleri paylaşabilme)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değişim ve süreklilik formu, bilgi görseli ve performans görevleri ile değerlendirilebilir.</w:t>
            </w:r>
          </w:p>
          <w:p>
            <w:pPr>
              <w:spacing w:after="0"/>
            </w:pPr>
            <w:r>
              <w:rPr>
                <w:b w:val="0"/>
                <w:sz w:val="19"/>
              </w:rPr>
              <w:t>Orta Çağ’da yaşanan kitlesel göçlerin Avrupa ve Asya’da meydana getirdiği değişimin neden ve sonuçlarına ilişkin değişim ve süreklilik formu kullanılabilir. Öğrencilerden Orta Çağ’da öne çıkan devletlerin yönetim ve ordu yapılarının benzerlik ve farklılıklarını karşılaştıran bilgi görseli hazırlamaları istenebilir. Performans görevi olarak Orta Çağ’daki ticaret yollarının devlet ve toplumların siyasi, ekonomik ve kültürel ilişkilerine etkisini ortaya koyan bir zihin haritası hazırlamaları ve hazırladıkları çalışmayı sunmaları istenebilir. Zihin haritasının değerlendirilmesinde soru sorma, ilişkileri çözümleme, çıkarımda bulunma, kaynak ve bilgi kullanımı; bilgi görselinin değerlendirilmesinde ise yönetim ve ordu yapılarının özelliklerini belirleme, benzerlikleri belirtme, farklılıkları belirtme gibi ölçütlerden oluşan dereceli puanlama anahtarı kullanılabilir. Öğrencilere Orta Çağ’daki başlıca medeniyet havzalarının bilim, kültür ve sanata etkilerine ilişkin araştırma raporu hazırlanmasına yönelik bir performans görevi verilebilir. Hazırlanan araştırma raporu ve sunum; kaynaklardan bilgi toplama, kaynakların çeşitliliği ve güvenilirliği, kaynakları yorumlama, sunum yapma, özgünlük gibi ölçütler kullanılarak oluşturulan dereceli puanlama anahtarıyla değerlendirilebilir. Ayrıca hazırlanan dereceli puanlama anahtarı grup değerlendirme formu ve araştırma sürecinde kullanılan kontrol listesi öz değerlendirme formu olarak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35. 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 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ORTA ÇAĞ MEDENİYETLERİ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Orta Çağ’daki Başlıca Medeniyet Havzalarında Bilim, Kültür ve Sanat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TAR.9.3.4. Orta Çağ’daki başlıca medeniyet havzalarının bilim, kültür ve sanata etkilerine ilişkin oluşturduğu ürünleri paylaşabilme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Araştırmasında belirlediği kaynaklardan Orta Çağ’daki başlıca medeniyet havzalarının bilim, kültür ve sanata etkilerine ilişkin bilgi toplar.</w:t>
            </w:r>
          </w:p>
          <w:p>
            <w:pPr>
              <w:spacing w:after="0"/>
            </w:pPr>
            <w:r>
              <w:rPr>
                <w:b w:val="0"/>
                <w:sz w:val="19"/>
              </w:rPr>
              <w:t>b) Orta Çağ’daki başlıca medeniyet havzalarının bilim, kültür ve sanata etkilerine ilişkin belirlediği kaynakları inceleyerek araştırmasına dair bilgileri tespit eder.</w:t>
            </w:r>
          </w:p>
          <w:p>
            <w:pPr>
              <w:spacing w:after="0"/>
            </w:pPr>
            <w:r>
              <w:rPr>
                <w:b w:val="0"/>
                <w:sz w:val="19"/>
              </w:rPr>
              <w:t>c) Orta Çağ’daki başlıca medeniyet havzalarının bilim, kültür ve sanata etkilerine ilişkin kullanacağı kaynakların sınırlılığını sorgular.</w:t>
            </w:r>
          </w:p>
          <w:p>
            <w:pPr>
              <w:spacing w:after="0"/>
            </w:pPr>
            <w:r>
              <w:rPr>
                <w:b w:val="0"/>
                <w:sz w:val="19"/>
              </w:rPr>
              <w:t>ç) Orta Çağ’daki başlıca medeniyet havzalarının bilim, kültür ve sanata etkilerine ilişkin kaynaklardan araştırmasına uygun olarak belirlediği bilgileri yorumlar.</w:t>
            </w:r>
          </w:p>
          <w:p>
            <w:pPr>
              <w:spacing w:after="0"/>
            </w:pPr>
            <w:r>
              <w:rPr>
                <w:b w:val="0"/>
                <w:sz w:val="19"/>
              </w:rPr>
              <w:t>d) Orta Çağ’daki başlıca medeniyet havzalarının bilim, kültür ve sanata etkilerine ilişkin kanıtlara dayanarak oluşturduğu araştırmasını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D10. Mütevazılık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OB5. Kültür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(TAR.9.3.4. Orta Çağ’daki başlıca medeniyet havzalarının bilim, kültür ve sanata etkilerine ilişkin oluşturduğu ürünleri paylaşabilme)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ünitedeki öğrenme çıktıları; değişim ve süreklilik formu, bilgi görseli ve performans görevleri ile değerlendirilebilir.</w:t>
            </w:r>
          </w:p>
          <w:p>
            <w:pPr>
              <w:spacing w:after="0"/>
            </w:pPr>
            <w:r>
              <w:rPr>
                <w:b w:val="0"/>
                <w:sz w:val="19"/>
              </w:rPr>
              <w:t>Orta Çağ’da yaşanan kitlesel göçlerin Avrupa ve Asya’da meydana getirdiği değişimin neden ve sonuçlarına ilişkin değişim ve süreklilik formu kullanılabilir. Öğrencilerden Orta Çağ’da öne çıkan devletlerin yönetim ve ordu yapılarının benzerlik ve farklılıklarını karşılaştıran bilgi görseli hazırlamaları istenebilir. Performans görevi olarak Orta Çağ’daki ticaret yollarının devlet ve toplumların siyasi, ekonomik ve kültürel ilişkilerine etkisini ortaya koyan bir zihin haritası hazırlamaları ve hazırladıkları çalışmayı sunmaları istenebilir. Zihin haritasının değerlendirilmesinde soru sorma, ilişkileri çözümleme, çıkarımda bulunma, kaynak ve bilgi kullanımı; bilgi görselinin değerlendirilmesinde ise yönetim ve ordu yapılarının özelliklerini belirleme, benzerlikleri belirtme, farklılıkları belirtme gibi ölçütlerden oluşan dereceli puanlama anahtarı kullanılabilir. Öğrencilere Orta Çağ’daki başlıca medeniyet havzalarının bilim, kültür ve sanata etkilerine ilişkin araştırma raporu hazırlanmasına yönelik bir performans görevi verilebilir. Hazırlanan araştırma raporu ve sunum; kaynaklardan bilgi toplama, kaynakların çeşitliliği ve güvenilirliği, kaynakları yorumlama, sunum yapma, özgünlük gibi ölçütler kullanılarak oluşturulan dereceli puanlama anahtarıyla değerlendirilebilir. Ayrıca hazırlanan dereceli puanlama anahtarı grup değerlendirme formu ve araştırma sürecinde kullanılan kontrol listesi öz değerlendirme formu olarak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TARİH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Tarih</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gelişime hizmet etmelidir. </w:t>
            </w:r>
          </w:p>
          <w:p>
            <w:pPr>
              <w:spacing w:after="0"/>
            </w:pPr>
            <w:r>
              <w:rPr>
                <w:b w:val="0"/>
                <w:sz w:val="19"/>
              </w:rPr>
              <w:t>*Bu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9. Sınıf Tarih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