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9. SINIF TÜRK DİLİ VE EDEBİYATI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1.TEMA SÖZÜN İNCELİĞİ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OKUMA </w:t>
            </w:r>
          </w:p>
          <w:p>
            <w:pPr>
              <w:spacing w:after="0"/>
            </w:pPr>
            <w:r>
              <w:rPr>
                <w:b w:val="0"/>
                <w:sz w:val="19"/>
              </w:rPr>
              <w:t xml:space="preserve"> • Tema içeriğine uygun</w:t>
            </w:r>
          </w:p>
          <w:p>
            <w:pPr>
              <w:spacing w:after="0"/>
            </w:pPr>
            <w:r>
              <w:rPr>
                <w:b w:val="0"/>
                <w:sz w:val="19"/>
              </w:rPr>
              <w:t>bir şiir</w:t>
            </w:r>
          </w:p>
          <w:p>
            <w:pPr>
              <w:spacing w:after="0"/>
            </w:pPr>
            <w:r>
              <w:rPr>
                <w:b w:val="0"/>
                <w:sz w:val="19"/>
              </w:rPr>
              <w:t>• Tema içeriğine uygun</w:t>
            </w:r>
          </w:p>
          <w:p>
            <w:pPr>
              <w:spacing w:after="0"/>
            </w:pPr>
            <w:r>
              <w:rPr>
                <w:b w:val="0"/>
                <w:sz w:val="19"/>
              </w:rPr>
              <w:t>bir deneme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TDE2.1. “Sözün İnceliği” temasında ele alınan metinlerde okumayı yönetebilme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TDE2.1.1. İnceler ve görüş oluşturur.</w:t>
            </w:r>
          </w:p>
          <w:p>
            <w:pPr>
              <w:spacing w:after="0"/>
            </w:pPr>
            <w:r>
              <w:rPr>
                <w:b w:val="0"/>
                <w:sz w:val="19"/>
              </w:rPr>
              <w:t>• Metni okumaya başlamadan önce okuma amacını belirler.</w:t>
            </w:r>
          </w:p>
          <w:p>
            <w:pPr>
              <w:spacing w:after="0"/>
            </w:pPr>
            <w:r>
              <w:rPr>
                <w:b w:val="0"/>
                <w:sz w:val="19"/>
              </w:rPr>
              <w:t>• Okuyacağı metnin başlık ve görsellerinden hareketle metnin içeriğine, türüne veya yazılış amacına yönelik tahminde bulunur.</w:t>
            </w:r>
          </w:p>
          <w:p>
            <w:pPr>
              <w:spacing w:after="0"/>
            </w:pPr>
            <w:r>
              <w:rPr>
                <w:b w:val="0"/>
                <w:sz w:val="19"/>
              </w:rPr>
              <w:t>b) TDE2.1.2. Seçim yapar.</w:t>
            </w:r>
          </w:p>
          <w:p>
            <w:pPr>
              <w:spacing w:after="0"/>
            </w:pPr>
            <w:r>
              <w:rPr>
                <w:b w:val="0"/>
                <w:sz w:val="19"/>
              </w:rPr>
              <w:t>• Okuyacağı metin için uygun okuma yöntem ve stratejisi seçer.</w:t>
            </w:r>
          </w:p>
          <w:p>
            <w:pPr>
              <w:spacing w:after="0"/>
            </w:pPr>
            <w:r>
              <w:rPr>
                <w:b w:val="0"/>
                <w:sz w:val="19"/>
              </w:rPr>
              <w:t>• Seçtiği okuma stratejisi ile okumayı sürdürür.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D7. Estetik 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(TDE2.1. “Sözün İnceliği” temasında ele alınan metinlerde okumayı yönetebilme)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İzleme testi</w:t>
            </w:r>
          </w:p>
          <w:p>
            <w:pPr>
              <w:spacing w:after="0"/>
            </w:pPr>
            <w:r>
              <w:rPr>
                <w:b w:val="0"/>
                <w:sz w:val="19"/>
              </w:rPr>
              <w:t>• Zihin haritası</w:t>
            </w:r>
          </w:p>
          <w:p>
            <w:pPr>
              <w:spacing w:after="0"/>
            </w:pPr>
            <w:r>
              <w:rPr>
                <w:b w:val="0"/>
                <w:sz w:val="19"/>
              </w:rPr>
              <w:t>• Açık uçlu sorular</w:t>
            </w:r>
          </w:p>
          <w:p>
            <w:pPr>
              <w:spacing w:after="0"/>
            </w:pPr>
            <w:r>
              <w:rPr>
                <w:b w:val="0"/>
                <w:sz w:val="19"/>
              </w:rPr>
              <w:t>• Kontrol listesi</w:t>
            </w:r>
          </w:p>
          <w:p>
            <w:pPr>
              <w:spacing w:after="0"/>
            </w:pPr>
            <w:r>
              <w:rPr>
                <w:b w:val="0"/>
                <w:sz w:val="19"/>
              </w:rPr>
              <w:t>• Çıkış kartı (3-2-1)</w:t>
            </w:r>
          </w:p>
          <w:p>
            <w:pPr>
              <w:spacing w:after="0"/>
            </w:pPr>
            <w:r>
              <w:rPr>
                <w:b w:val="0"/>
                <w:sz w:val="19"/>
              </w:rPr>
              <w:t>• Karşılaştırma tablosu</w:t>
            </w:r>
          </w:p>
          <w:p>
            <w:pPr>
              <w:spacing w:after="0"/>
            </w:pPr>
            <w:r>
              <w:rPr>
                <w:b w:val="0"/>
                <w:sz w:val="19"/>
              </w:rPr>
              <w:t>• Öğrenme günlüğü</w:t>
            </w:r>
          </w:p>
          <w:p>
            <w:pPr>
              <w:spacing w:after="0"/>
            </w:pPr>
            <w:r>
              <w:rPr>
                <w:b w:val="0"/>
                <w:sz w:val="19"/>
              </w:rPr>
              <w:t>Edebî söyleyişin inceliğini yansıtan metinlerde okumaya yönelik izleme testi, zihin haritası, açık uçlu sorular ve çıkış kartı kullanılabilir. Dinleme/izleme metinleri ile ilgili olarak da</w:t>
            </w:r>
          </w:p>
          <w:p>
            <w:pPr>
              <w:spacing w:after="0"/>
            </w:pPr>
            <w:r>
              <w:rPr>
                <w:b w:val="0"/>
                <w:sz w:val="19"/>
              </w:rPr>
              <w:t>kontrol listesi ve karşılaştırma tablosu hazırlanabilir. Öz yansıtmada öz değerlendirme ile akran ve grup değerlendirmeleri yapılabilir.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şiiri betimleyici bir paragrafa dönüştürmelerine yönelik bir</w:t>
            </w:r>
          </w:p>
          <w:p>
            <w:pPr>
              <w:spacing w:after="0"/>
            </w:pPr>
            <w:r>
              <w:rPr>
                <w:b w:val="0"/>
                <w:sz w:val="19"/>
              </w:rPr>
              <w:t>performans görevi</w:t>
            </w:r>
          </w:p>
          <w:p>
            <w:pPr>
              <w:spacing w:after="0"/>
            </w:pPr>
            <w:r>
              <w:rPr>
                <w:b w:val="0"/>
                <w:sz w:val="19"/>
              </w:rPr>
              <w:t>• Deneme metinlerinden hareketle düşünme tekniklerini kullanarak konuşma yapabilmelerine</w:t>
            </w:r>
          </w:p>
          <w:p>
            <w:pPr>
              <w:spacing w:after="0"/>
            </w:pPr>
            <w:r>
              <w:rPr>
                <w:b w:val="0"/>
                <w:sz w:val="19"/>
              </w:rPr>
              <w:t>yönelik performans görevi</w:t>
            </w:r>
          </w:p>
          <w:p>
            <w:pPr>
              <w:spacing w:after="0"/>
            </w:pPr>
            <w:r>
              <w:rPr>
                <w:b w:val="0"/>
                <w:sz w:val="19"/>
              </w:rPr>
              <w:t>Edebî söyleyişin inceliğini yansıtan metinlerde yazma sürecinde öğrencilere okudukları</w:t>
            </w:r>
          </w:p>
          <w:p>
            <w:pPr>
              <w:spacing w:after="0"/>
            </w:pPr>
            <w:r>
              <w:rPr>
                <w:b w:val="0"/>
                <w:sz w:val="19"/>
              </w:rPr>
              <w:t>bir şiiri betimleyici paragrafa dönüştürmelerine ilişkin bir performans görevi verilir. Öğrencilerin</w:t>
            </w:r>
          </w:p>
          <w:p>
            <w:pPr>
              <w:spacing w:after="0"/>
            </w:pPr>
            <w:r>
              <w:rPr>
                <w:b w:val="0"/>
                <w:sz w:val="19"/>
              </w:rPr>
              <w:t>bu çalışmaları dereceli puanlama anahtarı ile değerlendirilir. Puanlama anahtarında</w:t>
            </w:r>
          </w:p>
          <w:p>
            <w:pPr>
              <w:spacing w:after="0"/>
            </w:pPr>
            <w:r>
              <w:rPr>
                <w:b w:val="0"/>
                <w:sz w:val="19"/>
              </w:rPr>
              <w:t>ana duygu, yazma akıcılığı, betimleyici anlatım özellikleri (tasvir vb.), yazım ve noktalama</w:t>
            </w:r>
          </w:p>
          <w:p>
            <w:pPr>
              <w:spacing w:after="0"/>
            </w:pPr>
            <w:r>
              <w:rPr>
                <w:b w:val="0"/>
                <w:sz w:val="19"/>
              </w:rPr>
              <w:t>vb. ölçütler yer alır.</w:t>
            </w:r>
          </w:p>
          <w:p>
            <w:pPr>
              <w:spacing w:after="0"/>
            </w:pPr>
            <w:r>
              <w:rPr>
                <w:b w:val="0"/>
                <w:sz w:val="19"/>
              </w:rPr>
              <w:t>Konuşma sürecinde öğrencilere, düşünme tekniklerini kullanarak fikir geliştirmelerine</w:t>
            </w:r>
          </w:p>
          <w:p>
            <w:pPr>
              <w:spacing w:after="0"/>
            </w:pPr>
            <w:r>
              <w:rPr>
                <w:b w:val="0"/>
                <w:sz w:val="19"/>
              </w:rPr>
              <w:t>yönelik bir performans görevi verilir. Grup çalışması olarak gerçekleştirilecek bu görev</w:t>
            </w:r>
          </w:p>
          <w:p>
            <w:pPr>
              <w:spacing w:after="0"/>
            </w:pPr>
            <w:r>
              <w:rPr>
                <w:b w:val="0"/>
                <w:sz w:val="19"/>
              </w:rPr>
              <w:t>dereceli puanlama anahtarı ile değerlendirilir. Puanlama anahtarında planlama, organizasyon, zaman yönetimi ve düşünsel süreçleri kontrol etme yetenekleri, grup çalışması</w:t>
            </w:r>
          </w:p>
          <w:p>
            <w:pPr>
              <w:spacing w:after="0"/>
            </w:pPr>
            <w:r>
              <w:rPr>
                <w:b w:val="0"/>
                <w:sz w:val="19"/>
              </w:rPr>
              <w:t>vb. ölçütler dikkate alınır.</w:t>
            </w:r>
          </w:p>
          <w:p>
            <w:pPr>
              <w:spacing w:after="0"/>
            </w:pPr>
            <w:r>
              <w:rPr>
                <w:b w:val="0"/>
                <w:sz w:val="19"/>
              </w:rPr>
              <w:t>Tema sonu değerlendirmesi için öğrenme günlüğü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1.TEMA SÖZÜN İNCELİĞİ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OKUMA </w:t>
            </w:r>
          </w:p>
          <w:p>
            <w:pPr>
              <w:spacing w:after="0"/>
            </w:pPr>
            <w:r>
              <w:rPr>
                <w:b w:val="0"/>
                <w:sz w:val="19"/>
              </w:rPr>
              <w:t xml:space="preserve"> • Tema içeriğine uygun</w:t>
            </w:r>
          </w:p>
          <w:p>
            <w:pPr>
              <w:spacing w:after="0"/>
            </w:pPr>
            <w:r>
              <w:rPr>
                <w:b w:val="0"/>
                <w:sz w:val="19"/>
              </w:rPr>
              <w:t>bir şiir</w:t>
            </w:r>
          </w:p>
          <w:p>
            <w:pPr>
              <w:spacing w:after="0"/>
            </w:pPr>
            <w:r>
              <w:rPr>
                <w:b w:val="0"/>
                <w:sz w:val="19"/>
              </w:rPr>
              <w:t>• Tema içeriğine uygun</w:t>
            </w:r>
          </w:p>
          <w:p>
            <w:pPr>
              <w:spacing w:after="0"/>
            </w:pPr>
            <w:r>
              <w:rPr>
                <w:b w:val="0"/>
                <w:sz w:val="19"/>
              </w:rPr>
              <w:t>bir deneme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TDE2.2. “Sözün İnceliği” temasında ele alınan metinlerde anlam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TDE2.2.1. Ön bilgilerle bağlantı kurar.</w:t>
            </w:r>
          </w:p>
          <w:p>
            <w:pPr>
              <w:spacing w:after="0"/>
            </w:pPr>
            <w:r>
              <w:rPr>
                <w:b w:val="0"/>
                <w:sz w:val="19"/>
              </w:rPr>
              <w:t>• Okuma metnindeki bilgiler ile ön bilgileri arasında bağlantı kurar.</w:t>
            </w:r>
          </w:p>
          <w:p>
            <w:pPr>
              <w:spacing w:after="0"/>
            </w:pPr>
            <w:r>
              <w:rPr>
                <w:b w:val="0"/>
                <w:sz w:val="19"/>
              </w:rPr>
              <w:t>b) TDE2.2.2. Tahmin eder.</w:t>
            </w:r>
          </w:p>
          <w:p>
            <w:pPr>
              <w:spacing w:after="0"/>
            </w:pPr>
            <w:r>
              <w:rPr>
                <w:b w:val="0"/>
                <w:sz w:val="19"/>
              </w:rPr>
              <w:t>• Metindeki söz varlığının anlamını bağlamdan hareketle belirler.</w:t>
            </w:r>
          </w:p>
          <w:p>
            <w:pPr>
              <w:spacing w:after="0"/>
            </w:pPr>
            <w:r>
              <w:rPr>
                <w:b w:val="0"/>
                <w:sz w:val="19"/>
              </w:rPr>
              <w:t>c) TDE2.2.3. Çıkarım yapar.</w:t>
            </w:r>
          </w:p>
          <w:p>
            <w:pPr>
              <w:spacing w:after="0"/>
            </w:pPr>
            <w:r>
              <w:rPr>
                <w:b w:val="0"/>
                <w:sz w:val="19"/>
              </w:rPr>
              <w:t>• Metinde açıkça sunulan bilgileri belirler.</w:t>
            </w:r>
          </w:p>
          <w:p>
            <w:pPr>
              <w:spacing w:after="0"/>
            </w:pPr>
            <w:r>
              <w:rPr>
                <w:b w:val="0"/>
                <w:sz w:val="19"/>
              </w:rPr>
              <w:t>• Metinden hareketle çıkarım yapar.</w:t>
            </w:r>
          </w:p>
          <w:p>
            <w:pPr>
              <w:spacing w:after="0"/>
            </w:pPr>
            <w:r>
              <w:rPr>
                <w:b w:val="0"/>
                <w:sz w:val="19"/>
              </w:rPr>
              <w:t>• Metinde açıkça ifade edilen neden-sonuç, koşul, varsayım bilgilerini belirler.</w:t>
            </w:r>
          </w:p>
          <w:p>
            <w:pPr>
              <w:spacing w:after="0"/>
            </w:pPr>
            <w:r>
              <w:rPr>
                <w:b w:val="0"/>
                <w:sz w:val="19"/>
              </w:rPr>
              <w:t>• Metnin konu ve/veya temasını belirler.</w:t>
            </w:r>
          </w:p>
          <w:p>
            <w:pPr>
              <w:spacing w:after="0"/>
            </w:pPr>
            <w:r>
              <w:rPr>
                <w:b w:val="0"/>
                <w:sz w:val="19"/>
              </w:rPr>
              <w:t>• Metnin yardımcı düşüncelerini belirler.</w:t>
            </w:r>
          </w:p>
          <w:p>
            <w:pPr>
              <w:spacing w:after="0"/>
            </w:pPr>
            <w:r>
              <w:rPr>
                <w:b w:val="0"/>
                <w:sz w:val="19"/>
              </w:rPr>
              <w:t>• Metnin ana düşüncesini/duygusunu belirler.</w:t>
            </w:r>
          </w:p>
          <w:p>
            <w:pPr>
              <w:spacing w:after="0"/>
            </w:pPr>
            <w:r>
              <w:rPr>
                <w:b w:val="0"/>
                <w:sz w:val="19"/>
              </w:rPr>
              <w:t>• Yazarın metni yazma amacını belirler.</w:t>
            </w:r>
          </w:p>
          <w:p>
            <w:pPr>
              <w:spacing w:after="0"/>
            </w:pPr>
            <w:r>
              <w:rPr>
                <w:b w:val="0"/>
                <w:sz w:val="19"/>
              </w:rPr>
              <w:t>• Metinde yer alan iletilerin sunuluş şeklini inceler.</w:t>
            </w:r>
          </w:p>
          <w:p>
            <w:pPr>
              <w:spacing w:after="0"/>
            </w:pPr>
            <w:r>
              <w:rPr>
                <w:b w:val="0"/>
                <w:sz w:val="19"/>
              </w:rPr>
              <w:t>• Metinde geçen söz sanatlarını belirler.</w:t>
            </w:r>
          </w:p>
          <w:p>
            <w:pPr>
              <w:spacing w:after="0"/>
            </w:pPr>
            <w:r>
              <w:rPr>
                <w:b w:val="0"/>
                <w:sz w:val="19"/>
              </w:rPr>
              <w:t>• Metindeki karakterlerin davranışlarından duygu ve düşüncelerine yönelik çıkarımlar yapar.</w:t>
            </w:r>
          </w:p>
          <w:p>
            <w:pPr>
              <w:spacing w:after="0"/>
            </w:pPr>
            <w:r>
              <w:rPr>
                <w:b w:val="0"/>
                <w:sz w:val="19"/>
              </w:rPr>
              <w:t>• Metin ile yazar arasındaki ilişkiyi belirler.</w:t>
            </w:r>
          </w:p>
          <w:p>
            <w:pPr>
              <w:spacing w:after="0"/>
            </w:pPr>
            <w:r>
              <w:rPr>
                <w:b w:val="0"/>
                <w:sz w:val="19"/>
              </w:rPr>
              <w:t>ç) TDE2.2.4. Karşılaştırır.</w:t>
            </w:r>
          </w:p>
          <w:p>
            <w:pPr>
              <w:spacing w:after="0"/>
            </w:pPr>
            <w:r>
              <w:rPr>
                <w:b w:val="0"/>
                <w:sz w:val="19"/>
              </w:rPr>
              <w:t>• Metin öncesi tahminleri ile okuma içeriğini karşılaştırır.</w:t>
            </w:r>
          </w:p>
          <w:p>
            <w:pPr>
              <w:spacing w:after="0"/>
            </w:pPr>
            <w:r>
              <w:rPr>
                <w:b w:val="0"/>
                <w:sz w:val="19"/>
              </w:rPr>
              <w:t>• Okuduğu metinleri belirlenen ölçütlere (içerik, tür, şekil, dönem, zihniyet, üslup ve ileti) göre karşılaştırır.</w:t>
            </w:r>
          </w:p>
          <w:p>
            <w:pPr>
              <w:spacing w:after="0"/>
            </w:pPr>
            <w:r>
              <w:rPr>
                <w:b w:val="0"/>
                <w:sz w:val="19"/>
              </w:rPr>
              <w:t>d) TDE2.2.5. Sınıflandırır.</w:t>
            </w:r>
          </w:p>
          <w:p>
            <w:pPr>
              <w:spacing w:after="0"/>
            </w:pPr>
            <w:r>
              <w:rPr>
                <w:b w:val="0"/>
                <w:sz w:val="19"/>
              </w:rPr>
              <w:t>• Okuduğu metinleri belirlenen ölçütlere (içerik, tür, şekil, dönem, zihniyet, üslup ve ileti) göre sınıflandırır.</w:t>
            </w:r>
          </w:p>
          <w:p>
            <w:pPr>
              <w:spacing w:after="0"/>
            </w:pPr>
            <w:r>
              <w:rPr>
                <w:b w:val="0"/>
                <w:sz w:val="19"/>
              </w:rPr>
              <w:t>• Metindeki gerçek ve kurgu arasındaki farkı belirler.</w:t>
            </w:r>
          </w:p>
          <w:p>
            <w:pPr>
              <w:spacing w:after="0"/>
            </w:pPr>
            <w:r>
              <w:rPr>
                <w:b w:val="0"/>
                <w:sz w:val="19"/>
              </w:rPr>
              <w:t>• Metindeki öznel ve nesnel ifadeleri ayırt eder.</w:t>
            </w:r>
          </w:p>
          <w:p>
            <w:pPr>
              <w:spacing w:after="0"/>
            </w:pPr>
            <w:r>
              <w:rPr>
                <w:b w:val="0"/>
                <w:sz w:val="19"/>
              </w:rPr>
              <w:t>• Metindeki bilgilerin güvenilir olup olmadığını belirler.</w:t>
            </w:r>
          </w:p>
          <w:p>
            <w:pPr>
              <w:spacing w:after="0"/>
            </w:pPr>
            <w:r>
              <w:rPr>
                <w:b w:val="0"/>
                <w:sz w:val="19"/>
              </w:rPr>
              <w:t>e) TDE2.2.6. Tepki verir.</w:t>
            </w:r>
          </w:p>
          <w:p>
            <w:pPr>
              <w:spacing w:after="0"/>
            </w:pPr>
            <w:r>
              <w:rPr>
                <w:b w:val="0"/>
                <w:sz w:val="19"/>
              </w:rPr>
              <w:t>• Metni özetler.</w:t>
            </w:r>
          </w:p>
          <w:p>
            <w:pPr>
              <w:spacing w:after="0"/>
            </w:pPr>
            <w:r>
              <w:rPr>
                <w:b w:val="0"/>
                <w:sz w:val="19"/>
              </w:rPr>
              <w:t>• Okuduğu metinlere yönelik geri bildirimler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D7. Estetik 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(TDE2.2. “Sözün İnceliği” temasında ele alınan metinlerde anlam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İzleme testi</w:t>
            </w:r>
          </w:p>
          <w:p>
            <w:pPr>
              <w:spacing w:after="0"/>
            </w:pPr>
            <w:r>
              <w:rPr>
                <w:b w:val="0"/>
                <w:sz w:val="19"/>
              </w:rPr>
              <w:t>• Zihin haritası</w:t>
            </w:r>
          </w:p>
          <w:p>
            <w:pPr>
              <w:spacing w:after="0"/>
            </w:pPr>
            <w:r>
              <w:rPr>
                <w:b w:val="0"/>
                <w:sz w:val="19"/>
              </w:rPr>
              <w:t>• Açık uçlu sorular</w:t>
            </w:r>
          </w:p>
          <w:p>
            <w:pPr>
              <w:spacing w:after="0"/>
            </w:pPr>
            <w:r>
              <w:rPr>
                <w:b w:val="0"/>
                <w:sz w:val="19"/>
              </w:rPr>
              <w:t>• Kontrol listesi</w:t>
            </w:r>
          </w:p>
          <w:p>
            <w:pPr>
              <w:spacing w:after="0"/>
            </w:pPr>
            <w:r>
              <w:rPr>
                <w:b w:val="0"/>
                <w:sz w:val="19"/>
              </w:rPr>
              <w:t>• Çıkış kartı (3-2-1)</w:t>
            </w:r>
          </w:p>
          <w:p>
            <w:pPr>
              <w:spacing w:after="0"/>
            </w:pPr>
            <w:r>
              <w:rPr>
                <w:b w:val="0"/>
                <w:sz w:val="19"/>
              </w:rPr>
              <w:t>• Karşılaştırma tablosu</w:t>
            </w:r>
          </w:p>
          <w:p>
            <w:pPr>
              <w:spacing w:after="0"/>
            </w:pPr>
            <w:r>
              <w:rPr>
                <w:b w:val="0"/>
                <w:sz w:val="19"/>
              </w:rPr>
              <w:t>• Öğrenme günlüğü</w:t>
            </w:r>
          </w:p>
          <w:p>
            <w:pPr>
              <w:spacing w:after="0"/>
            </w:pPr>
            <w:r>
              <w:rPr>
                <w:b w:val="0"/>
                <w:sz w:val="19"/>
              </w:rPr>
              <w:t>Edebî söyleyişin inceliğini yansıtan metinlerde okumaya yönelik izleme testi, zihin haritası, açık uçlu sorular ve çıkış kartı kullanılabilir. Dinleme/izleme metinleri ile ilgili olarak da</w:t>
            </w:r>
          </w:p>
          <w:p>
            <w:pPr>
              <w:spacing w:after="0"/>
            </w:pPr>
            <w:r>
              <w:rPr>
                <w:b w:val="0"/>
                <w:sz w:val="19"/>
              </w:rPr>
              <w:t>kontrol listesi ve karşılaştırma tablosu hazırlanabilir. Öz yansıtmada öz değerlendirme ile akran ve grup değerlendirmeleri yapılabilir.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şiiri betimleyici bir paragrafa dönüştürmelerine yönelik bir</w:t>
            </w:r>
          </w:p>
          <w:p>
            <w:pPr>
              <w:spacing w:after="0"/>
            </w:pPr>
            <w:r>
              <w:rPr>
                <w:b w:val="0"/>
                <w:sz w:val="19"/>
              </w:rPr>
              <w:t>performans görevi</w:t>
            </w:r>
          </w:p>
          <w:p>
            <w:pPr>
              <w:spacing w:after="0"/>
            </w:pPr>
            <w:r>
              <w:rPr>
                <w:b w:val="0"/>
                <w:sz w:val="19"/>
              </w:rPr>
              <w:t>• Deneme metinlerinden hareketle düşünme tekniklerini kullanarak konuşma yapabilmelerine</w:t>
            </w:r>
          </w:p>
          <w:p>
            <w:pPr>
              <w:spacing w:after="0"/>
            </w:pPr>
            <w:r>
              <w:rPr>
                <w:b w:val="0"/>
                <w:sz w:val="19"/>
              </w:rPr>
              <w:t>yönelik performans görevi</w:t>
            </w:r>
          </w:p>
          <w:p>
            <w:pPr>
              <w:spacing w:after="0"/>
            </w:pPr>
            <w:r>
              <w:rPr>
                <w:b w:val="0"/>
                <w:sz w:val="19"/>
              </w:rPr>
              <w:t>Edebî söyleyişin inceliğini yansıtan metinlerde yazma sürecinde öğrencilere okudukları</w:t>
            </w:r>
          </w:p>
          <w:p>
            <w:pPr>
              <w:spacing w:after="0"/>
            </w:pPr>
            <w:r>
              <w:rPr>
                <w:b w:val="0"/>
                <w:sz w:val="19"/>
              </w:rPr>
              <w:t>bir şiiri betimleyici paragrafa dönüştürmelerine ilişkin bir performans görevi verilir. Öğrencilerin</w:t>
            </w:r>
          </w:p>
          <w:p>
            <w:pPr>
              <w:spacing w:after="0"/>
            </w:pPr>
            <w:r>
              <w:rPr>
                <w:b w:val="0"/>
                <w:sz w:val="19"/>
              </w:rPr>
              <w:t>bu çalışmaları dereceli puanlama anahtarı ile değerlendirilir. Puanlama anahtarında</w:t>
            </w:r>
          </w:p>
          <w:p>
            <w:pPr>
              <w:spacing w:after="0"/>
            </w:pPr>
            <w:r>
              <w:rPr>
                <w:b w:val="0"/>
                <w:sz w:val="19"/>
              </w:rPr>
              <w:t>ana duygu, yazma akıcılığı, betimleyici anlatım özellikleri (tasvir vb.), yazım ve noktalama</w:t>
            </w:r>
          </w:p>
          <w:p>
            <w:pPr>
              <w:spacing w:after="0"/>
            </w:pPr>
            <w:r>
              <w:rPr>
                <w:b w:val="0"/>
                <w:sz w:val="19"/>
              </w:rPr>
              <w:t>vb. ölçütler yer alır.</w:t>
            </w:r>
          </w:p>
          <w:p>
            <w:pPr>
              <w:spacing w:after="0"/>
            </w:pPr>
            <w:r>
              <w:rPr>
                <w:b w:val="0"/>
                <w:sz w:val="19"/>
              </w:rPr>
              <w:t>Konuşma sürecinde öğrencilere, düşünme tekniklerini kullanarak fikir geliştirmelerine</w:t>
            </w:r>
          </w:p>
          <w:p>
            <w:pPr>
              <w:spacing w:after="0"/>
            </w:pPr>
            <w:r>
              <w:rPr>
                <w:b w:val="0"/>
                <w:sz w:val="19"/>
              </w:rPr>
              <w:t>yönelik bir performans görevi verilir. Grup çalışması olarak gerçekleştirilecek bu görev</w:t>
            </w:r>
          </w:p>
          <w:p>
            <w:pPr>
              <w:spacing w:after="0"/>
            </w:pPr>
            <w:r>
              <w:rPr>
                <w:b w:val="0"/>
                <w:sz w:val="19"/>
              </w:rPr>
              <w:t>dereceli puanlama anahtarı ile değerlendirilir. Puanlama anahtarında planlama, organizasyon, zaman yönetimi ve düşünsel süreçleri kontrol etme yetenekleri, grup çalışması</w:t>
            </w:r>
          </w:p>
          <w:p>
            <w:pPr>
              <w:spacing w:after="0"/>
            </w:pPr>
            <w:r>
              <w:rPr>
                <w:b w:val="0"/>
                <w:sz w:val="19"/>
              </w:rPr>
              <w:t>vb. ölçütler dikkate alınır.</w:t>
            </w:r>
          </w:p>
          <w:p>
            <w:pPr>
              <w:spacing w:after="0"/>
            </w:pPr>
            <w:r>
              <w:rPr>
                <w:b w:val="0"/>
                <w:sz w:val="19"/>
              </w:rPr>
              <w:t>Tema sonu değerlendirmesi için öğrenme günlüğü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1.TEMA SÖZÜN İNCELİĞİ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OKUMA </w:t>
            </w:r>
          </w:p>
          <w:p>
            <w:pPr>
              <w:spacing w:after="0"/>
            </w:pPr>
            <w:r>
              <w:rPr>
                <w:b w:val="0"/>
                <w:sz w:val="19"/>
              </w:rPr>
              <w:t xml:space="preserve"> • Tema içeriğine uygun</w:t>
            </w:r>
          </w:p>
          <w:p>
            <w:pPr>
              <w:spacing w:after="0"/>
            </w:pPr>
            <w:r>
              <w:rPr>
                <w:b w:val="0"/>
                <w:sz w:val="19"/>
              </w:rPr>
              <w:t>bir şiir</w:t>
            </w:r>
          </w:p>
          <w:p>
            <w:pPr>
              <w:spacing w:after="0"/>
            </w:pPr>
            <w:r>
              <w:rPr>
                <w:b w:val="0"/>
                <w:sz w:val="19"/>
              </w:rPr>
              <w:t>• Tema içeriğine uygun</w:t>
            </w:r>
          </w:p>
          <w:p>
            <w:pPr>
              <w:spacing w:after="0"/>
            </w:pPr>
            <w:r>
              <w:rPr>
                <w:b w:val="0"/>
                <w:sz w:val="19"/>
              </w:rPr>
              <w:t>bir deneme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TDE2.2. “Sözün İnceliği” temasında ele alınan metinlerde anlam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TDE2.2.1. Ön bilgilerle bağlantı kurar.</w:t>
            </w:r>
          </w:p>
          <w:p>
            <w:pPr>
              <w:spacing w:after="0"/>
            </w:pPr>
            <w:r>
              <w:rPr>
                <w:b w:val="0"/>
                <w:sz w:val="19"/>
              </w:rPr>
              <w:t>• Okuma metnindeki bilgiler ile ön bilgileri arasında bağlantı kurar.</w:t>
            </w:r>
          </w:p>
          <w:p>
            <w:pPr>
              <w:spacing w:after="0"/>
            </w:pPr>
            <w:r>
              <w:rPr>
                <w:b w:val="0"/>
                <w:sz w:val="19"/>
              </w:rPr>
              <w:t>b) TDE2.2.2. Tahmin eder.</w:t>
            </w:r>
          </w:p>
          <w:p>
            <w:pPr>
              <w:spacing w:after="0"/>
            </w:pPr>
            <w:r>
              <w:rPr>
                <w:b w:val="0"/>
                <w:sz w:val="19"/>
              </w:rPr>
              <w:t>• Metindeki söz varlığının anlamını bağlamdan hareketle belirler.</w:t>
            </w:r>
          </w:p>
          <w:p>
            <w:pPr>
              <w:spacing w:after="0"/>
            </w:pPr>
            <w:r>
              <w:rPr>
                <w:b w:val="0"/>
                <w:sz w:val="19"/>
              </w:rPr>
              <w:t>c) TDE2.2.3. Çıkarım yapar.</w:t>
            </w:r>
          </w:p>
          <w:p>
            <w:pPr>
              <w:spacing w:after="0"/>
            </w:pPr>
            <w:r>
              <w:rPr>
                <w:b w:val="0"/>
                <w:sz w:val="19"/>
              </w:rPr>
              <w:t>• Metinde açıkça sunulan bilgileri belirler.</w:t>
            </w:r>
          </w:p>
          <w:p>
            <w:pPr>
              <w:spacing w:after="0"/>
            </w:pPr>
            <w:r>
              <w:rPr>
                <w:b w:val="0"/>
                <w:sz w:val="19"/>
              </w:rPr>
              <w:t>• Metinden hareketle çıkarım yapar.</w:t>
            </w:r>
          </w:p>
          <w:p>
            <w:pPr>
              <w:spacing w:after="0"/>
            </w:pPr>
            <w:r>
              <w:rPr>
                <w:b w:val="0"/>
                <w:sz w:val="19"/>
              </w:rPr>
              <w:t>• Metinde açıkça ifade edilen neden-sonuç, koşul, varsayım bilgilerini belirler.</w:t>
            </w:r>
          </w:p>
          <w:p>
            <w:pPr>
              <w:spacing w:after="0"/>
            </w:pPr>
            <w:r>
              <w:rPr>
                <w:b w:val="0"/>
                <w:sz w:val="19"/>
              </w:rPr>
              <w:t>• Metnin konu ve/veya temasını belirler.</w:t>
            </w:r>
          </w:p>
          <w:p>
            <w:pPr>
              <w:spacing w:after="0"/>
            </w:pPr>
            <w:r>
              <w:rPr>
                <w:b w:val="0"/>
                <w:sz w:val="19"/>
              </w:rPr>
              <w:t>• Metnin yardımcı düşüncelerini belirler.</w:t>
            </w:r>
          </w:p>
          <w:p>
            <w:pPr>
              <w:spacing w:after="0"/>
            </w:pPr>
            <w:r>
              <w:rPr>
                <w:b w:val="0"/>
                <w:sz w:val="19"/>
              </w:rPr>
              <w:t>• Metnin ana düşüncesini/duygusunu belirler.</w:t>
            </w:r>
          </w:p>
          <w:p>
            <w:pPr>
              <w:spacing w:after="0"/>
            </w:pPr>
            <w:r>
              <w:rPr>
                <w:b w:val="0"/>
                <w:sz w:val="19"/>
              </w:rPr>
              <w:t>• Yazarın metni yazma amacını belirler.</w:t>
            </w:r>
          </w:p>
          <w:p>
            <w:pPr>
              <w:spacing w:after="0"/>
            </w:pPr>
            <w:r>
              <w:rPr>
                <w:b w:val="0"/>
                <w:sz w:val="19"/>
              </w:rPr>
              <w:t>• Metinde yer alan iletilerin sunuluş şeklini inceler.</w:t>
            </w:r>
          </w:p>
          <w:p>
            <w:pPr>
              <w:spacing w:after="0"/>
            </w:pPr>
            <w:r>
              <w:rPr>
                <w:b w:val="0"/>
                <w:sz w:val="19"/>
              </w:rPr>
              <w:t>• Metinde geçen söz sanatlarını belirler.</w:t>
            </w:r>
          </w:p>
          <w:p>
            <w:pPr>
              <w:spacing w:after="0"/>
            </w:pPr>
            <w:r>
              <w:rPr>
                <w:b w:val="0"/>
                <w:sz w:val="19"/>
              </w:rPr>
              <w:t>• Metindeki karakterlerin davranışlarından duygu ve düşüncelerine yönelik çıkarımlar yapar.</w:t>
            </w:r>
          </w:p>
          <w:p>
            <w:pPr>
              <w:spacing w:after="0"/>
            </w:pPr>
            <w:r>
              <w:rPr>
                <w:b w:val="0"/>
                <w:sz w:val="19"/>
              </w:rPr>
              <w:t>• Metin ile yazar arasındaki ilişkiyi belirler.</w:t>
            </w:r>
          </w:p>
          <w:p>
            <w:pPr>
              <w:spacing w:after="0"/>
            </w:pPr>
            <w:r>
              <w:rPr>
                <w:b w:val="0"/>
                <w:sz w:val="19"/>
              </w:rPr>
              <w:t>ç) TDE2.2.4. Karşılaştırır.</w:t>
            </w:r>
          </w:p>
          <w:p>
            <w:pPr>
              <w:spacing w:after="0"/>
            </w:pPr>
            <w:r>
              <w:rPr>
                <w:b w:val="0"/>
                <w:sz w:val="19"/>
              </w:rPr>
              <w:t>• Metin öncesi tahminleri ile okuma içeriğini karşılaştırır.</w:t>
            </w:r>
          </w:p>
          <w:p>
            <w:pPr>
              <w:spacing w:after="0"/>
            </w:pPr>
            <w:r>
              <w:rPr>
                <w:b w:val="0"/>
                <w:sz w:val="19"/>
              </w:rPr>
              <w:t>• Okuduğu metinleri belirlenen ölçütlere (içerik, tür, şekil, dönem, zihniyet, üslup ve ileti) göre karşılaştırır.</w:t>
            </w:r>
          </w:p>
          <w:p>
            <w:pPr>
              <w:spacing w:after="0"/>
            </w:pPr>
            <w:r>
              <w:rPr>
                <w:b w:val="0"/>
                <w:sz w:val="19"/>
              </w:rPr>
              <w:t>d) TDE2.2.5. Sınıflandırır.</w:t>
            </w:r>
          </w:p>
          <w:p>
            <w:pPr>
              <w:spacing w:after="0"/>
            </w:pPr>
            <w:r>
              <w:rPr>
                <w:b w:val="0"/>
                <w:sz w:val="19"/>
              </w:rPr>
              <w:t>• Okuduğu metinleri belirlenen ölçütlere (içerik, tür, şekil, dönem, zihniyet, üslup ve ileti) göre sınıflandırır.</w:t>
            </w:r>
          </w:p>
          <w:p>
            <w:pPr>
              <w:spacing w:after="0"/>
            </w:pPr>
            <w:r>
              <w:rPr>
                <w:b w:val="0"/>
                <w:sz w:val="19"/>
              </w:rPr>
              <w:t>• Metindeki gerçek ve kurgu arasındaki farkı belirler.</w:t>
            </w:r>
          </w:p>
          <w:p>
            <w:pPr>
              <w:spacing w:after="0"/>
            </w:pPr>
            <w:r>
              <w:rPr>
                <w:b w:val="0"/>
                <w:sz w:val="19"/>
              </w:rPr>
              <w:t>• Metindeki öznel ve nesnel ifadeleri ayırt eder.</w:t>
            </w:r>
          </w:p>
          <w:p>
            <w:pPr>
              <w:spacing w:after="0"/>
            </w:pPr>
            <w:r>
              <w:rPr>
                <w:b w:val="0"/>
                <w:sz w:val="19"/>
              </w:rPr>
              <w:t>• Metindeki bilgilerin güvenilir olup olmadığını belirler.</w:t>
            </w:r>
          </w:p>
          <w:p>
            <w:pPr>
              <w:spacing w:after="0"/>
            </w:pPr>
            <w:r>
              <w:rPr>
                <w:b w:val="0"/>
                <w:sz w:val="19"/>
              </w:rPr>
              <w:t>e) TDE2.2.6. Tepki verir.</w:t>
            </w:r>
          </w:p>
          <w:p>
            <w:pPr>
              <w:spacing w:after="0"/>
            </w:pPr>
            <w:r>
              <w:rPr>
                <w:b w:val="0"/>
                <w:sz w:val="19"/>
              </w:rPr>
              <w:t>• Metni özetler.</w:t>
            </w:r>
          </w:p>
          <w:p>
            <w:pPr>
              <w:spacing w:after="0"/>
            </w:pPr>
            <w:r>
              <w:rPr>
                <w:b w:val="0"/>
                <w:sz w:val="19"/>
              </w:rPr>
              <w:t>• Okuduğu metinlere yönelik geri bildirimler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D7. Estetik 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(TDE2.2. “Sözün İnceliği” temasında ele alınan metinlerde anlam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İzleme testi</w:t>
            </w:r>
          </w:p>
          <w:p>
            <w:pPr>
              <w:spacing w:after="0"/>
            </w:pPr>
            <w:r>
              <w:rPr>
                <w:b w:val="0"/>
                <w:sz w:val="19"/>
              </w:rPr>
              <w:t>• Zihin haritası</w:t>
            </w:r>
          </w:p>
          <w:p>
            <w:pPr>
              <w:spacing w:after="0"/>
            </w:pPr>
            <w:r>
              <w:rPr>
                <w:b w:val="0"/>
                <w:sz w:val="19"/>
              </w:rPr>
              <w:t>• Açık uçlu sorular</w:t>
            </w:r>
          </w:p>
          <w:p>
            <w:pPr>
              <w:spacing w:after="0"/>
            </w:pPr>
            <w:r>
              <w:rPr>
                <w:b w:val="0"/>
                <w:sz w:val="19"/>
              </w:rPr>
              <w:t>• Kontrol listesi</w:t>
            </w:r>
          </w:p>
          <w:p>
            <w:pPr>
              <w:spacing w:after="0"/>
            </w:pPr>
            <w:r>
              <w:rPr>
                <w:b w:val="0"/>
                <w:sz w:val="19"/>
              </w:rPr>
              <w:t>• Çıkış kartı (3-2-1)</w:t>
            </w:r>
          </w:p>
          <w:p>
            <w:pPr>
              <w:spacing w:after="0"/>
            </w:pPr>
            <w:r>
              <w:rPr>
                <w:b w:val="0"/>
                <w:sz w:val="19"/>
              </w:rPr>
              <w:t>• Karşılaştırma tablosu</w:t>
            </w:r>
          </w:p>
          <w:p>
            <w:pPr>
              <w:spacing w:after="0"/>
            </w:pPr>
            <w:r>
              <w:rPr>
                <w:b w:val="0"/>
                <w:sz w:val="19"/>
              </w:rPr>
              <w:t>• Öğrenme günlüğü</w:t>
            </w:r>
          </w:p>
          <w:p>
            <w:pPr>
              <w:spacing w:after="0"/>
            </w:pPr>
            <w:r>
              <w:rPr>
                <w:b w:val="0"/>
                <w:sz w:val="19"/>
              </w:rPr>
              <w:t>Edebî söyleyişin inceliğini yansıtan metinlerde okumaya yönelik izleme testi, zihin haritası, açık uçlu sorular ve çıkış kartı kullanılabilir. Dinleme/izleme metinleri ile ilgili olarak da</w:t>
            </w:r>
          </w:p>
          <w:p>
            <w:pPr>
              <w:spacing w:after="0"/>
            </w:pPr>
            <w:r>
              <w:rPr>
                <w:b w:val="0"/>
                <w:sz w:val="19"/>
              </w:rPr>
              <w:t>kontrol listesi ve karşılaştırma tablosu hazırlanabilir. Öz yansıtmada öz değerlendirme ile akran ve grup değerlendirmeleri yapılabilir.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şiiri betimleyici bir paragrafa dönüştürmelerine yönelik bir</w:t>
            </w:r>
          </w:p>
          <w:p>
            <w:pPr>
              <w:spacing w:after="0"/>
            </w:pPr>
            <w:r>
              <w:rPr>
                <w:b w:val="0"/>
                <w:sz w:val="19"/>
              </w:rPr>
              <w:t>performans görevi</w:t>
            </w:r>
          </w:p>
          <w:p>
            <w:pPr>
              <w:spacing w:after="0"/>
            </w:pPr>
            <w:r>
              <w:rPr>
                <w:b w:val="0"/>
                <w:sz w:val="19"/>
              </w:rPr>
              <w:t>• Deneme metinlerinden hareketle düşünme tekniklerini kullanarak konuşma yapabilmelerine</w:t>
            </w:r>
          </w:p>
          <w:p>
            <w:pPr>
              <w:spacing w:after="0"/>
            </w:pPr>
            <w:r>
              <w:rPr>
                <w:b w:val="0"/>
                <w:sz w:val="19"/>
              </w:rPr>
              <w:t>yönelik performans görevi</w:t>
            </w:r>
          </w:p>
          <w:p>
            <w:pPr>
              <w:spacing w:after="0"/>
            </w:pPr>
            <w:r>
              <w:rPr>
                <w:b w:val="0"/>
                <w:sz w:val="19"/>
              </w:rPr>
              <w:t>Edebî söyleyişin inceliğini yansıtan metinlerde yazma sürecinde öğrencilere okudukları</w:t>
            </w:r>
          </w:p>
          <w:p>
            <w:pPr>
              <w:spacing w:after="0"/>
            </w:pPr>
            <w:r>
              <w:rPr>
                <w:b w:val="0"/>
                <w:sz w:val="19"/>
              </w:rPr>
              <w:t>bir şiiri betimleyici paragrafa dönüştürmelerine ilişkin bir performans görevi verilir. Öğrencilerin</w:t>
            </w:r>
          </w:p>
          <w:p>
            <w:pPr>
              <w:spacing w:after="0"/>
            </w:pPr>
            <w:r>
              <w:rPr>
                <w:b w:val="0"/>
                <w:sz w:val="19"/>
              </w:rPr>
              <w:t>bu çalışmaları dereceli puanlama anahtarı ile değerlendirilir. Puanlama anahtarında</w:t>
            </w:r>
          </w:p>
          <w:p>
            <w:pPr>
              <w:spacing w:after="0"/>
            </w:pPr>
            <w:r>
              <w:rPr>
                <w:b w:val="0"/>
                <w:sz w:val="19"/>
              </w:rPr>
              <w:t>ana duygu, yazma akıcılığı, betimleyici anlatım özellikleri (tasvir vb.), yazım ve noktalama</w:t>
            </w:r>
          </w:p>
          <w:p>
            <w:pPr>
              <w:spacing w:after="0"/>
            </w:pPr>
            <w:r>
              <w:rPr>
                <w:b w:val="0"/>
                <w:sz w:val="19"/>
              </w:rPr>
              <w:t>vb. ölçütler yer alır.</w:t>
            </w:r>
          </w:p>
          <w:p>
            <w:pPr>
              <w:spacing w:after="0"/>
            </w:pPr>
            <w:r>
              <w:rPr>
                <w:b w:val="0"/>
                <w:sz w:val="19"/>
              </w:rPr>
              <w:t>Konuşma sürecinde öğrencilere, düşünme tekniklerini kullanarak fikir geliştirmelerine</w:t>
            </w:r>
          </w:p>
          <w:p>
            <w:pPr>
              <w:spacing w:after="0"/>
            </w:pPr>
            <w:r>
              <w:rPr>
                <w:b w:val="0"/>
                <w:sz w:val="19"/>
              </w:rPr>
              <w:t>yönelik bir performans görevi verilir. Grup çalışması olarak gerçekleştirilecek bu görev</w:t>
            </w:r>
          </w:p>
          <w:p>
            <w:pPr>
              <w:spacing w:after="0"/>
            </w:pPr>
            <w:r>
              <w:rPr>
                <w:b w:val="0"/>
                <w:sz w:val="19"/>
              </w:rPr>
              <w:t>dereceli puanlama anahtarı ile değerlendirilir. Puanlama anahtarında planlama, organizasyon, zaman yönetimi ve düşünsel süreçleri kontrol etme yetenekleri, grup çalışması</w:t>
            </w:r>
          </w:p>
          <w:p>
            <w:pPr>
              <w:spacing w:after="0"/>
            </w:pPr>
            <w:r>
              <w:rPr>
                <w:b w:val="0"/>
                <w:sz w:val="19"/>
              </w:rPr>
              <w:t>vb. ölçütler dikkate alınır.</w:t>
            </w:r>
          </w:p>
          <w:p>
            <w:pPr>
              <w:spacing w:after="0"/>
            </w:pPr>
            <w:r>
              <w:rPr>
                <w:b w:val="0"/>
                <w:sz w:val="19"/>
              </w:rPr>
              <w:t>Tema sonu değerlendirmesi için öğrenme günlüğü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1.TEMA SÖZÜN İNCELİĞİ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YAZMA </w:t>
            </w:r>
          </w:p>
          <w:p>
            <w:pPr>
              <w:spacing w:after="0"/>
            </w:pPr>
            <w:r>
              <w:rPr>
                <w:b w:val="0"/>
                <w:sz w:val="19"/>
              </w:rPr>
              <w:t>• Okuduğu şiiri bir</w:t>
            </w:r>
          </w:p>
          <w:p>
            <w:pPr>
              <w:spacing w:after="0"/>
            </w:pPr>
            <w:r>
              <w:rPr>
                <w:b w:val="0"/>
                <w:sz w:val="19"/>
              </w:rPr>
              <w:t>betimleme paragrafı</w:t>
            </w:r>
          </w:p>
          <w:p>
            <w:pPr>
              <w:spacing w:after="0"/>
            </w:pPr>
            <w:r>
              <w:rPr>
                <w:b w:val="0"/>
                <w:sz w:val="19"/>
              </w:rPr>
              <w:t>olarak yazabilme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TDE4.1. Edebî söyleyişin inceliğini yansıtmak için paragraf düzeyindeki bir yazısında süreci yönetebilme</w:t>
            </w:r>
          </w:p>
          <w:p>
            <w:pPr>
              <w:spacing w:after="0"/>
            </w:pPr>
            <w:r>
              <w:rPr>
                <w:b w:val="0"/>
                <w:sz w:val="19"/>
              </w:rPr>
              <w:t>TDE4.2. Edebî söyleyişin inceliğini yansıtan metinlerden edindiği söz varlığını kullanarak yazısına içerik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TDE4.1.1. Seçim yapar.</w:t>
            </w:r>
          </w:p>
          <w:p>
            <w:pPr>
              <w:spacing w:after="0"/>
            </w:pPr>
            <w:r>
              <w:rPr>
                <w:b w:val="0"/>
                <w:sz w:val="19"/>
              </w:rPr>
              <w:t>• Yazma amacına (edebî metin oluşturma, ikna etme, bilgilendirme, resmî yazışma vb.) karar verir.</w:t>
            </w:r>
          </w:p>
          <w:p>
            <w:pPr>
              <w:spacing w:after="0"/>
            </w:pPr>
            <w:r>
              <w:rPr>
                <w:b w:val="0"/>
                <w:sz w:val="19"/>
              </w:rPr>
              <w:t>• Yazacağı metnin özelliklerini, hedef kitlesini ve yazma süresini belirler.</w:t>
            </w:r>
          </w:p>
          <w:p>
            <w:pPr>
              <w:spacing w:after="0"/>
            </w:pPr>
            <w:r>
              <w:rPr>
                <w:b w:val="0"/>
                <w:sz w:val="19"/>
              </w:rPr>
              <w:t>• Yazacağı metnin türüne uygun, kullanacağı yöntem ve stratejisini belirler.</w:t>
            </w:r>
          </w:p>
          <w:p>
            <w:pPr>
              <w:spacing w:after="0"/>
            </w:pPr>
            <w:r>
              <w:rPr>
                <w:b w:val="0"/>
                <w:sz w:val="19"/>
              </w:rPr>
              <w:t>b) TDE4.1.2. İlişkiyi sürdürür.</w:t>
            </w:r>
          </w:p>
          <w:p>
            <w:pPr>
              <w:spacing w:after="0"/>
            </w:pPr>
            <w:r>
              <w:rPr>
                <w:b w:val="0"/>
                <w:sz w:val="19"/>
              </w:rPr>
              <w:t>• Yazma süreci ile ilgili engelleri ortadan kaldırır.</w:t>
            </w:r>
          </w:p>
          <w:p>
            <w:pPr>
              <w:spacing w:after="0"/>
            </w:pPr>
            <w:r>
              <w:rPr>
                <w:b w:val="0"/>
                <w:sz w:val="19"/>
              </w:rPr>
              <w:t xml:space="preserve">• Yazma amacına uygun olarak seçtiği stratejiyi yapılandırır. </w:t>
            </w:r>
          </w:p>
          <w:p>
            <w:pPr>
              <w:spacing w:after="0"/>
            </w:pPr>
            <w:r>
              <w:rPr>
                <w:b w:val="0"/>
                <w:sz w:val="19"/>
              </w:rPr>
              <w:t>a) TDE4.2.1. Ön bilgilerle bağlantı kurar.</w:t>
            </w:r>
          </w:p>
          <w:p>
            <w:pPr>
              <w:spacing w:after="0"/>
            </w:pPr>
            <w:r>
              <w:rPr>
                <w:b w:val="0"/>
                <w:sz w:val="19"/>
              </w:rPr>
              <w:t>• Yazma amacına yönelik ön bilgileriyle bağlantı kurar.</w:t>
            </w:r>
          </w:p>
          <w:p>
            <w:pPr>
              <w:spacing w:after="0"/>
            </w:pPr>
            <w:r>
              <w:rPr>
                <w:b w:val="0"/>
                <w:sz w:val="19"/>
              </w:rPr>
              <w:t>b) TDE4.2.2. Tahmin eder.</w:t>
            </w:r>
          </w:p>
          <w:p>
            <w:pPr>
              <w:spacing w:after="0"/>
            </w:pPr>
            <w:r>
              <w:rPr>
                <w:b w:val="0"/>
                <w:sz w:val="19"/>
              </w:rPr>
              <w:t>• Hedef kitlenin özelliklerine yönelik tahminlerde bulunarak yazacağı metnin türünü ve içeriğini belirler.</w:t>
            </w:r>
          </w:p>
          <w:p>
            <w:pPr>
              <w:spacing w:after="0"/>
            </w:pPr>
            <w:r>
              <w:rPr>
                <w:b w:val="0"/>
                <w:sz w:val="19"/>
              </w:rPr>
              <w:t>• Yazacağı metnin türüne göre kullanacağı yapı unsurlarını belirler.</w:t>
            </w:r>
          </w:p>
          <w:p>
            <w:pPr>
              <w:spacing w:after="0"/>
            </w:pPr>
            <w:r>
              <w:rPr>
                <w:b w:val="0"/>
                <w:sz w:val="19"/>
              </w:rPr>
              <w:t>c) TDE4.2.3. Karşılaştırır.</w:t>
            </w:r>
          </w:p>
          <w:p>
            <w:pPr>
              <w:spacing w:after="0"/>
            </w:pPr>
            <w:r>
              <w:rPr>
                <w:b w:val="0"/>
                <w:sz w:val="19"/>
              </w:rPr>
              <w:t>• Yazma amacı ve yazacağı metnin özelliklerine göre ana düşünceye ve vermek istediği iletiye karar verir.</w:t>
            </w:r>
          </w:p>
          <w:p>
            <w:pPr>
              <w:spacing w:after="0"/>
            </w:pPr>
            <w:r>
              <w:rPr>
                <w:b w:val="0"/>
                <w:sz w:val="19"/>
              </w:rPr>
              <w:t>• Planını oluştururken karşılaştırma içeren iletiler oluşturur.</w:t>
            </w:r>
          </w:p>
          <w:p>
            <w:pPr>
              <w:spacing w:after="0"/>
            </w:pPr>
            <w:r>
              <w:rPr>
                <w:b w:val="0"/>
                <w:sz w:val="19"/>
              </w:rPr>
              <w:t>ç) TDE4.2.4. Sınıflandırır.</w:t>
            </w:r>
          </w:p>
          <w:p>
            <w:pPr>
              <w:spacing w:after="0"/>
            </w:pPr>
            <w:r>
              <w:rPr>
                <w:b w:val="0"/>
                <w:sz w:val="19"/>
              </w:rPr>
              <w:t>• Yazılı anlatımın kullanım alanına (özel, mesleki, eğitim ve kamusal) göre içeriğini belirler.</w:t>
            </w:r>
          </w:p>
          <w:p>
            <w:pPr>
              <w:spacing w:after="0"/>
            </w:pPr>
            <w:r>
              <w:rPr>
                <w:b w:val="0"/>
                <w:sz w:val="19"/>
              </w:rPr>
              <w:t>d) TDE4.2.5. Yeniden ifade eder.</w:t>
            </w:r>
          </w:p>
          <w:p>
            <w:pPr>
              <w:spacing w:after="0"/>
            </w:pPr>
            <w:r>
              <w:rPr>
                <w:b w:val="0"/>
                <w:sz w:val="19"/>
              </w:rPr>
              <w:t>• Söz varlığını kullanarak yazısının içeriğini düzenler.</w:t>
            </w:r>
          </w:p>
          <w:p>
            <w:pPr>
              <w:spacing w:after="0"/>
            </w:pPr>
            <w:r>
              <w:rPr>
                <w:b w:val="0"/>
                <w:sz w:val="19"/>
              </w:rPr>
              <w:t>e) TDE4.2.6. Tepki verir.</w:t>
            </w:r>
          </w:p>
          <w:p>
            <w:pPr>
              <w:spacing w:after="0"/>
            </w:pPr>
            <w:r>
              <w:rPr>
                <w:b w:val="0"/>
                <w:sz w:val="19"/>
              </w:rPr>
              <w:t>• Yazma sürecini planlarken dil işlevlerinin kullanımına karar verir.</w:t>
            </w:r>
          </w:p>
          <w:p>
            <w:pPr>
              <w:spacing w:after="0"/>
            </w:pPr>
            <w:r>
              <w:rPr>
                <w:b w:val="0"/>
                <w:sz w:val="19"/>
              </w:rPr>
              <w:t>f) TDE4.2.7. Görsel ögeleri kullanır.</w:t>
            </w:r>
          </w:p>
          <w:p>
            <w:pPr>
              <w:spacing w:after="0"/>
            </w:pPr>
            <w:r>
              <w:rPr>
                <w:b w:val="0"/>
                <w:sz w:val="19"/>
              </w:rPr>
              <w:t>• Yazma içeriğini desteklemek için kullanacağı görsel ve işitsel ögelere karar verir.</w:t>
            </w:r>
          </w:p>
          <w:p>
            <w:pPr>
              <w:spacing w:after="0"/>
            </w:pPr>
            <w:r>
              <w:rPr>
                <w:b w:val="0"/>
                <w:sz w:val="19"/>
              </w:rPr>
              <w:t>g) TDE4.2.8. Sunar.</w:t>
            </w:r>
          </w:p>
          <w:p>
            <w:pPr>
              <w:spacing w:after="0"/>
            </w:pPr>
            <w:r>
              <w:rPr>
                <w:b w:val="0"/>
                <w:sz w:val="19"/>
              </w:rPr>
              <w:t>• Yazacağı metnin plan taslağını sunar.</w:t>
            </w:r>
          </w:p>
          <w:p>
            <w:pPr>
              <w:spacing w:after="0"/>
            </w:pPr>
            <w:r>
              <w:rPr>
                <w:b w:val="0"/>
                <w:sz w:val="19"/>
              </w:rPr>
              <w:t>• Aldığı geri bildirimler ile plan taslağına son şeklini verir.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D7. Estetik 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(TDE4.1. Edebî söyleyişin inceliğini yansıtmak için paragraf düzeyindeki bir yazısında süreci yönetebilme)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İzleme testi</w:t>
            </w:r>
          </w:p>
          <w:p>
            <w:pPr>
              <w:spacing w:after="0"/>
            </w:pPr>
            <w:r>
              <w:rPr>
                <w:b w:val="0"/>
                <w:sz w:val="19"/>
              </w:rPr>
              <w:t>• Zihin haritası</w:t>
            </w:r>
          </w:p>
          <w:p>
            <w:pPr>
              <w:spacing w:after="0"/>
            </w:pPr>
            <w:r>
              <w:rPr>
                <w:b w:val="0"/>
                <w:sz w:val="19"/>
              </w:rPr>
              <w:t>• Açık uçlu sorular</w:t>
            </w:r>
          </w:p>
          <w:p>
            <w:pPr>
              <w:spacing w:after="0"/>
            </w:pPr>
            <w:r>
              <w:rPr>
                <w:b w:val="0"/>
                <w:sz w:val="19"/>
              </w:rPr>
              <w:t>• Kontrol listesi</w:t>
            </w:r>
          </w:p>
          <w:p>
            <w:pPr>
              <w:spacing w:after="0"/>
            </w:pPr>
            <w:r>
              <w:rPr>
                <w:b w:val="0"/>
                <w:sz w:val="19"/>
              </w:rPr>
              <w:t>• Çıkış kartı (3-2-1)</w:t>
            </w:r>
          </w:p>
          <w:p>
            <w:pPr>
              <w:spacing w:after="0"/>
            </w:pPr>
            <w:r>
              <w:rPr>
                <w:b w:val="0"/>
                <w:sz w:val="19"/>
              </w:rPr>
              <w:t>• Karşılaştırma tablosu</w:t>
            </w:r>
          </w:p>
          <w:p>
            <w:pPr>
              <w:spacing w:after="0"/>
            </w:pPr>
            <w:r>
              <w:rPr>
                <w:b w:val="0"/>
                <w:sz w:val="19"/>
              </w:rPr>
              <w:t>• Öğrenme günlüğü</w:t>
            </w:r>
          </w:p>
          <w:p>
            <w:pPr>
              <w:spacing w:after="0"/>
            </w:pPr>
            <w:r>
              <w:rPr>
                <w:b w:val="0"/>
                <w:sz w:val="19"/>
              </w:rPr>
              <w:t>Edebî söyleyişin inceliğini yansıtan metinlerde okumaya yönelik izleme testi, zihin haritası, açık uçlu sorular ve çıkış kartı kullanılabilir. Dinleme/izleme metinleri ile ilgili olarak da</w:t>
            </w:r>
          </w:p>
          <w:p>
            <w:pPr>
              <w:spacing w:after="0"/>
            </w:pPr>
            <w:r>
              <w:rPr>
                <w:b w:val="0"/>
                <w:sz w:val="19"/>
              </w:rPr>
              <w:t>kontrol listesi ve karşılaştırma tablosu hazırlanabilir. Öz yansıtmada öz değerlendirme ile akran ve grup değerlendirmeleri yapılabilir.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şiiri betimleyici bir paragrafa dönüştürmelerine yönelik bir</w:t>
            </w:r>
          </w:p>
          <w:p>
            <w:pPr>
              <w:spacing w:after="0"/>
            </w:pPr>
            <w:r>
              <w:rPr>
                <w:b w:val="0"/>
                <w:sz w:val="19"/>
              </w:rPr>
              <w:t>performans görevi</w:t>
            </w:r>
          </w:p>
          <w:p>
            <w:pPr>
              <w:spacing w:after="0"/>
            </w:pPr>
            <w:r>
              <w:rPr>
                <w:b w:val="0"/>
                <w:sz w:val="19"/>
              </w:rPr>
              <w:t>• Deneme metinlerinden hareketle düşünme tekniklerini kullanarak konuşma yapabilmelerine</w:t>
            </w:r>
          </w:p>
          <w:p>
            <w:pPr>
              <w:spacing w:after="0"/>
            </w:pPr>
            <w:r>
              <w:rPr>
                <w:b w:val="0"/>
                <w:sz w:val="19"/>
              </w:rPr>
              <w:t>yönelik performans görevi</w:t>
            </w:r>
          </w:p>
          <w:p>
            <w:pPr>
              <w:spacing w:after="0"/>
            </w:pPr>
            <w:r>
              <w:rPr>
                <w:b w:val="0"/>
                <w:sz w:val="19"/>
              </w:rPr>
              <w:t>Edebî söyleyişin inceliğini yansıtan metinlerde yazma sürecinde öğrencilere okudukları</w:t>
            </w:r>
          </w:p>
          <w:p>
            <w:pPr>
              <w:spacing w:after="0"/>
            </w:pPr>
            <w:r>
              <w:rPr>
                <w:b w:val="0"/>
                <w:sz w:val="19"/>
              </w:rPr>
              <w:t>bir şiiri betimleyici paragrafa dönüştürmelerine ilişkin bir performans görevi verilir. Öğrencilerin</w:t>
            </w:r>
          </w:p>
          <w:p>
            <w:pPr>
              <w:spacing w:after="0"/>
            </w:pPr>
            <w:r>
              <w:rPr>
                <w:b w:val="0"/>
                <w:sz w:val="19"/>
              </w:rPr>
              <w:t>bu çalışmaları dereceli puanlama anahtarı ile değerlendirilir. Puanlama anahtarında</w:t>
            </w:r>
          </w:p>
          <w:p>
            <w:pPr>
              <w:spacing w:after="0"/>
            </w:pPr>
            <w:r>
              <w:rPr>
                <w:b w:val="0"/>
                <w:sz w:val="19"/>
              </w:rPr>
              <w:t>ana duygu, yazma akıcılığı, betimleyici anlatım özellikleri (tasvir vb.), yazım ve noktalama</w:t>
            </w:r>
          </w:p>
          <w:p>
            <w:pPr>
              <w:spacing w:after="0"/>
            </w:pPr>
            <w:r>
              <w:rPr>
                <w:b w:val="0"/>
                <w:sz w:val="19"/>
              </w:rPr>
              <w:t>vb. ölçütler yer alır.</w:t>
            </w:r>
          </w:p>
          <w:p>
            <w:pPr>
              <w:spacing w:after="0"/>
            </w:pPr>
            <w:r>
              <w:rPr>
                <w:b w:val="0"/>
                <w:sz w:val="19"/>
              </w:rPr>
              <w:t>Konuşma sürecinde öğrencilere, düşünme tekniklerini kullanarak fikir geliştirmelerine</w:t>
            </w:r>
          </w:p>
          <w:p>
            <w:pPr>
              <w:spacing w:after="0"/>
            </w:pPr>
            <w:r>
              <w:rPr>
                <w:b w:val="0"/>
                <w:sz w:val="19"/>
              </w:rPr>
              <w:t>yönelik bir performans görevi verilir. Grup çalışması olarak gerçekleştirilecek bu görev</w:t>
            </w:r>
          </w:p>
          <w:p>
            <w:pPr>
              <w:spacing w:after="0"/>
            </w:pPr>
            <w:r>
              <w:rPr>
                <w:b w:val="0"/>
                <w:sz w:val="19"/>
              </w:rPr>
              <w:t>dereceli puanlama anahtarı ile değerlendirilir. Puanlama anahtarında planlama, organizasyon, zaman yönetimi ve düşünsel süreçleri kontrol etme yetenekleri, grup çalışması</w:t>
            </w:r>
          </w:p>
          <w:p>
            <w:pPr>
              <w:spacing w:after="0"/>
            </w:pPr>
            <w:r>
              <w:rPr>
                <w:b w:val="0"/>
                <w:sz w:val="19"/>
              </w:rPr>
              <w:t>vb. ölçütler dikkate alınır.</w:t>
            </w:r>
          </w:p>
          <w:p>
            <w:pPr>
              <w:spacing w:after="0"/>
            </w:pPr>
            <w:r>
              <w:rPr>
                <w:b w:val="0"/>
                <w:sz w:val="19"/>
              </w:rPr>
              <w:t>Tema sonu değerlendirmesi için öğrenme günlüğü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1.TEMA SÖZÜN İNCELİĞİ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YAZMA </w:t>
            </w:r>
          </w:p>
          <w:p>
            <w:pPr>
              <w:spacing w:after="0"/>
            </w:pPr>
            <w:r>
              <w:rPr>
                <w:b w:val="0"/>
                <w:sz w:val="19"/>
              </w:rPr>
              <w:t>• Okuduğu şiiri bir</w:t>
            </w:r>
          </w:p>
          <w:p>
            <w:pPr>
              <w:spacing w:after="0"/>
            </w:pPr>
            <w:r>
              <w:rPr>
                <w:b w:val="0"/>
                <w:sz w:val="19"/>
              </w:rPr>
              <w:t>betimleme paragrafı</w:t>
            </w:r>
          </w:p>
          <w:p>
            <w:pPr>
              <w:spacing w:after="0"/>
            </w:pPr>
            <w:r>
              <w:rPr>
                <w:b w:val="0"/>
                <w:sz w:val="19"/>
              </w:rPr>
              <w:t>olarak yazabilme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TDE4.3. Edebî söyleyişin inceliğini yansıttığı yazısında kural uygulayabilme </w:t>
            </w:r>
          </w:p>
          <w:p>
            <w:pPr>
              <w:spacing w:after="0"/>
            </w:pPr>
            <w:r>
              <w:rPr>
                <w:b w:val="0"/>
                <w:sz w:val="19"/>
              </w:rPr>
              <w:t>TDE4.4. Edebî söyleyişin inceliğini yansıttığı yazısında yazma sürecini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TDE4.3.1. Plan hazırlar.</w:t>
            </w:r>
          </w:p>
          <w:p>
            <w:pPr>
              <w:spacing w:after="0"/>
            </w:pPr>
            <w:r>
              <w:rPr>
                <w:b w:val="0"/>
                <w:sz w:val="19"/>
              </w:rPr>
              <w:t>• Yazmaya planına uygun bir şekilde başlar.</w:t>
            </w:r>
          </w:p>
          <w:p>
            <w:pPr>
              <w:spacing w:after="0"/>
            </w:pPr>
            <w:r>
              <w:rPr>
                <w:b w:val="0"/>
                <w:sz w:val="19"/>
              </w:rPr>
              <w:t>• Yazısını dikkat çekici bir girişle başlatır.</w:t>
            </w:r>
          </w:p>
          <w:p>
            <w:pPr>
              <w:spacing w:after="0"/>
            </w:pPr>
            <w:r>
              <w:rPr>
                <w:b w:val="0"/>
                <w:sz w:val="19"/>
              </w:rPr>
              <w:t>b) TDE4.3.2. Düşünceyi geliştirme yollarını kullanır.</w:t>
            </w:r>
          </w:p>
          <w:p>
            <w:pPr>
              <w:spacing w:after="0"/>
            </w:pPr>
            <w:r>
              <w:rPr>
                <w:b w:val="0"/>
                <w:sz w:val="19"/>
              </w:rPr>
              <w:t>• Yazısını desteklemek amacıyla anlatım biçimi ve düşünceyi geliştirme yollarından yararlanır.</w:t>
            </w:r>
          </w:p>
          <w:p>
            <w:pPr>
              <w:spacing w:after="0"/>
            </w:pPr>
            <w:r>
              <w:rPr>
                <w:b w:val="0"/>
                <w:sz w:val="19"/>
              </w:rPr>
              <w:t>• Duygu, düşünce ve hayallerini kendine özgü bir üslupla ifade eder.</w:t>
            </w:r>
          </w:p>
          <w:p>
            <w:pPr>
              <w:spacing w:after="0"/>
            </w:pPr>
            <w:r>
              <w:rPr>
                <w:b w:val="0"/>
                <w:sz w:val="19"/>
              </w:rPr>
              <w:t>c) TDE4.3.3. Uygun söz varlığı kullanır.</w:t>
            </w:r>
          </w:p>
          <w:p>
            <w:pPr>
              <w:spacing w:after="0"/>
            </w:pPr>
            <w:r>
              <w:rPr>
                <w:b w:val="0"/>
                <w:sz w:val="19"/>
              </w:rPr>
              <w:t>• Söz varlığını (deyim, atasözü, mecaz ve terim) bağlama uygun şekilde kullanır.</w:t>
            </w:r>
          </w:p>
          <w:p>
            <w:pPr>
              <w:spacing w:after="0"/>
            </w:pPr>
            <w:r>
              <w:rPr>
                <w:b w:val="0"/>
                <w:sz w:val="19"/>
              </w:rPr>
              <w:t>• Ana düşünce ve destekleyici bilgilerle yazma sürecine devam eder.</w:t>
            </w:r>
          </w:p>
          <w:p>
            <w:pPr>
              <w:spacing w:after="0"/>
            </w:pPr>
            <w:r>
              <w:rPr>
                <w:b w:val="0"/>
                <w:sz w:val="19"/>
              </w:rPr>
              <w:t>• Yazısını hedef kitleye uygun bir söz varlığı ve üslupla sürdürür.</w:t>
            </w:r>
          </w:p>
          <w:p>
            <w:pPr>
              <w:spacing w:after="0"/>
            </w:pPr>
            <w:r>
              <w:rPr>
                <w:b w:val="0"/>
                <w:sz w:val="19"/>
              </w:rPr>
              <w:t>ç) TDE4.3.4. İletileri açık ve örtük biçimde ifade eder.</w:t>
            </w:r>
          </w:p>
          <w:p>
            <w:pPr>
              <w:spacing w:after="0"/>
            </w:pPr>
            <w:r>
              <w:rPr>
                <w:b w:val="0"/>
                <w:sz w:val="19"/>
              </w:rPr>
              <w:t>• Vermek istediği iletileri açık veya örtük bir şekilde ifade eder.</w:t>
            </w:r>
          </w:p>
          <w:p>
            <w:pPr>
              <w:spacing w:after="0"/>
            </w:pPr>
            <w:r>
              <w:rPr>
                <w:b w:val="0"/>
                <w:sz w:val="19"/>
              </w:rPr>
              <w:t>• Duygu, düşünce ve hayallerini tutarlı bir şekilde ifade eder.</w:t>
            </w:r>
          </w:p>
          <w:p>
            <w:pPr>
              <w:spacing w:after="0"/>
            </w:pPr>
            <w:r>
              <w:rPr>
                <w:b w:val="0"/>
                <w:sz w:val="19"/>
              </w:rPr>
              <w:t>• Yazmayı başlatma, sürdürme ve bitirme ifadelerini etkili kullanır.</w:t>
            </w:r>
          </w:p>
          <w:p>
            <w:pPr>
              <w:spacing w:after="0"/>
            </w:pPr>
            <w:r>
              <w:rPr>
                <w:b w:val="0"/>
                <w:sz w:val="19"/>
              </w:rPr>
              <w:t>• Millî ve manevi değerler ile kültürel unsurlara dikkat ederek yazma sürecine devam eder.</w:t>
            </w:r>
          </w:p>
          <w:p>
            <w:pPr>
              <w:spacing w:after="0"/>
            </w:pPr>
            <w:r>
              <w:rPr>
                <w:b w:val="0"/>
                <w:sz w:val="19"/>
              </w:rPr>
              <w:t>• Yazısında toplumsal hassasiyet oluşturacak ögeler (siyaset, din, etnisite vb.) kullanmaktan kaçınır.</w:t>
            </w:r>
          </w:p>
          <w:p>
            <w:pPr>
              <w:spacing w:after="0"/>
            </w:pPr>
            <w:r>
              <w:rPr>
                <w:b w:val="0"/>
                <w:sz w:val="19"/>
              </w:rPr>
              <w:t>• Yazısının içeriğine uygun başlık belirler.</w:t>
            </w:r>
          </w:p>
          <w:p>
            <w:pPr>
              <w:spacing w:after="0"/>
            </w:pPr>
            <w:r>
              <w:rPr>
                <w:b w:val="0"/>
                <w:sz w:val="19"/>
              </w:rPr>
              <w:t>• Yazısında olumlu tutum ve değerleri vurgular.</w:t>
            </w:r>
          </w:p>
          <w:p>
            <w:pPr>
              <w:spacing w:after="0"/>
            </w:pPr>
            <w:r>
              <w:rPr>
                <w:b w:val="0"/>
                <w:sz w:val="19"/>
              </w:rPr>
              <w:t>d) TDE4.3.5. Türkçe dil yapılarını uygular.</w:t>
            </w:r>
          </w:p>
          <w:p>
            <w:pPr>
              <w:spacing w:after="0"/>
            </w:pPr>
            <w:r>
              <w:rPr>
                <w:b w:val="0"/>
                <w:sz w:val="19"/>
              </w:rPr>
              <w:t>• Yazısında Türkçe dil yapılarını, işlevine uygun kullanır.</w:t>
            </w:r>
          </w:p>
          <w:p>
            <w:pPr>
              <w:spacing w:after="0"/>
            </w:pPr>
            <w:r>
              <w:rPr>
                <w:b w:val="0"/>
                <w:sz w:val="19"/>
              </w:rPr>
              <w:t>• Türkçeyi bilinçli ve özenli (yabancı kelimelerin yerine Türkçelerini kullanması) kullanır.</w:t>
            </w:r>
          </w:p>
          <w:p>
            <w:pPr>
              <w:spacing w:after="0"/>
            </w:pPr>
            <w:r>
              <w:rPr>
                <w:b w:val="0"/>
                <w:sz w:val="19"/>
              </w:rPr>
              <w:t>e) TDE4.3.6. Bağdaşıklık ögelerini kullanır.</w:t>
            </w:r>
          </w:p>
          <w:p>
            <w:pPr>
              <w:spacing w:after="0"/>
            </w:pPr>
            <w:r>
              <w:rPr>
                <w:b w:val="0"/>
                <w:sz w:val="19"/>
              </w:rPr>
              <w:t>• Yazısını bağdaşıklık ögelerine dikkat ederek yazar.</w:t>
            </w:r>
          </w:p>
          <w:p>
            <w:pPr>
              <w:spacing w:after="0"/>
            </w:pPr>
            <w:r>
              <w:rPr>
                <w:b w:val="0"/>
                <w:sz w:val="19"/>
              </w:rPr>
              <w:t>f) TDE4.3.7. Yazım kurallarını uygular.</w:t>
            </w:r>
          </w:p>
          <w:p>
            <w:pPr>
              <w:spacing w:after="0"/>
            </w:pPr>
            <w:r>
              <w:rPr>
                <w:b w:val="0"/>
                <w:sz w:val="19"/>
              </w:rPr>
              <w:t>• Yazısında yazım kurallarını etkili bir şekilde kullanır.</w:t>
            </w:r>
          </w:p>
          <w:p>
            <w:pPr>
              <w:spacing w:after="0"/>
            </w:pPr>
            <w:r>
              <w:rPr>
                <w:b w:val="0"/>
                <w:sz w:val="19"/>
              </w:rPr>
              <w:t>g) TDE4.3.8. Noktalama kurallarını uygular.</w:t>
            </w:r>
          </w:p>
          <w:p>
            <w:pPr>
              <w:spacing w:after="0"/>
            </w:pPr>
            <w:r>
              <w:rPr>
                <w:b w:val="0"/>
                <w:sz w:val="19"/>
              </w:rPr>
              <w:t xml:space="preserve">• Yazısında noktalama kurallarını etkili bir şekilde kullanır. </w:t>
            </w:r>
          </w:p>
          <w:p>
            <w:pPr>
              <w:spacing w:after="0"/>
            </w:pPr>
            <w:r>
              <w:rPr>
                <w:b w:val="0"/>
                <w:sz w:val="19"/>
              </w:rPr>
              <w:t>a) TDE4.4.1. Kendini değerlendirir.</w:t>
            </w:r>
          </w:p>
          <w:p>
            <w:pPr>
              <w:spacing w:after="0"/>
            </w:pPr>
            <w:r>
              <w:rPr>
                <w:b w:val="0"/>
                <w:sz w:val="19"/>
              </w:rPr>
              <w:t>• Yazma sürecindeki davranış, duygu ve düşüncelerini değerlendirir.</w:t>
            </w:r>
          </w:p>
          <w:p>
            <w:pPr>
              <w:spacing w:after="0"/>
            </w:pPr>
            <w:r>
              <w:rPr>
                <w:b w:val="0"/>
                <w:sz w:val="19"/>
              </w:rPr>
              <w:t>• Yazısını içerik yönünden değerlendirir.</w:t>
            </w:r>
          </w:p>
          <w:p>
            <w:pPr>
              <w:spacing w:after="0"/>
            </w:pPr>
            <w:r>
              <w:rPr>
                <w:b w:val="0"/>
                <w:sz w:val="19"/>
              </w:rPr>
              <w:t>• Yazısını dil ve anlatım yönünden değerlendirir.</w:t>
            </w:r>
          </w:p>
          <w:p>
            <w:pPr>
              <w:spacing w:after="0"/>
            </w:pPr>
            <w:r>
              <w:rPr>
                <w:b w:val="0"/>
                <w:sz w:val="19"/>
              </w:rPr>
              <w:t>• Yazısını paydaşların görüşlerine göre değerlendirir.</w:t>
            </w:r>
          </w:p>
          <w:p>
            <w:pPr>
              <w:spacing w:after="0"/>
            </w:pPr>
            <w:r>
              <w:rPr>
                <w:b w:val="0"/>
                <w:sz w:val="19"/>
              </w:rPr>
              <w:t>b) TDE4.4.2. Tepki ortaya koyar.</w:t>
            </w:r>
          </w:p>
          <w:p>
            <w:pPr>
              <w:spacing w:after="0"/>
            </w:pPr>
            <w:r>
              <w:rPr>
                <w:b w:val="0"/>
                <w:sz w:val="19"/>
              </w:rPr>
              <w:t>• Genel geri bildirimlere bağlı olarak bundan sonra yazacağı metin ile ilgili kendisine yeni hedefler belirler.</w:t>
            </w:r>
          </w:p>
          <w:p>
            <w:pPr>
              <w:spacing w:after="0"/>
            </w:pPr>
            <w:r>
              <w:rPr>
                <w:b w:val="0"/>
                <w:sz w:val="19"/>
              </w:rPr>
              <w:t>• Özgün yazar kimliğini oluşturur.</w:t>
            </w:r>
          </w:p>
          <w:p>
            <w:pPr>
              <w:spacing w:after="0"/>
            </w:pPr>
            <w:r>
              <w:rPr>
                <w:b w:val="0"/>
                <w:sz w:val="19"/>
              </w:rPr>
              <w:t>• Yazısını sınıf/okul panolarında ya da okulun resmî çevrim içi ortamlarında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D7. Estetik 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(TDE4.3. Edebî söyleyişin inceliğini yansıttığı yazısında kural uygulayabilme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İzleme testi</w:t>
            </w:r>
          </w:p>
          <w:p>
            <w:pPr>
              <w:spacing w:after="0"/>
            </w:pPr>
            <w:r>
              <w:rPr>
                <w:b w:val="0"/>
                <w:sz w:val="19"/>
              </w:rPr>
              <w:t>• Zihin haritası</w:t>
            </w:r>
          </w:p>
          <w:p>
            <w:pPr>
              <w:spacing w:after="0"/>
            </w:pPr>
            <w:r>
              <w:rPr>
                <w:b w:val="0"/>
                <w:sz w:val="19"/>
              </w:rPr>
              <w:t>• Açık uçlu sorular</w:t>
            </w:r>
          </w:p>
          <w:p>
            <w:pPr>
              <w:spacing w:after="0"/>
            </w:pPr>
            <w:r>
              <w:rPr>
                <w:b w:val="0"/>
                <w:sz w:val="19"/>
              </w:rPr>
              <w:t>• Kontrol listesi</w:t>
            </w:r>
          </w:p>
          <w:p>
            <w:pPr>
              <w:spacing w:after="0"/>
            </w:pPr>
            <w:r>
              <w:rPr>
                <w:b w:val="0"/>
                <w:sz w:val="19"/>
              </w:rPr>
              <w:t>• Çıkış kartı (3-2-1)</w:t>
            </w:r>
          </w:p>
          <w:p>
            <w:pPr>
              <w:spacing w:after="0"/>
            </w:pPr>
            <w:r>
              <w:rPr>
                <w:b w:val="0"/>
                <w:sz w:val="19"/>
              </w:rPr>
              <w:t>• Karşılaştırma tablosu</w:t>
            </w:r>
          </w:p>
          <w:p>
            <w:pPr>
              <w:spacing w:after="0"/>
            </w:pPr>
            <w:r>
              <w:rPr>
                <w:b w:val="0"/>
                <w:sz w:val="19"/>
              </w:rPr>
              <w:t>• Öğrenme günlüğü</w:t>
            </w:r>
          </w:p>
          <w:p>
            <w:pPr>
              <w:spacing w:after="0"/>
            </w:pPr>
            <w:r>
              <w:rPr>
                <w:b w:val="0"/>
                <w:sz w:val="19"/>
              </w:rPr>
              <w:t>Edebî söyleyişin inceliğini yansıtan metinlerde okumaya yönelik izleme testi, zihin haritası, açık uçlu sorular ve çıkış kartı kullanılabilir. Dinleme/izleme metinleri ile ilgili olarak da</w:t>
            </w:r>
          </w:p>
          <w:p>
            <w:pPr>
              <w:spacing w:after="0"/>
            </w:pPr>
            <w:r>
              <w:rPr>
                <w:b w:val="0"/>
                <w:sz w:val="19"/>
              </w:rPr>
              <w:t>kontrol listesi ve karşılaştırma tablosu hazırlanabilir. Öz yansıtmada öz değerlendirme ile akran ve grup değerlendirmeleri yapılabilir.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şiiri betimleyici bir paragrafa dönüştürmelerine yönelik bir</w:t>
            </w:r>
          </w:p>
          <w:p>
            <w:pPr>
              <w:spacing w:after="0"/>
            </w:pPr>
            <w:r>
              <w:rPr>
                <w:b w:val="0"/>
                <w:sz w:val="19"/>
              </w:rPr>
              <w:t>performans görevi</w:t>
            </w:r>
          </w:p>
          <w:p>
            <w:pPr>
              <w:spacing w:after="0"/>
            </w:pPr>
            <w:r>
              <w:rPr>
                <w:b w:val="0"/>
                <w:sz w:val="19"/>
              </w:rPr>
              <w:t>• Deneme metinlerinden hareketle düşünme tekniklerini kullanarak konuşma yapabilmelerine</w:t>
            </w:r>
          </w:p>
          <w:p>
            <w:pPr>
              <w:spacing w:after="0"/>
            </w:pPr>
            <w:r>
              <w:rPr>
                <w:b w:val="0"/>
                <w:sz w:val="19"/>
              </w:rPr>
              <w:t>yönelik performans görevi</w:t>
            </w:r>
          </w:p>
          <w:p>
            <w:pPr>
              <w:spacing w:after="0"/>
            </w:pPr>
            <w:r>
              <w:rPr>
                <w:b w:val="0"/>
                <w:sz w:val="19"/>
              </w:rPr>
              <w:t>Edebî söyleyişin inceliğini yansıtan metinlerde yazma sürecinde öğrencilere okudukları</w:t>
            </w:r>
          </w:p>
          <w:p>
            <w:pPr>
              <w:spacing w:after="0"/>
            </w:pPr>
            <w:r>
              <w:rPr>
                <w:b w:val="0"/>
                <w:sz w:val="19"/>
              </w:rPr>
              <w:t>bir şiiri betimleyici paragrafa dönüştürmelerine ilişkin bir performans görevi verilir. Öğrencilerin</w:t>
            </w:r>
          </w:p>
          <w:p>
            <w:pPr>
              <w:spacing w:after="0"/>
            </w:pPr>
            <w:r>
              <w:rPr>
                <w:b w:val="0"/>
                <w:sz w:val="19"/>
              </w:rPr>
              <w:t>bu çalışmaları dereceli puanlama anahtarı ile değerlendirilir. Puanlama anahtarında</w:t>
            </w:r>
          </w:p>
          <w:p>
            <w:pPr>
              <w:spacing w:after="0"/>
            </w:pPr>
            <w:r>
              <w:rPr>
                <w:b w:val="0"/>
                <w:sz w:val="19"/>
              </w:rPr>
              <w:t>ana duygu, yazma akıcılığı, betimleyici anlatım özellikleri (tasvir vb.), yazım ve noktalama</w:t>
            </w:r>
          </w:p>
          <w:p>
            <w:pPr>
              <w:spacing w:after="0"/>
            </w:pPr>
            <w:r>
              <w:rPr>
                <w:b w:val="0"/>
                <w:sz w:val="19"/>
              </w:rPr>
              <w:t>vb. ölçütler yer alır.</w:t>
            </w:r>
          </w:p>
          <w:p>
            <w:pPr>
              <w:spacing w:after="0"/>
            </w:pPr>
            <w:r>
              <w:rPr>
                <w:b w:val="0"/>
                <w:sz w:val="19"/>
              </w:rPr>
              <w:t>Konuşma sürecinde öğrencilere, düşünme tekniklerini kullanarak fikir geliştirmelerine</w:t>
            </w:r>
          </w:p>
          <w:p>
            <w:pPr>
              <w:spacing w:after="0"/>
            </w:pPr>
            <w:r>
              <w:rPr>
                <w:b w:val="0"/>
                <w:sz w:val="19"/>
              </w:rPr>
              <w:t>yönelik bir performans görevi verilir. Grup çalışması olarak gerçekleştirilecek bu görev</w:t>
            </w:r>
          </w:p>
          <w:p>
            <w:pPr>
              <w:spacing w:after="0"/>
            </w:pPr>
            <w:r>
              <w:rPr>
                <w:b w:val="0"/>
                <w:sz w:val="19"/>
              </w:rPr>
              <w:t>dereceli puanlama anahtarı ile değerlendirilir. Puanlama anahtarında planlama, organizasyon, zaman yönetimi ve düşünsel süreçleri kontrol etme yetenekleri, grup çalışması</w:t>
            </w:r>
          </w:p>
          <w:p>
            <w:pPr>
              <w:spacing w:after="0"/>
            </w:pPr>
            <w:r>
              <w:rPr>
                <w:b w:val="0"/>
                <w:sz w:val="19"/>
              </w:rPr>
              <w:t>vb. ölçütler dikkate alınır.</w:t>
            </w:r>
          </w:p>
          <w:p>
            <w:pPr>
              <w:spacing w:after="0"/>
            </w:pPr>
            <w:r>
              <w:rPr>
                <w:b w:val="0"/>
                <w:sz w:val="19"/>
              </w:rPr>
              <w:t>Tema sonu değerlendirmesi için öğrenme günlüğü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1.TEMA SÖZÜN İNCELİĞİ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DİNLEME/İZLEME </w:t>
            </w:r>
          </w:p>
          <w:p>
            <w:pPr>
              <w:spacing w:after="0"/>
            </w:pPr>
            <w:r>
              <w:rPr>
                <w:b w:val="0"/>
                <w:sz w:val="19"/>
              </w:rPr>
              <w:t xml:space="preserve"> • Tema içeriğine uygun</w:t>
            </w:r>
          </w:p>
          <w:p>
            <w:pPr>
              <w:spacing w:after="0"/>
            </w:pPr>
            <w:r>
              <w:rPr>
                <w:b w:val="0"/>
                <w:sz w:val="19"/>
              </w:rPr>
              <w:t>çok modlu metin</w:t>
            </w:r>
          </w:p>
          <w:p>
            <w:pPr>
              <w:spacing w:after="0"/>
            </w:pPr>
            <w:r>
              <w:rPr>
                <w:b w:val="0"/>
                <w:sz w:val="19"/>
              </w:rPr>
              <w:t>(Mülakat)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TDE1.1. “Sözün İnceliği” temasında ele alınan metinlerde dinlemeyi/izlemeyi yönetebilme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TDE1.1.1. Seçim yapar.</w:t>
            </w:r>
          </w:p>
          <w:p>
            <w:pPr>
              <w:spacing w:after="0"/>
            </w:pPr>
            <w:r>
              <w:rPr>
                <w:b w:val="0"/>
                <w:sz w:val="19"/>
              </w:rPr>
              <w:t>• Metni dinlemeye/izlemeye başlamadan önce dinleme/izleme amacını belirler.</w:t>
            </w:r>
          </w:p>
          <w:p>
            <w:pPr>
              <w:spacing w:after="0"/>
            </w:pPr>
            <w:r>
              <w:rPr>
                <w:b w:val="0"/>
                <w:sz w:val="19"/>
              </w:rPr>
              <w:t>• Dinleme/izleme yapmadan önce metnin başlık ve görsellerinden hareketle metnin içeriğine ve türüne yönelik</w:t>
            </w:r>
          </w:p>
          <w:p>
            <w:pPr>
              <w:spacing w:after="0"/>
            </w:pPr>
            <w:r>
              <w:rPr>
                <w:b w:val="0"/>
                <w:sz w:val="19"/>
              </w:rPr>
              <w:t>tahminde bulunur.</w:t>
            </w:r>
          </w:p>
          <w:p>
            <w:pPr>
              <w:spacing w:after="0"/>
            </w:pPr>
            <w:r>
              <w:rPr>
                <w:b w:val="0"/>
                <w:sz w:val="19"/>
              </w:rPr>
              <w:t>• Dinleyeceği/izleyeceği metin için uygun dinleme/izleme yöntem ve stratejisi seçer.</w:t>
            </w:r>
          </w:p>
          <w:p>
            <w:pPr>
              <w:spacing w:after="0"/>
            </w:pPr>
            <w:r>
              <w:rPr>
                <w:b w:val="0"/>
                <w:sz w:val="19"/>
              </w:rPr>
              <w:t>b) TDE1.1.2. İlişkiyi sürdürür.</w:t>
            </w:r>
          </w:p>
          <w:p>
            <w:pPr>
              <w:spacing w:after="0"/>
            </w:pPr>
            <w:r>
              <w:rPr>
                <w:b w:val="0"/>
                <w:sz w:val="19"/>
              </w:rPr>
              <w:t>• Dinleme/izleme kurallarını uygulayarak dinlemeyi/izlemeyi sürdürür.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D7. Estetik 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(TDE1.1. “Sözün İnceliği” temasında ele alınan metinlerde dinlemeyi/izlemeyi yönetebilme)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İzleme testi</w:t>
            </w:r>
          </w:p>
          <w:p>
            <w:pPr>
              <w:spacing w:after="0"/>
            </w:pPr>
            <w:r>
              <w:rPr>
                <w:b w:val="0"/>
                <w:sz w:val="19"/>
              </w:rPr>
              <w:t>• Zihin haritası</w:t>
            </w:r>
          </w:p>
          <w:p>
            <w:pPr>
              <w:spacing w:after="0"/>
            </w:pPr>
            <w:r>
              <w:rPr>
                <w:b w:val="0"/>
                <w:sz w:val="19"/>
              </w:rPr>
              <w:t>• Açık uçlu sorular</w:t>
            </w:r>
          </w:p>
          <w:p>
            <w:pPr>
              <w:spacing w:after="0"/>
            </w:pPr>
            <w:r>
              <w:rPr>
                <w:b w:val="0"/>
                <w:sz w:val="19"/>
              </w:rPr>
              <w:t>• Kontrol listesi</w:t>
            </w:r>
          </w:p>
          <w:p>
            <w:pPr>
              <w:spacing w:after="0"/>
            </w:pPr>
            <w:r>
              <w:rPr>
                <w:b w:val="0"/>
                <w:sz w:val="19"/>
              </w:rPr>
              <w:t>• Çıkış kartı (3-2-1)</w:t>
            </w:r>
          </w:p>
          <w:p>
            <w:pPr>
              <w:spacing w:after="0"/>
            </w:pPr>
            <w:r>
              <w:rPr>
                <w:b w:val="0"/>
                <w:sz w:val="19"/>
              </w:rPr>
              <w:t>• Karşılaştırma tablosu</w:t>
            </w:r>
          </w:p>
          <w:p>
            <w:pPr>
              <w:spacing w:after="0"/>
            </w:pPr>
            <w:r>
              <w:rPr>
                <w:b w:val="0"/>
                <w:sz w:val="19"/>
              </w:rPr>
              <w:t>• Öğrenme günlüğü</w:t>
            </w:r>
          </w:p>
          <w:p>
            <w:pPr>
              <w:spacing w:after="0"/>
            </w:pPr>
            <w:r>
              <w:rPr>
                <w:b w:val="0"/>
                <w:sz w:val="19"/>
              </w:rPr>
              <w:t>Edebî söyleyişin inceliğini yansıtan metinlerde okumaya yönelik izleme testi, zihin haritası, açık uçlu sorular ve çıkış kartı kullanılabilir. Dinleme/izleme metinleri ile ilgili olarak da</w:t>
            </w:r>
          </w:p>
          <w:p>
            <w:pPr>
              <w:spacing w:after="0"/>
            </w:pPr>
            <w:r>
              <w:rPr>
                <w:b w:val="0"/>
                <w:sz w:val="19"/>
              </w:rPr>
              <w:t>kontrol listesi ve karşılaştırma tablosu hazırlanabilir. Öz yansıtmada öz değerlendirme ile akran ve grup değerlendirmeleri yapılabilir.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şiiri betimleyici bir paragrafa dönüştürmelerine yönelik bir</w:t>
            </w:r>
          </w:p>
          <w:p>
            <w:pPr>
              <w:spacing w:after="0"/>
            </w:pPr>
            <w:r>
              <w:rPr>
                <w:b w:val="0"/>
                <w:sz w:val="19"/>
              </w:rPr>
              <w:t>performans görevi</w:t>
            </w:r>
          </w:p>
          <w:p>
            <w:pPr>
              <w:spacing w:after="0"/>
            </w:pPr>
            <w:r>
              <w:rPr>
                <w:b w:val="0"/>
                <w:sz w:val="19"/>
              </w:rPr>
              <w:t>• Deneme metinlerinden hareketle düşünme tekniklerini kullanarak konuşma yapabilmelerine</w:t>
            </w:r>
          </w:p>
          <w:p>
            <w:pPr>
              <w:spacing w:after="0"/>
            </w:pPr>
            <w:r>
              <w:rPr>
                <w:b w:val="0"/>
                <w:sz w:val="19"/>
              </w:rPr>
              <w:t>yönelik performans görevi</w:t>
            </w:r>
          </w:p>
          <w:p>
            <w:pPr>
              <w:spacing w:after="0"/>
            </w:pPr>
            <w:r>
              <w:rPr>
                <w:b w:val="0"/>
                <w:sz w:val="19"/>
              </w:rPr>
              <w:t>Edebî söyleyişin inceliğini yansıtan metinlerde yazma sürecinde öğrencilere okudukları</w:t>
            </w:r>
          </w:p>
          <w:p>
            <w:pPr>
              <w:spacing w:after="0"/>
            </w:pPr>
            <w:r>
              <w:rPr>
                <w:b w:val="0"/>
                <w:sz w:val="19"/>
              </w:rPr>
              <w:t>bir şiiri betimleyici paragrafa dönüştürmelerine ilişkin bir performans görevi verilir. Öğrencilerin</w:t>
            </w:r>
          </w:p>
          <w:p>
            <w:pPr>
              <w:spacing w:after="0"/>
            </w:pPr>
            <w:r>
              <w:rPr>
                <w:b w:val="0"/>
                <w:sz w:val="19"/>
              </w:rPr>
              <w:t>bu çalışmaları dereceli puanlama anahtarı ile değerlendirilir. Puanlama anahtarında</w:t>
            </w:r>
          </w:p>
          <w:p>
            <w:pPr>
              <w:spacing w:after="0"/>
            </w:pPr>
            <w:r>
              <w:rPr>
                <w:b w:val="0"/>
                <w:sz w:val="19"/>
              </w:rPr>
              <w:t>ana duygu, yazma akıcılığı, betimleyici anlatım özellikleri (tasvir vb.), yazım ve noktalama</w:t>
            </w:r>
          </w:p>
          <w:p>
            <w:pPr>
              <w:spacing w:after="0"/>
            </w:pPr>
            <w:r>
              <w:rPr>
                <w:b w:val="0"/>
                <w:sz w:val="19"/>
              </w:rPr>
              <w:t>vb. ölçütler yer alır.</w:t>
            </w:r>
          </w:p>
          <w:p>
            <w:pPr>
              <w:spacing w:after="0"/>
            </w:pPr>
            <w:r>
              <w:rPr>
                <w:b w:val="0"/>
                <w:sz w:val="19"/>
              </w:rPr>
              <w:t>Konuşma sürecinde öğrencilere, düşünme tekniklerini kullanarak fikir geliştirmelerine</w:t>
            </w:r>
          </w:p>
          <w:p>
            <w:pPr>
              <w:spacing w:after="0"/>
            </w:pPr>
            <w:r>
              <w:rPr>
                <w:b w:val="0"/>
                <w:sz w:val="19"/>
              </w:rPr>
              <w:t>yönelik bir performans görevi verilir. Grup çalışması olarak gerçekleştirilecek bu görev</w:t>
            </w:r>
          </w:p>
          <w:p>
            <w:pPr>
              <w:spacing w:after="0"/>
            </w:pPr>
            <w:r>
              <w:rPr>
                <w:b w:val="0"/>
                <w:sz w:val="19"/>
              </w:rPr>
              <w:t>dereceli puanlama anahtarı ile değerlendirilir. Puanlama anahtarında planlama, organizasyon, zaman yönetimi ve düşünsel süreçleri kontrol etme yetenekleri, grup çalışması</w:t>
            </w:r>
          </w:p>
          <w:p>
            <w:pPr>
              <w:spacing w:after="0"/>
            </w:pPr>
            <w:r>
              <w:rPr>
                <w:b w:val="0"/>
                <w:sz w:val="19"/>
              </w:rPr>
              <w:t>vb. ölçütler dikkate alınır.</w:t>
            </w:r>
          </w:p>
          <w:p>
            <w:pPr>
              <w:spacing w:after="0"/>
            </w:pPr>
            <w:r>
              <w:rPr>
                <w:b w:val="0"/>
                <w:sz w:val="19"/>
              </w:rPr>
              <w:t>Tema sonu değerlendirmesi için öğrenme günlüğü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1.TEMA SÖZÜN İNCELİĞİ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DİNLEME/İZLEME </w:t>
            </w:r>
          </w:p>
          <w:p>
            <w:pPr>
              <w:spacing w:after="0"/>
            </w:pPr>
            <w:r>
              <w:rPr>
                <w:b w:val="0"/>
                <w:sz w:val="19"/>
              </w:rPr>
              <w:t>• Tema içeriğine uygun</w:t>
            </w:r>
          </w:p>
          <w:p>
            <w:pPr>
              <w:spacing w:after="0"/>
            </w:pPr>
            <w:r>
              <w:rPr>
                <w:b w:val="0"/>
                <w:sz w:val="19"/>
              </w:rPr>
              <w:t>çok modlu metin</w:t>
            </w:r>
          </w:p>
          <w:p>
            <w:pPr>
              <w:spacing w:after="0"/>
            </w:pPr>
            <w:r>
              <w:rPr>
                <w:b w:val="0"/>
                <w:sz w:val="19"/>
              </w:rPr>
              <w:t xml:space="preserve">(Mülakat) </w:t>
            </w:r>
          </w:p>
          <w:p>
            <w:pPr>
              <w:spacing w:after="0"/>
            </w:pPr>
            <w:r>
              <w:rPr>
                <w:b w:val="0"/>
                <w:sz w:val="19"/>
              </w:rPr>
              <w:t xml:space="preserve">KONUŞMA </w:t>
            </w:r>
          </w:p>
          <w:p>
            <w:pPr>
              <w:spacing w:after="0"/>
            </w:pPr>
            <w:r>
              <w:rPr>
                <w:b w:val="0"/>
                <w:sz w:val="19"/>
              </w:rPr>
              <w:t xml:space="preserve"> • Deneme türünde</w:t>
            </w:r>
          </w:p>
          <w:p>
            <w:pPr>
              <w:spacing w:after="0"/>
            </w:pPr>
            <w:r>
              <w:rPr>
                <w:b w:val="0"/>
                <w:sz w:val="19"/>
              </w:rPr>
              <w:t>yazılmış metinlerden</w:t>
            </w:r>
          </w:p>
          <w:p>
            <w:pPr>
              <w:spacing w:after="0"/>
            </w:pPr>
            <w:r>
              <w:rPr>
                <w:b w:val="0"/>
                <w:sz w:val="19"/>
              </w:rPr>
              <w:t>hareketle fikir</w:t>
            </w:r>
          </w:p>
          <w:p>
            <w:pPr>
              <w:spacing w:after="0"/>
            </w:pPr>
            <w:r>
              <w:rPr>
                <w:b w:val="0"/>
                <w:sz w:val="19"/>
              </w:rPr>
              <w:t>geliştirme tekniklerini</w:t>
            </w:r>
          </w:p>
          <w:p>
            <w:pPr>
              <w:spacing w:after="0"/>
            </w:pPr>
            <w:r>
              <w:rPr>
                <w:b w:val="0"/>
                <w:sz w:val="19"/>
              </w:rPr>
              <w:t>kullanarak bir</w:t>
            </w:r>
          </w:p>
          <w:p>
            <w:pPr>
              <w:spacing w:after="0"/>
            </w:pPr>
            <w:r>
              <w:rPr>
                <w:b w:val="0"/>
                <w:sz w:val="19"/>
              </w:rPr>
              <w:t>konuşma yapabilme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TDE1.2. “Sözün İnceliği” temasında ele alınan metinlerde anlam oluşturabilme </w:t>
            </w:r>
          </w:p>
          <w:p>
            <w:pPr>
              <w:spacing w:after="0"/>
            </w:pPr>
            <w:r>
              <w:rPr>
                <w:b w:val="0"/>
                <w:sz w:val="19"/>
              </w:rPr>
              <w:t>TDE3.1. Söyleyişin inceliğini kullanarak akıcı bir konuşma süreci yönetebilme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TDE1.2.1. Ön bilgilerle bağlantı kurar.</w:t>
            </w:r>
          </w:p>
          <w:p>
            <w:pPr>
              <w:spacing w:after="0"/>
            </w:pPr>
            <w:r>
              <w:rPr>
                <w:b w:val="0"/>
                <w:sz w:val="19"/>
              </w:rPr>
              <w:t>Dinleme/izleme metnindeki bilgiler ile ön bilgileri arasında bağlantı kurar.</w:t>
            </w:r>
          </w:p>
          <w:p>
            <w:pPr>
              <w:spacing w:after="0"/>
            </w:pPr>
            <w:r>
              <w:rPr>
                <w:b w:val="0"/>
                <w:sz w:val="19"/>
              </w:rPr>
              <w:t>b) TDE1.2.2. Tahmin eder.</w:t>
            </w:r>
          </w:p>
          <w:p>
            <w:pPr>
              <w:spacing w:after="0"/>
            </w:pPr>
            <w:r>
              <w:rPr>
                <w:b w:val="0"/>
                <w:sz w:val="19"/>
              </w:rPr>
              <w:t>Dinlediği/izlediği metindeki söz varlığının anlamını bağlamdan hareketle belirler.</w:t>
            </w:r>
          </w:p>
          <w:p>
            <w:pPr>
              <w:spacing w:after="0"/>
            </w:pPr>
            <w:r>
              <w:rPr>
                <w:b w:val="0"/>
                <w:sz w:val="19"/>
              </w:rPr>
              <w:t>c) TDE1.2.3. Çıkarım yapar.</w:t>
            </w:r>
          </w:p>
          <w:p>
            <w:pPr>
              <w:spacing w:after="0"/>
            </w:pPr>
            <w:r>
              <w:rPr>
                <w:b w:val="0"/>
                <w:sz w:val="19"/>
              </w:rPr>
              <w:t>• Dinlediği/izlediği metinde açıkça sunulan bilgileri belirler.</w:t>
            </w:r>
          </w:p>
          <w:p>
            <w:pPr>
              <w:spacing w:after="0"/>
            </w:pPr>
            <w:r>
              <w:rPr>
                <w:b w:val="0"/>
                <w:sz w:val="19"/>
              </w:rPr>
              <w:t>• Dinlediği/izlediği metinlerden hareketle çıkarımlar yapar.</w:t>
            </w:r>
          </w:p>
          <w:p>
            <w:pPr>
              <w:spacing w:after="0"/>
            </w:pPr>
            <w:r>
              <w:rPr>
                <w:b w:val="0"/>
                <w:sz w:val="19"/>
              </w:rPr>
              <w:t>• Dinlediği/izlediği metinde açıkça ifade edilen neden-sonuç, koşul, varsayım bilgilerini belirler.</w:t>
            </w:r>
          </w:p>
          <w:p>
            <w:pPr>
              <w:spacing w:after="0"/>
            </w:pPr>
            <w:r>
              <w:rPr>
                <w:b w:val="0"/>
                <w:sz w:val="19"/>
              </w:rPr>
              <w:t>• Dinlediği/izlediği metnin konu ve/veya temasını belirler.</w:t>
            </w:r>
          </w:p>
          <w:p>
            <w:pPr>
              <w:spacing w:after="0"/>
            </w:pPr>
            <w:r>
              <w:rPr>
                <w:b w:val="0"/>
                <w:sz w:val="19"/>
              </w:rPr>
              <w:t>• Dinlediği/izlediği metnin yardımcı düşüncelerini belirler.</w:t>
            </w:r>
          </w:p>
          <w:p>
            <w:pPr>
              <w:spacing w:after="0"/>
            </w:pPr>
            <w:r>
              <w:rPr>
                <w:b w:val="0"/>
                <w:sz w:val="19"/>
              </w:rPr>
              <w:t>• Dinlediği/izlediği metinde ana düşünceyi/duyguyu belirler.</w:t>
            </w:r>
          </w:p>
          <w:p>
            <w:pPr>
              <w:spacing w:after="0"/>
            </w:pPr>
            <w:r>
              <w:rPr>
                <w:b w:val="0"/>
                <w:sz w:val="19"/>
              </w:rPr>
              <w:t>• Dinlediği/izlediği metnin yazar/şair tarafından yazılma amacını belirler.</w:t>
            </w:r>
          </w:p>
          <w:p>
            <w:pPr>
              <w:spacing w:after="0"/>
            </w:pPr>
            <w:r>
              <w:rPr>
                <w:b w:val="0"/>
                <w:sz w:val="19"/>
              </w:rPr>
              <w:t>• Dinlediği/izlediği metinde yer alan iletilerin sunuluş şeklini inceler.</w:t>
            </w:r>
          </w:p>
          <w:p>
            <w:pPr>
              <w:spacing w:after="0"/>
            </w:pPr>
            <w:r>
              <w:rPr>
                <w:b w:val="0"/>
                <w:sz w:val="19"/>
              </w:rPr>
              <w:t>• Dinlediği/izlediği metindeki karakterlerin davranışlarından duygu ve düşüncelerine yönelik çıkarımlar yapar.</w:t>
            </w:r>
          </w:p>
          <w:p>
            <w:pPr>
              <w:spacing w:after="0"/>
            </w:pPr>
            <w:r>
              <w:rPr>
                <w:b w:val="0"/>
                <w:sz w:val="19"/>
              </w:rPr>
              <w:t>• Dinlediği/izlediği metin ile yazar/şair arasındaki ilişkiyi belirler.</w:t>
            </w:r>
          </w:p>
          <w:p>
            <w:pPr>
              <w:spacing w:after="0"/>
            </w:pPr>
            <w:r>
              <w:rPr>
                <w:b w:val="0"/>
                <w:sz w:val="19"/>
              </w:rPr>
              <w:t>ç) TDE1.2.4. Karşılaştırır.</w:t>
            </w:r>
          </w:p>
          <w:p>
            <w:pPr>
              <w:spacing w:after="0"/>
            </w:pPr>
            <w:r>
              <w:rPr>
                <w:b w:val="0"/>
                <w:sz w:val="19"/>
              </w:rPr>
              <w:t>• Metni dinleme/izleme sürecinden önce metne ilişkin tahminleri ile dinledikten/izledikten sonraki tespitlerini</w:t>
            </w:r>
          </w:p>
          <w:p>
            <w:pPr>
              <w:spacing w:after="0"/>
            </w:pPr>
            <w:r>
              <w:rPr>
                <w:b w:val="0"/>
                <w:sz w:val="19"/>
              </w:rPr>
              <w:t>karşılaştırır.</w:t>
            </w:r>
          </w:p>
          <w:p>
            <w:pPr>
              <w:spacing w:after="0"/>
            </w:pPr>
            <w:r>
              <w:rPr>
                <w:b w:val="0"/>
                <w:sz w:val="19"/>
              </w:rPr>
              <w:t>• Dinlediği/izlediği metinleri belirlenen ölçütlere (içerik, tür, şekil, dönem, zihniyet, üslup, ileti) göre karşılaştırır.</w:t>
            </w:r>
          </w:p>
          <w:p>
            <w:pPr>
              <w:spacing w:after="0"/>
            </w:pPr>
            <w:r>
              <w:rPr>
                <w:b w:val="0"/>
                <w:sz w:val="19"/>
              </w:rPr>
              <w:t>d) TDE1.2.5. Sınıflandırır.</w:t>
            </w:r>
          </w:p>
          <w:p>
            <w:pPr>
              <w:spacing w:after="0"/>
            </w:pPr>
            <w:r>
              <w:rPr>
                <w:b w:val="0"/>
                <w:sz w:val="19"/>
              </w:rPr>
              <w:t>• Dinlediği/izlediği metinleri belirlenen ölçütlere (içerik, tür, şekil, dönem, zihniyet, üslup, ileti) göre sınıflandırır.</w:t>
            </w:r>
          </w:p>
          <w:p>
            <w:pPr>
              <w:spacing w:after="0"/>
            </w:pPr>
            <w:r>
              <w:rPr>
                <w:b w:val="0"/>
                <w:sz w:val="19"/>
              </w:rPr>
              <w:t>• Dinlediği/izlediği metinde gerçek ve kurgu arasındaki farkı belirler.</w:t>
            </w:r>
          </w:p>
          <w:p>
            <w:pPr>
              <w:spacing w:after="0"/>
            </w:pPr>
            <w:r>
              <w:rPr>
                <w:b w:val="0"/>
                <w:sz w:val="19"/>
              </w:rPr>
              <w:t>• Dinlediği/izlediği metindeki öznel ve nesnel ifadeleri ayırt eder.</w:t>
            </w:r>
          </w:p>
          <w:p>
            <w:pPr>
              <w:spacing w:after="0"/>
            </w:pPr>
            <w:r>
              <w:rPr>
                <w:b w:val="0"/>
                <w:sz w:val="19"/>
              </w:rPr>
              <w:t>• Dinlediği/izlediği metindeki bilgilerin güvenilir olup olmadığını belirler.</w:t>
            </w:r>
          </w:p>
          <w:p>
            <w:pPr>
              <w:spacing w:after="0"/>
            </w:pPr>
            <w:r>
              <w:rPr>
                <w:b w:val="0"/>
                <w:sz w:val="19"/>
              </w:rPr>
              <w:t>e) TDE1.2.6. Tepki verir.</w:t>
            </w:r>
          </w:p>
          <w:p>
            <w:pPr>
              <w:spacing w:after="0"/>
            </w:pPr>
            <w:r>
              <w:rPr>
                <w:b w:val="0"/>
                <w:sz w:val="19"/>
              </w:rPr>
              <w:t>• Dinlediği/izlediği metni özetler.</w:t>
            </w:r>
          </w:p>
          <w:p>
            <w:pPr>
              <w:spacing w:after="0"/>
            </w:pPr>
            <w:r>
              <w:rPr>
                <w:b w:val="0"/>
                <w:sz w:val="19"/>
              </w:rPr>
              <w:t>• Dinlediği/izlediği metinlere yönelik geri bildirimler sunar.</w:t>
            </w:r>
          </w:p>
          <w:p>
            <w:pPr>
              <w:spacing w:after="0"/>
            </w:pPr>
            <w:r>
              <w:rPr>
                <w:b w:val="0"/>
                <w:sz w:val="19"/>
              </w:rPr>
              <w:t>a) TDE3.1.1. Seçim yapar.</w:t>
            </w:r>
          </w:p>
          <w:p>
            <w:pPr>
              <w:spacing w:after="0"/>
            </w:pPr>
            <w:r>
              <w:rPr>
                <w:b w:val="0"/>
                <w:sz w:val="19"/>
              </w:rPr>
              <w:t>• Konuşmasının amacına (edebî metin oluşturma, ikna etme, bilgilendirme vb.) karar verir.</w:t>
            </w:r>
          </w:p>
          <w:p>
            <w:pPr>
              <w:spacing w:after="0"/>
            </w:pPr>
            <w:r>
              <w:rPr>
                <w:b w:val="0"/>
                <w:sz w:val="19"/>
              </w:rPr>
              <w:t>• Konuşmasının özelliklerini (hazırlıklı/hazırlıksız), süresini ve hedef kitlesini belirler.</w:t>
            </w:r>
          </w:p>
          <w:p>
            <w:pPr>
              <w:spacing w:after="0"/>
            </w:pPr>
            <w:r>
              <w:rPr>
                <w:b w:val="0"/>
                <w:sz w:val="19"/>
              </w:rPr>
              <w:t>• Konuşmanın türüne uygun, yöntem ve stratejisini belirler.</w:t>
            </w:r>
          </w:p>
          <w:p>
            <w:pPr>
              <w:spacing w:after="0"/>
            </w:pPr>
            <w:r>
              <w:rPr>
                <w:b w:val="0"/>
                <w:sz w:val="19"/>
              </w:rPr>
              <w:t>b) TDE3.1.2. İlişkiyi sürdürür.</w:t>
            </w:r>
          </w:p>
          <w:p>
            <w:pPr>
              <w:spacing w:after="0"/>
            </w:pPr>
            <w:r>
              <w:rPr>
                <w:b w:val="0"/>
                <w:sz w:val="19"/>
              </w:rPr>
              <w:t>• Konuşmasında engelleri ortadan kaldırır.</w:t>
            </w:r>
          </w:p>
          <w:p>
            <w:pPr>
              <w:spacing w:after="0"/>
            </w:pPr>
            <w:r>
              <w:rPr>
                <w:b w:val="0"/>
                <w:sz w:val="19"/>
              </w:rPr>
              <w:t>• Konuşma amacına uygun olarak seçtiği stratejiyi yapılandırır.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D7. Estetik 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(TDE1.2. “Sözün İnceliği” temasında ele alınan metinlerde anlam oluşturabilme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İzleme testi</w:t>
            </w:r>
          </w:p>
          <w:p>
            <w:pPr>
              <w:spacing w:after="0"/>
            </w:pPr>
            <w:r>
              <w:rPr>
                <w:b w:val="0"/>
                <w:sz w:val="19"/>
              </w:rPr>
              <w:t>• Zihin haritası</w:t>
            </w:r>
          </w:p>
          <w:p>
            <w:pPr>
              <w:spacing w:after="0"/>
            </w:pPr>
            <w:r>
              <w:rPr>
                <w:b w:val="0"/>
                <w:sz w:val="19"/>
              </w:rPr>
              <w:t>• Açık uçlu sorular</w:t>
            </w:r>
          </w:p>
          <w:p>
            <w:pPr>
              <w:spacing w:after="0"/>
            </w:pPr>
            <w:r>
              <w:rPr>
                <w:b w:val="0"/>
                <w:sz w:val="19"/>
              </w:rPr>
              <w:t>• Kontrol listesi</w:t>
            </w:r>
          </w:p>
          <w:p>
            <w:pPr>
              <w:spacing w:after="0"/>
            </w:pPr>
            <w:r>
              <w:rPr>
                <w:b w:val="0"/>
                <w:sz w:val="19"/>
              </w:rPr>
              <w:t>• Çıkış kartı (3-2-1)</w:t>
            </w:r>
          </w:p>
          <w:p>
            <w:pPr>
              <w:spacing w:after="0"/>
            </w:pPr>
            <w:r>
              <w:rPr>
                <w:b w:val="0"/>
                <w:sz w:val="19"/>
              </w:rPr>
              <w:t>• Karşılaştırma tablosu</w:t>
            </w:r>
          </w:p>
          <w:p>
            <w:pPr>
              <w:spacing w:after="0"/>
            </w:pPr>
            <w:r>
              <w:rPr>
                <w:b w:val="0"/>
                <w:sz w:val="19"/>
              </w:rPr>
              <w:t>• Öğrenme günlüğü</w:t>
            </w:r>
          </w:p>
          <w:p>
            <w:pPr>
              <w:spacing w:after="0"/>
            </w:pPr>
            <w:r>
              <w:rPr>
                <w:b w:val="0"/>
                <w:sz w:val="19"/>
              </w:rPr>
              <w:t>Edebî söyleyişin inceliğini yansıtan metinlerde okumaya yönelik izleme testi, zihin haritası, açık uçlu sorular ve çıkış kartı kullanılabilir. Dinleme/izleme metinleri ile ilgili olarak da</w:t>
            </w:r>
          </w:p>
          <w:p>
            <w:pPr>
              <w:spacing w:after="0"/>
            </w:pPr>
            <w:r>
              <w:rPr>
                <w:b w:val="0"/>
                <w:sz w:val="19"/>
              </w:rPr>
              <w:t>kontrol listesi ve karşılaştırma tablosu hazırlanabilir. Öz yansıtmada öz değerlendirme ile akran ve grup değerlendirmeleri yapılabilir.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şiiri betimleyici bir paragrafa dönüştürmelerine yönelik bir</w:t>
            </w:r>
          </w:p>
          <w:p>
            <w:pPr>
              <w:spacing w:after="0"/>
            </w:pPr>
            <w:r>
              <w:rPr>
                <w:b w:val="0"/>
                <w:sz w:val="19"/>
              </w:rPr>
              <w:t>performans görevi</w:t>
            </w:r>
          </w:p>
          <w:p>
            <w:pPr>
              <w:spacing w:after="0"/>
            </w:pPr>
            <w:r>
              <w:rPr>
                <w:b w:val="0"/>
                <w:sz w:val="19"/>
              </w:rPr>
              <w:t>• Deneme metinlerinden hareketle düşünme tekniklerini kullanarak konuşma yapabilmelerine</w:t>
            </w:r>
          </w:p>
          <w:p>
            <w:pPr>
              <w:spacing w:after="0"/>
            </w:pPr>
            <w:r>
              <w:rPr>
                <w:b w:val="0"/>
                <w:sz w:val="19"/>
              </w:rPr>
              <w:t>yönelik performans görevi</w:t>
            </w:r>
          </w:p>
          <w:p>
            <w:pPr>
              <w:spacing w:after="0"/>
            </w:pPr>
            <w:r>
              <w:rPr>
                <w:b w:val="0"/>
                <w:sz w:val="19"/>
              </w:rPr>
              <w:t>Edebî söyleyişin inceliğini yansıtan metinlerde yazma sürecinde öğrencilere okudukları</w:t>
            </w:r>
          </w:p>
          <w:p>
            <w:pPr>
              <w:spacing w:after="0"/>
            </w:pPr>
            <w:r>
              <w:rPr>
                <w:b w:val="0"/>
                <w:sz w:val="19"/>
              </w:rPr>
              <w:t>bir şiiri betimleyici paragrafa dönüştürmelerine ilişkin bir performans görevi verilir. Öğrencilerin</w:t>
            </w:r>
          </w:p>
          <w:p>
            <w:pPr>
              <w:spacing w:after="0"/>
            </w:pPr>
            <w:r>
              <w:rPr>
                <w:b w:val="0"/>
                <w:sz w:val="19"/>
              </w:rPr>
              <w:t>bu çalışmaları dereceli puanlama anahtarı ile değerlendirilir. Puanlama anahtarında</w:t>
            </w:r>
          </w:p>
          <w:p>
            <w:pPr>
              <w:spacing w:after="0"/>
            </w:pPr>
            <w:r>
              <w:rPr>
                <w:b w:val="0"/>
                <w:sz w:val="19"/>
              </w:rPr>
              <w:t>ana duygu, yazma akıcılığı, betimleyici anlatım özellikleri (tasvir vb.), yazım ve noktalama</w:t>
            </w:r>
          </w:p>
          <w:p>
            <w:pPr>
              <w:spacing w:after="0"/>
            </w:pPr>
            <w:r>
              <w:rPr>
                <w:b w:val="0"/>
                <w:sz w:val="19"/>
              </w:rPr>
              <w:t>vb. ölçütler yer alır.</w:t>
            </w:r>
          </w:p>
          <w:p>
            <w:pPr>
              <w:spacing w:after="0"/>
            </w:pPr>
            <w:r>
              <w:rPr>
                <w:b w:val="0"/>
                <w:sz w:val="19"/>
              </w:rPr>
              <w:t>Konuşma sürecinde öğrencilere, düşünme tekniklerini kullanarak fikir geliştirmelerine</w:t>
            </w:r>
          </w:p>
          <w:p>
            <w:pPr>
              <w:spacing w:after="0"/>
            </w:pPr>
            <w:r>
              <w:rPr>
                <w:b w:val="0"/>
                <w:sz w:val="19"/>
              </w:rPr>
              <w:t>yönelik bir performans görevi verilir. Grup çalışması olarak gerçekleştirilecek bu görev</w:t>
            </w:r>
          </w:p>
          <w:p>
            <w:pPr>
              <w:spacing w:after="0"/>
            </w:pPr>
            <w:r>
              <w:rPr>
                <w:b w:val="0"/>
                <w:sz w:val="19"/>
              </w:rPr>
              <w:t>dereceli puanlama anahtarı ile değerlendirilir. Puanlama anahtarında planlama, organizasyon, zaman yönetimi ve düşünsel süreçleri kontrol etme yetenekleri, grup çalışması</w:t>
            </w:r>
          </w:p>
          <w:p>
            <w:pPr>
              <w:spacing w:after="0"/>
            </w:pPr>
            <w:r>
              <w:rPr>
                <w:b w:val="0"/>
                <w:sz w:val="19"/>
              </w:rPr>
              <w:t>vb. ölçütler dikkate alınır.</w:t>
            </w:r>
          </w:p>
          <w:p>
            <w:pPr>
              <w:spacing w:after="0"/>
            </w:pPr>
            <w:r>
              <w:rPr>
                <w:b w:val="0"/>
                <w:sz w:val="19"/>
              </w:rPr>
              <w:t>Tema sonu değerlendirmesi için öğrenme günlüğü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Cumhuriyet Bayramı (29 Ekim)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1.TEMA SÖZÜN İNCELİĞİ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KONUŞMA </w:t>
            </w:r>
          </w:p>
          <w:p>
            <w:pPr>
              <w:spacing w:after="0"/>
            </w:pPr>
            <w:r>
              <w:rPr>
                <w:b w:val="0"/>
                <w:sz w:val="19"/>
              </w:rPr>
              <w:t xml:space="preserve"> • Deneme türünde</w:t>
            </w:r>
          </w:p>
          <w:p>
            <w:pPr>
              <w:spacing w:after="0"/>
            </w:pPr>
            <w:r>
              <w:rPr>
                <w:b w:val="0"/>
                <w:sz w:val="19"/>
              </w:rPr>
              <w:t>yazılmış metinlerden</w:t>
            </w:r>
          </w:p>
          <w:p>
            <w:pPr>
              <w:spacing w:after="0"/>
            </w:pPr>
            <w:r>
              <w:rPr>
                <w:b w:val="0"/>
                <w:sz w:val="19"/>
              </w:rPr>
              <w:t>hareketle fikir</w:t>
            </w:r>
          </w:p>
          <w:p>
            <w:pPr>
              <w:spacing w:after="0"/>
            </w:pPr>
            <w:r>
              <w:rPr>
                <w:b w:val="0"/>
                <w:sz w:val="19"/>
              </w:rPr>
              <w:t>geliştirme tekniklerini</w:t>
            </w:r>
          </w:p>
          <w:p>
            <w:pPr>
              <w:spacing w:after="0"/>
            </w:pPr>
            <w:r>
              <w:rPr>
                <w:b w:val="0"/>
                <w:sz w:val="19"/>
              </w:rPr>
              <w:t>kullanarak bir</w:t>
            </w:r>
          </w:p>
          <w:p>
            <w:pPr>
              <w:spacing w:after="0"/>
            </w:pPr>
            <w:r>
              <w:rPr>
                <w:b w:val="0"/>
                <w:sz w:val="19"/>
              </w:rPr>
              <w:t>konuşma yapabilme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TDE3.2. Muhatabını ikna etmek için söyleyiş inceliklerine yer veren bir konuşma içeriği oluşturabilme </w:t>
            </w:r>
          </w:p>
          <w:p>
            <w:pPr>
              <w:spacing w:after="0"/>
            </w:pPr>
            <w:r>
              <w:rPr>
                <w:b w:val="0"/>
                <w:sz w:val="19"/>
              </w:rPr>
              <w:t>TDE3.3. Muhatabını ikna etmek için söyleyiş inceliklerine yer veren bir konuşmada kural uygulayabilme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TDE3.2.1. Ön bilgilerle bağlantı kurar.</w:t>
            </w:r>
          </w:p>
          <w:p>
            <w:pPr>
              <w:spacing w:after="0"/>
            </w:pPr>
            <w:r>
              <w:rPr>
                <w:b w:val="0"/>
                <w:sz w:val="19"/>
              </w:rPr>
              <w:t>• Konuşmasında belirlediği amaca yönelik ön bilgileriyle bağlantı kurar.</w:t>
            </w:r>
          </w:p>
          <w:p>
            <w:pPr>
              <w:spacing w:after="0"/>
            </w:pPr>
            <w:r>
              <w:rPr>
                <w:b w:val="0"/>
                <w:sz w:val="19"/>
              </w:rPr>
              <w:t>b) TDE3.2.2. Tahmin eder.</w:t>
            </w:r>
          </w:p>
          <w:p>
            <w:pPr>
              <w:spacing w:after="0"/>
            </w:pPr>
            <w:r>
              <w:rPr>
                <w:b w:val="0"/>
                <w:sz w:val="19"/>
              </w:rPr>
              <w:t>• Hedef kitlenin özelliklerine yönelik tahminlerde bulunarak konuşmasının giriş, gelişme ve sonuç bölümlerini</w:t>
            </w:r>
          </w:p>
          <w:p>
            <w:pPr>
              <w:spacing w:after="0"/>
            </w:pPr>
            <w:r>
              <w:rPr>
                <w:b w:val="0"/>
                <w:sz w:val="19"/>
              </w:rPr>
              <w:t>tasarlar.</w:t>
            </w:r>
          </w:p>
          <w:p>
            <w:pPr>
              <w:spacing w:after="0"/>
            </w:pPr>
            <w:r>
              <w:rPr>
                <w:b w:val="0"/>
                <w:sz w:val="19"/>
              </w:rPr>
              <w:t>c) TDE3.2.3. Karşılaştırır.</w:t>
            </w:r>
          </w:p>
          <w:p>
            <w:pPr>
              <w:spacing w:after="0"/>
            </w:pPr>
            <w:r>
              <w:rPr>
                <w:b w:val="0"/>
                <w:sz w:val="19"/>
              </w:rPr>
              <w:t>• Konuşmasının amacına uygun ana düşünceyi belirlerken karşılaştırma içeren iletiler oluşturur.</w:t>
            </w:r>
          </w:p>
          <w:p>
            <w:pPr>
              <w:spacing w:after="0"/>
            </w:pPr>
            <w:r>
              <w:rPr>
                <w:b w:val="0"/>
                <w:sz w:val="19"/>
              </w:rPr>
              <w:t>ç) TDE3.2.4. Sınıflandırır.</w:t>
            </w:r>
          </w:p>
          <w:p>
            <w:pPr>
              <w:spacing w:after="0"/>
            </w:pPr>
            <w:r>
              <w:rPr>
                <w:b w:val="0"/>
                <w:sz w:val="19"/>
              </w:rPr>
              <w:t>• Dilin kullanım alanına (özel, mesleki, kamusal alan ve eğitim alanı) göre konuşmasının içeriğini belirler.</w:t>
            </w:r>
          </w:p>
          <w:p>
            <w:pPr>
              <w:spacing w:after="0"/>
            </w:pPr>
            <w:r>
              <w:rPr>
                <w:b w:val="0"/>
                <w:sz w:val="19"/>
              </w:rPr>
              <w:t>d) TDE3.2.5. Yeniden ifade eder.</w:t>
            </w:r>
          </w:p>
          <w:p>
            <w:pPr>
              <w:spacing w:after="0"/>
            </w:pPr>
            <w:r>
              <w:rPr>
                <w:b w:val="0"/>
                <w:sz w:val="19"/>
              </w:rPr>
              <w:t>• Konuşmasının türüne göre bilgi toplar (Hazırlıklı konuşmada bilgi toplar, hazırlıksız konuşmada not alır.).</w:t>
            </w:r>
          </w:p>
          <w:p>
            <w:pPr>
              <w:spacing w:after="0"/>
            </w:pPr>
            <w:r>
              <w:rPr>
                <w:b w:val="0"/>
                <w:sz w:val="19"/>
              </w:rPr>
              <w:t>• Söz varlığını kullanarak konuşmasının içeriğini düzenler.</w:t>
            </w:r>
          </w:p>
          <w:p>
            <w:pPr>
              <w:spacing w:after="0"/>
            </w:pPr>
            <w:r>
              <w:rPr>
                <w:b w:val="0"/>
                <w:sz w:val="19"/>
              </w:rPr>
              <w:t>e) TDE3.2.6. Tepki verir.</w:t>
            </w:r>
          </w:p>
          <w:p>
            <w:pPr>
              <w:spacing w:after="0"/>
            </w:pPr>
            <w:r>
              <w:rPr>
                <w:b w:val="0"/>
                <w:sz w:val="19"/>
              </w:rPr>
              <w:t>• Konuşmasını planlarken dil işlevlerini kullanır.</w:t>
            </w:r>
          </w:p>
          <w:p>
            <w:pPr>
              <w:spacing w:after="0"/>
            </w:pPr>
            <w:r>
              <w:rPr>
                <w:b w:val="0"/>
                <w:sz w:val="19"/>
              </w:rPr>
              <w:t>f) TDE3.2.7. Sesle anlam oluşturur.</w:t>
            </w:r>
          </w:p>
          <w:p>
            <w:pPr>
              <w:spacing w:after="0"/>
            </w:pPr>
            <w:r>
              <w:rPr>
                <w:b w:val="0"/>
                <w:sz w:val="19"/>
              </w:rPr>
              <w:t>• Konuşmasında beden dilini doğru bir şekilde kullanacağını göz önünde bulundurur.</w:t>
            </w:r>
          </w:p>
          <w:p>
            <w:pPr>
              <w:spacing w:after="0"/>
            </w:pPr>
            <w:r>
              <w:rPr>
                <w:b w:val="0"/>
                <w:sz w:val="19"/>
              </w:rPr>
              <w:t>• Konuşmasını diksiyon ve telaffuzu etkin kullanacak şekilde planlar.</w:t>
            </w:r>
          </w:p>
          <w:p>
            <w:pPr>
              <w:spacing w:after="0"/>
            </w:pPr>
            <w:r>
              <w:rPr>
                <w:b w:val="0"/>
                <w:sz w:val="19"/>
              </w:rPr>
              <w:t>g) TDE3.2.8. Görsel ögeleri kullanır.</w:t>
            </w:r>
          </w:p>
          <w:p>
            <w:pPr>
              <w:spacing w:after="0"/>
            </w:pPr>
            <w:r>
              <w:rPr>
                <w:b w:val="0"/>
                <w:sz w:val="19"/>
              </w:rPr>
              <w:t>• Konuşma içeriğini desteklemek için kullanacağı görsel ve işitsel ögelere karar verir.</w:t>
            </w:r>
          </w:p>
          <w:p>
            <w:pPr>
              <w:spacing w:after="0"/>
            </w:pPr>
            <w:r>
              <w:rPr>
                <w:b w:val="0"/>
                <w:sz w:val="19"/>
              </w:rPr>
              <w:t>ğ) TDE3.2.9. Sunar.</w:t>
            </w:r>
          </w:p>
          <w:p>
            <w:pPr>
              <w:spacing w:after="0"/>
            </w:pPr>
            <w:r>
              <w:rPr>
                <w:b w:val="0"/>
                <w:sz w:val="19"/>
              </w:rPr>
              <w:t>• Yapacağı konuşmanın plan taslağını sunar.</w:t>
            </w:r>
          </w:p>
          <w:p>
            <w:pPr>
              <w:spacing w:after="0"/>
            </w:pPr>
            <w:r>
              <w:rPr>
                <w:b w:val="0"/>
                <w:sz w:val="19"/>
              </w:rPr>
              <w:t>• Aldığı geri bildirimler ile plan taslağına son şeklini verir.</w:t>
            </w:r>
          </w:p>
          <w:p>
            <w:pPr>
              <w:spacing w:after="0"/>
            </w:pPr>
            <w:r>
              <w:rPr>
                <w:b w:val="0"/>
                <w:sz w:val="19"/>
              </w:rPr>
              <w:t>a) TDE3.3.1. Plan hazırlar.</w:t>
            </w:r>
          </w:p>
          <w:p>
            <w:pPr>
              <w:spacing w:after="0"/>
            </w:pPr>
            <w:r>
              <w:rPr>
                <w:b w:val="0"/>
                <w:sz w:val="19"/>
              </w:rPr>
              <w:t>• Konuşmasına planına uygun bir şekilde başlar.</w:t>
            </w:r>
          </w:p>
          <w:p>
            <w:pPr>
              <w:spacing w:after="0"/>
            </w:pPr>
            <w:r>
              <w:rPr>
                <w:b w:val="0"/>
                <w:sz w:val="19"/>
              </w:rPr>
              <w:t>• Konuşmasını dikkat çekici bir girişle başlatır.</w:t>
            </w:r>
          </w:p>
          <w:p>
            <w:pPr>
              <w:spacing w:after="0"/>
            </w:pPr>
            <w:r>
              <w:rPr>
                <w:b w:val="0"/>
                <w:sz w:val="19"/>
              </w:rPr>
              <w:t>b) TDE3.3.2. Düşünceyi geliştirme yollarını kullanır.</w:t>
            </w:r>
          </w:p>
          <w:p>
            <w:pPr>
              <w:spacing w:after="0"/>
            </w:pPr>
            <w:r>
              <w:rPr>
                <w:b w:val="0"/>
                <w:sz w:val="19"/>
              </w:rPr>
              <w:t>• Konuşmasını desteklemek amacıyla düşünceyi geliştirme yollarını kullanır.</w:t>
            </w:r>
          </w:p>
          <w:p>
            <w:pPr>
              <w:spacing w:after="0"/>
            </w:pPr>
            <w:r>
              <w:rPr>
                <w:b w:val="0"/>
                <w:sz w:val="19"/>
              </w:rPr>
              <w:t>• Duygu, düşünce ve hayallerini kendine özgü bir üslupla ifade eder.</w:t>
            </w:r>
          </w:p>
          <w:p>
            <w:pPr>
              <w:spacing w:after="0"/>
            </w:pPr>
            <w:r>
              <w:rPr>
                <w:b w:val="0"/>
                <w:sz w:val="19"/>
              </w:rPr>
              <w:t>c) TDE3.3.3. Uygun söz varlığı kullanır.</w:t>
            </w:r>
          </w:p>
          <w:p>
            <w:pPr>
              <w:spacing w:after="0"/>
            </w:pPr>
            <w:r>
              <w:rPr>
                <w:b w:val="0"/>
                <w:sz w:val="19"/>
              </w:rPr>
              <w:t>• Söz varlığını bağlama uygun şekilde kullanır.</w:t>
            </w:r>
          </w:p>
          <w:p>
            <w:pPr>
              <w:spacing w:after="0"/>
            </w:pPr>
            <w:r>
              <w:rPr>
                <w:b w:val="0"/>
                <w:sz w:val="19"/>
              </w:rPr>
              <w:t>• Ana düşünce ve destekleyici bilgilerle konuşmasını sürdürür.</w:t>
            </w:r>
          </w:p>
          <w:p>
            <w:pPr>
              <w:spacing w:after="0"/>
            </w:pPr>
            <w:r>
              <w:rPr>
                <w:b w:val="0"/>
                <w:sz w:val="19"/>
              </w:rPr>
              <w:t>• Konuşmasını hedef kitleye uygun bir söz varlığı ve üslupla sürdürür.</w:t>
            </w:r>
          </w:p>
          <w:p>
            <w:pPr>
              <w:spacing w:after="0"/>
            </w:pPr>
            <w:r>
              <w:rPr>
                <w:b w:val="0"/>
                <w:sz w:val="19"/>
              </w:rPr>
              <w:t>ç) TDE3.3.4. İletileri açık ve örtük biçimde ifade eder.</w:t>
            </w:r>
          </w:p>
          <w:p>
            <w:pPr>
              <w:spacing w:after="0"/>
            </w:pPr>
            <w:r>
              <w:rPr>
                <w:b w:val="0"/>
                <w:sz w:val="19"/>
              </w:rPr>
              <w:t>• Vermek istediği iletileri açık veya örtük bir şekilde ifade eder.</w:t>
            </w:r>
          </w:p>
          <w:p>
            <w:pPr>
              <w:spacing w:after="0"/>
            </w:pPr>
            <w:r>
              <w:rPr>
                <w:b w:val="0"/>
                <w:sz w:val="19"/>
              </w:rPr>
              <w:t>• Duygu, düşünce ve hayallerini tutarlı bir şekilde ifade eder.</w:t>
            </w:r>
          </w:p>
          <w:p>
            <w:pPr>
              <w:spacing w:after="0"/>
            </w:pPr>
            <w:r>
              <w:rPr>
                <w:b w:val="0"/>
                <w:sz w:val="19"/>
              </w:rPr>
              <w:t>• Konuşmayı başlatma, sürdürme ve bitirme ifadelerini etkili kullanır.</w:t>
            </w:r>
          </w:p>
          <w:p>
            <w:pPr>
              <w:spacing w:after="0"/>
            </w:pPr>
            <w:r>
              <w:rPr>
                <w:b w:val="0"/>
                <w:sz w:val="19"/>
              </w:rPr>
              <w:t>• Millî ve manevi değerlere ve kültürel unsurlara dikkat ederek konuşmasını sürdürür.</w:t>
            </w:r>
          </w:p>
          <w:p>
            <w:pPr>
              <w:spacing w:after="0"/>
            </w:pPr>
            <w:r>
              <w:rPr>
                <w:b w:val="0"/>
                <w:sz w:val="19"/>
              </w:rPr>
              <w:t>• Konuşmasında toplumsal hassasiyet oluşturacak ögeler (siyaset, din, etnisite vb.) kullanmaktan kaçınır.</w:t>
            </w:r>
          </w:p>
          <w:p>
            <w:pPr>
              <w:spacing w:after="0"/>
            </w:pPr>
            <w:r>
              <w:rPr>
                <w:b w:val="0"/>
                <w:sz w:val="19"/>
              </w:rPr>
              <w:t>• Konuşmasında olumlu tutum ve değerleri vurgular.</w:t>
            </w:r>
          </w:p>
          <w:p>
            <w:pPr>
              <w:spacing w:after="0"/>
            </w:pPr>
            <w:r>
              <w:rPr>
                <w:b w:val="0"/>
                <w:sz w:val="19"/>
              </w:rPr>
              <w:t>d) TDE3.3.5. Türkçe dil yapılarını uygular.</w:t>
            </w:r>
          </w:p>
          <w:p>
            <w:pPr>
              <w:spacing w:after="0"/>
            </w:pPr>
            <w:r>
              <w:rPr>
                <w:b w:val="0"/>
                <w:sz w:val="19"/>
              </w:rPr>
              <w:t>• Konuşmasında Türkçenin dil yapısını ve işlevini amacına uygun kullanır.</w:t>
            </w:r>
          </w:p>
          <w:p>
            <w:pPr>
              <w:spacing w:after="0"/>
            </w:pPr>
            <w:r>
              <w:rPr>
                <w:b w:val="0"/>
                <w:sz w:val="19"/>
              </w:rPr>
              <w:t>e) TDE3.3.6. Bağdaşıklık ögelerini kullanır.</w:t>
            </w:r>
          </w:p>
          <w:p>
            <w:pPr>
              <w:spacing w:after="0"/>
            </w:pPr>
            <w:r>
              <w:rPr>
                <w:b w:val="0"/>
                <w:sz w:val="19"/>
              </w:rPr>
              <w:t>• Konuşmasını bağdaşıklık ögelerine dikkat ederek yapar.</w:t>
            </w:r>
          </w:p>
          <w:p>
            <w:pPr>
              <w:spacing w:after="0"/>
            </w:pPr>
            <w:r>
              <w:rPr>
                <w:b w:val="0"/>
                <w:sz w:val="19"/>
              </w:rPr>
              <w:t>f) TDE3.3.7. Beden dilini ve mekânı kullanır.</w:t>
            </w:r>
          </w:p>
          <w:p>
            <w:pPr>
              <w:spacing w:after="0"/>
            </w:pPr>
            <w:r>
              <w:rPr>
                <w:b w:val="0"/>
                <w:sz w:val="19"/>
              </w:rPr>
              <w:t>• Konuşmasında beden dilini doğru bir şekilde kullanır.</w:t>
            </w:r>
          </w:p>
          <w:p>
            <w:pPr>
              <w:spacing w:after="0"/>
            </w:pPr>
            <w:r>
              <w:rPr>
                <w:b w:val="0"/>
                <w:sz w:val="19"/>
              </w:rPr>
              <w:t>• Konuşmasında diksiyon ve telaffuzu etkin bir şekilde kullanır.</w:t>
            </w:r>
          </w:p>
          <w:p>
            <w:pPr>
              <w:spacing w:after="0"/>
            </w:pPr>
            <w:r>
              <w:rPr>
                <w:b w:val="0"/>
                <w:sz w:val="19"/>
              </w:rPr>
              <w:t>• Konuşmasında mekânı etkin bir şekilde kullanır.</w:t>
            </w:r>
          </w:p>
          <w:p>
            <w:pPr>
              <w:spacing w:after="0"/>
            </w:pPr>
            <w:r>
              <w:rPr>
                <w:b w:val="0"/>
                <w:sz w:val="19"/>
              </w:rPr>
              <w:t>• Konuşmasında zamanı verimli bir şekilde kullanır.</w:t>
            </w:r>
          </w:p>
          <w:p>
            <w:pPr>
              <w:spacing w:after="0"/>
            </w:pPr>
            <w:r>
              <w:rPr>
                <w:b w:val="0"/>
                <w:sz w:val="19"/>
              </w:rPr>
              <w:t>• Konuşma sürecinde dinleyici ile etkileşim kurar.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D7. Estetik 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(TDE3.2. Muhatabını ikna etmek için söyleyiş inceliklerine yer veren bir konuşma içeriği oluşturabilme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İzleme testi</w:t>
            </w:r>
          </w:p>
          <w:p>
            <w:pPr>
              <w:spacing w:after="0"/>
            </w:pPr>
            <w:r>
              <w:rPr>
                <w:b w:val="0"/>
                <w:sz w:val="19"/>
              </w:rPr>
              <w:t>• Zihin haritası</w:t>
            </w:r>
          </w:p>
          <w:p>
            <w:pPr>
              <w:spacing w:after="0"/>
            </w:pPr>
            <w:r>
              <w:rPr>
                <w:b w:val="0"/>
                <w:sz w:val="19"/>
              </w:rPr>
              <w:t>• Açık uçlu sorular</w:t>
            </w:r>
          </w:p>
          <w:p>
            <w:pPr>
              <w:spacing w:after="0"/>
            </w:pPr>
            <w:r>
              <w:rPr>
                <w:b w:val="0"/>
                <w:sz w:val="19"/>
              </w:rPr>
              <w:t>• Kontrol listesi</w:t>
            </w:r>
          </w:p>
          <w:p>
            <w:pPr>
              <w:spacing w:after="0"/>
            </w:pPr>
            <w:r>
              <w:rPr>
                <w:b w:val="0"/>
                <w:sz w:val="19"/>
              </w:rPr>
              <w:t>• Çıkış kartı (3-2-1)</w:t>
            </w:r>
          </w:p>
          <w:p>
            <w:pPr>
              <w:spacing w:after="0"/>
            </w:pPr>
            <w:r>
              <w:rPr>
                <w:b w:val="0"/>
                <w:sz w:val="19"/>
              </w:rPr>
              <w:t>• Karşılaştırma tablosu</w:t>
            </w:r>
          </w:p>
          <w:p>
            <w:pPr>
              <w:spacing w:after="0"/>
            </w:pPr>
            <w:r>
              <w:rPr>
                <w:b w:val="0"/>
                <w:sz w:val="19"/>
              </w:rPr>
              <w:t>• Öğrenme günlüğü</w:t>
            </w:r>
          </w:p>
          <w:p>
            <w:pPr>
              <w:spacing w:after="0"/>
            </w:pPr>
            <w:r>
              <w:rPr>
                <w:b w:val="0"/>
                <w:sz w:val="19"/>
              </w:rPr>
              <w:t>Edebî söyleyişin inceliğini yansıtan metinlerde okumaya yönelik izleme testi, zihin haritası, açık uçlu sorular ve çıkış kartı kullanılabilir. Dinleme/izleme metinleri ile ilgili olarak da</w:t>
            </w:r>
          </w:p>
          <w:p>
            <w:pPr>
              <w:spacing w:after="0"/>
            </w:pPr>
            <w:r>
              <w:rPr>
                <w:b w:val="0"/>
                <w:sz w:val="19"/>
              </w:rPr>
              <w:t>kontrol listesi ve karşılaştırma tablosu hazırlanabilir. Öz yansıtmada öz değerlendirme ile akran ve grup değerlendirmeleri yapılabilir.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şiiri betimleyici bir paragrafa dönüştürmelerine yönelik bir</w:t>
            </w:r>
          </w:p>
          <w:p>
            <w:pPr>
              <w:spacing w:after="0"/>
            </w:pPr>
            <w:r>
              <w:rPr>
                <w:b w:val="0"/>
                <w:sz w:val="19"/>
              </w:rPr>
              <w:t>performans görevi</w:t>
            </w:r>
          </w:p>
          <w:p>
            <w:pPr>
              <w:spacing w:after="0"/>
            </w:pPr>
            <w:r>
              <w:rPr>
                <w:b w:val="0"/>
                <w:sz w:val="19"/>
              </w:rPr>
              <w:t>• Deneme metinlerinden hareketle düşünme tekniklerini kullanarak konuşma yapabilmelerine</w:t>
            </w:r>
          </w:p>
          <w:p>
            <w:pPr>
              <w:spacing w:after="0"/>
            </w:pPr>
            <w:r>
              <w:rPr>
                <w:b w:val="0"/>
                <w:sz w:val="19"/>
              </w:rPr>
              <w:t>yönelik performans görevi</w:t>
            </w:r>
          </w:p>
          <w:p>
            <w:pPr>
              <w:spacing w:after="0"/>
            </w:pPr>
            <w:r>
              <w:rPr>
                <w:b w:val="0"/>
                <w:sz w:val="19"/>
              </w:rPr>
              <w:t>Edebî söyleyişin inceliğini yansıtan metinlerde yazma sürecinde öğrencilere okudukları</w:t>
            </w:r>
          </w:p>
          <w:p>
            <w:pPr>
              <w:spacing w:after="0"/>
            </w:pPr>
            <w:r>
              <w:rPr>
                <w:b w:val="0"/>
                <w:sz w:val="19"/>
              </w:rPr>
              <w:t>bir şiiri betimleyici paragrafa dönüştürmelerine ilişkin bir performans görevi verilir. Öğrencilerin</w:t>
            </w:r>
          </w:p>
          <w:p>
            <w:pPr>
              <w:spacing w:after="0"/>
            </w:pPr>
            <w:r>
              <w:rPr>
                <w:b w:val="0"/>
                <w:sz w:val="19"/>
              </w:rPr>
              <w:t>bu çalışmaları dereceli puanlama anahtarı ile değerlendirilir. Puanlama anahtarında</w:t>
            </w:r>
          </w:p>
          <w:p>
            <w:pPr>
              <w:spacing w:after="0"/>
            </w:pPr>
            <w:r>
              <w:rPr>
                <w:b w:val="0"/>
                <w:sz w:val="19"/>
              </w:rPr>
              <w:t>ana duygu, yazma akıcılığı, betimleyici anlatım özellikleri (tasvir vb.), yazım ve noktalama</w:t>
            </w:r>
          </w:p>
          <w:p>
            <w:pPr>
              <w:spacing w:after="0"/>
            </w:pPr>
            <w:r>
              <w:rPr>
                <w:b w:val="0"/>
                <w:sz w:val="19"/>
              </w:rPr>
              <w:t>vb. ölçütler yer alır.</w:t>
            </w:r>
          </w:p>
          <w:p>
            <w:pPr>
              <w:spacing w:after="0"/>
            </w:pPr>
            <w:r>
              <w:rPr>
                <w:b w:val="0"/>
                <w:sz w:val="19"/>
              </w:rPr>
              <w:t>Konuşma sürecinde öğrencilere, düşünme tekniklerini kullanarak fikir geliştirmelerine</w:t>
            </w:r>
          </w:p>
          <w:p>
            <w:pPr>
              <w:spacing w:after="0"/>
            </w:pPr>
            <w:r>
              <w:rPr>
                <w:b w:val="0"/>
                <w:sz w:val="19"/>
              </w:rPr>
              <w:t>yönelik bir performans görevi verilir. Grup çalışması olarak gerçekleştirilecek bu görev</w:t>
            </w:r>
          </w:p>
          <w:p>
            <w:pPr>
              <w:spacing w:after="0"/>
            </w:pPr>
            <w:r>
              <w:rPr>
                <w:b w:val="0"/>
                <w:sz w:val="19"/>
              </w:rPr>
              <w:t>dereceli puanlama anahtarı ile değerlendirilir. Puanlama anahtarında planlama, organizasyon, zaman yönetimi ve düşünsel süreçleri kontrol etme yetenekleri, grup çalışması</w:t>
            </w:r>
          </w:p>
          <w:p>
            <w:pPr>
              <w:spacing w:after="0"/>
            </w:pPr>
            <w:r>
              <w:rPr>
                <w:b w:val="0"/>
                <w:sz w:val="19"/>
              </w:rPr>
              <w:t>vb. ölçütler dikkate alınır.</w:t>
            </w:r>
          </w:p>
          <w:p>
            <w:pPr>
              <w:spacing w:after="0"/>
            </w:pPr>
            <w:r>
              <w:rPr>
                <w:b w:val="0"/>
                <w:sz w:val="19"/>
              </w:rPr>
              <w:t>Tema sonu değerlendirmesi için öğrenme günlüğü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1.TEMA SÖZÜN İNCELİĞİ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KONUŞMA </w:t>
            </w:r>
          </w:p>
          <w:p>
            <w:pPr>
              <w:spacing w:after="0"/>
            </w:pPr>
            <w:r>
              <w:rPr>
                <w:b w:val="0"/>
                <w:sz w:val="19"/>
              </w:rPr>
              <w:t xml:space="preserve"> • Deneme türünde</w:t>
            </w:r>
          </w:p>
          <w:p>
            <w:pPr>
              <w:spacing w:after="0"/>
            </w:pPr>
            <w:r>
              <w:rPr>
                <w:b w:val="0"/>
                <w:sz w:val="19"/>
              </w:rPr>
              <w:t>yazılmış metinlerden</w:t>
            </w:r>
          </w:p>
          <w:p>
            <w:pPr>
              <w:spacing w:after="0"/>
            </w:pPr>
            <w:r>
              <w:rPr>
                <w:b w:val="0"/>
                <w:sz w:val="19"/>
              </w:rPr>
              <w:t>hareketle fikir</w:t>
            </w:r>
          </w:p>
          <w:p>
            <w:pPr>
              <w:spacing w:after="0"/>
            </w:pPr>
            <w:r>
              <w:rPr>
                <w:b w:val="0"/>
                <w:sz w:val="19"/>
              </w:rPr>
              <w:t>geliştirme tekniklerini</w:t>
            </w:r>
          </w:p>
          <w:p>
            <w:pPr>
              <w:spacing w:after="0"/>
            </w:pPr>
            <w:r>
              <w:rPr>
                <w:b w:val="0"/>
                <w:sz w:val="19"/>
              </w:rPr>
              <w:t>kullanarak bir</w:t>
            </w:r>
          </w:p>
          <w:p>
            <w:pPr>
              <w:spacing w:after="0"/>
            </w:pPr>
            <w:r>
              <w:rPr>
                <w:b w:val="0"/>
                <w:sz w:val="19"/>
              </w:rPr>
              <w:t>konuşma yapabilme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TDE3.4. Söyleyiş inceliğinin konuşmasına etkisiyle ilgili süreci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TDE3.4.1. Kendini değerlendirir.</w:t>
            </w:r>
          </w:p>
          <w:p>
            <w:pPr>
              <w:spacing w:after="0"/>
            </w:pPr>
            <w:r>
              <w:rPr>
                <w:b w:val="0"/>
                <w:sz w:val="19"/>
              </w:rPr>
              <w:t>• Konuşma sürecindeki davranış, duygu ve düşüncelerini değerlendirir.</w:t>
            </w:r>
          </w:p>
          <w:p>
            <w:pPr>
              <w:spacing w:after="0"/>
            </w:pPr>
            <w:r>
              <w:rPr>
                <w:b w:val="0"/>
                <w:sz w:val="19"/>
              </w:rPr>
              <w:t>• Konuşmasını içerik yönünden değerlendirir.</w:t>
            </w:r>
          </w:p>
          <w:p>
            <w:pPr>
              <w:spacing w:after="0"/>
            </w:pPr>
            <w:r>
              <w:rPr>
                <w:b w:val="0"/>
                <w:sz w:val="19"/>
              </w:rPr>
              <w:t>• Konuşmasını dil ve anlatım yönünden değerlendirir.</w:t>
            </w:r>
          </w:p>
          <w:p>
            <w:pPr>
              <w:spacing w:after="0"/>
            </w:pPr>
            <w:r>
              <w:rPr>
                <w:b w:val="0"/>
                <w:sz w:val="19"/>
              </w:rPr>
              <w:t>• Konuşmasını paydaşların görüşlerine göre değerlendirir.</w:t>
            </w:r>
          </w:p>
          <w:p>
            <w:pPr>
              <w:spacing w:after="0"/>
            </w:pPr>
            <w:r>
              <w:rPr>
                <w:b w:val="0"/>
                <w:sz w:val="19"/>
              </w:rPr>
              <w:t>b) TDE3.4.2. Tepki ortaya koyar.</w:t>
            </w:r>
          </w:p>
          <w:p>
            <w:pPr>
              <w:spacing w:after="0"/>
            </w:pPr>
            <w:r>
              <w:rPr>
                <w:b w:val="0"/>
                <w:sz w:val="19"/>
              </w:rPr>
              <w:t>• Genel geri bildirimlere bağlı olarak bundan sonra yapacağı konuşmalar için kendisine yeni hedefler belirler.</w:t>
            </w:r>
          </w:p>
          <w:p>
            <w:pPr>
              <w:spacing w:after="0"/>
            </w:pPr>
            <w:r>
              <w:rPr>
                <w:b w:val="0"/>
                <w:sz w:val="19"/>
              </w:rPr>
              <w:t>• Özgün konuşmacı kimliğini oluşturur.</w:t>
            </w:r>
          </w:p>
          <w:p>
            <w:pPr>
              <w:spacing w:after="0"/>
            </w:pPr>
            <w:r>
              <w:rPr>
                <w:b w:val="0"/>
                <w:sz w:val="19"/>
              </w:rPr>
              <w:t>• Konuşmasını dijital ortamlar için yeniden düzenleyebilir.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D7. Estetik 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OB5. Kültür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(TDE3.4. Söyleyiş inceliğinin konuşmasına etkisiyle ilgili süreci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İzleme testi</w:t>
            </w:r>
          </w:p>
          <w:p>
            <w:pPr>
              <w:spacing w:after="0"/>
            </w:pPr>
            <w:r>
              <w:rPr>
                <w:b w:val="0"/>
                <w:sz w:val="19"/>
              </w:rPr>
              <w:t>• Zihin haritası</w:t>
            </w:r>
          </w:p>
          <w:p>
            <w:pPr>
              <w:spacing w:after="0"/>
            </w:pPr>
            <w:r>
              <w:rPr>
                <w:b w:val="0"/>
                <w:sz w:val="19"/>
              </w:rPr>
              <w:t>• Açık uçlu sorular</w:t>
            </w:r>
          </w:p>
          <w:p>
            <w:pPr>
              <w:spacing w:after="0"/>
            </w:pPr>
            <w:r>
              <w:rPr>
                <w:b w:val="0"/>
                <w:sz w:val="19"/>
              </w:rPr>
              <w:t>• Kontrol listesi</w:t>
            </w:r>
          </w:p>
          <w:p>
            <w:pPr>
              <w:spacing w:after="0"/>
            </w:pPr>
            <w:r>
              <w:rPr>
                <w:b w:val="0"/>
                <w:sz w:val="19"/>
              </w:rPr>
              <w:t>• Çıkış kartı (3-2-1)</w:t>
            </w:r>
          </w:p>
          <w:p>
            <w:pPr>
              <w:spacing w:after="0"/>
            </w:pPr>
            <w:r>
              <w:rPr>
                <w:b w:val="0"/>
                <w:sz w:val="19"/>
              </w:rPr>
              <w:t>• Karşılaştırma tablosu</w:t>
            </w:r>
          </w:p>
          <w:p>
            <w:pPr>
              <w:spacing w:after="0"/>
            </w:pPr>
            <w:r>
              <w:rPr>
                <w:b w:val="0"/>
                <w:sz w:val="19"/>
              </w:rPr>
              <w:t>• Öğrenme günlüğü</w:t>
            </w:r>
          </w:p>
          <w:p>
            <w:pPr>
              <w:spacing w:after="0"/>
            </w:pPr>
            <w:r>
              <w:rPr>
                <w:b w:val="0"/>
                <w:sz w:val="19"/>
              </w:rPr>
              <w:t>Edebî söyleyişin inceliğini yansıtan metinlerde okumaya yönelik izleme testi, zihin haritası, açık uçlu sorular ve çıkış kartı kullanılabilir. Dinleme/izleme metinleri ile ilgili olarak da</w:t>
            </w:r>
          </w:p>
          <w:p>
            <w:pPr>
              <w:spacing w:after="0"/>
            </w:pPr>
            <w:r>
              <w:rPr>
                <w:b w:val="0"/>
                <w:sz w:val="19"/>
              </w:rPr>
              <w:t>kontrol listesi ve karşılaştırma tablosu hazırlanabilir. Öz yansıtmada öz değerlendirme ile akran ve grup değerlendirmeleri yapılabilir.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şiiri betimleyici bir paragrafa dönüştürmelerine yönelik bir</w:t>
            </w:r>
          </w:p>
          <w:p>
            <w:pPr>
              <w:spacing w:after="0"/>
            </w:pPr>
            <w:r>
              <w:rPr>
                <w:b w:val="0"/>
                <w:sz w:val="19"/>
              </w:rPr>
              <w:t>performans görevi</w:t>
            </w:r>
          </w:p>
          <w:p>
            <w:pPr>
              <w:spacing w:after="0"/>
            </w:pPr>
            <w:r>
              <w:rPr>
                <w:b w:val="0"/>
                <w:sz w:val="19"/>
              </w:rPr>
              <w:t>• Deneme metinlerinden hareketle düşünme tekniklerini kullanarak konuşma yapabilmelerine</w:t>
            </w:r>
          </w:p>
          <w:p>
            <w:pPr>
              <w:spacing w:after="0"/>
            </w:pPr>
            <w:r>
              <w:rPr>
                <w:b w:val="0"/>
                <w:sz w:val="19"/>
              </w:rPr>
              <w:t>yönelik performans görevi</w:t>
            </w:r>
          </w:p>
          <w:p>
            <w:pPr>
              <w:spacing w:after="0"/>
            </w:pPr>
            <w:r>
              <w:rPr>
                <w:b w:val="0"/>
                <w:sz w:val="19"/>
              </w:rPr>
              <w:t>Edebî söyleyişin inceliğini yansıtan metinlerde yazma sürecinde öğrencilere okudukları</w:t>
            </w:r>
          </w:p>
          <w:p>
            <w:pPr>
              <w:spacing w:after="0"/>
            </w:pPr>
            <w:r>
              <w:rPr>
                <w:b w:val="0"/>
                <w:sz w:val="19"/>
              </w:rPr>
              <w:t>bir şiiri betimleyici paragrafa dönüştürmelerine ilişkin bir performans görevi verilir. Öğrencilerin</w:t>
            </w:r>
          </w:p>
          <w:p>
            <w:pPr>
              <w:spacing w:after="0"/>
            </w:pPr>
            <w:r>
              <w:rPr>
                <w:b w:val="0"/>
                <w:sz w:val="19"/>
              </w:rPr>
              <w:t>bu çalışmaları dereceli puanlama anahtarı ile değerlendirilir. Puanlama anahtarında</w:t>
            </w:r>
          </w:p>
          <w:p>
            <w:pPr>
              <w:spacing w:after="0"/>
            </w:pPr>
            <w:r>
              <w:rPr>
                <w:b w:val="0"/>
                <w:sz w:val="19"/>
              </w:rPr>
              <w:t>ana duygu, yazma akıcılığı, betimleyici anlatım özellikleri (tasvir vb.), yazım ve noktalama</w:t>
            </w:r>
          </w:p>
          <w:p>
            <w:pPr>
              <w:spacing w:after="0"/>
            </w:pPr>
            <w:r>
              <w:rPr>
                <w:b w:val="0"/>
                <w:sz w:val="19"/>
              </w:rPr>
              <w:t>vb. ölçütler yer alır.</w:t>
            </w:r>
          </w:p>
          <w:p>
            <w:pPr>
              <w:spacing w:after="0"/>
            </w:pPr>
            <w:r>
              <w:rPr>
                <w:b w:val="0"/>
                <w:sz w:val="19"/>
              </w:rPr>
              <w:t>Konuşma sürecinde öğrencilere, düşünme tekniklerini kullanarak fikir geliştirmelerine</w:t>
            </w:r>
          </w:p>
          <w:p>
            <w:pPr>
              <w:spacing w:after="0"/>
            </w:pPr>
            <w:r>
              <w:rPr>
                <w:b w:val="0"/>
                <w:sz w:val="19"/>
              </w:rPr>
              <w:t>yönelik bir performans görevi verilir. Grup çalışması olarak gerçekleştirilecek bu görev</w:t>
            </w:r>
          </w:p>
          <w:p>
            <w:pPr>
              <w:spacing w:after="0"/>
            </w:pPr>
            <w:r>
              <w:rPr>
                <w:b w:val="0"/>
                <w:sz w:val="19"/>
              </w:rPr>
              <w:t>dereceli puanlama anahtarı ile değerlendirilir. Puanlama anahtarında planlama, organizasyon, zaman yönetimi ve düşünsel süreçleri kontrol etme yetenekleri, grup çalışması</w:t>
            </w:r>
          </w:p>
          <w:p>
            <w:pPr>
              <w:spacing w:after="0"/>
            </w:pPr>
            <w:r>
              <w:rPr>
                <w:b w:val="0"/>
                <w:sz w:val="19"/>
              </w:rPr>
              <w:t>vb. ölçütler dikkate alınır.</w:t>
            </w:r>
          </w:p>
          <w:p>
            <w:pPr>
              <w:spacing w:after="0"/>
            </w:pPr>
            <w:r>
              <w:rPr>
                <w:b w:val="0"/>
                <w:sz w:val="19"/>
              </w:rPr>
              <w:t>Tema sonu değerlendirmesi için öğrenme günlüğü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OKUL TEMELLİ PLANLAMA*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2.TEMA ANLAM ARAYIŞI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OKUMA </w:t>
            </w:r>
          </w:p>
          <w:p>
            <w:pPr>
              <w:spacing w:after="0"/>
            </w:pPr>
            <w:r>
              <w:rPr>
                <w:b w:val="0"/>
                <w:sz w:val="19"/>
              </w:rPr>
              <w:t>• Tema içeriğine</w:t>
            </w:r>
          </w:p>
          <w:p>
            <w:pPr>
              <w:spacing w:after="0"/>
            </w:pPr>
            <w:r>
              <w:rPr>
                <w:b w:val="0"/>
                <w:sz w:val="19"/>
              </w:rPr>
              <w:t xml:space="preserve">uygun bir hikâye </w:t>
            </w:r>
          </w:p>
          <w:p>
            <w:pPr>
              <w:spacing w:after="0"/>
            </w:pPr>
            <w:r>
              <w:rPr>
                <w:b w:val="0"/>
                <w:sz w:val="19"/>
              </w:rPr>
              <w:t>• Tema içeriğine</w:t>
            </w:r>
          </w:p>
          <w:p>
            <w:pPr>
              <w:spacing w:after="0"/>
            </w:pPr>
            <w:r>
              <w:rPr>
                <w:b w:val="0"/>
                <w:sz w:val="19"/>
              </w:rPr>
              <w:t>uygun bir 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TDE2.1. “Anlam Arayışı” temasında ele alınan metinlerde okumayı yönetebilme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TDE2.1.1. İnceler ve görüş oluşturur.</w:t>
            </w:r>
          </w:p>
          <w:p>
            <w:pPr>
              <w:spacing w:after="0"/>
            </w:pPr>
            <w:r>
              <w:rPr>
                <w:b w:val="0"/>
                <w:sz w:val="19"/>
              </w:rPr>
              <w:t>• Metni okumaya başlamadan önce okuma amacını belirler.</w:t>
            </w:r>
          </w:p>
          <w:p>
            <w:pPr>
              <w:spacing w:after="0"/>
            </w:pPr>
            <w:r>
              <w:rPr>
                <w:b w:val="0"/>
                <w:sz w:val="19"/>
              </w:rPr>
              <w:t>• Okuyacağı metnin başlık ve görsellerinden hareketle metnin içeriğine, türüne veya yazılış amacına yönelik</w:t>
            </w:r>
          </w:p>
          <w:p>
            <w:pPr>
              <w:spacing w:after="0"/>
            </w:pPr>
            <w:r>
              <w:rPr>
                <w:b w:val="0"/>
                <w:sz w:val="19"/>
              </w:rPr>
              <w:t>tahminde bulunur.</w:t>
            </w:r>
          </w:p>
          <w:p>
            <w:pPr>
              <w:spacing w:after="0"/>
            </w:pPr>
            <w:r>
              <w:rPr>
                <w:b w:val="0"/>
                <w:sz w:val="19"/>
              </w:rPr>
              <w:t>b) TDE2.1.2. Seçim yapar.</w:t>
            </w:r>
          </w:p>
          <w:p>
            <w:pPr>
              <w:spacing w:after="0"/>
            </w:pPr>
            <w:r>
              <w:rPr>
                <w:b w:val="0"/>
                <w:sz w:val="19"/>
              </w:rPr>
              <w:t>• Okuyacağı metin için uygun okuma yöntem ve stratejisi seçer.</w:t>
            </w:r>
          </w:p>
          <w:p>
            <w:pPr>
              <w:spacing w:after="0"/>
            </w:pPr>
            <w:r>
              <w:rPr>
                <w:b w:val="0"/>
                <w:sz w:val="19"/>
              </w:rPr>
              <w:t>• Seçtiği okuma stratejisi ile okumayı sürdürür.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 xml:space="preserve">D4. Dostluk </w:t>
            </w:r>
          </w:p>
          <w:p>
            <w:pPr>
              <w:spacing w:after="0"/>
            </w:pPr>
            <w:r>
              <w:rPr>
                <w:b w:val="0"/>
                <w:sz w:val="19"/>
              </w:rPr>
              <w:t>D7. Estetik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(TDE2.1. “Anlam Arayışı” temasında ele alınan metinlerde okumayı yönetebilme)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Hikâye haritası</w:t>
            </w:r>
          </w:p>
          <w:p>
            <w:pPr>
              <w:spacing w:after="0"/>
            </w:pPr>
            <w:r>
              <w:rPr>
                <w:b w:val="0"/>
                <w:sz w:val="19"/>
              </w:rPr>
              <w:t>• Açık uçlu sorular</w:t>
            </w:r>
          </w:p>
          <w:p>
            <w:pPr>
              <w:spacing w:after="0"/>
            </w:pPr>
            <w:r>
              <w:rPr>
                <w:b w:val="0"/>
                <w:sz w:val="19"/>
              </w:rPr>
              <w:t>• Karşılaştırma tablosu</w:t>
            </w:r>
          </w:p>
          <w:p>
            <w:pPr>
              <w:spacing w:after="0"/>
            </w:pPr>
            <w:r>
              <w:rPr>
                <w:b w:val="0"/>
                <w:sz w:val="19"/>
              </w:rPr>
              <w:t>• Kontrol listesi</w:t>
            </w:r>
          </w:p>
          <w:p>
            <w:pPr>
              <w:spacing w:after="0"/>
            </w:pPr>
            <w:r>
              <w:rPr>
                <w:b w:val="0"/>
                <w:sz w:val="19"/>
              </w:rPr>
              <w:t>• Öğrenme duvarı</w:t>
            </w:r>
          </w:p>
          <w:p>
            <w:pPr>
              <w:spacing w:after="0"/>
            </w:pPr>
            <w:r>
              <w:rPr>
                <w:b w:val="0"/>
                <w:sz w:val="19"/>
              </w:rPr>
              <w:t>• Çıkış kartı</w:t>
            </w:r>
          </w:p>
          <w:p>
            <w:pPr>
              <w:spacing w:after="0"/>
            </w:pPr>
            <w:r>
              <w:rPr>
                <w:b w:val="0"/>
                <w:sz w:val="19"/>
              </w:rPr>
              <w:t>Konu zenginliği ve çeşitliliğini sağlayan edebî metinlerde okumayı yönetebilme ve anlam</w:t>
            </w:r>
          </w:p>
          <w:p>
            <w:pPr>
              <w:spacing w:after="0"/>
            </w:pPr>
            <w:r>
              <w:rPr>
                <w:b w:val="0"/>
                <w:sz w:val="19"/>
              </w:rPr>
              <w:t>oluşturmaya yönelik kısa cevaplı sorular, hikâye haritası ve açık uçlu sorulardan yararlanılabilir.</w:t>
            </w:r>
          </w:p>
          <w:p>
            <w:pPr>
              <w:spacing w:after="0"/>
            </w:pPr>
            <w:r>
              <w:rPr>
                <w:b w:val="0"/>
                <w:sz w:val="19"/>
              </w:rPr>
              <w:t>Ayrıca öğrencilerin tahlil ettikleri metinleri karşılaştırarak bir genellemeye ulaşabilmeleri</w:t>
            </w:r>
          </w:p>
          <w:p>
            <w:pPr>
              <w:spacing w:after="0"/>
            </w:pPr>
            <w:r>
              <w:rPr>
                <w:b w:val="0"/>
                <w:sz w:val="19"/>
              </w:rPr>
              <w:t>için karşılaştırma tablosu, öğrenme duvarı kullanılabilir. Öğrencilerin dinleme/</w:t>
            </w:r>
          </w:p>
          <w:p>
            <w:pPr>
              <w:spacing w:after="0"/>
            </w:pPr>
            <w:r>
              <w:rPr>
                <w:b w:val="0"/>
                <w:sz w:val="19"/>
              </w:rPr>
              <w:t>izleme etkinliklerine yönelik kontrol listesi, kısa cevaplı ve açık uçlu sorular ve çıkış kartları</w:t>
            </w:r>
          </w:p>
          <w:p>
            <w:pPr>
              <w:spacing w:after="0"/>
            </w:pPr>
            <w:r>
              <w:rPr>
                <w:b w:val="0"/>
                <w:sz w:val="19"/>
              </w:rPr>
              <w:t>kanıt olarak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hikâyeden seçtikleri karaktere kendi yorumlarını katarak bir</w:t>
            </w:r>
          </w:p>
          <w:p>
            <w:pPr>
              <w:spacing w:after="0"/>
            </w:pPr>
            <w:r>
              <w:rPr>
                <w:b w:val="0"/>
                <w:sz w:val="19"/>
              </w:rPr>
              <w:t>sunum yapabilmelerine yönelik performans görevi</w:t>
            </w:r>
          </w:p>
          <w:p>
            <w:pPr>
              <w:spacing w:after="0"/>
            </w:pPr>
            <w:r>
              <w:rPr>
                <w:b w:val="0"/>
                <w:sz w:val="19"/>
              </w:rPr>
              <w:t>• Öğrencilerin dinledikleri/izledikleri şiirin temasına uygun bir şiir oluşturabilmelerine</w:t>
            </w:r>
          </w:p>
          <w:p>
            <w:pPr>
              <w:spacing w:after="0"/>
            </w:pPr>
            <w:r>
              <w:rPr>
                <w:b w:val="0"/>
                <w:sz w:val="19"/>
              </w:rPr>
              <w:t>yönelik performans görevi</w:t>
            </w:r>
          </w:p>
          <w:p>
            <w:pPr>
              <w:spacing w:after="0"/>
            </w:pPr>
            <w:r>
              <w:rPr>
                <w:b w:val="0"/>
                <w:sz w:val="19"/>
              </w:rPr>
              <w:t>Konuşma becerisinin gerçekleştirilebilmesi için öğrencilerden okudukları ve anlam oluşturma</w:t>
            </w:r>
          </w:p>
          <w:p>
            <w:pPr>
              <w:spacing w:after="0"/>
            </w:pPr>
            <w:r>
              <w:rPr>
                <w:b w:val="0"/>
                <w:sz w:val="19"/>
              </w:rPr>
              <w:t>sürecini tamamladıkları hikâye metninden bir karakter seçmeleri ve onu günlük</w:t>
            </w:r>
          </w:p>
          <w:p>
            <w:pPr>
              <w:spacing w:after="0"/>
            </w:pPr>
            <w:r>
              <w:rPr>
                <w:b w:val="0"/>
                <w:sz w:val="19"/>
              </w:rPr>
              <w:t>yaşamdaki bir kişiyle özdeşleştirerek yeniden yorumlamaları istenir. Grup çalışması</w:t>
            </w:r>
          </w:p>
          <w:p>
            <w:pPr>
              <w:spacing w:after="0"/>
            </w:pPr>
            <w:r>
              <w:rPr>
                <w:b w:val="0"/>
                <w:sz w:val="19"/>
              </w:rPr>
              <w:t>şeklinde gerçekleştirilecek bu süreçte öğrencilerin sözlü anlatımları dereceli puanlama</w:t>
            </w:r>
          </w:p>
          <w:p>
            <w:pPr>
              <w:spacing w:after="0"/>
            </w:pPr>
            <w:r>
              <w:rPr>
                <w:b w:val="0"/>
                <w:sz w:val="19"/>
              </w:rPr>
              <w:t>anahtarı ile puanlanır. Puanlama anahtarında Türkçenin doğru kullanımı, ses ve diksiyon, akıcılık, beden dili, içerik kurgusu, zaman yönetimi, etkileyicilik vb. ölçütler yer alır. Öğrencilere</w:t>
            </w:r>
          </w:p>
          <w:p>
            <w:pPr>
              <w:spacing w:after="0"/>
            </w:pPr>
            <w:r>
              <w:rPr>
                <w:b w:val="0"/>
                <w:sz w:val="19"/>
              </w:rPr>
              <w:t>yazılı anlatımları için dinledikleri/izledikleri şiirin temasına uygun bir şiir oluşturmalarına</w:t>
            </w:r>
          </w:p>
          <w:p>
            <w:pPr>
              <w:spacing w:after="0"/>
            </w:pPr>
            <w:r>
              <w:rPr>
                <w:b w:val="0"/>
                <w:sz w:val="19"/>
              </w:rPr>
              <w:t>yönelik performans görevi verilir. Performans görevi; tema, ana duygu, ritim ve</w:t>
            </w:r>
          </w:p>
          <w:p>
            <w:pPr>
              <w:spacing w:after="0"/>
            </w:pPr>
            <w:r>
              <w:rPr>
                <w:b w:val="0"/>
                <w:sz w:val="19"/>
              </w:rPr>
              <w:t>ahenk ögeleri, söz varlığının bağlama uygun kullanımı vb. ölçütlerin yer aldığı bir puanlama</w:t>
            </w:r>
          </w:p>
          <w:p>
            <w:pPr>
              <w:spacing w:after="0"/>
            </w:pPr>
            <w:r>
              <w:rPr>
                <w:b w:val="0"/>
                <w:sz w:val="19"/>
              </w:rPr>
              <w:t>anahtarı ile puanlanır.</w:t>
            </w:r>
          </w:p>
          <w:p>
            <w:pPr>
              <w:spacing w:after="0"/>
            </w:pPr>
            <w:r>
              <w:rPr>
                <w:b w:val="0"/>
                <w:sz w:val="19"/>
              </w:rPr>
              <w:t>Tema sonu değerlendirme için çıkış kartı (üçgen-kare-çember)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2.TEMA ANLAM ARAYIŞI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OKUMA </w:t>
            </w:r>
          </w:p>
          <w:p>
            <w:pPr>
              <w:spacing w:after="0"/>
            </w:pPr>
            <w:r>
              <w:rPr>
                <w:b w:val="0"/>
                <w:sz w:val="19"/>
              </w:rPr>
              <w:t>• Tema içeriğine</w:t>
            </w:r>
          </w:p>
          <w:p>
            <w:pPr>
              <w:spacing w:after="0"/>
            </w:pPr>
            <w:r>
              <w:rPr>
                <w:b w:val="0"/>
                <w:sz w:val="19"/>
              </w:rPr>
              <w:t xml:space="preserve">uygun bir hikâye </w:t>
            </w:r>
          </w:p>
          <w:p>
            <w:pPr>
              <w:spacing w:after="0"/>
            </w:pPr>
            <w:r>
              <w:rPr>
                <w:b w:val="0"/>
                <w:sz w:val="19"/>
              </w:rPr>
              <w:t>• Tema içeriğine</w:t>
            </w:r>
          </w:p>
          <w:p>
            <w:pPr>
              <w:spacing w:after="0"/>
            </w:pPr>
            <w:r>
              <w:rPr>
                <w:b w:val="0"/>
                <w:sz w:val="19"/>
              </w:rPr>
              <w:t>uygun bir 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TDE2.2. “Anlam Arayışı” temasında ele alınan metinlerde anlam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TDE2.2.1. Ön bilgilerle bağlantı kurar.</w:t>
            </w:r>
          </w:p>
          <w:p>
            <w:pPr>
              <w:spacing w:after="0"/>
            </w:pPr>
            <w:r>
              <w:rPr>
                <w:b w:val="0"/>
                <w:sz w:val="19"/>
              </w:rPr>
              <w:t>• Okuma metnindeki bilgiler ile ön bilgileri arasında bağlantı kurar.</w:t>
            </w:r>
          </w:p>
          <w:p>
            <w:pPr>
              <w:spacing w:after="0"/>
            </w:pPr>
            <w:r>
              <w:rPr>
                <w:b w:val="0"/>
                <w:sz w:val="19"/>
              </w:rPr>
              <w:t>b) TDE2.2.2. Tahmin eder.</w:t>
            </w:r>
          </w:p>
          <w:p>
            <w:pPr>
              <w:spacing w:after="0"/>
            </w:pPr>
            <w:r>
              <w:rPr>
                <w:b w:val="0"/>
                <w:sz w:val="19"/>
              </w:rPr>
              <w:t>• Metindeki söz varlığının anlamını bağlamdan hareketle belirler.</w:t>
            </w:r>
          </w:p>
          <w:p>
            <w:pPr>
              <w:spacing w:after="0"/>
            </w:pPr>
            <w:r>
              <w:rPr>
                <w:b w:val="0"/>
                <w:sz w:val="19"/>
              </w:rPr>
              <w:t>c) TDE2.2.3. Çıkarım yapar.</w:t>
            </w:r>
          </w:p>
          <w:p>
            <w:pPr>
              <w:spacing w:after="0"/>
            </w:pPr>
            <w:r>
              <w:rPr>
                <w:b w:val="0"/>
                <w:sz w:val="19"/>
              </w:rPr>
              <w:t>• Metinde açıkça sunulan bilgileri belirler.</w:t>
            </w:r>
          </w:p>
          <w:p>
            <w:pPr>
              <w:spacing w:after="0"/>
            </w:pPr>
            <w:r>
              <w:rPr>
                <w:b w:val="0"/>
                <w:sz w:val="19"/>
              </w:rPr>
              <w:t>• Metinden hareketle çıkarım yapar.</w:t>
            </w:r>
          </w:p>
          <w:p>
            <w:pPr>
              <w:spacing w:after="0"/>
            </w:pPr>
            <w:r>
              <w:rPr>
                <w:b w:val="0"/>
                <w:sz w:val="19"/>
              </w:rPr>
              <w:t>• Metinde açıkça ifade edilen neden-sonuç, koşul, varsayım bilgilerini belirler.</w:t>
            </w:r>
          </w:p>
          <w:p>
            <w:pPr>
              <w:spacing w:after="0"/>
            </w:pPr>
            <w:r>
              <w:rPr>
                <w:b w:val="0"/>
                <w:sz w:val="19"/>
              </w:rPr>
              <w:t>• Metnin konu ve/veya temasını belirler.</w:t>
            </w:r>
          </w:p>
          <w:p>
            <w:pPr>
              <w:spacing w:after="0"/>
            </w:pPr>
            <w:r>
              <w:rPr>
                <w:b w:val="0"/>
                <w:sz w:val="19"/>
              </w:rPr>
              <w:t>• Metnin yardımcı düşüncelerini belirler.</w:t>
            </w:r>
          </w:p>
          <w:p>
            <w:pPr>
              <w:spacing w:after="0"/>
            </w:pPr>
            <w:r>
              <w:rPr>
                <w:b w:val="0"/>
                <w:sz w:val="19"/>
              </w:rPr>
              <w:t>• Metnin ana düşüncesini/duygusunu belirler.</w:t>
            </w:r>
          </w:p>
          <w:p>
            <w:pPr>
              <w:spacing w:after="0"/>
            </w:pPr>
            <w:r>
              <w:rPr>
                <w:b w:val="0"/>
                <w:sz w:val="19"/>
              </w:rPr>
              <w:t>• Yazarın metni yazma amacını belirler.</w:t>
            </w:r>
          </w:p>
          <w:p>
            <w:pPr>
              <w:spacing w:after="0"/>
            </w:pPr>
            <w:r>
              <w:rPr>
                <w:b w:val="0"/>
                <w:sz w:val="19"/>
              </w:rPr>
              <w:t>• Metinde yer alan iletilerin sunuluş şeklini inceler.</w:t>
            </w:r>
          </w:p>
          <w:p>
            <w:pPr>
              <w:spacing w:after="0"/>
            </w:pPr>
            <w:r>
              <w:rPr>
                <w:b w:val="0"/>
                <w:sz w:val="19"/>
              </w:rPr>
              <w:t>• Metinde geçen söz sanatlarını belirler.</w:t>
            </w:r>
          </w:p>
          <w:p>
            <w:pPr>
              <w:spacing w:after="0"/>
            </w:pPr>
            <w:r>
              <w:rPr>
                <w:b w:val="0"/>
                <w:sz w:val="19"/>
              </w:rPr>
              <w:t>• Metindeki karakterlerin davranışlarından duygu ve düşüncelerine yönelik çıkarımlar yapar.</w:t>
            </w:r>
          </w:p>
          <w:p>
            <w:pPr>
              <w:spacing w:after="0"/>
            </w:pPr>
            <w:r>
              <w:rPr>
                <w:b w:val="0"/>
                <w:sz w:val="19"/>
              </w:rPr>
              <w:t>• Metin ile yazar arasındaki ilişkiyi belirler.</w:t>
            </w:r>
          </w:p>
          <w:p>
            <w:pPr>
              <w:spacing w:after="0"/>
            </w:pPr>
            <w:r>
              <w:rPr>
                <w:b w:val="0"/>
                <w:sz w:val="19"/>
              </w:rPr>
              <w:t>ç) TDE2.2.4. Karşılaştırır.</w:t>
            </w:r>
          </w:p>
          <w:p>
            <w:pPr>
              <w:spacing w:after="0"/>
            </w:pPr>
            <w:r>
              <w:rPr>
                <w:b w:val="0"/>
                <w:sz w:val="19"/>
              </w:rPr>
              <w:t>• Metin öncesi tahminleri ile okuma içeriğini karşılaştırır.</w:t>
            </w:r>
          </w:p>
          <w:p>
            <w:pPr>
              <w:spacing w:after="0"/>
            </w:pPr>
            <w:r>
              <w:rPr>
                <w:b w:val="0"/>
                <w:sz w:val="19"/>
              </w:rPr>
              <w:t>• Okuduğu metinleri belirlenen ölçütlere (içerik, tür, şekil, dönem, zihniyet, üslup ve ileti) göre karşılaştırır.</w:t>
            </w:r>
          </w:p>
          <w:p>
            <w:pPr>
              <w:spacing w:after="0"/>
            </w:pPr>
            <w:r>
              <w:rPr>
                <w:b w:val="0"/>
                <w:sz w:val="19"/>
              </w:rPr>
              <w:t>d) TDE2.2.5. Sınıflandırır.</w:t>
            </w:r>
          </w:p>
          <w:p>
            <w:pPr>
              <w:spacing w:after="0"/>
            </w:pPr>
            <w:r>
              <w:rPr>
                <w:b w:val="0"/>
                <w:sz w:val="19"/>
              </w:rPr>
              <w:t>• Okuduğu metinleri belirlenen ölçütlere (içerik, tür, şekil, dönem, zihniyet, üslup ve ileti) göre sınıflandırır.</w:t>
            </w:r>
          </w:p>
          <w:p>
            <w:pPr>
              <w:spacing w:after="0"/>
            </w:pPr>
            <w:r>
              <w:rPr>
                <w:b w:val="0"/>
                <w:sz w:val="19"/>
              </w:rPr>
              <w:t>• Metindeki gerçek ve kurgu arasındaki farkı belirler.</w:t>
            </w:r>
          </w:p>
          <w:p>
            <w:pPr>
              <w:spacing w:after="0"/>
            </w:pPr>
            <w:r>
              <w:rPr>
                <w:b w:val="0"/>
                <w:sz w:val="19"/>
              </w:rPr>
              <w:t>• Metindeki öznel ve nesnel ifadeleri ayırt eder.</w:t>
            </w:r>
          </w:p>
          <w:p>
            <w:pPr>
              <w:spacing w:after="0"/>
            </w:pPr>
            <w:r>
              <w:rPr>
                <w:b w:val="0"/>
                <w:sz w:val="19"/>
              </w:rPr>
              <w:t>• Metindeki bilgilerin güvenilir olup olmadığını belirler.</w:t>
            </w:r>
          </w:p>
          <w:p>
            <w:pPr>
              <w:spacing w:after="0"/>
            </w:pPr>
            <w:r>
              <w:rPr>
                <w:b w:val="0"/>
                <w:sz w:val="19"/>
              </w:rPr>
              <w:t>e) TDE2.2.6. Tepki verir.</w:t>
            </w:r>
          </w:p>
          <w:p>
            <w:pPr>
              <w:spacing w:after="0"/>
            </w:pPr>
            <w:r>
              <w:rPr>
                <w:b w:val="0"/>
                <w:sz w:val="19"/>
              </w:rPr>
              <w:t>• Metni özetler.</w:t>
            </w:r>
          </w:p>
          <w:p>
            <w:pPr>
              <w:spacing w:after="0"/>
            </w:pPr>
            <w:r>
              <w:rPr>
                <w:b w:val="0"/>
                <w:sz w:val="19"/>
              </w:rPr>
              <w:t>• Okuduğu metinlere yönelik geri bildirimler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 xml:space="preserve">D4. Dostluk </w:t>
            </w:r>
          </w:p>
          <w:p>
            <w:pPr>
              <w:spacing w:after="0"/>
            </w:pPr>
            <w:r>
              <w:rPr>
                <w:b w:val="0"/>
                <w:sz w:val="19"/>
              </w:rPr>
              <w:t>D7. Estetik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(TDE2.2. “Anlam Arayışı” temasında ele alınan metinlerde anlam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Hikâye haritası</w:t>
            </w:r>
          </w:p>
          <w:p>
            <w:pPr>
              <w:spacing w:after="0"/>
            </w:pPr>
            <w:r>
              <w:rPr>
                <w:b w:val="0"/>
                <w:sz w:val="19"/>
              </w:rPr>
              <w:t>• Açık uçlu sorular</w:t>
            </w:r>
          </w:p>
          <w:p>
            <w:pPr>
              <w:spacing w:after="0"/>
            </w:pPr>
            <w:r>
              <w:rPr>
                <w:b w:val="0"/>
                <w:sz w:val="19"/>
              </w:rPr>
              <w:t>• Karşılaştırma tablosu</w:t>
            </w:r>
          </w:p>
          <w:p>
            <w:pPr>
              <w:spacing w:after="0"/>
            </w:pPr>
            <w:r>
              <w:rPr>
                <w:b w:val="0"/>
                <w:sz w:val="19"/>
              </w:rPr>
              <w:t>• Kontrol listesi</w:t>
            </w:r>
          </w:p>
          <w:p>
            <w:pPr>
              <w:spacing w:after="0"/>
            </w:pPr>
            <w:r>
              <w:rPr>
                <w:b w:val="0"/>
                <w:sz w:val="19"/>
              </w:rPr>
              <w:t>• Öğrenme duvarı</w:t>
            </w:r>
          </w:p>
          <w:p>
            <w:pPr>
              <w:spacing w:after="0"/>
            </w:pPr>
            <w:r>
              <w:rPr>
                <w:b w:val="0"/>
                <w:sz w:val="19"/>
              </w:rPr>
              <w:t>• Çıkış kartı</w:t>
            </w:r>
          </w:p>
          <w:p>
            <w:pPr>
              <w:spacing w:after="0"/>
            </w:pPr>
            <w:r>
              <w:rPr>
                <w:b w:val="0"/>
                <w:sz w:val="19"/>
              </w:rPr>
              <w:t>Konu zenginliği ve çeşitliliğini sağlayan edebî metinlerde okumayı yönetebilme ve anlam</w:t>
            </w:r>
          </w:p>
          <w:p>
            <w:pPr>
              <w:spacing w:after="0"/>
            </w:pPr>
            <w:r>
              <w:rPr>
                <w:b w:val="0"/>
                <w:sz w:val="19"/>
              </w:rPr>
              <w:t>oluşturmaya yönelik kısa cevaplı sorular, hikâye haritası ve açık uçlu sorulardan yararlanılabilir.</w:t>
            </w:r>
          </w:p>
          <w:p>
            <w:pPr>
              <w:spacing w:after="0"/>
            </w:pPr>
            <w:r>
              <w:rPr>
                <w:b w:val="0"/>
                <w:sz w:val="19"/>
              </w:rPr>
              <w:t>Ayrıca öğrencilerin tahlil ettikleri metinleri karşılaştırarak bir genellemeye ulaşabilmeleri</w:t>
            </w:r>
          </w:p>
          <w:p>
            <w:pPr>
              <w:spacing w:after="0"/>
            </w:pPr>
            <w:r>
              <w:rPr>
                <w:b w:val="0"/>
                <w:sz w:val="19"/>
              </w:rPr>
              <w:t>için karşılaştırma tablosu, öğrenme duvarı kullanılabilir. Öğrencilerin dinleme/</w:t>
            </w:r>
          </w:p>
          <w:p>
            <w:pPr>
              <w:spacing w:after="0"/>
            </w:pPr>
            <w:r>
              <w:rPr>
                <w:b w:val="0"/>
                <w:sz w:val="19"/>
              </w:rPr>
              <w:t>izleme etkinliklerine yönelik kontrol listesi, kısa cevaplı ve açık uçlu sorular ve çıkış kartları</w:t>
            </w:r>
          </w:p>
          <w:p>
            <w:pPr>
              <w:spacing w:after="0"/>
            </w:pPr>
            <w:r>
              <w:rPr>
                <w:b w:val="0"/>
                <w:sz w:val="19"/>
              </w:rPr>
              <w:t>kanıt olarak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hikâyeden seçtikleri karaktere kendi yorumlarını katarak bir</w:t>
            </w:r>
          </w:p>
          <w:p>
            <w:pPr>
              <w:spacing w:after="0"/>
            </w:pPr>
            <w:r>
              <w:rPr>
                <w:b w:val="0"/>
                <w:sz w:val="19"/>
              </w:rPr>
              <w:t>sunum yapabilmelerine yönelik performans görevi</w:t>
            </w:r>
          </w:p>
          <w:p>
            <w:pPr>
              <w:spacing w:after="0"/>
            </w:pPr>
            <w:r>
              <w:rPr>
                <w:b w:val="0"/>
                <w:sz w:val="19"/>
              </w:rPr>
              <w:t>• Öğrencilerin dinledikleri/izledikleri şiirin temasına uygun bir şiir oluşturabilmelerine</w:t>
            </w:r>
          </w:p>
          <w:p>
            <w:pPr>
              <w:spacing w:after="0"/>
            </w:pPr>
            <w:r>
              <w:rPr>
                <w:b w:val="0"/>
                <w:sz w:val="19"/>
              </w:rPr>
              <w:t>yönelik performans görevi</w:t>
            </w:r>
          </w:p>
          <w:p>
            <w:pPr>
              <w:spacing w:after="0"/>
            </w:pPr>
            <w:r>
              <w:rPr>
                <w:b w:val="0"/>
                <w:sz w:val="19"/>
              </w:rPr>
              <w:t>Konuşma becerisinin gerçekleştirilebilmesi için öğrencilerden okudukları ve anlam oluşturma</w:t>
            </w:r>
          </w:p>
          <w:p>
            <w:pPr>
              <w:spacing w:after="0"/>
            </w:pPr>
            <w:r>
              <w:rPr>
                <w:b w:val="0"/>
                <w:sz w:val="19"/>
              </w:rPr>
              <w:t>sürecini tamamladıkları hikâye metninden bir karakter seçmeleri ve onu günlük</w:t>
            </w:r>
          </w:p>
          <w:p>
            <w:pPr>
              <w:spacing w:after="0"/>
            </w:pPr>
            <w:r>
              <w:rPr>
                <w:b w:val="0"/>
                <w:sz w:val="19"/>
              </w:rPr>
              <w:t>yaşamdaki bir kişiyle özdeşleştirerek yeniden yorumlamaları istenir. Grup çalışması</w:t>
            </w:r>
          </w:p>
          <w:p>
            <w:pPr>
              <w:spacing w:after="0"/>
            </w:pPr>
            <w:r>
              <w:rPr>
                <w:b w:val="0"/>
                <w:sz w:val="19"/>
              </w:rPr>
              <w:t>şeklinde gerçekleştirilecek bu süreçte öğrencilerin sözlü anlatımları dereceli puanlama</w:t>
            </w:r>
          </w:p>
          <w:p>
            <w:pPr>
              <w:spacing w:after="0"/>
            </w:pPr>
            <w:r>
              <w:rPr>
                <w:b w:val="0"/>
                <w:sz w:val="19"/>
              </w:rPr>
              <w:t>anahtarı ile puanlanır. Puanlama anahtarında Türkçenin doğru kullanımı, ses ve diksiyon, akıcılık, beden dili, içerik kurgusu, zaman yönetimi, etkileyicilik vb. ölçütler yer alır. Öğrencilere</w:t>
            </w:r>
          </w:p>
          <w:p>
            <w:pPr>
              <w:spacing w:after="0"/>
            </w:pPr>
            <w:r>
              <w:rPr>
                <w:b w:val="0"/>
                <w:sz w:val="19"/>
              </w:rPr>
              <w:t>yazılı anlatımları için dinledikleri/izledikleri şiirin temasına uygun bir şiir oluşturmalarına</w:t>
            </w:r>
          </w:p>
          <w:p>
            <w:pPr>
              <w:spacing w:after="0"/>
            </w:pPr>
            <w:r>
              <w:rPr>
                <w:b w:val="0"/>
                <w:sz w:val="19"/>
              </w:rPr>
              <w:t>yönelik performans görevi verilir. Performans görevi; tema, ana duygu, ritim ve</w:t>
            </w:r>
          </w:p>
          <w:p>
            <w:pPr>
              <w:spacing w:after="0"/>
            </w:pPr>
            <w:r>
              <w:rPr>
                <w:b w:val="0"/>
                <w:sz w:val="19"/>
              </w:rPr>
              <w:t>ahenk ögeleri, söz varlığının bağlama uygun kullanımı vb. ölçütlerin yer aldığı bir puanlama</w:t>
            </w:r>
          </w:p>
          <w:p>
            <w:pPr>
              <w:spacing w:after="0"/>
            </w:pPr>
            <w:r>
              <w:rPr>
                <w:b w:val="0"/>
                <w:sz w:val="19"/>
              </w:rPr>
              <w:t>anahtarı ile puanlanır.</w:t>
            </w:r>
          </w:p>
          <w:p>
            <w:pPr>
              <w:spacing w:after="0"/>
            </w:pPr>
            <w:r>
              <w:rPr>
                <w:b w:val="0"/>
                <w:sz w:val="19"/>
              </w:rPr>
              <w:t>Tema sonu değerlendirme için çıkış kartı (üçgen-kare-çember)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Dünya Engelliler Günü (3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2.TEMA ANLAM ARAYIŞI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OKUMA </w:t>
            </w:r>
          </w:p>
          <w:p>
            <w:pPr>
              <w:spacing w:after="0"/>
            </w:pPr>
            <w:r>
              <w:rPr>
                <w:b w:val="0"/>
                <w:sz w:val="19"/>
              </w:rPr>
              <w:t>• Tema içeriğine</w:t>
            </w:r>
          </w:p>
          <w:p>
            <w:pPr>
              <w:spacing w:after="0"/>
            </w:pPr>
            <w:r>
              <w:rPr>
                <w:b w:val="0"/>
                <w:sz w:val="19"/>
              </w:rPr>
              <w:t xml:space="preserve">uygun bir hikâye </w:t>
            </w:r>
          </w:p>
          <w:p>
            <w:pPr>
              <w:spacing w:after="0"/>
            </w:pPr>
            <w:r>
              <w:rPr>
                <w:b w:val="0"/>
                <w:sz w:val="19"/>
              </w:rPr>
              <w:t>• Tema içeriğine</w:t>
            </w:r>
          </w:p>
          <w:p>
            <w:pPr>
              <w:spacing w:after="0"/>
            </w:pPr>
            <w:r>
              <w:rPr>
                <w:b w:val="0"/>
                <w:sz w:val="19"/>
              </w:rPr>
              <w:t>uygun bir 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TDE2.2. “Anlam Arayışı” temasında ele alınan metinlerde anlam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TDE2.2.1. Ön bilgilerle bağlantı kurar.</w:t>
            </w:r>
          </w:p>
          <w:p>
            <w:pPr>
              <w:spacing w:after="0"/>
            </w:pPr>
            <w:r>
              <w:rPr>
                <w:b w:val="0"/>
                <w:sz w:val="19"/>
              </w:rPr>
              <w:t>• Okuma metnindeki bilgiler ile ön bilgileri arasında bağlantı kurar.</w:t>
            </w:r>
          </w:p>
          <w:p>
            <w:pPr>
              <w:spacing w:after="0"/>
            </w:pPr>
            <w:r>
              <w:rPr>
                <w:b w:val="0"/>
                <w:sz w:val="19"/>
              </w:rPr>
              <w:t>b) TDE2.2.2. Tahmin eder.</w:t>
            </w:r>
          </w:p>
          <w:p>
            <w:pPr>
              <w:spacing w:after="0"/>
            </w:pPr>
            <w:r>
              <w:rPr>
                <w:b w:val="0"/>
                <w:sz w:val="19"/>
              </w:rPr>
              <w:t>• Metindeki söz varlığının anlamını bağlamdan hareketle belirler.</w:t>
            </w:r>
          </w:p>
          <w:p>
            <w:pPr>
              <w:spacing w:after="0"/>
            </w:pPr>
            <w:r>
              <w:rPr>
                <w:b w:val="0"/>
                <w:sz w:val="19"/>
              </w:rPr>
              <w:t>c) TDE2.2.3. Çıkarım yapar.</w:t>
            </w:r>
          </w:p>
          <w:p>
            <w:pPr>
              <w:spacing w:after="0"/>
            </w:pPr>
            <w:r>
              <w:rPr>
                <w:b w:val="0"/>
                <w:sz w:val="19"/>
              </w:rPr>
              <w:t>• Metinde açıkça sunulan bilgileri belirler.</w:t>
            </w:r>
          </w:p>
          <w:p>
            <w:pPr>
              <w:spacing w:after="0"/>
            </w:pPr>
            <w:r>
              <w:rPr>
                <w:b w:val="0"/>
                <w:sz w:val="19"/>
              </w:rPr>
              <w:t>• Metinden hareketle çıkarım yapar.</w:t>
            </w:r>
          </w:p>
          <w:p>
            <w:pPr>
              <w:spacing w:after="0"/>
            </w:pPr>
            <w:r>
              <w:rPr>
                <w:b w:val="0"/>
                <w:sz w:val="19"/>
              </w:rPr>
              <w:t>• Metinde açıkça ifade edilen neden-sonuç, koşul, varsayım bilgilerini belirler.</w:t>
            </w:r>
          </w:p>
          <w:p>
            <w:pPr>
              <w:spacing w:after="0"/>
            </w:pPr>
            <w:r>
              <w:rPr>
                <w:b w:val="0"/>
                <w:sz w:val="19"/>
              </w:rPr>
              <w:t>• Metnin konu ve/veya temasını belirler.</w:t>
            </w:r>
          </w:p>
          <w:p>
            <w:pPr>
              <w:spacing w:after="0"/>
            </w:pPr>
            <w:r>
              <w:rPr>
                <w:b w:val="0"/>
                <w:sz w:val="19"/>
              </w:rPr>
              <w:t>• Metnin yardımcı düşüncelerini belirler.</w:t>
            </w:r>
          </w:p>
          <w:p>
            <w:pPr>
              <w:spacing w:after="0"/>
            </w:pPr>
            <w:r>
              <w:rPr>
                <w:b w:val="0"/>
                <w:sz w:val="19"/>
              </w:rPr>
              <w:t>• Metnin ana düşüncesini/duygusunu belirler.</w:t>
            </w:r>
          </w:p>
          <w:p>
            <w:pPr>
              <w:spacing w:after="0"/>
            </w:pPr>
            <w:r>
              <w:rPr>
                <w:b w:val="0"/>
                <w:sz w:val="19"/>
              </w:rPr>
              <w:t>• Yazarın metni yazma amacını belirler.</w:t>
            </w:r>
          </w:p>
          <w:p>
            <w:pPr>
              <w:spacing w:after="0"/>
            </w:pPr>
            <w:r>
              <w:rPr>
                <w:b w:val="0"/>
                <w:sz w:val="19"/>
              </w:rPr>
              <w:t>• Metinde yer alan iletilerin sunuluş şeklini inceler.</w:t>
            </w:r>
          </w:p>
          <w:p>
            <w:pPr>
              <w:spacing w:after="0"/>
            </w:pPr>
            <w:r>
              <w:rPr>
                <w:b w:val="0"/>
                <w:sz w:val="19"/>
              </w:rPr>
              <w:t>• Metinde geçen söz sanatlarını belirler.</w:t>
            </w:r>
          </w:p>
          <w:p>
            <w:pPr>
              <w:spacing w:after="0"/>
            </w:pPr>
            <w:r>
              <w:rPr>
                <w:b w:val="0"/>
                <w:sz w:val="19"/>
              </w:rPr>
              <w:t>• Metindeki karakterlerin davranışlarından duygu ve düşüncelerine yönelik çıkarımlar yapar.</w:t>
            </w:r>
          </w:p>
          <w:p>
            <w:pPr>
              <w:spacing w:after="0"/>
            </w:pPr>
            <w:r>
              <w:rPr>
                <w:b w:val="0"/>
                <w:sz w:val="19"/>
              </w:rPr>
              <w:t>• Metin ile yazar arasındaki ilişkiyi belirler.</w:t>
            </w:r>
          </w:p>
          <w:p>
            <w:pPr>
              <w:spacing w:after="0"/>
            </w:pPr>
            <w:r>
              <w:rPr>
                <w:b w:val="0"/>
                <w:sz w:val="19"/>
              </w:rPr>
              <w:t>ç) TDE2.2.4. Karşılaştırır.</w:t>
            </w:r>
          </w:p>
          <w:p>
            <w:pPr>
              <w:spacing w:after="0"/>
            </w:pPr>
            <w:r>
              <w:rPr>
                <w:b w:val="0"/>
                <w:sz w:val="19"/>
              </w:rPr>
              <w:t>• Metin öncesi tahminleri ile okuma içeriğini karşılaştırır.</w:t>
            </w:r>
          </w:p>
          <w:p>
            <w:pPr>
              <w:spacing w:after="0"/>
            </w:pPr>
            <w:r>
              <w:rPr>
                <w:b w:val="0"/>
                <w:sz w:val="19"/>
              </w:rPr>
              <w:t>• Okuduğu metinleri belirlenen ölçütlere (içerik, tür, şekil, dönem, zihniyet, üslup ve ileti) göre karşılaştırır.</w:t>
            </w:r>
          </w:p>
          <w:p>
            <w:pPr>
              <w:spacing w:after="0"/>
            </w:pPr>
            <w:r>
              <w:rPr>
                <w:b w:val="0"/>
                <w:sz w:val="19"/>
              </w:rPr>
              <w:t>d) TDE2.2.5. Sınıflandırır.</w:t>
            </w:r>
          </w:p>
          <w:p>
            <w:pPr>
              <w:spacing w:after="0"/>
            </w:pPr>
            <w:r>
              <w:rPr>
                <w:b w:val="0"/>
                <w:sz w:val="19"/>
              </w:rPr>
              <w:t>• Okuduğu metinleri belirlenen ölçütlere (içerik, tür, şekil, dönem, zihniyet, üslup ve ileti) göre sınıflandırır.</w:t>
            </w:r>
          </w:p>
          <w:p>
            <w:pPr>
              <w:spacing w:after="0"/>
            </w:pPr>
            <w:r>
              <w:rPr>
                <w:b w:val="0"/>
                <w:sz w:val="19"/>
              </w:rPr>
              <w:t>• Metindeki gerçek ve kurgu arasındaki farkı belirler.</w:t>
            </w:r>
          </w:p>
          <w:p>
            <w:pPr>
              <w:spacing w:after="0"/>
            </w:pPr>
            <w:r>
              <w:rPr>
                <w:b w:val="0"/>
                <w:sz w:val="19"/>
              </w:rPr>
              <w:t>• Metindeki öznel ve nesnel ifadeleri ayırt eder.</w:t>
            </w:r>
          </w:p>
          <w:p>
            <w:pPr>
              <w:spacing w:after="0"/>
            </w:pPr>
            <w:r>
              <w:rPr>
                <w:b w:val="0"/>
                <w:sz w:val="19"/>
              </w:rPr>
              <w:t>• Metindeki bilgilerin güvenilir olup olmadığını belirler.</w:t>
            </w:r>
          </w:p>
          <w:p>
            <w:pPr>
              <w:spacing w:after="0"/>
            </w:pPr>
            <w:r>
              <w:rPr>
                <w:b w:val="0"/>
                <w:sz w:val="19"/>
              </w:rPr>
              <w:t>e) TDE2.2.6. Tepki verir.</w:t>
            </w:r>
          </w:p>
          <w:p>
            <w:pPr>
              <w:spacing w:after="0"/>
            </w:pPr>
            <w:r>
              <w:rPr>
                <w:b w:val="0"/>
                <w:sz w:val="19"/>
              </w:rPr>
              <w:t>• Metni özetler.</w:t>
            </w:r>
          </w:p>
          <w:p>
            <w:pPr>
              <w:spacing w:after="0"/>
            </w:pPr>
            <w:r>
              <w:rPr>
                <w:b w:val="0"/>
                <w:sz w:val="19"/>
              </w:rPr>
              <w:t>• Okuduğu metinlere yönelik geri bildirimler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 xml:space="preserve">D4. Dostluk </w:t>
            </w:r>
          </w:p>
          <w:p>
            <w:pPr>
              <w:spacing w:after="0"/>
            </w:pPr>
            <w:r>
              <w:rPr>
                <w:b w:val="0"/>
                <w:sz w:val="19"/>
              </w:rPr>
              <w:t>D7. Estetik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(TDE2.2. “Anlam Arayışı” temasında ele alınan metinlerde anlam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Hikâye haritası</w:t>
            </w:r>
          </w:p>
          <w:p>
            <w:pPr>
              <w:spacing w:after="0"/>
            </w:pPr>
            <w:r>
              <w:rPr>
                <w:b w:val="0"/>
                <w:sz w:val="19"/>
              </w:rPr>
              <w:t>• Açık uçlu sorular</w:t>
            </w:r>
          </w:p>
          <w:p>
            <w:pPr>
              <w:spacing w:after="0"/>
            </w:pPr>
            <w:r>
              <w:rPr>
                <w:b w:val="0"/>
                <w:sz w:val="19"/>
              </w:rPr>
              <w:t>• Karşılaştırma tablosu</w:t>
            </w:r>
          </w:p>
          <w:p>
            <w:pPr>
              <w:spacing w:after="0"/>
            </w:pPr>
            <w:r>
              <w:rPr>
                <w:b w:val="0"/>
                <w:sz w:val="19"/>
              </w:rPr>
              <w:t>• Kontrol listesi</w:t>
            </w:r>
          </w:p>
          <w:p>
            <w:pPr>
              <w:spacing w:after="0"/>
            </w:pPr>
            <w:r>
              <w:rPr>
                <w:b w:val="0"/>
                <w:sz w:val="19"/>
              </w:rPr>
              <w:t>• Öğrenme duvarı</w:t>
            </w:r>
          </w:p>
          <w:p>
            <w:pPr>
              <w:spacing w:after="0"/>
            </w:pPr>
            <w:r>
              <w:rPr>
                <w:b w:val="0"/>
                <w:sz w:val="19"/>
              </w:rPr>
              <w:t>• Çıkış kartı</w:t>
            </w:r>
          </w:p>
          <w:p>
            <w:pPr>
              <w:spacing w:after="0"/>
            </w:pPr>
            <w:r>
              <w:rPr>
                <w:b w:val="0"/>
                <w:sz w:val="19"/>
              </w:rPr>
              <w:t>Konu zenginliği ve çeşitliliğini sağlayan edebî metinlerde okumayı yönetebilme ve anlam</w:t>
            </w:r>
          </w:p>
          <w:p>
            <w:pPr>
              <w:spacing w:after="0"/>
            </w:pPr>
            <w:r>
              <w:rPr>
                <w:b w:val="0"/>
                <w:sz w:val="19"/>
              </w:rPr>
              <w:t>oluşturmaya yönelik kısa cevaplı sorular, hikâye haritası ve açık uçlu sorulardan yararlanılabilir.</w:t>
            </w:r>
          </w:p>
          <w:p>
            <w:pPr>
              <w:spacing w:after="0"/>
            </w:pPr>
            <w:r>
              <w:rPr>
                <w:b w:val="0"/>
                <w:sz w:val="19"/>
              </w:rPr>
              <w:t>Ayrıca öğrencilerin tahlil ettikleri metinleri karşılaştırarak bir genellemeye ulaşabilmeleri</w:t>
            </w:r>
          </w:p>
          <w:p>
            <w:pPr>
              <w:spacing w:after="0"/>
            </w:pPr>
            <w:r>
              <w:rPr>
                <w:b w:val="0"/>
                <w:sz w:val="19"/>
              </w:rPr>
              <w:t>için karşılaştırma tablosu, öğrenme duvarı kullanılabilir. Öğrencilerin dinleme/</w:t>
            </w:r>
          </w:p>
          <w:p>
            <w:pPr>
              <w:spacing w:after="0"/>
            </w:pPr>
            <w:r>
              <w:rPr>
                <w:b w:val="0"/>
                <w:sz w:val="19"/>
              </w:rPr>
              <w:t>izleme etkinliklerine yönelik kontrol listesi, kısa cevaplı ve açık uçlu sorular ve çıkış kartları</w:t>
            </w:r>
          </w:p>
          <w:p>
            <w:pPr>
              <w:spacing w:after="0"/>
            </w:pPr>
            <w:r>
              <w:rPr>
                <w:b w:val="0"/>
                <w:sz w:val="19"/>
              </w:rPr>
              <w:t>kanıt olarak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hikâyeden seçtikleri karaktere kendi yorumlarını katarak bir</w:t>
            </w:r>
          </w:p>
          <w:p>
            <w:pPr>
              <w:spacing w:after="0"/>
            </w:pPr>
            <w:r>
              <w:rPr>
                <w:b w:val="0"/>
                <w:sz w:val="19"/>
              </w:rPr>
              <w:t>sunum yapabilmelerine yönelik performans görevi</w:t>
            </w:r>
          </w:p>
          <w:p>
            <w:pPr>
              <w:spacing w:after="0"/>
            </w:pPr>
            <w:r>
              <w:rPr>
                <w:b w:val="0"/>
                <w:sz w:val="19"/>
              </w:rPr>
              <w:t>• Öğrencilerin dinledikleri/izledikleri şiirin temasına uygun bir şiir oluşturabilmelerine</w:t>
            </w:r>
          </w:p>
          <w:p>
            <w:pPr>
              <w:spacing w:after="0"/>
            </w:pPr>
            <w:r>
              <w:rPr>
                <w:b w:val="0"/>
                <w:sz w:val="19"/>
              </w:rPr>
              <w:t>yönelik performans görevi</w:t>
            </w:r>
          </w:p>
          <w:p>
            <w:pPr>
              <w:spacing w:after="0"/>
            </w:pPr>
            <w:r>
              <w:rPr>
                <w:b w:val="0"/>
                <w:sz w:val="19"/>
              </w:rPr>
              <w:t>Konuşma becerisinin gerçekleştirilebilmesi için öğrencilerden okudukları ve anlam oluşturma</w:t>
            </w:r>
          </w:p>
          <w:p>
            <w:pPr>
              <w:spacing w:after="0"/>
            </w:pPr>
            <w:r>
              <w:rPr>
                <w:b w:val="0"/>
                <w:sz w:val="19"/>
              </w:rPr>
              <w:t>sürecini tamamladıkları hikâye metninden bir karakter seçmeleri ve onu günlük</w:t>
            </w:r>
          </w:p>
          <w:p>
            <w:pPr>
              <w:spacing w:after="0"/>
            </w:pPr>
            <w:r>
              <w:rPr>
                <w:b w:val="0"/>
                <w:sz w:val="19"/>
              </w:rPr>
              <w:t>yaşamdaki bir kişiyle özdeşleştirerek yeniden yorumlamaları istenir. Grup çalışması</w:t>
            </w:r>
          </w:p>
          <w:p>
            <w:pPr>
              <w:spacing w:after="0"/>
            </w:pPr>
            <w:r>
              <w:rPr>
                <w:b w:val="0"/>
                <w:sz w:val="19"/>
              </w:rPr>
              <w:t>şeklinde gerçekleştirilecek bu süreçte öğrencilerin sözlü anlatımları dereceli puanlama</w:t>
            </w:r>
          </w:p>
          <w:p>
            <w:pPr>
              <w:spacing w:after="0"/>
            </w:pPr>
            <w:r>
              <w:rPr>
                <w:b w:val="0"/>
                <w:sz w:val="19"/>
              </w:rPr>
              <w:t>anahtarı ile puanlanır. Puanlama anahtarında Türkçenin doğru kullanımı, ses ve diksiyon, akıcılık, beden dili, içerik kurgusu, zaman yönetimi, etkileyicilik vb. ölçütler yer alır. Öğrencilere</w:t>
            </w:r>
          </w:p>
          <w:p>
            <w:pPr>
              <w:spacing w:after="0"/>
            </w:pPr>
            <w:r>
              <w:rPr>
                <w:b w:val="0"/>
                <w:sz w:val="19"/>
              </w:rPr>
              <w:t>yazılı anlatımları için dinledikleri/izledikleri şiirin temasına uygun bir şiir oluşturmalarına</w:t>
            </w:r>
          </w:p>
          <w:p>
            <w:pPr>
              <w:spacing w:after="0"/>
            </w:pPr>
            <w:r>
              <w:rPr>
                <w:b w:val="0"/>
                <w:sz w:val="19"/>
              </w:rPr>
              <w:t>yönelik performans görevi verilir. Performans görevi; tema, ana duygu, ritim ve</w:t>
            </w:r>
          </w:p>
          <w:p>
            <w:pPr>
              <w:spacing w:after="0"/>
            </w:pPr>
            <w:r>
              <w:rPr>
                <w:b w:val="0"/>
                <w:sz w:val="19"/>
              </w:rPr>
              <w:t>ahenk ögeleri, söz varlığının bağlama uygun kullanımı vb. ölçütlerin yer aldığı bir puanlama</w:t>
            </w:r>
          </w:p>
          <w:p>
            <w:pPr>
              <w:spacing w:after="0"/>
            </w:pPr>
            <w:r>
              <w:rPr>
                <w:b w:val="0"/>
                <w:sz w:val="19"/>
              </w:rPr>
              <w:t>anahtarı ile puanlanır.</w:t>
            </w:r>
          </w:p>
          <w:p>
            <w:pPr>
              <w:spacing w:after="0"/>
            </w:pPr>
            <w:r>
              <w:rPr>
                <w:b w:val="0"/>
                <w:sz w:val="19"/>
              </w:rPr>
              <w:t>Tema sonu değerlendirme için çıkış kartı (üçgen-kare-çember)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2.TEMA ANLAM ARAYIŞI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KONUŞMA </w:t>
            </w:r>
          </w:p>
          <w:p>
            <w:pPr>
              <w:spacing w:after="0"/>
            </w:pPr>
            <w:r>
              <w:rPr>
                <w:b w:val="0"/>
                <w:sz w:val="19"/>
              </w:rPr>
              <w:t>• Hikâyedeki</w:t>
            </w:r>
          </w:p>
          <w:p>
            <w:pPr>
              <w:spacing w:after="0"/>
            </w:pPr>
            <w:r>
              <w:rPr>
                <w:b w:val="0"/>
                <w:sz w:val="19"/>
              </w:rPr>
              <w:t>bir karakteri</w:t>
            </w:r>
          </w:p>
          <w:p>
            <w:pPr>
              <w:spacing w:after="0"/>
            </w:pPr>
            <w:r>
              <w:rPr>
                <w:b w:val="0"/>
                <w:sz w:val="19"/>
              </w:rPr>
              <w:t>tanıtan sunum</w:t>
            </w:r>
          </w:p>
          <w:p>
            <w:pPr>
              <w:spacing w:after="0"/>
            </w:pPr>
            <w:r>
              <w:rPr>
                <w:b w:val="0"/>
                <w:sz w:val="19"/>
              </w:rPr>
              <w:t>hazırlayabilme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TDE3.1. Konusunu ana düşünce etrafında detaylandırdığı akıcı bir konuşma sürecini yönetebilme </w:t>
            </w:r>
          </w:p>
          <w:p>
            <w:pPr>
              <w:spacing w:after="0"/>
            </w:pPr>
            <w:r>
              <w:rPr>
                <w:b w:val="0"/>
                <w:sz w:val="19"/>
              </w:rPr>
              <w:t>TDE3.2. Konusunu ana düşünce etrafında detaylandırdığı konuşma içeriğini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TDE3.1.1. Seçim yapar.</w:t>
            </w:r>
          </w:p>
          <w:p>
            <w:pPr>
              <w:spacing w:after="0"/>
            </w:pPr>
            <w:r>
              <w:rPr>
                <w:b w:val="0"/>
                <w:sz w:val="19"/>
              </w:rPr>
              <w:t>• Konuşmasının amacına (edebî metin oluşturma, ikna etme, bilgilendirme vb.) karar verir.</w:t>
            </w:r>
          </w:p>
          <w:p>
            <w:pPr>
              <w:spacing w:after="0"/>
            </w:pPr>
            <w:r>
              <w:rPr>
                <w:b w:val="0"/>
                <w:sz w:val="19"/>
              </w:rPr>
              <w:t>• Konuşmasının özelliklerini (hazırlıklı/hazırlıksız), süresini ve hedef kitlesini belirler.</w:t>
            </w:r>
          </w:p>
          <w:p>
            <w:pPr>
              <w:spacing w:after="0"/>
            </w:pPr>
            <w:r>
              <w:rPr>
                <w:b w:val="0"/>
                <w:sz w:val="19"/>
              </w:rPr>
              <w:t>• Konuşmanın türüne uygun, yöntem ve stratejisini belirler.</w:t>
            </w:r>
          </w:p>
          <w:p>
            <w:pPr>
              <w:spacing w:after="0"/>
            </w:pPr>
            <w:r>
              <w:rPr>
                <w:b w:val="0"/>
                <w:sz w:val="19"/>
              </w:rPr>
              <w:t>b) TDE3.1.2. İlişkiyi sürdürür.</w:t>
            </w:r>
          </w:p>
          <w:p>
            <w:pPr>
              <w:spacing w:after="0"/>
            </w:pPr>
            <w:r>
              <w:rPr>
                <w:b w:val="0"/>
                <w:sz w:val="19"/>
              </w:rPr>
              <w:t>• Konuşmasında engelleri ortadan kaldırır.</w:t>
            </w:r>
          </w:p>
          <w:p>
            <w:pPr>
              <w:spacing w:after="0"/>
            </w:pPr>
            <w:r>
              <w:rPr>
                <w:b w:val="0"/>
                <w:sz w:val="19"/>
              </w:rPr>
              <w:t>• Konuşma amacına uygun olarak seçtiği stratejiyi yapılandırır.</w:t>
            </w:r>
          </w:p>
          <w:p>
            <w:pPr>
              <w:spacing w:after="0"/>
            </w:pPr>
            <w:r>
              <w:rPr>
                <w:b w:val="0"/>
                <w:sz w:val="19"/>
              </w:rPr>
              <w:t>a) TDE3.2.1. Ön bilgilerle bağlantı kurar.</w:t>
            </w:r>
          </w:p>
          <w:p>
            <w:pPr>
              <w:spacing w:after="0"/>
            </w:pPr>
            <w:r>
              <w:rPr>
                <w:b w:val="0"/>
                <w:sz w:val="19"/>
              </w:rPr>
              <w:t>• Konuşmasında belirlediği amaca yönelik ön bilgileriyle bağlantı kurar.</w:t>
            </w:r>
          </w:p>
          <w:p>
            <w:pPr>
              <w:spacing w:after="0"/>
            </w:pPr>
            <w:r>
              <w:rPr>
                <w:b w:val="0"/>
                <w:sz w:val="19"/>
              </w:rPr>
              <w:t>b) TDE3.2.2. Tahmin eder.</w:t>
            </w:r>
          </w:p>
          <w:p>
            <w:pPr>
              <w:spacing w:after="0"/>
            </w:pPr>
            <w:r>
              <w:rPr>
                <w:b w:val="0"/>
                <w:sz w:val="19"/>
              </w:rPr>
              <w:t>• Hedef kitlenin özelliklerine yönelik tahminlerde bulunarak konuşmasının giriş, gelişme ve sonuç bölümlerini tasarlar.</w:t>
            </w:r>
          </w:p>
          <w:p>
            <w:pPr>
              <w:spacing w:after="0"/>
            </w:pPr>
            <w:r>
              <w:rPr>
                <w:b w:val="0"/>
                <w:sz w:val="19"/>
              </w:rPr>
              <w:t>c) TDE3.2.3. Karşılaştırır.</w:t>
            </w:r>
          </w:p>
          <w:p>
            <w:pPr>
              <w:spacing w:after="0"/>
            </w:pPr>
            <w:r>
              <w:rPr>
                <w:b w:val="0"/>
                <w:sz w:val="19"/>
              </w:rPr>
              <w:t>• Konuşmasının amacına uygun ana düşünceyi belirlerken karşılaştırma içeren iletiler oluşturur.</w:t>
            </w:r>
          </w:p>
          <w:p>
            <w:pPr>
              <w:spacing w:after="0"/>
            </w:pPr>
            <w:r>
              <w:rPr>
                <w:b w:val="0"/>
                <w:sz w:val="19"/>
              </w:rPr>
              <w:t>ç) TDE3.2.4. Sınıflandırır.</w:t>
            </w:r>
          </w:p>
          <w:p>
            <w:pPr>
              <w:spacing w:after="0"/>
            </w:pPr>
            <w:r>
              <w:rPr>
                <w:b w:val="0"/>
                <w:sz w:val="19"/>
              </w:rPr>
              <w:t>• Dilin kullanım alanına (özel, mesleki, kamusal alan ve eğitim alanı) göre konuşmasının içeriğini belirler.</w:t>
            </w:r>
          </w:p>
          <w:p>
            <w:pPr>
              <w:spacing w:after="0"/>
            </w:pPr>
            <w:r>
              <w:rPr>
                <w:b w:val="0"/>
                <w:sz w:val="19"/>
              </w:rPr>
              <w:t>d) TDE3.2.5. Yeniden ifade eder.</w:t>
            </w:r>
          </w:p>
          <w:p>
            <w:pPr>
              <w:spacing w:after="0"/>
            </w:pPr>
            <w:r>
              <w:rPr>
                <w:b w:val="0"/>
                <w:sz w:val="19"/>
              </w:rPr>
              <w:t>• Konuşmasının türüne göre bilgi toplar (Hazırlıklı konuşmada bilgi toplar, hazırlıksız konuşmada not alır.).</w:t>
            </w:r>
          </w:p>
          <w:p>
            <w:pPr>
              <w:spacing w:after="0"/>
            </w:pPr>
            <w:r>
              <w:rPr>
                <w:b w:val="0"/>
                <w:sz w:val="19"/>
              </w:rPr>
              <w:t>• Söz varlığını kullanarak konuşmasının içeriğini düzenler.</w:t>
            </w:r>
          </w:p>
          <w:p>
            <w:pPr>
              <w:spacing w:after="0"/>
            </w:pPr>
            <w:r>
              <w:rPr>
                <w:b w:val="0"/>
                <w:sz w:val="19"/>
              </w:rPr>
              <w:t>e) TDE3.2.6. Tepki verir.</w:t>
            </w:r>
          </w:p>
          <w:p>
            <w:pPr>
              <w:spacing w:after="0"/>
            </w:pPr>
            <w:r>
              <w:rPr>
                <w:b w:val="0"/>
                <w:sz w:val="19"/>
              </w:rPr>
              <w:t>• Konuşmasını planlarken dil işlevlerini kullanır.</w:t>
            </w:r>
          </w:p>
          <w:p>
            <w:pPr>
              <w:spacing w:after="0"/>
            </w:pPr>
            <w:r>
              <w:rPr>
                <w:b w:val="0"/>
                <w:sz w:val="19"/>
              </w:rPr>
              <w:t>f) TDE3.2.7. Sesle anlam oluşturur.</w:t>
            </w:r>
          </w:p>
          <w:p>
            <w:pPr>
              <w:spacing w:after="0"/>
            </w:pPr>
            <w:r>
              <w:rPr>
                <w:b w:val="0"/>
                <w:sz w:val="19"/>
              </w:rPr>
              <w:t>• Konuşmasında beden dilini doğru bir şekilde kullanacağını göz önünde bulundurur.</w:t>
            </w:r>
          </w:p>
          <w:p>
            <w:pPr>
              <w:spacing w:after="0"/>
            </w:pPr>
            <w:r>
              <w:rPr>
                <w:b w:val="0"/>
                <w:sz w:val="19"/>
              </w:rPr>
              <w:t>• Konuşmasını diksiyon ve telaffuzu etkin kullanacak şekilde planlar.</w:t>
            </w:r>
          </w:p>
          <w:p>
            <w:pPr>
              <w:spacing w:after="0"/>
            </w:pPr>
            <w:r>
              <w:rPr>
                <w:b w:val="0"/>
                <w:sz w:val="19"/>
              </w:rPr>
              <w:t>g) TDE3.2.8. Görsel ögeleri kullanır.</w:t>
            </w:r>
          </w:p>
          <w:p>
            <w:pPr>
              <w:spacing w:after="0"/>
            </w:pPr>
            <w:r>
              <w:rPr>
                <w:b w:val="0"/>
                <w:sz w:val="19"/>
              </w:rPr>
              <w:t>• Konuşma içeriğini desteklemek için kullanacağı görsel ve işitsel ögelere karar verir.</w:t>
            </w:r>
          </w:p>
          <w:p>
            <w:pPr>
              <w:spacing w:after="0"/>
            </w:pPr>
            <w:r>
              <w:rPr>
                <w:b w:val="0"/>
                <w:sz w:val="19"/>
              </w:rPr>
              <w:t>ğ) TDE3.2.9. Sunar.</w:t>
            </w:r>
          </w:p>
          <w:p>
            <w:pPr>
              <w:spacing w:after="0"/>
            </w:pPr>
            <w:r>
              <w:rPr>
                <w:b w:val="0"/>
                <w:sz w:val="19"/>
              </w:rPr>
              <w:t>• Yapacağı konuşmanın plan taslağını sunar.</w:t>
            </w:r>
          </w:p>
          <w:p>
            <w:pPr>
              <w:spacing w:after="0"/>
            </w:pPr>
            <w:r>
              <w:rPr>
                <w:b w:val="0"/>
                <w:sz w:val="19"/>
              </w:rPr>
              <w:t>• Aldığı geri bildirimler ile plan taslağına son şeklini verir.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 xml:space="preserve">D4. Dostluk </w:t>
            </w:r>
          </w:p>
          <w:p>
            <w:pPr>
              <w:spacing w:after="0"/>
            </w:pPr>
            <w:r>
              <w:rPr>
                <w:b w:val="0"/>
                <w:sz w:val="19"/>
              </w:rPr>
              <w:t>D7. Estetik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(TDE3.1. Konusunu ana düşünce etrafında detaylandırdığı akıcı bir konuşma sürecini yönetebilme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Hikâye haritası</w:t>
            </w:r>
          </w:p>
          <w:p>
            <w:pPr>
              <w:spacing w:after="0"/>
            </w:pPr>
            <w:r>
              <w:rPr>
                <w:b w:val="0"/>
                <w:sz w:val="19"/>
              </w:rPr>
              <w:t>• Açık uçlu sorular</w:t>
            </w:r>
          </w:p>
          <w:p>
            <w:pPr>
              <w:spacing w:after="0"/>
            </w:pPr>
            <w:r>
              <w:rPr>
                <w:b w:val="0"/>
                <w:sz w:val="19"/>
              </w:rPr>
              <w:t>• Karşılaştırma tablosu</w:t>
            </w:r>
          </w:p>
          <w:p>
            <w:pPr>
              <w:spacing w:after="0"/>
            </w:pPr>
            <w:r>
              <w:rPr>
                <w:b w:val="0"/>
                <w:sz w:val="19"/>
              </w:rPr>
              <w:t>• Kontrol listesi</w:t>
            </w:r>
          </w:p>
          <w:p>
            <w:pPr>
              <w:spacing w:after="0"/>
            </w:pPr>
            <w:r>
              <w:rPr>
                <w:b w:val="0"/>
                <w:sz w:val="19"/>
              </w:rPr>
              <w:t>• Öğrenme duvarı</w:t>
            </w:r>
          </w:p>
          <w:p>
            <w:pPr>
              <w:spacing w:after="0"/>
            </w:pPr>
            <w:r>
              <w:rPr>
                <w:b w:val="0"/>
                <w:sz w:val="19"/>
              </w:rPr>
              <w:t>• Çıkış kartı</w:t>
            </w:r>
          </w:p>
          <w:p>
            <w:pPr>
              <w:spacing w:after="0"/>
            </w:pPr>
            <w:r>
              <w:rPr>
                <w:b w:val="0"/>
                <w:sz w:val="19"/>
              </w:rPr>
              <w:t>Konu zenginliği ve çeşitliliğini sağlayan edebî metinlerde okumayı yönetebilme ve anlam</w:t>
            </w:r>
          </w:p>
          <w:p>
            <w:pPr>
              <w:spacing w:after="0"/>
            </w:pPr>
            <w:r>
              <w:rPr>
                <w:b w:val="0"/>
                <w:sz w:val="19"/>
              </w:rPr>
              <w:t>oluşturmaya yönelik kısa cevaplı sorular, hikâye haritası ve açık uçlu sorulardan yararlanılabilir.</w:t>
            </w:r>
          </w:p>
          <w:p>
            <w:pPr>
              <w:spacing w:after="0"/>
            </w:pPr>
            <w:r>
              <w:rPr>
                <w:b w:val="0"/>
                <w:sz w:val="19"/>
              </w:rPr>
              <w:t>Ayrıca öğrencilerin tahlil ettikleri metinleri karşılaştırarak bir genellemeye ulaşabilmeleri</w:t>
            </w:r>
          </w:p>
          <w:p>
            <w:pPr>
              <w:spacing w:after="0"/>
            </w:pPr>
            <w:r>
              <w:rPr>
                <w:b w:val="0"/>
                <w:sz w:val="19"/>
              </w:rPr>
              <w:t>için karşılaştırma tablosu, öğrenme duvarı kullanılabilir. Öğrencilerin dinleme/</w:t>
            </w:r>
          </w:p>
          <w:p>
            <w:pPr>
              <w:spacing w:after="0"/>
            </w:pPr>
            <w:r>
              <w:rPr>
                <w:b w:val="0"/>
                <w:sz w:val="19"/>
              </w:rPr>
              <w:t>izleme etkinliklerine yönelik kontrol listesi, kısa cevaplı ve açık uçlu sorular ve çıkış kartları</w:t>
            </w:r>
          </w:p>
          <w:p>
            <w:pPr>
              <w:spacing w:after="0"/>
            </w:pPr>
            <w:r>
              <w:rPr>
                <w:b w:val="0"/>
                <w:sz w:val="19"/>
              </w:rPr>
              <w:t>kanıt olarak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hikâyeden seçtikleri karaktere kendi yorumlarını katarak bir</w:t>
            </w:r>
          </w:p>
          <w:p>
            <w:pPr>
              <w:spacing w:after="0"/>
            </w:pPr>
            <w:r>
              <w:rPr>
                <w:b w:val="0"/>
                <w:sz w:val="19"/>
              </w:rPr>
              <w:t>sunum yapabilmelerine yönelik performans görevi</w:t>
            </w:r>
          </w:p>
          <w:p>
            <w:pPr>
              <w:spacing w:after="0"/>
            </w:pPr>
            <w:r>
              <w:rPr>
                <w:b w:val="0"/>
                <w:sz w:val="19"/>
              </w:rPr>
              <w:t>• Öğrencilerin dinledikleri/izledikleri şiirin temasına uygun bir şiir oluşturabilmelerine</w:t>
            </w:r>
          </w:p>
          <w:p>
            <w:pPr>
              <w:spacing w:after="0"/>
            </w:pPr>
            <w:r>
              <w:rPr>
                <w:b w:val="0"/>
                <w:sz w:val="19"/>
              </w:rPr>
              <w:t>yönelik performans görevi</w:t>
            </w:r>
          </w:p>
          <w:p>
            <w:pPr>
              <w:spacing w:after="0"/>
            </w:pPr>
            <w:r>
              <w:rPr>
                <w:b w:val="0"/>
                <w:sz w:val="19"/>
              </w:rPr>
              <w:t>Konuşma becerisinin gerçekleştirilebilmesi için öğrencilerden okudukları ve anlam oluşturma</w:t>
            </w:r>
          </w:p>
          <w:p>
            <w:pPr>
              <w:spacing w:after="0"/>
            </w:pPr>
            <w:r>
              <w:rPr>
                <w:b w:val="0"/>
                <w:sz w:val="19"/>
              </w:rPr>
              <w:t>sürecini tamamladıkları hikâye metninden bir karakter seçmeleri ve onu günlük</w:t>
            </w:r>
          </w:p>
          <w:p>
            <w:pPr>
              <w:spacing w:after="0"/>
            </w:pPr>
            <w:r>
              <w:rPr>
                <w:b w:val="0"/>
                <w:sz w:val="19"/>
              </w:rPr>
              <w:t>yaşamdaki bir kişiyle özdeşleştirerek yeniden yorumlamaları istenir. Grup çalışması</w:t>
            </w:r>
          </w:p>
          <w:p>
            <w:pPr>
              <w:spacing w:after="0"/>
            </w:pPr>
            <w:r>
              <w:rPr>
                <w:b w:val="0"/>
                <w:sz w:val="19"/>
              </w:rPr>
              <w:t>şeklinde gerçekleştirilecek bu süreçte öğrencilerin sözlü anlatımları dereceli puanlama</w:t>
            </w:r>
          </w:p>
          <w:p>
            <w:pPr>
              <w:spacing w:after="0"/>
            </w:pPr>
            <w:r>
              <w:rPr>
                <w:b w:val="0"/>
                <w:sz w:val="19"/>
              </w:rPr>
              <w:t>anahtarı ile puanlanır. Puanlama anahtarında Türkçenin doğru kullanımı, ses ve diksiyon, akıcılık, beden dili, içerik kurgusu, zaman yönetimi, etkileyicilik vb. ölçütler yer alır. Öğrencilere</w:t>
            </w:r>
          </w:p>
          <w:p>
            <w:pPr>
              <w:spacing w:after="0"/>
            </w:pPr>
            <w:r>
              <w:rPr>
                <w:b w:val="0"/>
                <w:sz w:val="19"/>
              </w:rPr>
              <w:t>yazılı anlatımları için dinledikleri/izledikleri şiirin temasına uygun bir şiir oluşturmalarına</w:t>
            </w:r>
          </w:p>
          <w:p>
            <w:pPr>
              <w:spacing w:after="0"/>
            </w:pPr>
            <w:r>
              <w:rPr>
                <w:b w:val="0"/>
                <w:sz w:val="19"/>
              </w:rPr>
              <w:t>yönelik performans görevi verilir. Performans görevi; tema, ana duygu, ritim ve</w:t>
            </w:r>
          </w:p>
          <w:p>
            <w:pPr>
              <w:spacing w:after="0"/>
            </w:pPr>
            <w:r>
              <w:rPr>
                <w:b w:val="0"/>
                <w:sz w:val="19"/>
              </w:rPr>
              <w:t>ahenk ögeleri, söz varlığının bağlama uygun kullanımı vb. ölçütlerin yer aldığı bir puanlama</w:t>
            </w:r>
          </w:p>
          <w:p>
            <w:pPr>
              <w:spacing w:after="0"/>
            </w:pPr>
            <w:r>
              <w:rPr>
                <w:b w:val="0"/>
                <w:sz w:val="19"/>
              </w:rPr>
              <w:t>anahtarı ile puanlanır.</w:t>
            </w:r>
          </w:p>
          <w:p>
            <w:pPr>
              <w:spacing w:after="0"/>
            </w:pPr>
            <w:r>
              <w:rPr>
                <w:b w:val="0"/>
                <w:sz w:val="19"/>
              </w:rPr>
              <w:t>Tema sonu değerlendirme için çıkış kartı (üçgen-kare-çember)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2.TEMA ANLAM ARAYIŞI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KONUŞMA </w:t>
            </w:r>
          </w:p>
          <w:p>
            <w:pPr>
              <w:spacing w:after="0"/>
            </w:pPr>
            <w:r>
              <w:rPr>
                <w:b w:val="0"/>
                <w:sz w:val="19"/>
              </w:rPr>
              <w:t>• Hikâyedeki</w:t>
            </w:r>
          </w:p>
          <w:p>
            <w:pPr>
              <w:spacing w:after="0"/>
            </w:pPr>
            <w:r>
              <w:rPr>
                <w:b w:val="0"/>
                <w:sz w:val="19"/>
              </w:rPr>
              <w:t>bir karakteri</w:t>
            </w:r>
          </w:p>
          <w:p>
            <w:pPr>
              <w:spacing w:after="0"/>
            </w:pPr>
            <w:r>
              <w:rPr>
                <w:b w:val="0"/>
                <w:sz w:val="19"/>
              </w:rPr>
              <w:t>tanıtan sunum</w:t>
            </w:r>
          </w:p>
          <w:p>
            <w:pPr>
              <w:spacing w:after="0"/>
            </w:pPr>
            <w:r>
              <w:rPr>
                <w:b w:val="0"/>
                <w:sz w:val="19"/>
              </w:rPr>
              <w:t>hazırlayabilme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TDE3.3. Konusunu ana fikir etrafında detaylandırdığı konuşmasında kural uygulayabilme </w:t>
            </w:r>
          </w:p>
          <w:p>
            <w:pPr>
              <w:spacing w:after="0"/>
            </w:pPr>
            <w:r>
              <w:rPr>
                <w:b w:val="0"/>
                <w:sz w:val="19"/>
              </w:rPr>
              <w:t>TDE3.4. Konuşmasının içeriğinde kullandığı unsurların konuşmasına olan etkisine yönelik süreci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TDE3.3.1. Plan hazırlar.</w:t>
            </w:r>
          </w:p>
          <w:p>
            <w:pPr>
              <w:spacing w:after="0"/>
            </w:pPr>
            <w:r>
              <w:rPr>
                <w:b w:val="0"/>
                <w:sz w:val="19"/>
              </w:rPr>
              <w:t>• Konuşmasına planına uygun bir şekilde başlar.</w:t>
            </w:r>
          </w:p>
          <w:p>
            <w:pPr>
              <w:spacing w:after="0"/>
            </w:pPr>
            <w:r>
              <w:rPr>
                <w:b w:val="0"/>
                <w:sz w:val="19"/>
              </w:rPr>
              <w:t>• Konuşmasını dikkat çekici bir girişle başlatır.</w:t>
            </w:r>
          </w:p>
          <w:p>
            <w:pPr>
              <w:spacing w:after="0"/>
            </w:pPr>
            <w:r>
              <w:rPr>
                <w:b w:val="0"/>
                <w:sz w:val="19"/>
              </w:rPr>
              <w:t>b) TDE3.3.2. Düşünceyi geliştirme yollarını kullanır.</w:t>
            </w:r>
          </w:p>
          <w:p>
            <w:pPr>
              <w:spacing w:after="0"/>
            </w:pPr>
            <w:r>
              <w:rPr>
                <w:b w:val="0"/>
                <w:sz w:val="19"/>
              </w:rPr>
              <w:t>• Konuşmasını desteklemek amacıyla düşünceyi geliştirme yollarını kullanır.</w:t>
            </w:r>
          </w:p>
          <w:p>
            <w:pPr>
              <w:spacing w:after="0"/>
            </w:pPr>
            <w:r>
              <w:rPr>
                <w:b w:val="0"/>
                <w:sz w:val="19"/>
              </w:rPr>
              <w:t>• Duygu, düşünce ve hayallerini kendine özgü bir üslupla ifade eder.</w:t>
            </w:r>
          </w:p>
          <w:p>
            <w:pPr>
              <w:spacing w:after="0"/>
            </w:pPr>
            <w:r>
              <w:rPr>
                <w:b w:val="0"/>
                <w:sz w:val="19"/>
              </w:rPr>
              <w:t>c) TDE3.3.3. Uygun söz varlığı kullanır.</w:t>
            </w:r>
          </w:p>
          <w:p>
            <w:pPr>
              <w:spacing w:after="0"/>
            </w:pPr>
            <w:r>
              <w:rPr>
                <w:b w:val="0"/>
                <w:sz w:val="19"/>
              </w:rPr>
              <w:t>• Söz varlığını bağlama uygun şekilde kullanır.</w:t>
            </w:r>
          </w:p>
          <w:p>
            <w:pPr>
              <w:spacing w:after="0"/>
            </w:pPr>
            <w:r>
              <w:rPr>
                <w:b w:val="0"/>
                <w:sz w:val="19"/>
              </w:rPr>
              <w:t>• Ana düşünce ve destekleyici bilgilerle konuşmasını sürdürür.</w:t>
            </w:r>
          </w:p>
          <w:p>
            <w:pPr>
              <w:spacing w:after="0"/>
            </w:pPr>
            <w:r>
              <w:rPr>
                <w:b w:val="0"/>
                <w:sz w:val="19"/>
              </w:rPr>
              <w:t>• Konuşmasını hedef kitleye uygun bir söz varlığı ve üslupla sürdürür.</w:t>
            </w:r>
          </w:p>
          <w:p>
            <w:pPr>
              <w:spacing w:after="0"/>
            </w:pPr>
            <w:r>
              <w:rPr>
                <w:b w:val="0"/>
                <w:sz w:val="19"/>
              </w:rPr>
              <w:t>ç) TDE3.3.4. İletileri açık ve örtük biçimde ifade eder.</w:t>
            </w:r>
          </w:p>
          <w:p>
            <w:pPr>
              <w:spacing w:after="0"/>
            </w:pPr>
            <w:r>
              <w:rPr>
                <w:b w:val="0"/>
                <w:sz w:val="19"/>
              </w:rPr>
              <w:t>• Vermek istediği iletileri açık veya örtük bir şekilde ifade eder.</w:t>
            </w:r>
          </w:p>
          <w:p>
            <w:pPr>
              <w:spacing w:after="0"/>
            </w:pPr>
            <w:r>
              <w:rPr>
                <w:b w:val="0"/>
                <w:sz w:val="19"/>
              </w:rPr>
              <w:t>• Duygu, düşünce ve hayallerini tutarlı bir şekilde ifade eder.</w:t>
            </w:r>
          </w:p>
          <w:p>
            <w:pPr>
              <w:spacing w:after="0"/>
            </w:pPr>
            <w:r>
              <w:rPr>
                <w:b w:val="0"/>
                <w:sz w:val="19"/>
              </w:rPr>
              <w:t>• Konuşmayı başlatma, sürdürme ve bitirme ifadelerini etkili kullanır.</w:t>
            </w:r>
          </w:p>
          <w:p>
            <w:pPr>
              <w:spacing w:after="0"/>
            </w:pPr>
            <w:r>
              <w:rPr>
                <w:b w:val="0"/>
                <w:sz w:val="19"/>
              </w:rPr>
              <w:t>• Millî ve manevi değerlere ve kültürel unsurlara dikkat ederek konuşmasını sürdürür.</w:t>
            </w:r>
          </w:p>
          <w:p>
            <w:pPr>
              <w:spacing w:after="0"/>
            </w:pPr>
            <w:r>
              <w:rPr>
                <w:b w:val="0"/>
                <w:sz w:val="19"/>
              </w:rPr>
              <w:t>• Konuşmasında toplumsal hassasiyet oluşturacak ögeler (siyaset, din, etnisite vb.) kullanmaktan kaçınır.</w:t>
            </w:r>
          </w:p>
          <w:p>
            <w:pPr>
              <w:spacing w:after="0"/>
            </w:pPr>
            <w:r>
              <w:rPr>
                <w:b w:val="0"/>
                <w:sz w:val="19"/>
              </w:rPr>
              <w:t>• Konuşmasında olumlu tutum ve değerleri vurgular.</w:t>
            </w:r>
          </w:p>
          <w:p>
            <w:pPr>
              <w:spacing w:after="0"/>
            </w:pPr>
            <w:r>
              <w:rPr>
                <w:b w:val="0"/>
                <w:sz w:val="19"/>
              </w:rPr>
              <w:t>d) TDE3.3.5. Türkçe dil yapılarını uygular.</w:t>
            </w:r>
          </w:p>
          <w:p>
            <w:pPr>
              <w:spacing w:after="0"/>
            </w:pPr>
            <w:r>
              <w:rPr>
                <w:b w:val="0"/>
                <w:sz w:val="19"/>
              </w:rPr>
              <w:t>• Konuşmasında Türkçenin dil yapısını ve işlevini amacına uygun kullanır.</w:t>
            </w:r>
          </w:p>
          <w:p>
            <w:pPr>
              <w:spacing w:after="0"/>
            </w:pPr>
            <w:r>
              <w:rPr>
                <w:b w:val="0"/>
                <w:sz w:val="19"/>
              </w:rPr>
              <w:t>e) TDE3.3.6. Bağdaşıklık ögelerini kullanır.</w:t>
            </w:r>
          </w:p>
          <w:p>
            <w:pPr>
              <w:spacing w:after="0"/>
            </w:pPr>
            <w:r>
              <w:rPr>
                <w:b w:val="0"/>
                <w:sz w:val="19"/>
              </w:rPr>
              <w:t>• Konuşmasını bağdaşıklık ögelerine dikkat ederek yapar.</w:t>
            </w:r>
          </w:p>
          <w:p>
            <w:pPr>
              <w:spacing w:after="0"/>
            </w:pPr>
            <w:r>
              <w:rPr>
                <w:b w:val="0"/>
                <w:sz w:val="19"/>
              </w:rPr>
              <w:t>f) TDE3.3.7. Beden dilini ve mekânı kullanır.</w:t>
            </w:r>
          </w:p>
          <w:p>
            <w:pPr>
              <w:spacing w:after="0"/>
            </w:pPr>
            <w:r>
              <w:rPr>
                <w:b w:val="0"/>
                <w:sz w:val="19"/>
              </w:rPr>
              <w:t>• Konuşmasında beden dilini doğru bir şekilde kullanır.</w:t>
            </w:r>
          </w:p>
          <w:p>
            <w:pPr>
              <w:spacing w:after="0"/>
            </w:pPr>
            <w:r>
              <w:rPr>
                <w:b w:val="0"/>
                <w:sz w:val="19"/>
              </w:rPr>
              <w:t>• Konuşmasında diksiyon ve telaffuzu etkin bir şekilde kullanır.</w:t>
            </w:r>
          </w:p>
          <w:p>
            <w:pPr>
              <w:spacing w:after="0"/>
            </w:pPr>
            <w:r>
              <w:rPr>
                <w:b w:val="0"/>
                <w:sz w:val="19"/>
              </w:rPr>
              <w:t>• Konuşmasında mekânı etkin bir şekilde kullanır.</w:t>
            </w:r>
          </w:p>
          <w:p>
            <w:pPr>
              <w:spacing w:after="0"/>
            </w:pPr>
            <w:r>
              <w:rPr>
                <w:b w:val="0"/>
                <w:sz w:val="19"/>
              </w:rPr>
              <w:t>• Konuşmasında zamanı verimli bir şekilde kullanır.</w:t>
            </w:r>
          </w:p>
          <w:p>
            <w:pPr>
              <w:spacing w:after="0"/>
            </w:pPr>
            <w:r>
              <w:rPr>
                <w:b w:val="0"/>
                <w:sz w:val="19"/>
              </w:rPr>
              <w:t>• Konuşma sürecinde dinleyici ile etkileşim kurar.</w:t>
            </w:r>
          </w:p>
          <w:p>
            <w:pPr>
              <w:spacing w:after="0"/>
            </w:pPr>
            <w:r>
              <w:rPr>
                <w:b w:val="0"/>
                <w:sz w:val="19"/>
              </w:rPr>
              <w:t>a) TDE3.4.1. Kendini değerlendirir.</w:t>
            </w:r>
          </w:p>
          <w:p>
            <w:pPr>
              <w:spacing w:after="0"/>
            </w:pPr>
            <w:r>
              <w:rPr>
                <w:b w:val="0"/>
                <w:sz w:val="19"/>
              </w:rPr>
              <w:t>• Konuşma sürecindeki davranış, duygu ve düşüncelerini değerlendirir.</w:t>
            </w:r>
          </w:p>
          <w:p>
            <w:pPr>
              <w:spacing w:after="0"/>
            </w:pPr>
            <w:r>
              <w:rPr>
                <w:b w:val="0"/>
                <w:sz w:val="19"/>
              </w:rPr>
              <w:t>• Konuşmasını içerik yönünden değerlendirir.</w:t>
            </w:r>
          </w:p>
          <w:p>
            <w:pPr>
              <w:spacing w:after="0"/>
            </w:pPr>
            <w:r>
              <w:rPr>
                <w:b w:val="0"/>
                <w:sz w:val="19"/>
              </w:rPr>
              <w:t>• Konuşmasını dil ve anlatım yönünden değerlendirir.</w:t>
            </w:r>
          </w:p>
          <w:p>
            <w:pPr>
              <w:spacing w:after="0"/>
            </w:pPr>
            <w:r>
              <w:rPr>
                <w:b w:val="0"/>
                <w:sz w:val="19"/>
              </w:rPr>
              <w:t>• Konuşmasını paydaşların görüşlerine göre değerlendirir.</w:t>
            </w:r>
          </w:p>
          <w:p>
            <w:pPr>
              <w:spacing w:after="0"/>
            </w:pPr>
            <w:r>
              <w:rPr>
                <w:b w:val="0"/>
                <w:sz w:val="19"/>
              </w:rPr>
              <w:t>b) TDE3.4.2. Tepki ortaya koyar.</w:t>
            </w:r>
          </w:p>
          <w:p>
            <w:pPr>
              <w:spacing w:after="0"/>
            </w:pPr>
            <w:r>
              <w:rPr>
                <w:b w:val="0"/>
                <w:sz w:val="19"/>
              </w:rPr>
              <w:t>• Genel geri bildirimlere bağlı olarak bundan sonra yapacağı konuşmalar için kendisine yeni hedefler belirler.</w:t>
            </w:r>
          </w:p>
          <w:p>
            <w:pPr>
              <w:spacing w:after="0"/>
            </w:pPr>
            <w:r>
              <w:rPr>
                <w:b w:val="0"/>
                <w:sz w:val="19"/>
              </w:rPr>
              <w:t>• Özgün konuşmacı kimliğini oluşturur.</w:t>
            </w:r>
          </w:p>
          <w:p>
            <w:pPr>
              <w:spacing w:after="0"/>
            </w:pPr>
            <w:r>
              <w:rPr>
                <w:b w:val="0"/>
                <w:sz w:val="19"/>
              </w:rPr>
              <w:t>• Konuşmasını dijital ortamlar için yeniden düzenleyebilir.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 xml:space="preserve">D4. Dostluk </w:t>
            </w:r>
          </w:p>
          <w:p>
            <w:pPr>
              <w:spacing w:after="0"/>
            </w:pPr>
            <w:r>
              <w:rPr>
                <w:b w:val="0"/>
                <w:sz w:val="19"/>
              </w:rPr>
              <w:t>D7. Estetik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(TDE3.3. Konusunu ana fikir etrafında detaylandırdığı konuşmasında kural uygulayabilme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Hikâye haritası</w:t>
            </w:r>
          </w:p>
          <w:p>
            <w:pPr>
              <w:spacing w:after="0"/>
            </w:pPr>
            <w:r>
              <w:rPr>
                <w:b w:val="0"/>
                <w:sz w:val="19"/>
              </w:rPr>
              <w:t>• Açık uçlu sorular</w:t>
            </w:r>
          </w:p>
          <w:p>
            <w:pPr>
              <w:spacing w:after="0"/>
            </w:pPr>
            <w:r>
              <w:rPr>
                <w:b w:val="0"/>
                <w:sz w:val="19"/>
              </w:rPr>
              <w:t>• Karşılaştırma tablosu</w:t>
            </w:r>
          </w:p>
          <w:p>
            <w:pPr>
              <w:spacing w:after="0"/>
            </w:pPr>
            <w:r>
              <w:rPr>
                <w:b w:val="0"/>
                <w:sz w:val="19"/>
              </w:rPr>
              <w:t>• Kontrol listesi</w:t>
            </w:r>
          </w:p>
          <w:p>
            <w:pPr>
              <w:spacing w:after="0"/>
            </w:pPr>
            <w:r>
              <w:rPr>
                <w:b w:val="0"/>
                <w:sz w:val="19"/>
              </w:rPr>
              <w:t>• Öğrenme duvarı</w:t>
            </w:r>
          </w:p>
          <w:p>
            <w:pPr>
              <w:spacing w:after="0"/>
            </w:pPr>
            <w:r>
              <w:rPr>
                <w:b w:val="0"/>
                <w:sz w:val="19"/>
              </w:rPr>
              <w:t>• Çıkış kartı</w:t>
            </w:r>
          </w:p>
          <w:p>
            <w:pPr>
              <w:spacing w:after="0"/>
            </w:pPr>
            <w:r>
              <w:rPr>
                <w:b w:val="0"/>
                <w:sz w:val="19"/>
              </w:rPr>
              <w:t>Konu zenginliği ve çeşitliliğini sağlayan edebî metinlerde okumayı yönetebilme ve anlam</w:t>
            </w:r>
          </w:p>
          <w:p>
            <w:pPr>
              <w:spacing w:after="0"/>
            </w:pPr>
            <w:r>
              <w:rPr>
                <w:b w:val="0"/>
                <w:sz w:val="19"/>
              </w:rPr>
              <w:t>oluşturmaya yönelik kısa cevaplı sorular, hikâye haritası ve açık uçlu sorulardan yararlanılabilir.</w:t>
            </w:r>
          </w:p>
          <w:p>
            <w:pPr>
              <w:spacing w:after="0"/>
            </w:pPr>
            <w:r>
              <w:rPr>
                <w:b w:val="0"/>
                <w:sz w:val="19"/>
              </w:rPr>
              <w:t>Ayrıca öğrencilerin tahlil ettikleri metinleri karşılaştırarak bir genellemeye ulaşabilmeleri</w:t>
            </w:r>
          </w:p>
          <w:p>
            <w:pPr>
              <w:spacing w:after="0"/>
            </w:pPr>
            <w:r>
              <w:rPr>
                <w:b w:val="0"/>
                <w:sz w:val="19"/>
              </w:rPr>
              <w:t>için karşılaştırma tablosu, öğrenme duvarı kullanılabilir. Öğrencilerin dinleme/</w:t>
            </w:r>
          </w:p>
          <w:p>
            <w:pPr>
              <w:spacing w:after="0"/>
            </w:pPr>
            <w:r>
              <w:rPr>
                <w:b w:val="0"/>
                <w:sz w:val="19"/>
              </w:rPr>
              <w:t>izleme etkinliklerine yönelik kontrol listesi, kısa cevaplı ve açık uçlu sorular ve çıkış kartları</w:t>
            </w:r>
          </w:p>
          <w:p>
            <w:pPr>
              <w:spacing w:after="0"/>
            </w:pPr>
            <w:r>
              <w:rPr>
                <w:b w:val="0"/>
                <w:sz w:val="19"/>
              </w:rPr>
              <w:t>kanıt olarak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hikâyeden seçtikleri karaktere kendi yorumlarını katarak bir</w:t>
            </w:r>
          </w:p>
          <w:p>
            <w:pPr>
              <w:spacing w:after="0"/>
            </w:pPr>
            <w:r>
              <w:rPr>
                <w:b w:val="0"/>
                <w:sz w:val="19"/>
              </w:rPr>
              <w:t>sunum yapabilmelerine yönelik performans görevi</w:t>
            </w:r>
          </w:p>
          <w:p>
            <w:pPr>
              <w:spacing w:after="0"/>
            </w:pPr>
            <w:r>
              <w:rPr>
                <w:b w:val="0"/>
                <w:sz w:val="19"/>
              </w:rPr>
              <w:t>• Öğrencilerin dinledikleri/izledikleri şiirin temasına uygun bir şiir oluşturabilmelerine</w:t>
            </w:r>
          </w:p>
          <w:p>
            <w:pPr>
              <w:spacing w:after="0"/>
            </w:pPr>
            <w:r>
              <w:rPr>
                <w:b w:val="0"/>
                <w:sz w:val="19"/>
              </w:rPr>
              <w:t>yönelik performans görevi</w:t>
            </w:r>
          </w:p>
          <w:p>
            <w:pPr>
              <w:spacing w:after="0"/>
            </w:pPr>
            <w:r>
              <w:rPr>
                <w:b w:val="0"/>
                <w:sz w:val="19"/>
              </w:rPr>
              <w:t>Konuşma becerisinin gerçekleştirilebilmesi için öğrencilerden okudukları ve anlam oluşturma</w:t>
            </w:r>
          </w:p>
          <w:p>
            <w:pPr>
              <w:spacing w:after="0"/>
            </w:pPr>
            <w:r>
              <w:rPr>
                <w:b w:val="0"/>
                <w:sz w:val="19"/>
              </w:rPr>
              <w:t>sürecini tamamladıkları hikâye metninden bir karakter seçmeleri ve onu günlük</w:t>
            </w:r>
          </w:p>
          <w:p>
            <w:pPr>
              <w:spacing w:after="0"/>
            </w:pPr>
            <w:r>
              <w:rPr>
                <w:b w:val="0"/>
                <w:sz w:val="19"/>
              </w:rPr>
              <w:t>yaşamdaki bir kişiyle özdeşleştirerek yeniden yorumlamaları istenir. Grup çalışması</w:t>
            </w:r>
          </w:p>
          <w:p>
            <w:pPr>
              <w:spacing w:after="0"/>
            </w:pPr>
            <w:r>
              <w:rPr>
                <w:b w:val="0"/>
                <w:sz w:val="19"/>
              </w:rPr>
              <w:t>şeklinde gerçekleştirilecek bu süreçte öğrencilerin sözlü anlatımları dereceli puanlama</w:t>
            </w:r>
          </w:p>
          <w:p>
            <w:pPr>
              <w:spacing w:after="0"/>
            </w:pPr>
            <w:r>
              <w:rPr>
                <w:b w:val="0"/>
                <w:sz w:val="19"/>
              </w:rPr>
              <w:t>anahtarı ile puanlanır. Puanlama anahtarında Türkçenin doğru kullanımı, ses ve diksiyon, akıcılık, beden dili, içerik kurgusu, zaman yönetimi, etkileyicilik vb. ölçütler yer alır. Öğrencilere</w:t>
            </w:r>
          </w:p>
          <w:p>
            <w:pPr>
              <w:spacing w:after="0"/>
            </w:pPr>
            <w:r>
              <w:rPr>
                <w:b w:val="0"/>
                <w:sz w:val="19"/>
              </w:rPr>
              <w:t>yazılı anlatımları için dinledikleri/izledikleri şiirin temasına uygun bir şiir oluşturmalarına</w:t>
            </w:r>
          </w:p>
          <w:p>
            <w:pPr>
              <w:spacing w:after="0"/>
            </w:pPr>
            <w:r>
              <w:rPr>
                <w:b w:val="0"/>
                <w:sz w:val="19"/>
              </w:rPr>
              <w:t>yönelik performans görevi verilir. Performans görevi; tema, ana duygu, ritim ve</w:t>
            </w:r>
          </w:p>
          <w:p>
            <w:pPr>
              <w:spacing w:after="0"/>
            </w:pPr>
            <w:r>
              <w:rPr>
                <w:b w:val="0"/>
                <w:sz w:val="19"/>
              </w:rPr>
              <w:t>ahenk ögeleri, söz varlığının bağlama uygun kullanımı vb. ölçütlerin yer aldığı bir puanlama</w:t>
            </w:r>
          </w:p>
          <w:p>
            <w:pPr>
              <w:spacing w:after="0"/>
            </w:pPr>
            <w:r>
              <w:rPr>
                <w:b w:val="0"/>
                <w:sz w:val="19"/>
              </w:rPr>
              <w:t>anahtarı ile puanlanır.</w:t>
            </w:r>
          </w:p>
          <w:p>
            <w:pPr>
              <w:spacing w:after="0"/>
            </w:pPr>
            <w:r>
              <w:rPr>
                <w:b w:val="0"/>
                <w:sz w:val="19"/>
              </w:rPr>
              <w:t>Tema sonu değerlendirme için çıkış kartı (üçgen-kare-çember)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15. Hafta: 28 Aralık -1Ocak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2.TEMA ANLAM ARAYIŞI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DİNLEME/İZLEME </w:t>
            </w:r>
          </w:p>
          <w:p>
            <w:pPr>
              <w:spacing w:after="0"/>
            </w:pPr>
            <w:r>
              <w:rPr>
                <w:b w:val="0"/>
                <w:sz w:val="19"/>
              </w:rPr>
              <w:t>• Tema içeriğine</w:t>
            </w:r>
          </w:p>
          <w:p>
            <w:pPr>
              <w:spacing w:after="0"/>
            </w:pPr>
            <w:r>
              <w:rPr>
                <w:b w:val="0"/>
                <w:sz w:val="19"/>
              </w:rPr>
              <w:t>uygun çok modlu</w:t>
            </w:r>
          </w:p>
          <w:p>
            <w:pPr>
              <w:spacing w:after="0"/>
            </w:pPr>
            <w:r>
              <w:rPr>
                <w:b w:val="0"/>
                <w:sz w:val="19"/>
              </w:rPr>
              <w:t>metin (Şiir)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TDE1.1. “Anlam Arayışı” temasında ele alınan metinlerde dinlemeyi/izlemeyi yönetebilme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TDE1.1.1. Seçim yapar.</w:t>
            </w:r>
          </w:p>
          <w:p>
            <w:pPr>
              <w:spacing w:after="0"/>
            </w:pPr>
            <w:r>
              <w:rPr>
                <w:b w:val="0"/>
                <w:sz w:val="19"/>
              </w:rPr>
              <w:t>• Metni dinlemeye/izlemeye başlamadan önce dinleme/izleme amacını belirler.</w:t>
            </w:r>
          </w:p>
          <w:p>
            <w:pPr>
              <w:spacing w:after="0"/>
            </w:pPr>
            <w:r>
              <w:rPr>
                <w:b w:val="0"/>
                <w:sz w:val="19"/>
              </w:rPr>
              <w:t>• Dinleme/izleme yapmadan önce metnin başlık ve görsellerinden hareketle metnin içeriğine ve türüne yönelik</w:t>
            </w:r>
          </w:p>
          <w:p>
            <w:pPr>
              <w:spacing w:after="0"/>
            </w:pPr>
            <w:r>
              <w:rPr>
                <w:b w:val="0"/>
                <w:sz w:val="19"/>
              </w:rPr>
              <w:t>tahminde bulunur.</w:t>
            </w:r>
          </w:p>
          <w:p>
            <w:pPr>
              <w:spacing w:after="0"/>
            </w:pPr>
            <w:r>
              <w:rPr>
                <w:b w:val="0"/>
                <w:sz w:val="19"/>
              </w:rPr>
              <w:t>• Dinleyeceği/izleyeceği metin için uygun dinleme/izleme yöntem ve stratejisi seçer.</w:t>
            </w:r>
          </w:p>
          <w:p>
            <w:pPr>
              <w:spacing w:after="0"/>
            </w:pPr>
            <w:r>
              <w:rPr>
                <w:b w:val="0"/>
                <w:sz w:val="19"/>
              </w:rPr>
              <w:t>b) TDE1.1.2. İlişkiyi sürdürür.</w:t>
            </w:r>
          </w:p>
          <w:p>
            <w:pPr>
              <w:spacing w:after="0"/>
            </w:pPr>
            <w:r>
              <w:rPr>
                <w:b w:val="0"/>
                <w:sz w:val="19"/>
              </w:rPr>
              <w:t>• Dinleme/izleme kurallarını uygulayarak dinlemeyi/izlemeyi sürdürür.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 xml:space="preserve">D4. Dostluk </w:t>
            </w:r>
          </w:p>
          <w:p>
            <w:pPr>
              <w:spacing w:after="0"/>
            </w:pPr>
            <w:r>
              <w:rPr>
                <w:b w:val="0"/>
                <w:sz w:val="19"/>
              </w:rPr>
              <w:t>D7. Estetik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(TDE1.1. “Anlam Arayışı” temasında ele alınan metinlerde dinlemeyi/izlemeyi yönetebilme)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Hikâye haritası</w:t>
            </w:r>
          </w:p>
          <w:p>
            <w:pPr>
              <w:spacing w:after="0"/>
            </w:pPr>
            <w:r>
              <w:rPr>
                <w:b w:val="0"/>
                <w:sz w:val="19"/>
              </w:rPr>
              <w:t>• Açık uçlu sorular</w:t>
            </w:r>
          </w:p>
          <w:p>
            <w:pPr>
              <w:spacing w:after="0"/>
            </w:pPr>
            <w:r>
              <w:rPr>
                <w:b w:val="0"/>
                <w:sz w:val="19"/>
              </w:rPr>
              <w:t>• Karşılaştırma tablosu</w:t>
            </w:r>
          </w:p>
          <w:p>
            <w:pPr>
              <w:spacing w:after="0"/>
            </w:pPr>
            <w:r>
              <w:rPr>
                <w:b w:val="0"/>
                <w:sz w:val="19"/>
              </w:rPr>
              <w:t>• Kontrol listesi</w:t>
            </w:r>
          </w:p>
          <w:p>
            <w:pPr>
              <w:spacing w:after="0"/>
            </w:pPr>
            <w:r>
              <w:rPr>
                <w:b w:val="0"/>
                <w:sz w:val="19"/>
              </w:rPr>
              <w:t>• Öğrenme duvarı</w:t>
            </w:r>
          </w:p>
          <w:p>
            <w:pPr>
              <w:spacing w:after="0"/>
            </w:pPr>
            <w:r>
              <w:rPr>
                <w:b w:val="0"/>
                <w:sz w:val="19"/>
              </w:rPr>
              <w:t>• Çıkış kartı</w:t>
            </w:r>
          </w:p>
          <w:p>
            <w:pPr>
              <w:spacing w:after="0"/>
            </w:pPr>
            <w:r>
              <w:rPr>
                <w:b w:val="0"/>
                <w:sz w:val="19"/>
              </w:rPr>
              <w:t>Konu zenginliği ve çeşitliliğini sağlayan edebî metinlerde okumayı yönetebilme ve anlam</w:t>
            </w:r>
          </w:p>
          <w:p>
            <w:pPr>
              <w:spacing w:after="0"/>
            </w:pPr>
            <w:r>
              <w:rPr>
                <w:b w:val="0"/>
                <w:sz w:val="19"/>
              </w:rPr>
              <w:t>oluşturmaya yönelik kısa cevaplı sorular, hikâye haritası ve açık uçlu sorulardan yararlanılabilir.</w:t>
            </w:r>
          </w:p>
          <w:p>
            <w:pPr>
              <w:spacing w:after="0"/>
            </w:pPr>
            <w:r>
              <w:rPr>
                <w:b w:val="0"/>
                <w:sz w:val="19"/>
              </w:rPr>
              <w:t>Ayrıca öğrencilerin tahlil ettikleri metinleri karşılaştırarak bir genellemeye ulaşabilmeleri</w:t>
            </w:r>
          </w:p>
          <w:p>
            <w:pPr>
              <w:spacing w:after="0"/>
            </w:pPr>
            <w:r>
              <w:rPr>
                <w:b w:val="0"/>
                <w:sz w:val="19"/>
              </w:rPr>
              <w:t>için karşılaştırma tablosu, öğrenme duvarı kullanılabilir. Öğrencilerin dinleme/</w:t>
            </w:r>
          </w:p>
          <w:p>
            <w:pPr>
              <w:spacing w:after="0"/>
            </w:pPr>
            <w:r>
              <w:rPr>
                <w:b w:val="0"/>
                <w:sz w:val="19"/>
              </w:rPr>
              <w:t>izleme etkinliklerine yönelik kontrol listesi, kısa cevaplı ve açık uçlu sorular ve çıkış kartları</w:t>
            </w:r>
          </w:p>
          <w:p>
            <w:pPr>
              <w:spacing w:after="0"/>
            </w:pPr>
            <w:r>
              <w:rPr>
                <w:b w:val="0"/>
                <w:sz w:val="19"/>
              </w:rPr>
              <w:t>kanıt olarak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hikâyeden seçtikleri karaktere kendi yorumlarını katarak bir</w:t>
            </w:r>
          </w:p>
          <w:p>
            <w:pPr>
              <w:spacing w:after="0"/>
            </w:pPr>
            <w:r>
              <w:rPr>
                <w:b w:val="0"/>
                <w:sz w:val="19"/>
              </w:rPr>
              <w:t>sunum yapabilmelerine yönelik performans görevi</w:t>
            </w:r>
          </w:p>
          <w:p>
            <w:pPr>
              <w:spacing w:after="0"/>
            </w:pPr>
            <w:r>
              <w:rPr>
                <w:b w:val="0"/>
                <w:sz w:val="19"/>
              </w:rPr>
              <w:t>• Öğrencilerin dinledikleri/izledikleri şiirin temasına uygun bir şiir oluşturabilmelerine</w:t>
            </w:r>
          </w:p>
          <w:p>
            <w:pPr>
              <w:spacing w:after="0"/>
            </w:pPr>
            <w:r>
              <w:rPr>
                <w:b w:val="0"/>
                <w:sz w:val="19"/>
              </w:rPr>
              <w:t>yönelik performans görevi</w:t>
            </w:r>
          </w:p>
          <w:p>
            <w:pPr>
              <w:spacing w:after="0"/>
            </w:pPr>
            <w:r>
              <w:rPr>
                <w:b w:val="0"/>
                <w:sz w:val="19"/>
              </w:rPr>
              <w:t>Konuşma becerisinin gerçekleştirilebilmesi için öğrencilerden okudukları ve anlam oluşturma</w:t>
            </w:r>
          </w:p>
          <w:p>
            <w:pPr>
              <w:spacing w:after="0"/>
            </w:pPr>
            <w:r>
              <w:rPr>
                <w:b w:val="0"/>
                <w:sz w:val="19"/>
              </w:rPr>
              <w:t>sürecini tamamladıkları hikâye metninden bir karakter seçmeleri ve onu günlük</w:t>
            </w:r>
          </w:p>
          <w:p>
            <w:pPr>
              <w:spacing w:after="0"/>
            </w:pPr>
            <w:r>
              <w:rPr>
                <w:b w:val="0"/>
                <w:sz w:val="19"/>
              </w:rPr>
              <w:t>yaşamdaki bir kişiyle özdeşleştirerek yeniden yorumlamaları istenir. Grup çalışması</w:t>
            </w:r>
          </w:p>
          <w:p>
            <w:pPr>
              <w:spacing w:after="0"/>
            </w:pPr>
            <w:r>
              <w:rPr>
                <w:b w:val="0"/>
                <w:sz w:val="19"/>
              </w:rPr>
              <w:t>şeklinde gerçekleştirilecek bu süreçte öğrencilerin sözlü anlatımları dereceli puanlama</w:t>
            </w:r>
          </w:p>
          <w:p>
            <w:pPr>
              <w:spacing w:after="0"/>
            </w:pPr>
            <w:r>
              <w:rPr>
                <w:b w:val="0"/>
                <w:sz w:val="19"/>
              </w:rPr>
              <w:t>anahtarı ile puanlanır. Puanlama anahtarında Türkçenin doğru kullanımı, ses ve diksiyon, akıcılık, beden dili, içerik kurgusu, zaman yönetimi, etkileyicilik vb. ölçütler yer alır. Öğrencilere</w:t>
            </w:r>
          </w:p>
          <w:p>
            <w:pPr>
              <w:spacing w:after="0"/>
            </w:pPr>
            <w:r>
              <w:rPr>
                <w:b w:val="0"/>
                <w:sz w:val="19"/>
              </w:rPr>
              <w:t>yazılı anlatımları için dinledikleri/izledikleri şiirin temasına uygun bir şiir oluşturmalarına</w:t>
            </w:r>
          </w:p>
          <w:p>
            <w:pPr>
              <w:spacing w:after="0"/>
            </w:pPr>
            <w:r>
              <w:rPr>
                <w:b w:val="0"/>
                <w:sz w:val="19"/>
              </w:rPr>
              <w:t>yönelik performans görevi verilir. Performans görevi; tema, ana duygu, ritim ve</w:t>
            </w:r>
          </w:p>
          <w:p>
            <w:pPr>
              <w:spacing w:after="0"/>
            </w:pPr>
            <w:r>
              <w:rPr>
                <w:b w:val="0"/>
                <w:sz w:val="19"/>
              </w:rPr>
              <w:t>ahenk ögeleri, söz varlığının bağlama uygun kullanımı vb. ölçütlerin yer aldığı bir puanlama</w:t>
            </w:r>
          </w:p>
          <w:p>
            <w:pPr>
              <w:spacing w:after="0"/>
            </w:pPr>
            <w:r>
              <w:rPr>
                <w:b w:val="0"/>
                <w:sz w:val="19"/>
              </w:rPr>
              <w:t>anahtarı ile puanlanır.</w:t>
            </w:r>
          </w:p>
          <w:p>
            <w:pPr>
              <w:spacing w:after="0"/>
            </w:pPr>
            <w:r>
              <w:rPr>
                <w:b w:val="0"/>
                <w:sz w:val="19"/>
              </w:rPr>
              <w:t>Tema sonu değerlendirme için çıkış kartı (üçgen-kare-çember)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2.TEMA ANLAM ARAYIŞI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DİNLEME/İZLEME • Tema içeriğine</w:t>
            </w:r>
          </w:p>
          <w:p>
            <w:pPr>
              <w:spacing w:after="0"/>
            </w:pPr>
            <w:r>
              <w:rPr>
                <w:b w:val="0"/>
                <w:sz w:val="19"/>
              </w:rPr>
              <w:t>uygun çok modlu</w:t>
            </w:r>
          </w:p>
          <w:p>
            <w:pPr>
              <w:spacing w:after="0"/>
            </w:pPr>
            <w:r>
              <w:rPr>
                <w:b w:val="0"/>
                <w:sz w:val="19"/>
              </w:rPr>
              <w:t>metin (Şiir)</w:t>
            </w:r>
          </w:p>
          <w:p>
            <w:pPr>
              <w:spacing w:after="0"/>
            </w:pPr>
            <w:r>
              <w:rPr>
                <w:b w:val="0"/>
                <w:sz w:val="19"/>
              </w:rPr>
              <w:t>YAZMA</w:t>
            </w:r>
          </w:p>
          <w:p>
            <w:pPr>
              <w:spacing w:after="0"/>
            </w:pPr>
            <w:r>
              <w:rPr>
                <w:b w:val="0"/>
                <w:sz w:val="19"/>
              </w:rPr>
              <w:t>• Temaya uygun bir</w:t>
            </w:r>
          </w:p>
          <w:p>
            <w:pPr>
              <w:spacing w:after="0"/>
            </w:pPr>
            <w:r>
              <w:rPr>
                <w:b w:val="0"/>
                <w:sz w:val="19"/>
              </w:rPr>
              <w:t>şiir yazabilme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TDE1.2. “Anlam Arayışı” temasında ele alınan metinlerde anlam oluşturabilme </w:t>
            </w:r>
          </w:p>
          <w:p>
            <w:pPr>
              <w:spacing w:after="0"/>
            </w:pPr>
            <w:r>
              <w:rPr>
                <w:b w:val="0"/>
                <w:sz w:val="19"/>
              </w:rPr>
              <w:t>TDE4.1. Konu zenginliği ve çeşitliliğini sağlayan edebî metinlerde yazma sürecini yönetebilme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TDE1.2.1. Ön bilgilerle bağlantı kurar.</w:t>
            </w:r>
          </w:p>
          <w:p>
            <w:pPr>
              <w:spacing w:after="0"/>
            </w:pPr>
            <w:r>
              <w:rPr>
                <w:b w:val="0"/>
                <w:sz w:val="19"/>
              </w:rPr>
              <w:t>• Dinleme/izleme metnindeki bilgiler ile ön bilgileri arasında bağlantı kurar.</w:t>
            </w:r>
          </w:p>
          <w:p>
            <w:pPr>
              <w:spacing w:after="0"/>
            </w:pPr>
            <w:r>
              <w:rPr>
                <w:b w:val="0"/>
                <w:sz w:val="19"/>
              </w:rPr>
              <w:t>b) TDE1.2.2. Tahmin eder.</w:t>
            </w:r>
          </w:p>
          <w:p>
            <w:pPr>
              <w:spacing w:after="0"/>
            </w:pPr>
            <w:r>
              <w:rPr>
                <w:b w:val="0"/>
                <w:sz w:val="19"/>
              </w:rPr>
              <w:t>• Dinlediği/izlediği metindeki söz varlığının anlamını bağlamdan hareketle belirler.</w:t>
            </w:r>
          </w:p>
          <w:p>
            <w:pPr>
              <w:spacing w:after="0"/>
            </w:pPr>
            <w:r>
              <w:rPr>
                <w:b w:val="0"/>
                <w:sz w:val="19"/>
              </w:rPr>
              <w:t>c) TDE1.2.3. Çıkarım yapar.</w:t>
            </w:r>
          </w:p>
          <w:p>
            <w:pPr>
              <w:spacing w:after="0"/>
            </w:pPr>
            <w:r>
              <w:rPr>
                <w:b w:val="0"/>
                <w:sz w:val="19"/>
              </w:rPr>
              <w:t>• Dinlediği/izlediği metinde açıkça sunulan bilgileri belirler.</w:t>
            </w:r>
          </w:p>
          <w:p>
            <w:pPr>
              <w:spacing w:after="0"/>
            </w:pPr>
            <w:r>
              <w:rPr>
                <w:b w:val="0"/>
                <w:sz w:val="19"/>
              </w:rPr>
              <w:t>• Dinlediği/izlediği metinlerden hareketle çıkarımlar yapar.</w:t>
            </w:r>
          </w:p>
          <w:p>
            <w:pPr>
              <w:spacing w:after="0"/>
            </w:pPr>
            <w:r>
              <w:rPr>
                <w:b w:val="0"/>
                <w:sz w:val="19"/>
              </w:rPr>
              <w:t>• Dinlediği/izlediği metinde açıkça ifade edilen neden-sonuç, koşul, varsayım bilgilerini belirler.</w:t>
            </w:r>
          </w:p>
          <w:p>
            <w:pPr>
              <w:spacing w:after="0"/>
            </w:pPr>
            <w:r>
              <w:rPr>
                <w:b w:val="0"/>
                <w:sz w:val="19"/>
              </w:rPr>
              <w:t>• Dinlediği/izlediği metnin konu ve/veya temasını belirler.</w:t>
            </w:r>
          </w:p>
          <w:p>
            <w:pPr>
              <w:spacing w:after="0"/>
            </w:pPr>
            <w:r>
              <w:rPr>
                <w:b w:val="0"/>
                <w:sz w:val="19"/>
              </w:rPr>
              <w:t>• Dinlediği/izlediği metnin yardımcı düşüncelerini belirler.</w:t>
            </w:r>
          </w:p>
          <w:p>
            <w:pPr>
              <w:spacing w:after="0"/>
            </w:pPr>
            <w:r>
              <w:rPr>
                <w:b w:val="0"/>
                <w:sz w:val="19"/>
              </w:rPr>
              <w:t>• Dinlediği/izlediği metinde ana düşünceyi/duyguyu belirler.</w:t>
            </w:r>
          </w:p>
          <w:p>
            <w:pPr>
              <w:spacing w:after="0"/>
            </w:pPr>
            <w:r>
              <w:rPr>
                <w:b w:val="0"/>
                <w:sz w:val="19"/>
              </w:rPr>
              <w:t>• Dinlediği/izlediği metnin yazar/şair tarafından yazılma amacını belirler.</w:t>
            </w:r>
          </w:p>
          <w:p>
            <w:pPr>
              <w:spacing w:after="0"/>
            </w:pPr>
            <w:r>
              <w:rPr>
                <w:b w:val="0"/>
                <w:sz w:val="19"/>
              </w:rPr>
              <w:t>• Dinlediği/izlediği metinde yer alan iletilerin sunuluş şeklini inceler.</w:t>
            </w:r>
          </w:p>
          <w:p>
            <w:pPr>
              <w:spacing w:after="0"/>
            </w:pPr>
            <w:r>
              <w:rPr>
                <w:b w:val="0"/>
                <w:sz w:val="19"/>
              </w:rPr>
              <w:t>• Dinlediği/izlediği metindeki karakterlerin davranışlarından duygu ve düşüncelerine yönelik çıkarımlar yapar.</w:t>
            </w:r>
          </w:p>
          <w:p>
            <w:pPr>
              <w:spacing w:after="0"/>
            </w:pPr>
            <w:r>
              <w:rPr>
                <w:b w:val="0"/>
                <w:sz w:val="19"/>
              </w:rPr>
              <w:t>• Dinlediği/izlediği metin ile yazar/şair arasındaki ilişkiyi belirler.</w:t>
            </w:r>
          </w:p>
          <w:p>
            <w:pPr>
              <w:spacing w:after="0"/>
            </w:pPr>
            <w:r>
              <w:rPr>
                <w:b w:val="0"/>
                <w:sz w:val="19"/>
              </w:rPr>
              <w:t>ç) TDE1.2.4. Karşılaştırır.</w:t>
            </w:r>
          </w:p>
          <w:p>
            <w:pPr>
              <w:spacing w:after="0"/>
            </w:pPr>
            <w:r>
              <w:rPr>
                <w:b w:val="0"/>
                <w:sz w:val="19"/>
              </w:rPr>
              <w:t>• Metni dinleme/izleme sürecinden önce metne ilişkin tahminleri ile dinledikten/izledikten sonraki tespitlerini karşılaştırır.</w:t>
            </w:r>
          </w:p>
          <w:p>
            <w:pPr>
              <w:spacing w:after="0"/>
            </w:pPr>
            <w:r>
              <w:rPr>
                <w:b w:val="0"/>
                <w:sz w:val="19"/>
              </w:rPr>
              <w:t>• Dinlediği/izlediği metinleri belirlenen ölçütlere (içerik, tür, şekil, dönem, zihniyet, üslup, ileti) göre karşılaştırır.</w:t>
            </w:r>
          </w:p>
          <w:p>
            <w:pPr>
              <w:spacing w:after="0"/>
            </w:pPr>
            <w:r>
              <w:rPr>
                <w:b w:val="0"/>
                <w:sz w:val="19"/>
              </w:rPr>
              <w:t>d) TDE1.2.5. Sınıflandırır.</w:t>
            </w:r>
          </w:p>
          <w:p>
            <w:pPr>
              <w:spacing w:after="0"/>
            </w:pPr>
            <w:r>
              <w:rPr>
                <w:b w:val="0"/>
                <w:sz w:val="19"/>
              </w:rPr>
              <w:t>• Dinlediği/izlediği metinleri belirlenen ölçütlere (içerik, tür, şekil, dönem, zihniyet, üslup, ileti) göre sınıflandırır.</w:t>
            </w:r>
          </w:p>
          <w:p>
            <w:pPr>
              <w:spacing w:after="0"/>
            </w:pPr>
            <w:r>
              <w:rPr>
                <w:b w:val="0"/>
                <w:sz w:val="19"/>
              </w:rPr>
              <w:t>• Dinlediği/izlediği metinde gerçek ve kurgu arasındaki farkı belirler.</w:t>
            </w:r>
          </w:p>
          <w:p>
            <w:pPr>
              <w:spacing w:after="0"/>
            </w:pPr>
            <w:r>
              <w:rPr>
                <w:b w:val="0"/>
                <w:sz w:val="19"/>
              </w:rPr>
              <w:t>• Dinlediği/izlediği metindeki öznel ve nesnel ifadeleri ayırt eder.</w:t>
            </w:r>
          </w:p>
          <w:p>
            <w:pPr>
              <w:spacing w:after="0"/>
            </w:pPr>
            <w:r>
              <w:rPr>
                <w:b w:val="0"/>
                <w:sz w:val="19"/>
              </w:rPr>
              <w:t>• Dinlediği/izlediği metindeki bilgilerin güvenilir olup olmadığını belirler.</w:t>
            </w:r>
          </w:p>
          <w:p>
            <w:pPr>
              <w:spacing w:after="0"/>
            </w:pPr>
            <w:r>
              <w:rPr>
                <w:b w:val="0"/>
                <w:sz w:val="19"/>
              </w:rPr>
              <w:t>e) TDE1.2.6. Tepki verir.</w:t>
            </w:r>
          </w:p>
          <w:p>
            <w:pPr>
              <w:spacing w:after="0"/>
            </w:pPr>
            <w:r>
              <w:rPr>
                <w:b w:val="0"/>
                <w:sz w:val="19"/>
              </w:rPr>
              <w:t>• Dinlediği/izlediği metni özetler.</w:t>
            </w:r>
          </w:p>
          <w:p>
            <w:pPr>
              <w:spacing w:after="0"/>
            </w:pPr>
            <w:r>
              <w:rPr>
                <w:b w:val="0"/>
                <w:sz w:val="19"/>
              </w:rPr>
              <w:t>•Dinlediği/izlediği metinlere yönelik geri bildirimler sunar.</w:t>
            </w:r>
          </w:p>
          <w:p>
            <w:pPr>
              <w:spacing w:after="0"/>
            </w:pPr>
            <w:r>
              <w:rPr>
                <w:b w:val="0"/>
                <w:sz w:val="19"/>
              </w:rPr>
              <w:t>a) TDE4.1.1. Seçim yapar.</w:t>
            </w:r>
          </w:p>
          <w:p>
            <w:pPr>
              <w:spacing w:after="0"/>
            </w:pPr>
            <w:r>
              <w:rPr>
                <w:b w:val="0"/>
                <w:sz w:val="19"/>
              </w:rPr>
              <w:t>• Yazma amacına (edebî metin oluşturma, ikna etme, bilgilendirme, resmî yazışma vb.) karar verir.</w:t>
            </w:r>
          </w:p>
          <w:p>
            <w:pPr>
              <w:spacing w:after="0"/>
            </w:pPr>
            <w:r>
              <w:rPr>
                <w:b w:val="0"/>
                <w:sz w:val="19"/>
              </w:rPr>
              <w:t>• Yazacağı metnin özelliklerini, hedef kitlesini ve yazma süresini belirler.</w:t>
            </w:r>
          </w:p>
          <w:p>
            <w:pPr>
              <w:spacing w:after="0"/>
            </w:pPr>
            <w:r>
              <w:rPr>
                <w:b w:val="0"/>
                <w:sz w:val="19"/>
              </w:rPr>
              <w:t>• Yazacağı metnin türüne uygun, kullanacağı yöntem ve stratejisini belirler.</w:t>
            </w:r>
          </w:p>
          <w:p>
            <w:pPr>
              <w:spacing w:after="0"/>
            </w:pPr>
            <w:r>
              <w:rPr>
                <w:b w:val="0"/>
                <w:sz w:val="19"/>
              </w:rPr>
              <w:t>b) TDE4.1.2. İlişkiyi sürdürür.</w:t>
            </w:r>
          </w:p>
          <w:p>
            <w:pPr>
              <w:spacing w:after="0"/>
            </w:pPr>
            <w:r>
              <w:rPr>
                <w:b w:val="0"/>
                <w:sz w:val="19"/>
              </w:rPr>
              <w:t>• Yazma süreci ile ilgili engelleri ortadan kaldırır.</w:t>
            </w:r>
          </w:p>
          <w:p>
            <w:pPr>
              <w:spacing w:after="0"/>
            </w:pPr>
            <w:r>
              <w:rPr>
                <w:b w:val="0"/>
                <w:sz w:val="19"/>
              </w:rPr>
              <w:t>• Yazma amacına uygun olarak seçtiği stratejiyi yapılandırır.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 xml:space="preserve">D4. Dostluk </w:t>
            </w:r>
          </w:p>
          <w:p>
            <w:pPr>
              <w:spacing w:after="0"/>
            </w:pPr>
            <w:r>
              <w:rPr>
                <w:b w:val="0"/>
                <w:sz w:val="19"/>
              </w:rPr>
              <w:t>D7. Estetik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(TDE1.2. “Anlam Arayışı” temasında ele alınan metinlerde anlam oluşturabilme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Hikâye haritası</w:t>
            </w:r>
          </w:p>
          <w:p>
            <w:pPr>
              <w:spacing w:after="0"/>
            </w:pPr>
            <w:r>
              <w:rPr>
                <w:b w:val="0"/>
                <w:sz w:val="19"/>
              </w:rPr>
              <w:t>• Açık uçlu sorular</w:t>
            </w:r>
          </w:p>
          <w:p>
            <w:pPr>
              <w:spacing w:after="0"/>
            </w:pPr>
            <w:r>
              <w:rPr>
                <w:b w:val="0"/>
                <w:sz w:val="19"/>
              </w:rPr>
              <w:t>• Karşılaştırma tablosu</w:t>
            </w:r>
          </w:p>
          <w:p>
            <w:pPr>
              <w:spacing w:after="0"/>
            </w:pPr>
            <w:r>
              <w:rPr>
                <w:b w:val="0"/>
                <w:sz w:val="19"/>
              </w:rPr>
              <w:t>• Kontrol listesi</w:t>
            </w:r>
          </w:p>
          <w:p>
            <w:pPr>
              <w:spacing w:after="0"/>
            </w:pPr>
            <w:r>
              <w:rPr>
                <w:b w:val="0"/>
                <w:sz w:val="19"/>
              </w:rPr>
              <w:t>• Öğrenme duvarı</w:t>
            </w:r>
          </w:p>
          <w:p>
            <w:pPr>
              <w:spacing w:after="0"/>
            </w:pPr>
            <w:r>
              <w:rPr>
                <w:b w:val="0"/>
                <w:sz w:val="19"/>
              </w:rPr>
              <w:t>• Çıkış kartı</w:t>
            </w:r>
          </w:p>
          <w:p>
            <w:pPr>
              <w:spacing w:after="0"/>
            </w:pPr>
            <w:r>
              <w:rPr>
                <w:b w:val="0"/>
                <w:sz w:val="19"/>
              </w:rPr>
              <w:t>Konu zenginliği ve çeşitliliğini sağlayan edebî metinlerde okumayı yönetebilme ve anlam</w:t>
            </w:r>
          </w:p>
          <w:p>
            <w:pPr>
              <w:spacing w:after="0"/>
            </w:pPr>
            <w:r>
              <w:rPr>
                <w:b w:val="0"/>
                <w:sz w:val="19"/>
              </w:rPr>
              <w:t>oluşturmaya yönelik kısa cevaplı sorular, hikâye haritası ve açık uçlu sorulardan yararlanılabilir.</w:t>
            </w:r>
          </w:p>
          <w:p>
            <w:pPr>
              <w:spacing w:after="0"/>
            </w:pPr>
            <w:r>
              <w:rPr>
                <w:b w:val="0"/>
                <w:sz w:val="19"/>
              </w:rPr>
              <w:t>Ayrıca öğrencilerin tahlil ettikleri metinleri karşılaştırarak bir genellemeye ulaşabilmeleri</w:t>
            </w:r>
          </w:p>
          <w:p>
            <w:pPr>
              <w:spacing w:after="0"/>
            </w:pPr>
            <w:r>
              <w:rPr>
                <w:b w:val="0"/>
                <w:sz w:val="19"/>
              </w:rPr>
              <w:t>için karşılaştırma tablosu, öğrenme duvarı kullanılabilir. Öğrencilerin dinleme/</w:t>
            </w:r>
          </w:p>
          <w:p>
            <w:pPr>
              <w:spacing w:after="0"/>
            </w:pPr>
            <w:r>
              <w:rPr>
                <w:b w:val="0"/>
                <w:sz w:val="19"/>
              </w:rPr>
              <w:t>izleme etkinliklerine yönelik kontrol listesi, kısa cevaplı ve açık uçlu sorular ve çıkış kartları</w:t>
            </w:r>
          </w:p>
          <w:p>
            <w:pPr>
              <w:spacing w:after="0"/>
            </w:pPr>
            <w:r>
              <w:rPr>
                <w:b w:val="0"/>
                <w:sz w:val="19"/>
              </w:rPr>
              <w:t>kanıt olarak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hikâyeden seçtikleri karaktere kendi yorumlarını katarak bir</w:t>
            </w:r>
          </w:p>
          <w:p>
            <w:pPr>
              <w:spacing w:after="0"/>
            </w:pPr>
            <w:r>
              <w:rPr>
                <w:b w:val="0"/>
                <w:sz w:val="19"/>
              </w:rPr>
              <w:t>sunum yapabilmelerine yönelik performans görevi</w:t>
            </w:r>
          </w:p>
          <w:p>
            <w:pPr>
              <w:spacing w:after="0"/>
            </w:pPr>
            <w:r>
              <w:rPr>
                <w:b w:val="0"/>
                <w:sz w:val="19"/>
              </w:rPr>
              <w:t>• Öğrencilerin dinledikleri/izledikleri şiirin temasına uygun bir şiir oluşturabilmelerine</w:t>
            </w:r>
          </w:p>
          <w:p>
            <w:pPr>
              <w:spacing w:after="0"/>
            </w:pPr>
            <w:r>
              <w:rPr>
                <w:b w:val="0"/>
                <w:sz w:val="19"/>
              </w:rPr>
              <w:t>yönelik performans görevi</w:t>
            </w:r>
          </w:p>
          <w:p>
            <w:pPr>
              <w:spacing w:after="0"/>
            </w:pPr>
            <w:r>
              <w:rPr>
                <w:b w:val="0"/>
                <w:sz w:val="19"/>
              </w:rPr>
              <w:t>Konuşma becerisinin gerçekleştirilebilmesi için öğrencilerden okudukları ve anlam oluşturma</w:t>
            </w:r>
          </w:p>
          <w:p>
            <w:pPr>
              <w:spacing w:after="0"/>
            </w:pPr>
            <w:r>
              <w:rPr>
                <w:b w:val="0"/>
                <w:sz w:val="19"/>
              </w:rPr>
              <w:t>sürecini tamamladıkları hikâye metninden bir karakter seçmeleri ve onu günlük</w:t>
            </w:r>
          </w:p>
          <w:p>
            <w:pPr>
              <w:spacing w:after="0"/>
            </w:pPr>
            <w:r>
              <w:rPr>
                <w:b w:val="0"/>
                <w:sz w:val="19"/>
              </w:rPr>
              <w:t>yaşamdaki bir kişiyle özdeşleştirerek yeniden yorumlamaları istenir. Grup çalışması</w:t>
            </w:r>
          </w:p>
          <w:p>
            <w:pPr>
              <w:spacing w:after="0"/>
            </w:pPr>
            <w:r>
              <w:rPr>
                <w:b w:val="0"/>
                <w:sz w:val="19"/>
              </w:rPr>
              <w:t>şeklinde gerçekleştirilecek bu süreçte öğrencilerin sözlü anlatımları dereceli puanlama</w:t>
            </w:r>
          </w:p>
          <w:p>
            <w:pPr>
              <w:spacing w:after="0"/>
            </w:pPr>
            <w:r>
              <w:rPr>
                <w:b w:val="0"/>
                <w:sz w:val="19"/>
              </w:rPr>
              <w:t>anahtarı ile puanlanır. Puanlama anahtarında Türkçenin doğru kullanımı, ses ve diksiyon, akıcılık, beden dili, içerik kurgusu, zaman yönetimi, etkileyicilik vb. ölçütler yer alır. Öğrencilere</w:t>
            </w:r>
          </w:p>
          <w:p>
            <w:pPr>
              <w:spacing w:after="0"/>
            </w:pPr>
            <w:r>
              <w:rPr>
                <w:b w:val="0"/>
                <w:sz w:val="19"/>
              </w:rPr>
              <w:t>yazılı anlatımları için dinledikleri/izledikleri şiirin temasına uygun bir şiir oluşturmalarına</w:t>
            </w:r>
          </w:p>
          <w:p>
            <w:pPr>
              <w:spacing w:after="0"/>
            </w:pPr>
            <w:r>
              <w:rPr>
                <w:b w:val="0"/>
                <w:sz w:val="19"/>
              </w:rPr>
              <w:t>yönelik performans görevi verilir. Performans görevi; tema, ana duygu, ritim ve</w:t>
            </w:r>
          </w:p>
          <w:p>
            <w:pPr>
              <w:spacing w:after="0"/>
            </w:pPr>
            <w:r>
              <w:rPr>
                <w:b w:val="0"/>
                <w:sz w:val="19"/>
              </w:rPr>
              <w:t>ahenk ögeleri, söz varlığının bağlama uygun kullanımı vb. ölçütlerin yer aldığı bir puanlama</w:t>
            </w:r>
          </w:p>
          <w:p>
            <w:pPr>
              <w:spacing w:after="0"/>
            </w:pPr>
            <w:r>
              <w:rPr>
                <w:b w:val="0"/>
                <w:sz w:val="19"/>
              </w:rPr>
              <w:t>anahtarı ile puanlanır.</w:t>
            </w:r>
          </w:p>
          <w:p>
            <w:pPr>
              <w:spacing w:after="0"/>
            </w:pPr>
            <w:r>
              <w:rPr>
                <w:b w:val="0"/>
                <w:sz w:val="19"/>
              </w:rPr>
              <w:t>Tema sonu değerlendirme için çıkış kartı (üçgen-kare-çember)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2.TEMA ANLAM ARAYIŞI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YAZMA </w:t>
            </w:r>
          </w:p>
          <w:p>
            <w:pPr>
              <w:spacing w:after="0"/>
            </w:pPr>
            <w:r>
              <w:rPr>
                <w:b w:val="0"/>
                <w:sz w:val="19"/>
              </w:rPr>
              <w:t>• Temaya uygun bir</w:t>
            </w:r>
          </w:p>
          <w:p>
            <w:pPr>
              <w:spacing w:after="0"/>
            </w:pPr>
            <w:r>
              <w:rPr>
                <w:b w:val="0"/>
                <w:sz w:val="19"/>
              </w:rPr>
              <w:t>şiir yazabilme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TDE4.2. Yazısını zenginleştirecek içerik oluşturabilme </w:t>
            </w:r>
          </w:p>
          <w:p>
            <w:pPr>
              <w:spacing w:after="0"/>
            </w:pPr>
            <w:r>
              <w:rPr>
                <w:b w:val="0"/>
                <w:sz w:val="19"/>
              </w:rPr>
              <w:t>TDE4.3. Konu zenginliği ve çeşitliliğini sağlayan yazısında kural uygulayabilme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TDE4.2.1. Ön bilgilerle bağlantı kurar.</w:t>
            </w:r>
          </w:p>
          <w:p>
            <w:pPr>
              <w:spacing w:after="0"/>
            </w:pPr>
            <w:r>
              <w:rPr>
                <w:b w:val="0"/>
                <w:sz w:val="19"/>
              </w:rPr>
              <w:t>• Yazma amacına yönelik ön bilgileriyle bağlantı kurar.</w:t>
            </w:r>
          </w:p>
          <w:p>
            <w:pPr>
              <w:spacing w:after="0"/>
            </w:pPr>
            <w:r>
              <w:rPr>
                <w:b w:val="0"/>
                <w:sz w:val="19"/>
              </w:rPr>
              <w:t>b) TDE4.2.2. Tahmin eder.</w:t>
            </w:r>
          </w:p>
          <w:p>
            <w:pPr>
              <w:spacing w:after="0"/>
            </w:pPr>
            <w:r>
              <w:rPr>
                <w:b w:val="0"/>
                <w:sz w:val="19"/>
              </w:rPr>
              <w:t>• Hedef kitlenin özelliklerine yönelik tahminlerde bulunarak yazacağı metnin türünü ve içeriğini belirler.</w:t>
            </w:r>
          </w:p>
          <w:p>
            <w:pPr>
              <w:spacing w:after="0"/>
            </w:pPr>
            <w:r>
              <w:rPr>
                <w:b w:val="0"/>
                <w:sz w:val="19"/>
              </w:rPr>
              <w:t>•Yazacağı metnin türüne göre kullanacağı yapı unsurlarını belirler.</w:t>
            </w:r>
          </w:p>
          <w:p>
            <w:pPr>
              <w:spacing w:after="0"/>
            </w:pPr>
            <w:r>
              <w:rPr>
                <w:b w:val="0"/>
                <w:sz w:val="19"/>
              </w:rPr>
              <w:t>c) TDE4.2.3. Karşılaştırır.</w:t>
            </w:r>
          </w:p>
          <w:p>
            <w:pPr>
              <w:spacing w:after="0"/>
            </w:pPr>
            <w:r>
              <w:rPr>
                <w:b w:val="0"/>
                <w:sz w:val="19"/>
              </w:rPr>
              <w:t>• Yazma amacı ve yazacağı metnin özelliklerine göre ana düşünceye ve vermek istediği iletiye karar verir.</w:t>
            </w:r>
          </w:p>
          <w:p>
            <w:pPr>
              <w:spacing w:after="0"/>
            </w:pPr>
            <w:r>
              <w:rPr>
                <w:b w:val="0"/>
                <w:sz w:val="19"/>
              </w:rPr>
              <w:t>• Planını oluştururken karşılaştırma içeren iletiler oluşturur.</w:t>
            </w:r>
          </w:p>
          <w:p>
            <w:pPr>
              <w:spacing w:after="0"/>
            </w:pPr>
            <w:r>
              <w:rPr>
                <w:b w:val="0"/>
                <w:sz w:val="19"/>
              </w:rPr>
              <w:t>ç) TDE4.2.4. Sınıflandırır.</w:t>
            </w:r>
          </w:p>
          <w:p>
            <w:pPr>
              <w:spacing w:after="0"/>
            </w:pPr>
            <w:r>
              <w:rPr>
                <w:b w:val="0"/>
                <w:sz w:val="19"/>
              </w:rPr>
              <w:t>• Yazılı anlatımın kullanım alanına (özel, mesleki, eğitim ve kamusal) göre içeriğini belirler.</w:t>
            </w:r>
          </w:p>
          <w:p>
            <w:pPr>
              <w:spacing w:after="0"/>
            </w:pPr>
            <w:r>
              <w:rPr>
                <w:b w:val="0"/>
                <w:sz w:val="19"/>
              </w:rPr>
              <w:t>d) TDE4.2.5. Yeniden ifade eder.</w:t>
            </w:r>
          </w:p>
          <w:p>
            <w:pPr>
              <w:spacing w:after="0"/>
            </w:pPr>
            <w:r>
              <w:rPr>
                <w:b w:val="0"/>
                <w:sz w:val="19"/>
              </w:rPr>
              <w:t>• Söz varlığını kullanarak yazısının içeriğini düzenler.</w:t>
            </w:r>
          </w:p>
          <w:p>
            <w:pPr>
              <w:spacing w:after="0"/>
            </w:pPr>
            <w:r>
              <w:rPr>
                <w:b w:val="0"/>
                <w:sz w:val="19"/>
              </w:rPr>
              <w:t>e) TDE4.2.6. Tepki verir.</w:t>
            </w:r>
          </w:p>
          <w:p>
            <w:pPr>
              <w:spacing w:after="0"/>
            </w:pPr>
            <w:r>
              <w:rPr>
                <w:b w:val="0"/>
                <w:sz w:val="19"/>
              </w:rPr>
              <w:t>• Yazma sürecini planlarken dil işlevlerinin kullanımına karar verir.</w:t>
            </w:r>
          </w:p>
          <w:p>
            <w:pPr>
              <w:spacing w:after="0"/>
            </w:pPr>
            <w:r>
              <w:rPr>
                <w:b w:val="0"/>
                <w:sz w:val="19"/>
              </w:rPr>
              <w:t>f) TDE4.2.7. Görsel ögeleri kullanır.</w:t>
            </w:r>
          </w:p>
          <w:p>
            <w:pPr>
              <w:spacing w:after="0"/>
            </w:pPr>
            <w:r>
              <w:rPr>
                <w:b w:val="0"/>
                <w:sz w:val="19"/>
              </w:rPr>
              <w:t>• Yazma içeriğini desteklemek için kullanacağı görsel ve işitsel ögelere karar verir.</w:t>
            </w:r>
          </w:p>
          <w:p>
            <w:pPr>
              <w:spacing w:after="0"/>
            </w:pPr>
            <w:r>
              <w:rPr>
                <w:b w:val="0"/>
                <w:sz w:val="19"/>
              </w:rPr>
              <w:t>g) TDE4.2.8. Sunar.</w:t>
            </w:r>
          </w:p>
          <w:p>
            <w:pPr>
              <w:spacing w:after="0"/>
            </w:pPr>
            <w:r>
              <w:rPr>
                <w:b w:val="0"/>
                <w:sz w:val="19"/>
              </w:rPr>
              <w:t>• Yazacağı metnin plan taslağını sunar.</w:t>
            </w:r>
          </w:p>
          <w:p>
            <w:pPr>
              <w:spacing w:after="0"/>
            </w:pPr>
            <w:r>
              <w:rPr>
                <w:b w:val="0"/>
                <w:sz w:val="19"/>
              </w:rPr>
              <w:t>• Aldığı geri bildirimler ile plan taslağına son şeklini verir.</w:t>
            </w:r>
          </w:p>
          <w:p>
            <w:pPr>
              <w:spacing w:after="0"/>
            </w:pPr>
            <w:r>
              <w:rPr>
                <w:b w:val="0"/>
                <w:sz w:val="19"/>
              </w:rPr>
              <w:t>a) TDE4.3.1. Plan hazırlar.</w:t>
            </w:r>
          </w:p>
          <w:p>
            <w:pPr>
              <w:spacing w:after="0"/>
            </w:pPr>
            <w:r>
              <w:rPr>
                <w:b w:val="0"/>
                <w:sz w:val="19"/>
              </w:rPr>
              <w:t>• Yazmaya planına uygun bir şekilde başlar.</w:t>
            </w:r>
          </w:p>
          <w:p>
            <w:pPr>
              <w:spacing w:after="0"/>
            </w:pPr>
            <w:r>
              <w:rPr>
                <w:b w:val="0"/>
                <w:sz w:val="19"/>
              </w:rPr>
              <w:t>• Yazısını dikkat çekici bir girişle başlatır.</w:t>
            </w:r>
          </w:p>
          <w:p>
            <w:pPr>
              <w:spacing w:after="0"/>
            </w:pPr>
            <w:r>
              <w:rPr>
                <w:b w:val="0"/>
                <w:sz w:val="19"/>
              </w:rPr>
              <w:t>b) TDE4.3.2. Düşünceyi geliştirme yollarını kullanır.</w:t>
            </w:r>
          </w:p>
          <w:p>
            <w:pPr>
              <w:spacing w:after="0"/>
            </w:pPr>
            <w:r>
              <w:rPr>
                <w:b w:val="0"/>
                <w:sz w:val="19"/>
              </w:rPr>
              <w:t>• Yazısını desteklemek amacıyla anlatım biçimi ve düşünceyi geliştirme yollarından yararlanır.</w:t>
            </w:r>
          </w:p>
          <w:p>
            <w:pPr>
              <w:spacing w:after="0"/>
            </w:pPr>
            <w:r>
              <w:rPr>
                <w:b w:val="0"/>
                <w:sz w:val="19"/>
              </w:rPr>
              <w:t>• Duygu, düşünce ve hayallerini kendine özgü bir üslupla ifade eder.</w:t>
            </w:r>
          </w:p>
          <w:p>
            <w:pPr>
              <w:spacing w:after="0"/>
            </w:pPr>
            <w:r>
              <w:rPr>
                <w:b w:val="0"/>
                <w:sz w:val="19"/>
              </w:rPr>
              <w:t>c) TDE4.3.3. Uygun söz varlığı kullanır.</w:t>
            </w:r>
          </w:p>
          <w:p>
            <w:pPr>
              <w:spacing w:after="0"/>
            </w:pPr>
            <w:r>
              <w:rPr>
                <w:b w:val="0"/>
                <w:sz w:val="19"/>
              </w:rPr>
              <w:t>• Söz varlığını (deyim, atasözü, mecaz ve terim) bağlama uygun şekilde kullanır.</w:t>
            </w:r>
          </w:p>
          <w:p>
            <w:pPr>
              <w:spacing w:after="0"/>
            </w:pPr>
            <w:r>
              <w:rPr>
                <w:b w:val="0"/>
                <w:sz w:val="19"/>
              </w:rPr>
              <w:t>• Ana düşünce ve destekleyici bilgilerle yazma sürecine devam eder.</w:t>
            </w:r>
          </w:p>
          <w:p>
            <w:pPr>
              <w:spacing w:after="0"/>
            </w:pPr>
            <w:r>
              <w:rPr>
                <w:b w:val="0"/>
                <w:sz w:val="19"/>
              </w:rPr>
              <w:t>• Yazısını hedef kitleye uygun bir söz varlığı ve üslupla sürdürür.</w:t>
            </w:r>
          </w:p>
          <w:p>
            <w:pPr>
              <w:spacing w:after="0"/>
            </w:pPr>
            <w:r>
              <w:rPr>
                <w:b w:val="0"/>
                <w:sz w:val="19"/>
              </w:rPr>
              <w:t>ç) TDE4.3.4. İletileri açık ve örtük biçimde ifade eder.</w:t>
            </w:r>
          </w:p>
          <w:p>
            <w:pPr>
              <w:spacing w:after="0"/>
            </w:pPr>
            <w:r>
              <w:rPr>
                <w:b w:val="0"/>
                <w:sz w:val="19"/>
              </w:rPr>
              <w:t>• Vermek istediği iletileri açık veya örtük bir şekilde ifade eder.</w:t>
            </w:r>
          </w:p>
          <w:p>
            <w:pPr>
              <w:spacing w:after="0"/>
            </w:pPr>
            <w:r>
              <w:rPr>
                <w:b w:val="0"/>
                <w:sz w:val="19"/>
              </w:rPr>
              <w:t>• Duygu, düşünce ve hayallerini tutarlı bir şekilde ifade eder.</w:t>
            </w:r>
          </w:p>
          <w:p>
            <w:pPr>
              <w:spacing w:after="0"/>
            </w:pPr>
            <w:r>
              <w:rPr>
                <w:b w:val="0"/>
                <w:sz w:val="19"/>
              </w:rPr>
              <w:t>• Yazmayı başlatma, sürdürme ve bitirme ifadelerini etkili kullanır.</w:t>
            </w:r>
          </w:p>
          <w:p>
            <w:pPr>
              <w:spacing w:after="0"/>
            </w:pPr>
            <w:r>
              <w:rPr>
                <w:b w:val="0"/>
                <w:sz w:val="19"/>
              </w:rPr>
              <w:t>• Millî ve manevi değerler ile kültürel unsurlara dikkat ederek yazma sürecine devam eder.</w:t>
            </w:r>
          </w:p>
          <w:p>
            <w:pPr>
              <w:spacing w:after="0"/>
            </w:pPr>
            <w:r>
              <w:rPr>
                <w:b w:val="0"/>
                <w:sz w:val="19"/>
              </w:rPr>
              <w:t>• Yazısında toplumsal hassasiyet oluşturacak ögeler (siyaset, din, etnisite vb.) kullanmaktan kaçınır.</w:t>
            </w:r>
          </w:p>
          <w:p>
            <w:pPr>
              <w:spacing w:after="0"/>
            </w:pPr>
            <w:r>
              <w:rPr>
                <w:b w:val="0"/>
                <w:sz w:val="19"/>
              </w:rPr>
              <w:t>• Yazısının içeriğine uygun başlık belirler.</w:t>
            </w:r>
          </w:p>
          <w:p>
            <w:pPr>
              <w:spacing w:after="0"/>
            </w:pPr>
            <w:r>
              <w:rPr>
                <w:b w:val="0"/>
                <w:sz w:val="19"/>
              </w:rPr>
              <w:t>• Yazısında olumlu tutum ve değerleri vurgular.</w:t>
            </w:r>
          </w:p>
          <w:p>
            <w:pPr>
              <w:spacing w:after="0"/>
            </w:pPr>
            <w:r>
              <w:rPr>
                <w:b w:val="0"/>
                <w:sz w:val="19"/>
              </w:rPr>
              <w:t>d) TDE4.3.5. Türkçe dil yapılarını uygular.</w:t>
            </w:r>
          </w:p>
          <w:p>
            <w:pPr>
              <w:spacing w:after="0"/>
            </w:pPr>
            <w:r>
              <w:rPr>
                <w:b w:val="0"/>
                <w:sz w:val="19"/>
              </w:rPr>
              <w:t>• Yazısında Türkçe dil yapılarını, işlevine uygun kullanır.</w:t>
            </w:r>
          </w:p>
          <w:p>
            <w:pPr>
              <w:spacing w:after="0"/>
            </w:pPr>
            <w:r>
              <w:rPr>
                <w:b w:val="0"/>
                <w:sz w:val="19"/>
              </w:rPr>
              <w:t>• Türkçeyi bilinçli ve özenli (yabancı kelimelerin yerine Türkçelerini kullanması) kullanır.</w:t>
            </w:r>
          </w:p>
          <w:p>
            <w:pPr>
              <w:spacing w:after="0"/>
            </w:pPr>
            <w:r>
              <w:rPr>
                <w:b w:val="0"/>
                <w:sz w:val="19"/>
              </w:rPr>
              <w:t>e) TDE4.3.6. Bağdaşıklık ögelerini kullanır.</w:t>
            </w:r>
          </w:p>
          <w:p>
            <w:pPr>
              <w:spacing w:after="0"/>
            </w:pPr>
            <w:r>
              <w:rPr>
                <w:b w:val="0"/>
                <w:sz w:val="19"/>
              </w:rPr>
              <w:t>• Yazısını bağdaşıklık ögelerine dikkat ederek yazar.</w:t>
            </w:r>
          </w:p>
          <w:p>
            <w:pPr>
              <w:spacing w:after="0"/>
            </w:pPr>
            <w:r>
              <w:rPr>
                <w:b w:val="0"/>
                <w:sz w:val="19"/>
              </w:rPr>
              <w:t>f) TDE4.3.7. Yazım kurallarını uygular.</w:t>
            </w:r>
          </w:p>
          <w:p>
            <w:pPr>
              <w:spacing w:after="0"/>
            </w:pPr>
            <w:r>
              <w:rPr>
                <w:b w:val="0"/>
                <w:sz w:val="19"/>
              </w:rPr>
              <w:t>• Yazısında yazım kurallarını etkili bir şekilde kullanır.</w:t>
            </w:r>
          </w:p>
          <w:p>
            <w:pPr>
              <w:spacing w:after="0"/>
            </w:pPr>
            <w:r>
              <w:rPr>
                <w:b w:val="0"/>
                <w:sz w:val="19"/>
              </w:rPr>
              <w:t>g) TDE4.3.8. Noktalama kurallarını uygular.</w:t>
            </w:r>
          </w:p>
          <w:p>
            <w:pPr>
              <w:spacing w:after="0"/>
            </w:pPr>
            <w:r>
              <w:rPr>
                <w:b w:val="0"/>
                <w:sz w:val="19"/>
              </w:rPr>
              <w:t>• Yazısında noktalama kurallarını etkili bir şekilde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 xml:space="preserve">D4. Dostluk </w:t>
            </w:r>
          </w:p>
          <w:p>
            <w:pPr>
              <w:spacing w:after="0"/>
            </w:pPr>
            <w:r>
              <w:rPr>
                <w:b w:val="0"/>
                <w:sz w:val="19"/>
              </w:rPr>
              <w:t>D7. Estetik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(TDE4.2. Yazısını zenginleştirecek içerik oluşturabilme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Hikâye haritası</w:t>
            </w:r>
          </w:p>
          <w:p>
            <w:pPr>
              <w:spacing w:after="0"/>
            </w:pPr>
            <w:r>
              <w:rPr>
                <w:b w:val="0"/>
                <w:sz w:val="19"/>
              </w:rPr>
              <w:t>• Açık uçlu sorular</w:t>
            </w:r>
          </w:p>
          <w:p>
            <w:pPr>
              <w:spacing w:after="0"/>
            </w:pPr>
            <w:r>
              <w:rPr>
                <w:b w:val="0"/>
                <w:sz w:val="19"/>
              </w:rPr>
              <w:t>• Karşılaştırma tablosu</w:t>
            </w:r>
          </w:p>
          <w:p>
            <w:pPr>
              <w:spacing w:after="0"/>
            </w:pPr>
            <w:r>
              <w:rPr>
                <w:b w:val="0"/>
                <w:sz w:val="19"/>
              </w:rPr>
              <w:t>• Kontrol listesi</w:t>
            </w:r>
          </w:p>
          <w:p>
            <w:pPr>
              <w:spacing w:after="0"/>
            </w:pPr>
            <w:r>
              <w:rPr>
                <w:b w:val="0"/>
                <w:sz w:val="19"/>
              </w:rPr>
              <w:t>• Öğrenme duvarı</w:t>
            </w:r>
          </w:p>
          <w:p>
            <w:pPr>
              <w:spacing w:after="0"/>
            </w:pPr>
            <w:r>
              <w:rPr>
                <w:b w:val="0"/>
                <w:sz w:val="19"/>
              </w:rPr>
              <w:t>• Çıkış kartı</w:t>
            </w:r>
          </w:p>
          <w:p>
            <w:pPr>
              <w:spacing w:after="0"/>
            </w:pPr>
            <w:r>
              <w:rPr>
                <w:b w:val="0"/>
                <w:sz w:val="19"/>
              </w:rPr>
              <w:t>Konu zenginliği ve çeşitliliğini sağlayan edebî metinlerde okumayı yönetebilme ve anlam</w:t>
            </w:r>
          </w:p>
          <w:p>
            <w:pPr>
              <w:spacing w:after="0"/>
            </w:pPr>
            <w:r>
              <w:rPr>
                <w:b w:val="0"/>
                <w:sz w:val="19"/>
              </w:rPr>
              <w:t>oluşturmaya yönelik kısa cevaplı sorular, hikâye haritası ve açık uçlu sorulardan yararlanılabilir.</w:t>
            </w:r>
          </w:p>
          <w:p>
            <w:pPr>
              <w:spacing w:after="0"/>
            </w:pPr>
            <w:r>
              <w:rPr>
                <w:b w:val="0"/>
                <w:sz w:val="19"/>
              </w:rPr>
              <w:t>Ayrıca öğrencilerin tahlil ettikleri metinleri karşılaştırarak bir genellemeye ulaşabilmeleri</w:t>
            </w:r>
          </w:p>
          <w:p>
            <w:pPr>
              <w:spacing w:after="0"/>
            </w:pPr>
            <w:r>
              <w:rPr>
                <w:b w:val="0"/>
                <w:sz w:val="19"/>
              </w:rPr>
              <w:t>için karşılaştırma tablosu, öğrenme duvarı kullanılabilir. Öğrencilerin dinleme/</w:t>
            </w:r>
          </w:p>
          <w:p>
            <w:pPr>
              <w:spacing w:after="0"/>
            </w:pPr>
            <w:r>
              <w:rPr>
                <w:b w:val="0"/>
                <w:sz w:val="19"/>
              </w:rPr>
              <w:t>izleme etkinliklerine yönelik kontrol listesi, kısa cevaplı ve açık uçlu sorular ve çıkış kartları</w:t>
            </w:r>
          </w:p>
          <w:p>
            <w:pPr>
              <w:spacing w:after="0"/>
            </w:pPr>
            <w:r>
              <w:rPr>
                <w:b w:val="0"/>
                <w:sz w:val="19"/>
              </w:rPr>
              <w:t>kanıt olarak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hikâyeden seçtikleri karaktere kendi yorumlarını katarak bir</w:t>
            </w:r>
          </w:p>
          <w:p>
            <w:pPr>
              <w:spacing w:after="0"/>
            </w:pPr>
            <w:r>
              <w:rPr>
                <w:b w:val="0"/>
                <w:sz w:val="19"/>
              </w:rPr>
              <w:t>sunum yapabilmelerine yönelik performans görevi</w:t>
            </w:r>
          </w:p>
          <w:p>
            <w:pPr>
              <w:spacing w:after="0"/>
            </w:pPr>
            <w:r>
              <w:rPr>
                <w:b w:val="0"/>
                <w:sz w:val="19"/>
              </w:rPr>
              <w:t>• Öğrencilerin dinledikleri/izledikleri şiirin temasına uygun bir şiir oluşturabilmelerine</w:t>
            </w:r>
          </w:p>
          <w:p>
            <w:pPr>
              <w:spacing w:after="0"/>
            </w:pPr>
            <w:r>
              <w:rPr>
                <w:b w:val="0"/>
                <w:sz w:val="19"/>
              </w:rPr>
              <w:t>yönelik performans görevi</w:t>
            </w:r>
          </w:p>
          <w:p>
            <w:pPr>
              <w:spacing w:after="0"/>
            </w:pPr>
            <w:r>
              <w:rPr>
                <w:b w:val="0"/>
                <w:sz w:val="19"/>
              </w:rPr>
              <w:t>Konuşma becerisinin gerçekleştirilebilmesi için öğrencilerden okudukları ve anlam oluşturma</w:t>
            </w:r>
          </w:p>
          <w:p>
            <w:pPr>
              <w:spacing w:after="0"/>
            </w:pPr>
            <w:r>
              <w:rPr>
                <w:b w:val="0"/>
                <w:sz w:val="19"/>
              </w:rPr>
              <w:t>sürecini tamamladıkları hikâye metninden bir karakter seçmeleri ve onu günlük</w:t>
            </w:r>
          </w:p>
          <w:p>
            <w:pPr>
              <w:spacing w:after="0"/>
            </w:pPr>
            <w:r>
              <w:rPr>
                <w:b w:val="0"/>
                <w:sz w:val="19"/>
              </w:rPr>
              <w:t>yaşamdaki bir kişiyle özdeşleştirerek yeniden yorumlamaları istenir. Grup çalışması</w:t>
            </w:r>
          </w:p>
          <w:p>
            <w:pPr>
              <w:spacing w:after="0"/>
            </w:pPr>
            <w:r>
              <w:rPr>
                <w:b w:val="0"/>
                <w:sz w:val="19"/>
              </w:rPr>
              <w:t>şeklinde gerçekleştirilecek bu süreçte öğrencilerin sözlü anlatımları dereceli puanlama</w:t>
            </w:r>
          </w:p>
          <w:p>
            <w:pPr>
              <w:spacing w:after="0"/>
            </w:pPr>
            <w:r>
              <w:rPr>
                <w:b w:val="0"/>
                <w:sz w:val="19"/>
              </w:rPr>
              <w:t>anahtarı ile puanlanır. Puanlama anahtarında Türkçenin doğru kullanımı, ses ve diksiyon, akıcılık, beden dili, içerik kurgusu, zaman yönetimi, etkileyicilik vb. ölçütler yer alır. Öğrencilere</w:t>
            </w:r>
          </w:p>
          <w:p>
            <w:pPr>
              <w:spacing w:after="0"/>
            </w:pPr>
            <w:r>
              <w:rPr>
                <w:b w:val="0"/>
                <w:sz w:val="19"/>
              </w:rPr>
              <w:t>yazılı anlatımları için dinledikleri/izledikleri şiirin temasına uygun bir şiir oluşturmalarına</w:t>
            </w:r>
          </w:p>
          <w:p>
            <w:pPr>
              <w:spacing w:after="0"/>
            </w:pPr>
            <w:r>
              <w:rPr>
                <w:b w:val="0"/>
                <w:sz w:val="19"/>
              </w:rPr>
              <w:t>yönelik performans görevi verilir. Performans görevi; tema, ana duygu, ritim ve</w:t>
            </w:r>
          </w:p>
          <w:p>
            <w:pPr>
              <w:spacing w:after="0"/>
            </w:pPr>
            <w:r>
              <w:rPr>
                <w:b w:val="0"/>
                <w:sz w:val="19"/>
              </w:rPr>
              <w:t>ahenk ögeleri, söz varlığının bağlama uygun kullanımı vb. ölçütlerin yer aldığı bir puanlama</w:t>
            </w:r>
          </w:p>
          <w:p>
            <w:pPr>
              <w:spacing w:after="0"/>
            </w:pPr>
            <w:r>
              <w:rPr>
                <w:b w:val="0"/>
                <w:sz w:val="19"/>
              </w:rPr>
              <w:t>anahtarı ile puanlanır.</w:t>
            </w:r>
          </w:p>
          <w:p>
            <w:pPr>
              <w:spacing w:after="0"/>
            </w:pPr>
            <w:r>
              <w:rPr>
                <w:b w:val="0"/>
                <w:sz w:val="19"/>
              </w:rPr>
              <w:t>Tema sonu değerlendirme için çıkış kartı (üçgen-kare-çember)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2.TEMA </w:t>
            </w:r>
          </w:p>
          <w:p>
            <w:pPr>
              <w:spacing w:after="0"/>
            </w:pPr>
            <w:r>
              <w:rPr>
                <w:b w:val="0"/>
                <w:sz w:val="19"/>
              </w:rPr>
              <w:t>ANLAM ARAYIŞI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YAZMA • Temaya uygun bir</w:t>
            </w:r>
          </w:p>
          <w:p>
            <w:pPr>
              <w:spacing w:after="0"/>
            </w:pPr>
            <w:r>
              <w:rPr>
                <w:b w:val="0"/>
                <w:sz w:val="19"/>
              </w:rPr>
              <w:t>şiir yazabilme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TDE4.4. Beğeni ve eleştirilerini dile getirdiği yazısına yönelik yazma sürecini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TDE4.4.1. Kendini değerlendirir.</w:t>
            </w:r>
          </w:p>
          <w:p>
            <w:pPr>
              <w:spacing w:after="0"/>
            </w:pPr>
            <w:r>
              <w:rPr>
                <w:b w:val="0"/>
                <w:sz w:val="19"/>
              </w:rPr>
              <w:t>• Yazma sürecindeki davranış, duygu ve düşüncelerini değerlendirir.</w:t>
            </w:r>
          </w:p>
          <w:p>
            <w:pPr>
              <w:spacing w:after="0"/>
            </w:pPr>
            <w:r>
              <w:rPr>
                <w:b w:val="0"/>
                <w:sz w:val="19"/>
              </w:rPr>
              <w:t>• Yazısını içerik yönünden değerlendirir.</w:t>
            </w:r>
          </w:p>
          <w:p>
            <w:pPr>
              <w:spacing w:after="0"/>
            </w:pPr>
            <w:r>
              <w:rPr>
                <w:b w:val="0"/>
                <w:sz w:val="19"/>
              </w:rPr>
              <w:t>• Yazısını dil ve anlatım yönünden değerlendirir.</w:t>
            </w:r>
          </w:p>
          <w:p>
            <w:pPr>
              <w:spacing w:after="0"/>
            </w:pPr>
            <w:r>
              <w:rPr>
                <w:b w:val="0"/>
                <w:sz w:val="19"/>
              </w:rPr>
              <w:t>• Yazısını paydaşların görüşlerine göre değerlendirir.</w:t>
            </w:r>
          </w:p>
          <w:p>
            <w:pPr>
              <w:spacing w:after="0"/>
            </w:pPr>
            <w:r>
              <w:rPr>
                <w:b w:val="0"/>
                <w:sz w:val="19"/>
              </w:rPr>
              <w:t>b) TDE4.4.2. Tepki ortaya koyar.</w:t>
            </w:r>
          </w:p>
          <w:p>
            <w:pPr>
              <w:spacing w:after="0"/>
            </w:pPr>
            <w:r>
              <w:rPr>
                <w:b w:val="0"/>
                <w:sz w:val="19"/>
              </w:rPr>
              <w:t>• Genel geri bildirimlere bağlı olarak bundan sonra yazacağı metin ile ilgili kendisine yeni hedefler belirler.</w:t>
            </w:r>
          </w:p>
          <w:p>
            <w:pPr>
              <w:spacing w:after="0"/>
            </w:pPr>
            <w:r>
              <w:rPr>
                <w:b w:val="0"/>
                <w:sz w:val="19"/>
              </w:rPr>
              <w:t>• Özgün yazar kimliğini oluşturur.</w:t>
            </w:r>
          </w:p>
          <w:p>
            <w:pPr>
              <w:spacing w:after="0"/>
            </w:pPr>
            <w:r>
              <w:rPr>
                <w:b w:val="0"/>
                <w:sz w:val="19"/>
              </w:rPr>
              <w:t>• Yazısını sınıf/okul panolarında ya da okulun resmî çevrim içi ortamlarında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 xml:space="preserve">D4. Dostluk </w:t>
            </w:r>
          </w:p>
          <w:p>
            <w:pPr>
              <w:spacing w:after="0"/>
            </w:pPr>
            <w:r>
              <w:rPr>
                <w:b w:val="0"/>
                <w:sz w:val="19"/>
              </w:rPr>
              <w:t>D7. Estetik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(TDE4.4. Beğeni ve eleştirilerini dile getirdiği yazısına yönelik yazma sürecini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Hikâye haritası</w:t>
            </w:r>
          </w:p>
          <w:p>
            <w:pPr>
              <w:spacing w:after="0"/>
            </w:pPr>
            <w:r>
              <w:rPr>
                <w:b w:val="0"/>
                <w:sz w:val="19"/>
              </w:rPr>
              <w:t>• Açık uçlu sorular</w:t>
            </w:r>
          </w:p>
          <w:p>
            <w:pPr>
              <w:spacing w:after="0"/>
            </w:pPr>
            <w:r>
              <w:rPr>
                <w:b w:val="0"/>
                <w:sz w:val="19"/>
              </w:rPr>
              <w:t>• Karşılaştırma tablosu</w:t>
            </w:r>
          </w:p>
          <w:p>
            <w:pPr>
              <w:spacing w:after="0"/>
            </w:pPr>
            <w:r>
              <w:rPr>
                <w:b w:val="0"/>
                <w:sz w:val="19"/>
              </w:rPr>
              <w:t>• Kontrol listesi</w:t>
            </w:r>
          </w:p>
          <w:p>
            <w:pPr>
              <w:spacing w:after="0"/>
            </w:pPr>
            <w:r>
              <w:rPr>
                <w:b w:val="0"/>
                <w:sz w:val="19"/>
              </w:rPr>
              <w:t>• Öğrenme duvarı</w:t>
            </w:r>
          </w:p>
          <w:p>
            <w:pPr>
              <w:spacing w:after="0"/>
            </w:pPr>
            <w:r>
              <w:rPr>
                <w:b w:val="0"/>
                <w:sz w:val="19"/>
              </w:rPr>
              <w:t>• Çıkış kartı</w:t>
            </w:r>
          </w:p>
          <w:p>
            <w:pPr>
              <w:spacing w:after="0"/>
            </w:pPr>
            <w:r>
              <w:rPr>
                <w:b w:val="0"/>
                <w:sz w:val="19"/>
              </w:rPr>
              <w:t>Konu zenginliği ve çeşitliliğini sağlayan edebî metinlerde okumayı yönetebilme ve anlam</w:t>
            </w:r>
          </w:p>
          <w:p>
            <w:pPr>
              <w:spacing w:after="0"/>
            </w:pPr>
            <w:r>
              <w:rPr>
                <w:b w:val="0"/>
                <w:sz w:val="19"/>
              </w:rPr>
              <w:t>oluşturmaya yönelik kısa cevaplı sorular, hikâye haritası ve açık uçlu sorulardan yararlanılabilir.</w:t>
            </w:r>
          </w:p>
          <w:p>
            <w:pPr>
              <w:spacing w:after="0"/>
            </w:pPr>
            <w:r>
              <w:rPr>
                <w:b w:val="0"/>
                <w:sz w:val="19"/>
              </w:rPr>
              <w:t>Ayrıca öğrencilerin tahlil ettikleri metinleri karşılaştırarak bir genellemeye ulaşabilmeleri</w:t>
            </w:r>
          </w:p>
          <w:p>
            <w:pPr>
              <w:spacing w:after="0"/>
            </w:pPr>
            <w:r>
              <w:rPr>
                <w:b w:val="0"/>
                <w:sz w:val="19"/>
              </w:rPr>
              <w:t>için karşılaştırma tablosu, öğrenme duvarı kullanılabilir. Öğrencilerin dinleme/</w:t>
            </w:r>
          </w:p>
          <w:p>
            <w:pPr>
              <w:spacing w:after="0"/>
            </w:pPr>
            <w:r>
              <w:rPr>
                <w:b w:val="0"/>
                <w:sz w:val="19"/>
              </w:rPr>
              <w:t>izleme etkinliklerine yönelik kontrol listesi, kısa cevaplı ve açık uçlu sorular ve çıkış kartları</w:t>
            </w:r>
          </w:p>
          <w:p>
            <w:pPr>
              <w:spacing w:after="0"/>
            </w:pPr>
            <w:r>
              <w:rPr>
                <w:b w:val="0"/>
                <w:sz w:val="19"/>
              </w:rPr>
              <w:t>kanıt olarak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hikâyeden seçtikleri karaktere kendi yorumlarını katarak bir</w:t>
            </w:r>
          </w:p>
          <w:p>
            <w:pPr>
              <w:spacing w:after="0"/>
            </w:pPr>
            <w:r>
              <w:rPr>
                <w:b w:val="0"/>
                <w:sz w:val="19"/>
              </w:rPr>
              <w:t>sunum yapabilmelerine yönelik performans görevi</w:t>
            </w:r>
          </w:p>
          <w:p>
            <w:pPr>
              <w:spacing w:after="0"/>
            </w:pPr>
            <w:r>
              <w:rPr>
                <w:b w:val="0"/>
                <w:sz w:val="19"/>
              </w:rPr>
              <w:t>• Öğrencilerin dinledikleri/izledikleri şiirin temasına uygun bir şiir oluşturabilmelerine</w:t>
            </w:r>
          </w:p>
          <w:p>
            <w:pPr>
              <w:spacing w:after="0"/>
            </w:pPr>
            <w:r>
              <w:rPr>
                <w:b w:val="0"/>
                <w:sz w:val="19"/>
              </w:rPr>
              <w:t>yönelik performans görevi</w:t>
            </w:r>
          </w:p>
          <w:p>
            <w:pPr>
              <w:spacing w:after="0"/>
            </w:pPr>
            <w:r>
              <w:rPr>
                <w:b w:val="0"/>
                <w:sz w:val="19"/>
              </w:rPr>
              <w:t>Konuşma becerisinin gerçekleştirilebilmesi için öğrencilerden okudukları ve anlam oluşturma</w:t>
            </w:r>
          </w:p>
          <w:p>
            <w:pPr>
              <w:spacing w:after="0"/>
            </w:pPr>
            <w:r>
              <w:rPr>
                <w:b w:val="0"/>
                <w:sz w:val="19"/>
              </w:rPr>
              <w:t>sürecini tamamladıkları hikâye metninden bir karakter seçmeleri ve onu günlük</w:t>
            </w:r>
          </w:p>
          <w:p>
            <w:pPr>
              <w:spacing w:after="0"/>
            </w:pPr>
            <w:r>
              <w:rPr>
                <w:b w:val="0"/>
                <w:sz w:val="19"/>
              </w:rPr>
              <w:t>yaşamdaki bir kişiyle özdeşleştirerek yeniden yorumlamaları istenir. Grup çalışması</w:t>
            </w:r>
          </w:p>
          <w:p>
            <w:pPr>
              <w:spacing w:after="0"/>
            </w:pPr>
            <w:r>
              <w:rPr>
                <w:b w:val="0"/>
                <w:sz w:val="19"/>
              </w:rPr>
              <w:t>şeklinde gerçekleştirilecek bu süreçte öğrencilerin sözlü anlatımları dereceli puanlama</w:t>
            </w:r>
          </w:p>
          <w:p>
            <w:pPr>
              <w:spacing w:after="0"/>
            </w:pPr>
            <w:r>
              <w:rPr>
                <w:b w:val="0"/>
                <w:sz w:val="19"/>
              </w:rPr>
              <w:t>anahtarı ile puanlanır. Puanlama anahtarında Türkçenin doğru kullanımı, ses ve diksiyon, akıcılık, beden dili, içerik kurgusu, zaman yönetimi, etkileyicilik vb. ölçütler yer alır. Öğrencilere</w:t>
            </w:r>
          </w:p>
          <w:p>
            <w:pPr>
              <w:spacing w:after="0"/>
            </w:pPr>
            <w:r>
              <w:rPr>
                <w:b w:val="0"/>
                <w:sz w:val="19"/>
              </w:rPr>
              <w:t>yazılı anlatımları için dinledikleri/izledikleri şiirin temasına uygun bir şiir oluşturmalarına</w:t>
            </w:r>
          </w:p>
          <w:p>
            <w:pPr>
              <w:spacing w:after="0"/>
            </w:pPr>
            <w:r>
              <w:rPr>
                <w:b w:val="0"/>
                <w:sz w:val="19"/>
              </w:rPr>
              <w:t>yönelik performans görevi verilir. Performans görevi; tema, ana duygu, ritim ve</w:t>
            </w:r>
          </w:p>
          <w:p>
            <w:pPr>
              <w:spacing w:after="0"/>
            </w:pPr>
            <w:r>
              <w:rPr>
                <w:b w:val="0"/>
                <w:sz w:val="19"/>
              </w:rPr>
              <w:t>ahenk ögeleri, söz varlığının bağlama uygun kullanımı vb. ölçütlerin yer aldığı bir puanlama</w:t>
            </w:r>
          </w:p>
          <w:p>
            <w:pPr>
              <w:spacing w:after="0"/>
            </w:pPr>
            <w:r>
              <w:rPr>
                <w:b w:val="0"/>
                <w:sz w:val="19"/>
              </w:rPr>
              <w:t>anahtarı ile puanlanır.</w:t>
            </w:r>
          </w:p>
          <w:p>
            <w:pPr>
              <w:spacing w:after="0"/>
            </w:pPr>
            <w:r>
              <w:rPr>
                <w:b w:val="0"/>
                <w:sz w:val="19"/>
              </w:rPr>
              <w:t>Tema sonu değerlendirme için çıkış kartı (üçgen-kare-çember)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OKUL TEMELLİ PLANLAMA*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3.TEMA ANLAMIN YAPI TAŞLARI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OKUMA </w:t>
            </w:r>
          </w:p>
          <w:p>
            <w:pPr>
              <w:spacing w:after="0"/>
            </w:pPr>
            <w:r>
              <w:rPr>
                <w:b w:val="0"/>
                <w:sz w:val="19"/>
              </w:rPr>
              <w:t>• Tema içeriğine uygun</w:t>
            </w:r>
          </w:p>
          <w:p>
            <w:pPr>
              <w:spacing w:after="0"/>
            </w:pPr>
            <w:r>
              <w:rPr>
                <w:b w:val="0"/>
                <w:sz w:val="19"/>
              </w:rPr>
              <w:t>bir hikâye</w:t>
            </w:r>
          </w:p>
          <w:p>
            <w:pPr>
              <w:spacing w:after="0"/>
            </w:pPr>
            <w:r>
              <w:rPr>
                <w:b w:val="0"/>
                <w:sz w:val="19"/>
              </w:rPr>
              <w:t>• Ara Metin: Tema</w:t>
            </w:r>
          </w:p>
          <w:p>
            <w:pPr>
              <w:spacing w:after="0"/>
            </w:pPr>
            <w:r>
              <w:rPr>
                <w:b w:val="0"/>
                <w:sz w:val="19"/>
              </w:rPr>
              <w:t>içeriğine uygun bir şiir</w:t>
            </w:r>
          </w:p>
          <w:p>
            <w:pPr>
              <w:spacing w:after="0"/>
            </w:pPr>
            <w:r>
              <w:rPr>
                <w:b w:val="0"/>
                <w:sz w:val="19"/>
              </w:rPr>
              <w:t>• Tema içeriğine uygun</w:t>
            </w:r>
          </w:p>
          <w:p>
            <w:pPr>
              <w:spacing w:after="0"/>
            </w:pPr>
            <w:r>
              <w:rPr>
                <w:b w:val="0"/>
                <w:sz w:val="19"/>
              </w:rPr>
              <w:t>bir gezi yazısı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TDE2.1. “Anlamın Yapı Taşları” temasında ele alınan metinlerde okumayı yönetebilme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TDE2.1.1. İnceler ve görüş oluşturur.</w:t>
            </w:r>
          </w:p>
          <w:p>
            <w:pPr>
              <w:spacing w:after="0"/>
            </w:pPr>
            <w:r>
              <w:rPr>
                <w:b w:val="0"/>
                <w:sz w:val="19"/>
              </w:rPr>
              <w:t>• Metni okumaya başlamadan önce okuma amacını belirler.</w:t>
            </w:r>
          </w:p>
          <w:p>
            <w:pPr>
              <w:spacing w:after="0"/>
            </w:pPr>
            <w:r>
              <w:rPr>
                <w:b w:val="0"/>
                <w:sz w:val="19"/>
              </w:rPr>
              <w:t>• Okuyacağı metnin başlık ve görsellerinden hareketle metnin içeriğine, türüne veya yazılış amacına yönelik</w:t>
            </w:r>
          </w:p>
          <w:p>
            <w:pPr>
              <w:spacing w:after="0"/>
            </w:pPr>
            <w:r>
              <w:rPr>
                <w:b w:val="0"/>
                <w:sz w:val="19"/>
              </w:rPr>
              <w:t>tahminde bulunur.</w:t>
            </w:r>
          </w:p>
          <w:p>
            <w:pPr>
              <w:spacing w:after="0"/>
            </w:pPr>
            <w:r>
              <w:rPr>
                <w:b w:val="0"/>
                <w:sz w:val="19"/>
              </w:rPr>
              <w:t>b) TDE2.1.2. Seçim yapar.</w:t>
            </w:r>
          </w:p>
          <w:p>
            <w:pPr>
              <w:spacing w:after="0"/>
            </w:pPr>
            <w:r>
              <w:rPr>
                <w:b w:val="0"/>
                <w:sz w:val="19"/>
              </w:rPr>
              <w:t>• Okuyacağı metin için uygun okuma yöntem ve stratejisi seçer.</w:t>
            </w:r>
          </w:p>
          <w:p>
            <w:pPr>
              <w:spacing w:after="0"/>
            </w:pPr>
            <w:r>
              <w:rPr>
                <w:b w:val="0"/>
                <w:sz w:val="19"/>
              </w:rPr>
              <w:t>• Seçtiği okuma stratejisi ile okumayı sürdürür.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D14. Saygı </w:t>
            </w:r>
          </w:p>
          <w:p>
            <w:pPr>
              <w:spacing w:after="0"/>
            </w:pPr>
            <w:r>
              <w:rPr>
                <w:b w:val="0"/>
                <w:sz w:val="19"/>
              </w:rPr>
              <w:t xml:space="preserve">D16. Sorumluluk </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OB2. Dijital Okuryazarlık </w:t>
            </w:r>
          </w:p>
          <w:p>
            <w:pPr>
              <w:spacing w:after="0"/>
            </w:pPr>
            <w:r>
              <w:rPr>
                <w:b w:val="0"/>
                <w:sz w:val="19"/>
              </w:rPr>
              <w:t xml:space="preserve">OB4. Görsel Okuryazarlık </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(TDE2.1. “Anlamın Yapı Taşları” temasında ele alınan metinlerde okumayı yönetebilme)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Anlamsal çağrışım haritaları</w:t>
            </w:r>
          </w:p>
          <w:p>
            <w:pPr>
              <w:spacing w:after="0"/>
            </w:pPr>
            <w:r>
              <w:rPr>
                <w:b w:val="0"/>
                <w:sz w:val="19"/>
              </w:rPr>
              <w:t>• T diyagramı</w:t>
            </w:r>
          </w:p>
          <w:p>
            <w:pPr>
              <w:spacing w:after="0"/>
            </w:pPr>
            <w:r>
              <w:rPr>
                <w:b w:val="0"/>
                <w:sz w:val="19"/>
              </w:rPr>
              <w:t>• Açık uçlu sorular</w:t>
            </w:r>
          </w:p>
          <w:p>
            <w:pPr>
              <w:spacing w:after="0"/>
            </w:pPr>
            <w:r>
              <w:rPr>
                <w:b w:val="0"/>
                <w:sz w:val="19"/>
              </w:rPr>
              <w:t>• Hikâye haritası</w:t>
            </w:r>
          </w:p>
          <w:p>
            <w:pPr>
              <w:spacing w:after="0"/>
            </w:pPr>
            <w:r>
              <w:rPr>
                <w:b w:val="0"/>
                <w:sz w:val="19"/>
              </w:rPr>
              <w:t>• Çalışma kâğıdı</w:t>
            </w:r>
          </w:p>
          <w:p>
            <w:pPr>
              <w:spacing w:after="0"/>
            </w:pPr>
            <w:r>
              <w:rPr>
                <w:b w:val="0"/>
                <w:sz w:val="19"/>
              </w:rPr>
              <w:t>• Kısa yansıtma makalesi</w:t>
            </w:r>
          </w:p>
          <w:p>
            <w:pPr>
              <w:spacing w:after="0"/>
            </w:pPr>
            <w:r>
              <w:rPr>
                <w:b w:val="0"/>
                <w:sz w:val="19"/>
              </w:rPr>
              <w:t>• Evet/hayır kartları</w:t>
            </w:r>
          </w:p>
          <w:p>
            <w:pPr>
              <w:spacing w:after="0"/>
            </w:pPr>
            <w:r>
              <w:rPr>
                <w:b w:val="0"/>
                <w:sz w:val="19"/>
              </w:rPr>
              <w:t>• Karşılaştırma tablosu</w:t>
            </w:r>
          </w:p>
          <w:p>
            <w:pPr>
              <w:spacing w:after="0"/>
            </w:pPr>
            <w:r>
              <w:rPr>
                <w:b w:val="0"/>
                <w:sz w:val="19"/>
              </w:rPr>
              <w:t>• Çıkış kartı</w:t>
            </w:r>
          </w:p>
          <w:p>
            <w:pPr>
              <w:spacing w:after="0"/>
            </w:pPr>
            <w:r>
              <w:rPr>
                <w:b w:val="0"/>
                <w:sz w:val="19"/>
              </w:rPr>
              <w:t>Yapısı incelikle örülmüş edebî metinlerde okumaya yönelik kısa cevaplı sorular öğrencilerin</w:t>
            </w:r>
          </w:p>
          <w:p>
            <w:pPr>
              <w:spacing w:after="0"/>
            </w:pPr>
            <w:r>
              <w:rPr>
                <w:b w:val="0"/>
                <w:sz w:val="19"/>
              </w:rPr>
              <w:t>anlamını bilmedikleri kelimeleri yazmalarıyla ilgili anlamsal çağrışım haritaları, T diyagramı, açık uçlu sorular; çözümlemede hikâye haritası, çalışma kâğıdı; yansıtmada açık</w:t>
            </w:r>
          </w:p>
          <w:p>
            <w:pPr>
              <w:spacing w:after="0"/>
            </w:pPr>
            <w:r>
              <w:rPr>
                <w:b w:val="0"/>
                <w:sz w:val="19"/>
              </w:rPr>
              <w:t>uçlu sorular kullanılabilir. Dinleme/izleme metinleri için evet/hayır kartları, kontrol listesi, açık uçlu sorular, karşılaştırma tablosu ve çalışma kâğıdı hazırlanabilir.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metinlerdeki mekânları çevreleriyle karşılaştıran birer sunum</w:t>
            </w:r>
          </w:p>
          <w:p>
            <w:pPr>
              <w:spacing w:after="0"/>
            </w:pPr>
            <w:r>
              <w:rPr>
                <w:b w:val="0"/>
                <w:sz w:val="19"/>
              </w:rPr>
              <w:t>hazırlayıp sunmalarına yönelik bir performans görevi</w:t>
            </w:r>
          </w:p>
          <w:p>
            <w:pPr>
              <w:spacing w:after="0"/>
            </w:pPr>
            <w:r>
              <w:rPr>
                <w:b w:val="0"/>
                <w:sz w:val="19"/>
              </w:rPr>
              <w:t>• Dinledikleri/izledikleri belgeseli bilgi görseline dönüştürmelerine yönelik bir performans</w:t>
            </w:r>
          </w:p>
          <w:p>
            <w:pPr>
              <w:spacing w:after="0"/>
            </w:pPr>
            <w:r>
              <w:rPr>
                <w:b w:val="0"/>
                <w:sz w:val="19"/>
              </w:rPr>
              <w:t>görevi</w:t>
            </w:r>
          </w:p>
          <w:p>
            <w:pPr>
              <w:spacing w:after="0"/>
            </w:pPr>
            <w:r>
              <w:rPr>
                <w:b w:val="0"/>
                <w:sz w:val="19"/>
              </w:rPr>
              <w:t>Konuşma becerilerinin ölçülmesiyle ilgili performans görevi dereceli puanlama anahtarı</w:t>
            </w:r>
          </w:p>
          <w:p>
            <w:pPr>
              <w:spacing w:after="0"/>
            </w:pPr>
            <w:r>
              <w:rPr>
                <w:b w:val="0"/>
                <w:sz w:val="19"/>
              </w:rPr>
              <w:t>ile puanlanır. Puanlama anahtarında Türkçenin doğru kullanımı, ses ve diksiyon, akıcılık, beden dili, içerik kurgusu, zaman yönetimi, etkileyicilik vb. ölçütler yer alır.</w:t>
            </w:r>
          </w:p>
          <w:p>
            <w:pPr>
              <w:spacing w:after="0"/>
            </w:pPr>
            <w:r>
              <w:rPr>
                <w:b w:val="0"/>
                <w:sz w:val="19"/>
              </w:rPr>
              <w:t>Öğrencinin yazılı ürünleri dereceli puanlama anahtarı ile puanlanır. Puanlama anahtarında</w:t>
            </w:r>
          </w:p>
          <w:p>
            <w:pPr>
              <w:spacing w:after="0"/>
            </w:pPr>
            <w:r>
              <w:rPr>
                <w:b w:val="0"/>
                <w:sz w:val="19"/>
              </w:rPr>
              <w:t>anlam, dilin ve görsel ögelerin kullanımı, özgünlük, tutarlılık, doğruluk, yazım ve noktalama</w:t>
            </w:r>
          </w:p>
          <w:p>
            <w:pPr>
              <w:spacing w:after="0"/>
            </w:pPr>
            <w:r>
              <w:rPr>
                <w:b w:val="0"/>
                <w:sz w:val="19"/>
              </w:rPr>
              <w:t>gibi ölçütler yer alabilir. Öz değerlendirme ile akran ve grup değerlendirmeleri de</w:t>
            </w:r>
          </w:p>
          <w:p>
            <w:pPr>
              <w:spacing w:after="0"/>
            </w:pPr>
            <w:r>
              <w:rPr>
                <w:b w:val="0"/>
                <w:sz w:val="19"/>
              </w:rPr>
              <w:t>yapılabilir.</w:t>
            </w:r>
          </w:p>
          <w:p>
            <w:pPr>
              <w:spacing w:after="0"/>
            </w:pPr>
            <w:r>
              <w:rPr>
                <w:b w:val="0"/>
                <w:sz w:val="19"/>
              </w:rPr>
              <w:t>Tema sonunda değerlendirme yapmak için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3.TEMA ANLAMIN YAPI TAŞLARI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OKUMA </w:t>
            </w:r>
          </w:p>
          <w:p>
            <w:pPr>
              <w:spacing w:after="0"/>
            </w:pPr>
            <w:r>
              <w:rPr>
                <w:b w:val="0"/>
                <w:sz w:val="19"/>
              </w:rPr>
              <w:t>• Tema içeriğine uygun</w:t>
            </w:r>
          </w:p>
          <w:p>
            <w:pPr>
              <w:spacing w:after="0"/>
            </w:pPr>
            <w:r>
              <w:rPr>
                <w:b w:val="0"/>
                <w:sz w:val="19"/>
              </w:rPr>
              <w:t>bir hikâye</w:t>
            </w:r>
          </w:p>
          <w:p>
            <w:pPr>
              <w:spacing w:after="0"/>
            </w:pPr>
            <w:r>
              <w:rPr>
                <w:b w:val="0"/>
                <w:sz w:val="19"/>
              </w:rPr>
              <w:t>• Ara Metin: Tema</w:t>
            </w:r>
          </w:p>
          <w:p>
            <w:pPr>
              <w:spacing w:after="0"/>
            </w:pPr>
            <w:r>
              <w:rPr>
                <w:b w:val="0"/>
                <w:sz w:val="19"/>
              </w:rPr>
              <w:t>içeriğine uygun bir şiir</w:t>
            </w:r>
          </w:p>
          <w:p>
            <w:pPr>
              <w:spacing w:after="0"/>
            </w:pPr>
            <w:r>
              <w:rPr>
                <w:b w:val="0"/>
                <w:sz w:val="19"/>
              </w:rPr>
              <w:t>• Tema içeriğine uygun</w:t>
            </w:r>
          </w:p>
          <w:p>
            <w:pPr>
              <w:spacing w:after="0"/>
            </w:pPr>
            <w:r>
              <w:rPr>
                <w:b w:val="0"/>
                <w:sz w:val="19"/>
              </w:rPr>
              <w:t>bir gezi yazısı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TDE2.2. “Anlamın Yapı Taşları” temasında ele alınan metinlerde anlam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TDE2.2.1. Ön bilgilerle bağlantı kurar.</w:t>
            </w:r>
          </w:p>
          <w:p>
            <w:pPr>
              <w:spacing w:after="0"/>
            </w:pPr>
            <w:r>
              <w:rPr>
                <w:b w:val="0"/>
                <w:sz w:val="19"/>
              </w:rPr>
              <w:t>• Okuma metnindeki bilgiler ile ön bilgileri arasında bağlantı kurar.</w:t>
            </w:r>
          </w:p>
          <w:p>
            <w:pPr>
              <w:spacing w:after="0"/>
            </w:pPr>
            <w:r>
              <w:rPr>
                <w:b w:val="0"/>
                <w:sz w:val="19"/>
              </w:rPr>
              <w:t>b) TDE2.2.2. Tahmin eder.</w:t>
            </w:r>
          </w:p>
          <w:p>
            <w:pPr>
              <w:spacing w:after="0"/>
            </w:pPr>
            <w:r>
              <w:rPr>
                <w:b w:val="0"/>
                <w:sz w:val="19"/>
              </w:rPr>
              <w:t>• Metindeki söz varlığının anlamını bağlamdan hareketle belirler.</w:t>
            </w:r>
          </w:p>
          <w:p>
            <w:pPr>
              <w:spacing w:after="0"/>
            </w:pPr>
            <w:r>
              <w:rPr>
                <w:b w:val="0"/>
                <w:sz w:val="19"/>
              </w:rPr>
              <w:t>c) TDE2.2.3. Çıkarım yapar.</w:t>
            </w:r>
          </w:p>
          <w:p>
            <w:pPr>
              <w:spacing w:after="0"/>
            </w:pPr>
            <w:r>
              <w:rPr>
                <w:b w:val="0"/>
                <w:sz w:val="19"/>
              </w:rPr>
              <w:t>• Metinde açıkça sunulan bilgileri belirler.</w:t>
            </w:r>
          </w:p>
          <w:p>
            <w:pPr>
              <w:spacing w:after="0"/>
            </w:pPr>
            <w:r>
              <w:rPr>
                <w:b w:val="0"/>
                <w:sz w:val="19"/>
              </w:rPr>
              <w:t>• Metinlerden hareketle çıkarım yapar.</w:t>
            </w:r>
          </w:p>
          <w:p>
            <w:pPr>
              <w:spacing w:after="0"/>
            </w:pPr>
            <w:r>
              <w:rPr>
                <w:b w:val="0"/>
                <w:sz w:val="19"/>
              </w:rPr>
              <w:t>• Metinde açıkça ifade edilen neden-sonuç, koşul, varsayım bilgilerini belirler.</w:t>
            </w:r>
          </w:p>
          <w:p>
            <w:pPr>
              <w:spacing w:after="0"/>
            </w:pPr>
            <w:r>
              <w:rPr>
                <w:b w:val="0"/>
                <w:sz w:val="19"/>
              </w:rPr>
              <w:t>• Metnin konu ve/veya temasını belirler.</w:t>
            </w:r>
          </w:p>
          <w:p>
            <w:pPr>
              <w:spacing w:after="0"/>
            </w:pPr>
            <w:r>
              <w:rPr>
                <w:b w:val="0"/>
                <w:sz w:val="19"/>
              </w:rPr>
              <w:t>• Metnin yardımcı düşüncelerini belirler.</w:t>
            </w:r>
          </w:p>
          <w:p>
            <w:pPr>
              <w:spacing w:after="0"/>
            </w:pPr>
            <w:r>
              <w:rPr>
                <w:b w:val="0"/>
                <w:sz w:val="19"/>
              </w:rPr>
              <w:t>• Metnin ana düşüncesini/duygusunu belirler.</w:t>
            </w:r>
          </w:p>
          <w:p>
            <w:pPr>
              <w:spacing w:after="0"/>
            </w:pPr>
            <w:r>
              <w:rPr>
                <w:b w:val="0"/>
                <w:sz w:val="19"/>
              </w:rPr>
              <w:t>• Yazarın metni yazma amacını belirler.</w:t>
            </w:r>
          </w:p>
          <w:p>
            <w:pPr>
              <w:spacing w:after="0"/>
            </w:pPr>
            <w:r>
              <w:rPr>
                <w:b w:val="0"/>
                <w:sz w:val="19"/>
              </w:rPr>
              <w:t>• Metinde yer alan iletilerin sunuluş şeklini inceler.</w:t>
            </w:r>
          </w:p>
          <w:p>
            <w:pPr>
              <w:spacing w:after="0"/>
            </w:pPr>
            <w:r>
              <w:rPr>
                <w:b w:val="0"/>
                <w:sz w:val="19"/>
              </w:rPr>
              <w:t>• Metinde geçen söz sanatlarını belirler.</w:t>
            </w:r>
          </w:p>
          <w:p>
            <w:pPr>
              <w:spacing w:after="0"/>
            </w:pPr>
            <w:r>
              <w:rPr>
                <w:b w:val="0"/>
                <w:sz w:val="19"/>
              </w:rPr>
              <w:t>• Metindeki karakterlerin davranışlarından duygu ve düşüncelerine yönelik çıkarımlar yapar.</w:t>
            </w:r>
          </w:p>
          <w:p>
            <w:pPr>
              <w:spacing w:after="0"/>
            </w:pPr>
            <w:r>
              <w:rPr>
                <w:b w:val="0"/>
                <w:sz w:val="19"/>
              </w:rPr>
              <w:t>• Metin ile yazar arasındaki ilişkiyi belirler.</w:t>
            </w:r>
          </w:p>
          <w:p>
            <w:pPr>
              <w:spacing w:after="0"/>
            </w:pPr>
            <w:r>
              <w:rPr>
                <w:b w:val="0"/>
                <w:sz w:val="19"/>
              </w:rPr>
              <w:t>ç) TDE2.2.4. Karşılaştırır.</w:t>
            </w:r>
          </w:p>
          <w:p>
            <w:pPr>
              <w:spacing w:after="0"/>
            </w:pPr>
            <w:r>
              <w:rPr>
                <w:b w:val="0"/>
                <w:sz w:val="19"/>
              </w:rPr>
              <w:t>• Metin öncesi tahminleri ile okuma içeriğini karşılaştırır.</w:t>
            </w:r>
          </w:p>
          <w:p>
            <w:pPr>
              <w:spacing w:after="0"/>
            </w:pPr>
            <w:r>
              <w:rPr>
                <w:b w:val="0"/>
                <w:sz w:val="19"/>
              </w:rPr>
              <w:t>• Okuduğu metinleri belirlenen ölçütlere (içerik, tür, şekil, dönem, zihniyet, üslup ve ileti) göre karşılaştırır.</w:t>
            </w:r>
          </w:p>
          <w:p>
            <w:pPr>
              <w:spacing w:after="0"/>
            </w:pPr>
            <w:r>
              <w:rPr>
                <w:b w:val="0"/>
                <w:sz w:val="19"/>
              </w:rPr>
              <w:t>d) TDE2.2.5. Sınıflandırır.</w:t>
            </w:r>
          </w:p>
          <w:p>
            <w:pPr>
              <w:spacing w:after="0"/>
            </w:pPr>
            <w:r>
              <w:rPr>
                <w:b w:val="0"/>
                <w:sz w:val="19"/>
              </w:rPr>
              <w:t>• Okuduğu metinleri belirlenen ölçütlere (içerik, tür, şekil, dönem, zihniyet, üslup ve ileti) göre sınıflandırır.</w:t>
            </w:r>
          </w:p>
          <w:p>
            <w:pPr>
              <w:spacing w:after="0"/>
            </w:pPr>
            <w:r>
              <w:rPr>
                <w:b w:val="0"/>
                <w:sz w:val="19"/>
              </w:rPr>
              <w:t>• Metindeki gerçek ve kurgu arasındaki farkı belirler.</w:t>
            </w:r>
          </w:p>
          <w:p>
            <w:pPr>
              <w:spacing w:after="0"/>
            </w:pPr>
            <w:r>
              <w:rPr>
                <w:b w:val="0"/>
                <w:sz w:val="19"/>
              </w:rPr>
              <w:t>• Metindeki öznel ve nesnel ifadeleri ayırt eder.</w:t>
            </w:r>
          </w:p>
          <w:p>
            <w:pPr>
              <w:spacing w:after="0"/>
            </w:pPr>
            <w:r>
              <w:rPr>
                <w:b w:val="0"/>
                <w:sz w:val="19"/>
              </w:rPr>
              <w:t>• Metindeki bilgilerin güvenilir olup olmadığını belirler.</w:t>
            </w:r>
          </w:p>
          <w:p>
            <w:pPr>
              <w:spacing w:after="0"/>
            </w:pPr>
            <w:r>
              <w:rPr>
                <w:b w:val="0"/>
                <w:sz w:val="19"/>
              </w:rPr>
              <w:t>e) TDE2.2.6. Tepki verir.</w:t>
            </w:r>
          </w:p>
          <w:p>
            <w:pPr>
              <w:spacing w:after="0"/>
            </w:pPr>
            <w:r>
              <w:rPr>
                <w:b w:val="0"/>
                <w:sz w:val="19"/>
              </w:rPr>
              <w:t>• Metni özetler.</w:t>
            </w:r>
          </w:p>
          <w:p>
            <w:pPr>
              <w:spacing w:after="0"/>
            </w:pPr>
            <w:r>
              <w:rPr>
                <w:b w:val="0"/>
                <w:sz w:val="19"/>
              </w:rPr>
              <w:t>• Okuduğu metinlere yönelik geri bildirimler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D14. Saygı </w:t>
            </w:r>
          </w:p>
          <w:p>
            <w:pPr>
              <w:spacing w:after="0"/>
            </w:pPr>
            <w:r>
              <w:rPr>
                <w:b w:val="0"/>
                <w:sz w:val="19"/>
              </w:rPr>
              <w:t xml:space="preserve">D16. Sorumluluk </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OB2. Dijital Okuryazarlık </w:t>
            </w:r>
          </w:p>
          <w:p>
            <w:pPr>
              <w:spacing w:after="0"/>
            </w:pPr>
            <w:r>
              <w:rPr>
                <w:b w:val="0"/>
                <w:sz w:val="19"/>
              </w:rPr>
              <w:t xml:space="preserve">OB4. Görsel Okuryazarlık </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(TDE2.2. “Anlamın Yapı Taşları” temasında ele alınan metinlerde anlam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Anlamsal çağrışım haritaları</w:t>
            </w:r>
          </w:p>
          <w:p>
            <w:pPr>
              <w:spacing w:after="0"/>
            </w:pPr>
            <w:r>
              <w:rPr>
                <w:b w:val="0"/>
                <w:sz w:val="19"/>
              </w:rPr>
              <w:t>• T diyagramı</w:t>
            </w:r>
          </w:p>
          <w:p>
            <w:pPr>
              <w:spacing w:after="0"/>
            </w:pPr>
            <w:r>
              <w:rPr>
                <w:b w:val="0"/>
                <w:sz w:val="19"/>
              </w:rPr>
              <w:t>• Açık uçlu sorular</w:t>
            </w:r>
          </w:p>
          <w:p>
            <w:pPr>
              <w:spacing w:after="0"/>
            </w:pPr>
            <w:r>
              <w:rPr>
                <w:b w:val="0"/>
                <w:sz w:val="19"/>
              </w:rPr>
              <w:t>• Hikâye haritası</w:t>
            </w:r>
          </w:p>
          <w:p>
            <w:pPr>
              <w:spacing w:after="0"/>
            </w:pPr>
            <w:r>
              <w:rPr>
                <w:b w:val="0"/>
                <w:sz w:val="19"/>
              </w:rPr>
              <w:t>• Çalışma kâğıdı</w:t>
            </w:r>
          </w:p>
          <w:p>
            <w:pPr>
              <w:spacing w:after="0"/>
            </w:pPr>
            <w:r>
              <w:rPr>
                <w:b w:val="0"/>
                <w:sz w:val="19"/>
              </w:rPr>
              <w:t>• Kısa yansıtma makalesi</w:t>
            </w:r>
          </w:p>
          <w:p>
            <w:pPr>
              <w:spacing w:after="0"/>
            </w:pPr>
            <w:r>
              <w:rPr>
                <w:b w:val="0"/>
                <w:sz w:val="19"/>
              </w:rPr>
              <w:t>• Evet/hayır kartları</w:t>
            </w:r>
          </w:p>
          <w:p>
            <w:pPr>
              <w:spacing w:after="0"/>
            </w:pPr>
            <w:r>
              <w:rPr>
                <w:b w:val="0"/>
                <w:sz w:val="19"/>
              </w:rPr>
              <w:t>• Karşılaştırma tablosu</w:t>
            </w:r>
          </w:p>
          <w:p>
            <w:pPr>
              <w:spacing w:after="0"/>
            </w:pPr>
            <w:r>
              <w:rPr>
                <w:b w:val="0"/>
                <w:sz w:val="19"/>
              </w:rPr>
              <w:t>• Çıkış kartı</w:t>
            </w:r>
          </w:p>
          <w:p>
            <w:pPr>
              <w:spacing w:after="0"/>
            </w:pPr>
            <w:r>
              <w:rPr>
                <w:b w:val="0"/>
                <w:sz w:val="19"/>
              </w:rPr>
              <w:t>Yapısı incelikle örülmüş edebî metinlerde okumaya yönelik kısa cevaplı sorular öğrencilerin</w:t>
            </w:r>
          </w:p>
          <w:p>
            <w:pPr>
              <w:spacing w:after="0"/>
            </w:pPr>
            <w:r>
              <w:rPr>
                <w:b w:val="0"/>
                <w:sz w:val="19"/>
              </w:rPr>
              <w:t>anlamını bilmedikleri kelimeleri yazmalarıyla ilgili anlamsal çağrışım haritaları, T diyagramı, açık uçlu sorular; çözümlemede hikâye haritası, çalışma kâğıdı; yansıtmada açık</w:t>
            </w:r>
          </w:p>
          <w:p>
            <w:pPr>
              <w:spacing w:after="0"/>
            </w:pPr>
            <w:r>
              <w:rPr>
                <w:b w:val="0"/>
                <w:sz w:val="19"/>
              </w:rPr>
              <w:t>uçlu sorular kullanılabilir. Dinleme/izleme metinleri için evet/hayır kartları, kontrol listesi, açık uçlu sorular, karşılaştırma tablosu ve çalışma kâğıdı hazırlanabilir.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metinlerdeki mekânları çevreleriyle karşılaştıran birer sunum</w:t>
            </w:r>
          </w:p>
          <w:p>
            <w:pPr>
              <w:spacing w:after="0"/>
            </w:pPr>
            <w:r>
              <w:rPr>
                <w:b w:val="0"/>
                <w:sz w:val="19"/>
              </w:rPr>
              <w:t>hazırlayıp sunmalarına yönelik bir performans görevi</w:t>
            </w:r>
          </w:p>
          <w:p>
            <w:pPr>
              <w:spacing w:after="0"/>
            </w:pPr>
            <w:r>
              <w:rPr>
                <w:b w:val="0"/>
                <w:sz w:val="19"/>
              </w:rPr>
              <w:t>• Dinledikleri/izledikleri belgeseli bilgi görseline dönüştürmelerine yönelik bir performans</w:t>
            </w:r>
          </w:p>
          <w:p>
            <w:pPr>
              <w:spacing w:after="0"/>
            </w:pPr>
            <w:r>
              <w:rPr>
                <w:b w:val="0"/>
                <w:sz w:val="19"/>
              </w:rPr>
              <w:t>görevi</w:t>
            </w:r>
          </w:p>
          <w:p>
            <w:pPr>
              <w:spacing w:after="0"/>
            </w:pPr>
            <w:r>
              <w:rPr>
                <w:b w:val="0"/>
                <w:sz w:val="19"/>
              </w:rPr>
              <w:t>Konuşma becerilerinin ölçülmesiyle ilgili performans görevi dereceli puanlama anahtarı</w:t>
            </w:r>
          </w:p>
          <w:p>
            <w:pPr>
              <w:spacing w:after="0"/>
            </w:pPr>
            <w:r>
              <w:rPr>
                <w:b w:val="0"/>
                <w:sz w:val="19"/>
              </w:rPr>
              <w:t>ile puanlanır. Puanlama anahtarında Türkçenin doğru kullanımı, ses ve diksiyon, akıcılık, beden dili, içerik kurgusu, zaman yönetimi, etkileyicilik vb. ölçütler yer alır.</w:t>
            </w:r>
          </w:p>
          <w:p>
            <w:pPr>
              <w:spacing w:after="0"/>
            </w:pPr>
            <w:r>
              <w:rPr>
                <w:b w:val="0"/>
                <w:sz w:val="19"/>
              </w:rPr>
              <w:t>Öğrencinin yazılı ürünleri dereceli puanlama anahtarı ile puanlanır. Puanlama anahtarında</w:t>
            </w:r>
          </w:p>
          <w:p>
            <w:pPr>
              <w:spacing w:after="0"/>
            </w:pPr>
            <w:r>
              <w:rPr>
                <w:b w:val="0"/>
                <w:sz w:val="19"/>
              </w:rPr>
              <w:t>anlam, dilin ve görsel ögelerin kullanımı, özgünlük, tutarlılık, doğruluk, yazım ve noktalama</w:t>
            </w:r>
          </w:p>
          <w:p>
            <w:pPr>
              <w:spacing w:after="0"/>
            </w:pPr>
            <w:r>
              <w:rPr>
                <w:b w:val="0"/>
                <w:sz w:val="19"/>
              </w:rPr>
              <w:t>gibi ölçütler yer alabilir. Öz değerlendirme ile akran ve grup değerlendirmeleri de</w:t>
            </w:r>
          </w:p>
          <w:p>
            <w:pPr>
              <w:spacing w:after="0"/>
            </w:pPr>
            <w:r>
              <w:rPr>
                <w:b w:val="0"/>
                <w:sz w:val="19"/>
              </w:rPr>
              <w:t>yapılabilir.</w:t>
            </w:r>
          </w:p>
          <w:p>
            <w:pPr>
              <w:spacing w:after="0"/>
            </w:pPr>
            <w:r>
              <w:rPr>
                <w:b w:val="0"/>
                <w:sz w:val="19"/>
              </w:rPr>
              <w:t>Tema sonunda değerlendirme yapmak için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3.TEMA ANLAMIN YAPI TAŞLARI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 • Tema içeriğine uygun</w:t>
            </w:r>
          </w:p>
          <w:p>
            <w:pPr>
              <w:spacing w:after="0"/>
            </w:pPr>
            <w:r>
              <w:rPr>
                <w:b w:val="0"/>
                <w:sz w:val="19"/>
              </w:rPr>
              <w:t>bir hikâye</w:t>
            </w:r>
          </w:p>
          <w:p>
            <w:pPr>
              <w:spacing w:after="0"/>
            </w:pPr>
            <w:r>
              <w:rPr>
                <w:b w:val="0"/>
                <w:sz w:val="19"/>
              </w:rPr>
              <w:t>• Ara Metin: Tema</w:t>
            </w:r>
          </w:p>
          <w:p>
            <w:pPr>
              <w:spacing w:after="0"/>
            </w:pPr>
            <w:r>
              <w:rPr>
                <w:b w:val="0"/>
                <w:sz w:val="19"/>
              </w:rPr>
              <w:t>içeriğine uygun bir şiir</w:t>
            </w:r>
          </w:p>
          <w:p>
            <w:pPr>
              <w:spacing w:after="0"/>
            </w:pPr>
            <w:r>
              <w:rPr>
                <w:b w:val="0"/>
                <w:sz w:val="19"/>
              </w:rPr>
              <w:t>• Tema içeriğine uygun</w:t>
            </w:r>
          </w:p>
          <w:p>
            <w:pPr>
              <w:spacing w:after="0"/>
            </w:pPr>
            <w:r>
              <w:rPr>
                <w:b w:val="0"/>
                <w:sz w:val="19"/>
              </w:rPr>
              <w:t>bir gezi yazısı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TDE2.3. “Anlamın Yapı Taşları” temasında ele alınan metinleri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TDE2.3.1. Nesne, olgu ve olaylara ilişkin parçaları belirler.</w:t>
            </w:r>
          </w:p>
          <w:p>
            <w:pPr>
              <w:spacing w:after="0"/>
            </w:pPr>
            <w:r>
              <w:rPr>
                <w:b w:val="0"/>
                <w:sz w:val="19"/>
              </w:rPr>
              <w:t>• Metindeki karakterlerin özelliklerini ve amaçlarını inceler.</w:t>
            </w:r>
          </w:p>
          <w:p>
            <w:pPr>
              <w:spacing w:after="0"/>
            </w:pPr>
            <w:r>
              <w:rPr>
                <w:b w:val="0"/>
                <w:sz w:val="19"/>
              </w:rPr>
              <w:t>• Metindeki yapı unsurlarını belirler.</w:t>
            </w:r>
          </w:p>
          <w:p>
            <w:pPr>
              <w:spacing w:after="0"/>
            </w:pPr>
            <w:r>
              <w:rPr>
                <w:b w:val="0"/>
                <w:sz w:val="19"/>
              </w:rPr>
              <w:t>• Metindeki dil ve anlatım özelliklerini belirler.</w:t>
            </w:r>
          </w:p>
          <w:p>
            <w:pPr>
              <w:spacing w:after="0"/>
            </w:pPr>
            <w:r>
              <w:rPr>
                <w:b w:val="0"/>
                <w:sz w:val="19"/>
              </w:rPr>
              <w:t>• Metindeki dil işlevlerini belirler.</w:t>
            </w:r>
          </w:p>
          <w:p>
            <w:pPr>
              <w:spacing w:after="0"/>
            </w:pPr>
            <w:r>
              <w:rPr>
                <w:b w:val="0"/>
                <w:sz w:val="19"/>
              </w:rPr>
              <w:t>b) TDE2.3.2. Parçalar arasındaki ilişkileri belirler.</w:t>
            </w:r>
          </w:p>
          <w:p>
            <w:pPr>
              <w:spacing w:after="0"/>
            </w:pPr>
            <w:r>
              <w:rPr>
                <w:b w:val="0"/>
                <w:sz w:val="19"/>
              </w:rPr>
              <w:t>• Okuduğu metni oluşturan şekil ve anlama dair birimler arasındaki ilişkileri belirler.</w:t>
            </w:r>
          </w:p>
          <w:p>
            <w:pPr>
              <w:spacing w:after="0"/>
            </w:pPr>
            <w:r>
              <w:rPr>
                <w:b w:val="0"/>
                <w:sz w:val="19"/>
              </w:rPr>
              <w:t>• Metindeki yapı unsurları arasındaki ilişkileri belirler.</w:t>
            </w:r>
          </w:p>
          <w:p>
            <w:pPr>
              <w:spacing w:after="0"/>
            </w:pPr>
            <w:r>
              <w:rPr>
                <w:b w:val="0"/>
                <w:sz w:val="19"/>
              </w:rPr>
              <w:t>• Yazarın üslup seçiminin nedenleri ve sonuçlarını açıklar.</w:t>
            </w:r>
          </w:p>
          <w:p>
            <w:pPr>
              <w:spacing w:after="0"/>
            </w:pPr>
            <w:r>
              <w:rPr>
                <w:b w:val="0"/>
                <w:sz w:val="19"/>
              </w:rPr>
              <w:t>• Metinlerin yazıldığı dönemin özelliklerini açıklar.</w:t>
            </w:r>
          </w:p>
          <w:p>
            <w:pPr>
              <w:spacing w:after="0"/>
            </w:pPr>
            <w:r>
              <w:rPr>
                <w:b w:val="0"/>
                <w:sz w:val="19"/>
              </w:rPr>
              <w:t>• Metnin içeriğinin, yapı unsurlarının, dil ve anlatım özelliklerinin metnin yazıldığı dönemle ve toplumla ilişkisini</w:t>
            </w:r>
          </w:p>
          <w:p>
            <w:pPr>
              <w:spacing w:after="0"/>
            </w:pPr>
            <w:r>
              <w:rPr>
                <w:b w:val="0"/>
                <w:sz w:val="19"/>
              </w:rPr>
              <w:t>kurar.</w:t>
            </w:r>
          </w:p>
          <w:p>
            <w:pPr>
              <w:spacing w:after="0"/>
            </w:pPr>
            <w:r>
              <w:rPr>
                <w:b w:val="0"/>
                <w:sz w:val="19"/>
              </w:rPr>
              <w:t>• Metni millî, manevi ve evrensel değerlerin aktarımı bağlamında değerlendirir.</w:t>
            </w:r>
          </w:p>
          <w:p>
            <w:pPr>
              <w:spacing w:after="0"/>
            </w:pPr>
            <w:r>
              <w:rPr>
                <w:b w:val="0"/>
                <w:sz w:val="19"/>
              </w:rPr>
              <w:t>• Metnin içeriğinin, yapı unsurlarının, dil ve anlatım özelliklerinin metnin yazarıyla ilişkisini kurar.</w:t>
            </w:r>
          </w:p>
          <w:p>
            <w:pPr>
              <w:spacing w:after="0"/>
            </w:pPr>
            <w:r>
              <w:rPr>
                <w:b w:val="0"/>
                <w:sz w:val="19"/>
              </w:rPr>
              <w:t>• Metnin diğer disiplinlerle olan ilişkisini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D14. Saygı </w:t>
            </w:r>
          </w:p>
          <w:p>
            <w:pPr>
              <w:spacing w:after="0"/>
            </w:pPr>
            <w:r>
              <w:rPr>
                <w:b w:val="0"/>
                <w:sz w:val="19"/>
              </w:rPr>
              <w:t xml:space="preserve">D16. Sorumluluk </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OB2. Dijital Okuryazarlık </w:t>
            </w:r>
          </w:p>
          <w:p>
            <w:pPr>
              <w:spacing w:after="0"/>
            </w:pPr>
            <w:r>
              <w:rPr>
                <w:b w:val="0"/>
                <w:sz w:val="19"/>
              </w:rPr>
              <w:t xml:space="preserve">OB4. Görsel Okuryazarlık </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(TDE2.3. “Anlamın Yapı Taşları” temasında ele alınan metinleri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Anlamsal çağrışım haritaları</w:t>
            </w:r>
          </w:p>
          <w:p>
            <w:pPr>
              <w:spacing w:after="0"/>
            </w:pPr>
            <w:r>
              <w:rPr>
                <w:b w:val="0"/>
                <w:sz w:val="19"/>
              </w:rPr>
              <w:t>• T diyagramı</w:t>
            </w:r>
          </w:p>
          <w:p>
            <w:pPr>
              <w:spacing w:after="0"/>
            </w:pPr>
            <w:r>
              <w:rPr>
                <w:b w:val="0"/>
                <w:sz w:val="19"/>
              </w:rPr>
              <w:t>• Açık uçlu sorular</w:t>
            </w:r>
          </w:p>
          <w:p>
            <w:pPr>
              <w:spacing w:after="0"/>
            </w:pPr>
            <w:r>
              <w:rPr>
                <w:b w:val="0"/>
                <w:sz w:val="19"/>
              </w:rPr>
              <w:t>• Hikâye haritası</w:t>
            </w:r>
          </w:p>
          <w:p>
            <w:pPr>
              <w:spacing w:after="0"/>
            </w:pPr>
            <w:r>
              <w:rPr>
                <w:b w:val="0"/>
                <w:sz w:val="19"/>
              </w:rPr>
              <w:t>• Çalışma kâğıdı</w:t>
            </w:r>
          </w:p>
          <w:p>
            <w:pPr>
              <w:spacing w:after="0"/>
            </w:pPr>
            <w:r>
              <w:rPr>
                <w:b w:val="0"/>
                <w:sz w:val="19"/>
              </w:rPr>
              <w:t>• Kısa yansıtma makalesi</w:t>
            </w:r>
          </w:p>
          <w:p>
            <w:pPr>
              <w:spacing w:after="0"/>
            </w:pPr>
            <w:r>
              <w:rPr>
                <w:b w:val="0"/>
                <w:sz w:val="19"/>
              </w:rPr>
              <w:t>• Evet/hayır kartları</w:t>
            </w:r>
          </w:p>
          <w:p>
            <w:pPr>
              <w:spacing w:after="0"/>
            </w:pPr>
            <w:r>
              <w:rPr>
                <w:b w:val="0"/>
                <w:sz w:val="19"/>
              </w:rPr>
              <w:t>• Karşılaştırma tablosu</w:t>
            </w:r>
          </w:p>
          <w:p>
            <w:pPr>
              <w:spacing w:after="0"/>
            </w:pPr>
            <w:r>
              <w:rPr>
                <w:b w:val="0"/>
                <w:sz w:val="19"/>
              </w:rPr>
              <w:t>• Çıkış kartı</w:t>
            </w:r>
          </w:p>
          <w:p>
            <w:pPr>
              <w:spacing w:after="0"/>
            </w:pPr>
            <w:r>
              <w:rPr>
                <w:b w:val="0"/>
                <w:sz w:val="19"/>
              </w:rPr>
              <w:t>Yapısı incelikle örülmüş edebî metinlerde okumaya yönelik kısa cevaplı sorular öğrencilerin</w:t>
            </w:r>
          </w:p>
          <w:p>
            <w:pPr>
              <w:spacing w:after="0"/>
            </w:pPr>
            <w:r>
              <w:rPr>
                <w:b w:val="0"/>
                <w:sz w:val="19"/>
              </w:rPr>
              <w:t>anlamını bilmedikleri kelimeleri yazmalarıyla ilgili anlamsal çağrışım haritaları, T diyagramı, açık uçlu sorular; çözümlemede hikâye haritası, çalışma kâğıdı; yansıtmada açık</w:t>
            </w:r>
          </w:p>
          <w:p>
            <w:pPr>
              <w:spacing w:after="0"/>
            </w:pPr>
            <w:r>
              <w:rPr>
                <w:b w:val="0"/>
                <w:sz w:val="19"/>
              </w:rPr>
              <w:t>uçlu sorular kullanılabilir. Dinleme/izleme metinleri için evet/hayır kartları, kontrol listesi, açık uçlu sorular, karşılaştırma tablosu ve çalışma kâğıdı hazırlanabilir.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metinlerdeki mekânları çevreleriyle karşılaştıran birer sunum</w:t>
            </w:r>
          </w:p>
          <w:p>
            <w:pPr>
              <w:spacing w:after="0"/>
            </w:pPr>
            <w:r>
              <w:rPr>
                <w:b w:val="0"/>
                <w:sz w:val="19"/>
              </w:rPr>
              <w:t>hazırlayıp sunmalarına yönelik bir performans görevi</w:t>
            </w:r>
          </w:p>
          <w:p>
            <w:pPr>
              <w:spacing w:after="0"/>
            </w:pPr>
            <w:r>
              <w:rPr>
                <w:b w:val="0"/>
                <w:sz w:val="19"/>
              </w:rPr>
              <w:t>• Dinledikleri/izledikleri belgeseli bilgi görseline dönüştürmelerine yönelik bir performans</w:t>
            </w:r>
          </w:p>
          <w:p>
            <w:pPr>
              <w:spacing w:after="0"/>
            </w:pPr>
            <w:r>
              <w:rPr>
                <w:b w:val="0"/>
                <w:sz w:val="19"/>
              </w:rPr>
              <w:t>görevi</w:t>
            </w:r>
          </w:p>
          <w:p>
            <w:pPr>
              <w:spacing w:after="0"/>
            </w:pPr>
            <w:r>
              <w:rPr>
                <w:b w:val="0"/>
                <w:sz w:val="19"/>
              </w:rPr>
              <w:t>Konuşma becerilerinin ölçülmesiyle ilgili performans görevi dereceli puanlama anahtarı</w:t>
            </w:r>
          </w:p>
          <w:p>
            <w:pPr>
              <w:spacing w:after="0"/>
            </w:pPr>
            <w:r>
              <w:rPr>
                <w:b w:val="0"/>
                <w:sz w:val="19"/>
              </w:rPr>
              <w:t>ile puanlanır. Puanlama anahtarında Türkçenin doğru kullanımı, ses ve diksiyon, akıcılık, beden dili, içerik kurgusu, zaman yönetimi, etkileyicilik vb. ölçütler yer alır.</w:t>
            </w:r>
          </w:p>
          <w:p>
            <w:pPr>
              <w:spacing w:after="0"/>
            </w:pPr>
            <w:r>
              <w:rPr>
                <w:b w:val="0"/>
                <w:sz w:val="19"/>
              </w:rPr>
              <w:t>Öğrencinin yazılı ürünleri dereceli puanlama anahtarı ile puanlanır. Puanlama anahtarında</w:t>
            </w:r>
          </w:p>
          <w:p>
            <w:pPr>
              <w:spacing w:after="0"/>
            </w:pPr>
            <w:r>
              <w:rPr>
                <w:b w:val="0"/>
                <w:sz w:val="19"/>
              </w:rPr>
              <w:t>anlam, dilin ve görsel ögelerin kullanımı, özgünlük, tutarlılık, doğruluk, yazım ve noktalama</w:t>
            </w:r>
          </w:p>
          <w:p>
            <w:pPr>
              <w:spacing w:after="0"/>
            </w:pPr>
            <w:r>
              <w:rPr>
                <w:b w:val="0"/>
                <w:sz w:val="19"/>
              </w:rPr>
              <w:t>gibi ölçütler yer alabilir. Öz değerlendirme ile akran ve grup değerlendirmeleri de</w:t>
            </w:r>
          </w:p>
          <w:p>
            <w:pPr>
              <w:spacing w:after="0"/>
            </w:pPr>
            <w:r>
              <w:rPr>
                <w:b w:val="0"/>
                <w:sz w:val="19"/>
              </w:rPr>
              <w:t>yapılabilir.</w:t>
            </w:r>
          </w:p>
          <w:p>
            <w:pPr>
              <w:spacing w:after="0"/>
            </w:pPr>
            <w:r>
              <w:rPr>
                <w:b w:val="0"/>
                <w:sz w:val="19"/>
              </w:rPr>
              <w:t>Tema sonunda değerlendirme yapmak için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3.TEMA ANLAMIN YAPI TAŞLARI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KONUŞMA • Okuduğu metinlerdeki</w:t>
            </w:r>
          </w:p>
          <w:p>
            <w:pPr>
              <w:spacing w:after="0"/>
            </w:pPr>
            <w:r>
              <w:rPr>
                <w:b w:val="0"/>
                <w:sz w:val="19"/>
              </w:rPr>
              <w:t>mekânları kendi</w:t>
            </w:r>
          </w:p>
          <w:p>
            <w:pPr>
              <w:spacing w:after="0"/>
            </w:pPr>
            <w:r>
              <w:rPr>
                <w:b w:val="0"/>
                <w:sz w:val="19"/>
              </w:rPr>
              <w:t>çevresindeki</w:t>
            </w:r>
          </w:p>
          <w:p>
            <w:pPr>
              <w:spacing w:after="0"/>
            </w:pPr>
            <w:r>
              <w:rPr>
                <w:b w:val="0"/>
                <w:sz w:val="19"/>
              </w:rPr>
              <w:t>mekânlarla</w:t>
            </w:r>
          </w:p>
          <w:p>
            <w:pPr>
              <w:spacing w:after="0"/>
            </w:pPr>
            <w:r>
              <w:rPr>
                <w:b w:val="0"/>
                <w:sz w:val="19"/>
              </w:rPr>
              <w:t>karşılaştırdığı bir</w:t>
            </w:r>
          </w:p>
          <w:p>
            <w:pPr>
              <w:spacing w:after="0"/>
            </w:pPr>
            <w:r>
              <w:rPr>
                <w:b w:val="0"/>
                <w:sz w:val="19"/>
              </w:rPr>
              <w:t>konuşma yapabilme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TDE3.1. Edebî metinlerde yapısal inceliklere odaklanan akıcı bir konuşma sürecini yönetebilme </w:t>
            </w:r>
          </w:p>
          <w:p>
            <w:pPr>
              <w:spacing w:after="0"/>
            </w:pPr>
            <w:r>
              <w:rPr>
                <w:b w:val="0"/>
                <w:sz w:val="19"/>
              </w:rPr>
              <w:t>TDE3.2. Benzetme, karşılaştırma yaparak yapısal özellikleri ortaya koyduğu bir konuşma içeriği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TDE3.1.1. Seçim yapar.</w:t>
            </w:r>
          </w:p>
          <w:p>
            <w:pPr>
              <w:spacing w:after="0"/>
            </w:pPr>
            <w:r>
              <w:rPr>
                <w:b w:val="0"/>
                <w:sz w:val="19"/>
              </w:rPr>
              <w:t>• Konuşmasının amacına (edebî metin oluşturma, ikna etme, bilgilendirme vb.) karar verir.</w:t>
            </w:r>
          </w:p>
          <w:p>
            <w:pPr>
              <w:spacing w:after="0"/>
            </w:pPr>
            <w:r>
              <w:rPr>
                <w:b w:val="0"/>
                <w:sz w:val="19"/>
              </w:rPr>
              <w:t>• Konuşmasının özelliklerini (hazırlıklı/hazırlıksız), süresini ve hedef kitlesini belirler.</w:t>
            </w:r>
          </w:p>
          <w:p>
            <w:pPr>
              <w:spacing w:after="0"/>
            </w:pPr>
            <w:r>
              <w:rPr>
                <w:b w:val="0"/>
                <w:sz w:val="19"/>
              </w:rPr>
              <w:t>• Konuşmanın türüne uygun, yöntem ve stratejisini belirler.</w:t>
            </w:r>
          </w:p>
          <w:p>
            <w:pPr>
              <w:spacing w:after="0"/>
            </w:pPr>
            <w:r>
              <w:rPr>
                <w:b w:val="0"/>
                <w:sz w:val="19"/>
              </w:rPr>
              <w:t>b) TDE3.1.2. İlişkiyi sürdürür.</w:t>
            </w:r>
          </w:p>
          <w:p>
            <w:pPr>
              <w:spacing w:after="0"/>
            </w:pPr>
            <w:r>
              <w:rPr>
                <w:b w:val="0"/>
                <w:sz w:val="19"/>
              </w:rPr>
              <w:t>• Konuşmasında engelleri ortadan kaldırır.</w:t>
            </w:r>
          </w:p>
          <w:p>
            <w:pPr>
              <w:spacing w:after="0"/>
            </w:pPr>
            <w:r>
              <w:rPr>
                <w:b w:val="0"/>
                <w:sz w:val="19"/>
              </w:rPr>
              <w:t>• Konuşma amacına uygun olarak seçtiği stratejiyi yapılandırır.</w:t>
            </w:r>
          </w:p>
          <w:p>
            <w:pPr>
              <w:spacing w:after="0"/>
            </w:pPr>
            <w:r>
              <w:rPr>
                <w:b w:val="0"/>
                <w:sz w:val="19"/>
              </w:rPr>
              <w:t>a) TDE3.2.1. Ön bilgilerle bağlantı kurar.</w:t>
            </w:r>
          </w:p>
          <w:p>
            <w:pPr>
              <w:spacing w:after="0"/>
            </w:pPr>
            <w:r>
              <w:rPr>
                <w:b w:val="0"/>
                <w:sz w:val="19"/>
              </w:rPr>
              <w:t>• Konuşmasında belirlediği amaca yönelik ön bilgileriyle bağlantı kurar.</w:t>
            </w:r>
          </w:p>
          <w:p>
            <w:pPr>
              <w:spacing w:after="0"/>
            </w:pPr>
            <w:r>
              <w:rPr>
                <w:b w:val="0"/>
                <w:sz w:val="19"/>
              </w:rPr>
              <w:t>b) TDE3.2.2. Tahmin eder.</w:t>
            </w:r>
          </w:p>
          <w:p>
            <w:pPr>
              <w:spacing w:after="0"/>
            </w:pPr>
            <w:r>
              <w:rPr>
                <w:b w:val="0"/>
                <w:sz w:val="19"/>
              </w:rPr>
              <w:t>• Hedef kitlenin özelliklerine yönelik tahminlerde bulunarak konuşmasının giriş, gelişme ve sonuç bölümlerini</w:t>
            </w:r>
          </w:p>
          <w:p>
            <w:pPr>
              <w:spacing w:after="0"/>
            </w:pPr>
            <w:r>
              <w:rPr>
                <w:b w:val="0"/>
                <w:sz w:val="19"/>
              </w:rPr>
              <w:t>tasarlar.</w:t>
            </w:r>
          </w:p>
          <w:p>
            <w:pPr>
              <w:spacing w:after="0"/>
            </w:pPr>
            <w:r>
              <w:rPr>
                <w:b w:val="0"/>
                <w:sz w:val="19"/>
              </w:rPr>
              <w:t>c) TDE3.2.3. Karşılaştırır.</w:t>
            </w:r>
          </w:p>
          <w:p>
            <w:pPr>
              <w:spacing w:after="0"/>
            </w:pPr>
            <w:r>
              <w:rPr>
                <w:b w:val="0"/>
                <w:sz w:val="19"/>
              </w:rPr>
              <w:t>• Konuşmasının amacına uygun ana düşünceyi belirlerken karşılaştırma içeren iletiler oluşturur.</w:t>
            </w:r>
          </w:p>
          <w:p>
            <w:pPr>
              <w:spacing w:after="0"/>
            </w:pPr>
            <w:r>
              <w:rPr>
                <w:b w:val="0"/>
                <w:sz w:val="19"/>
              </w:rPr>
              <w:t>ç) TDE3.2.4. Sınıflandırır.</w:t>
            </w:r>
          </w:p>
          <w:p>
            <w:pPr>
              <w:spacing w:after="0"/>
            </w:pPr>
            <w:r>
              <w:rPr>
                <w:b w:val="0"/>
                <w:sz w:val="19"/>
              </w:rPr>
              <w:t>• Dilin kullanım alanına (özel, mesleki, kamusal alan ve eğitim alanı) göre konuşmasının içeriğini belirler.</w:t>
            </w:r>
          </w:p>
          <w:p>
            <w:pPr>
              <w:spacing w:after="0"/>
            </w:pPr>
            <w:r>
              <w:rPr>
                <w:b w:val="0"/>
                <w:sz w:val="19"/>
              </w:rPr>
              <w:t>d) TDE3.2.5. Yeniden ifade eder.</w:t>
            </w:r>
          </w:p>
          <w:p>
            <w:pPr>
              <w:spacing w:after="0"/>
            </w:pPr>
            <w:r>
              <w:rPr>
                <w:b w:val="0"/>
                <w:sz w:val="19"/>
              </w:rPr>
              <w:t>• Konuşmasının türüne göre bilgi toplar (Hazırlıklı konuşmada bilgi toplar, hazırlıksız konuşmada not alır.).</w:t>
            </w:r>
          </w:p>
          <w:p>
            <w:pPr>
              <w:spacing w:after="0"/>
            </w:pPr>
            <w:r>
              <w:rPr>
                <w:b w:val="0"/>
                <w:sz w:val="19"/>
              </w:rPr>
              <w:t>• Söz varlığını kullanarak konuşmasının içeriğini düzenler.</w:t>
            </w:r>
          </w:p>
          <w:p>
            <w:pPr>
              <w:spacing w:after="0"/>
            </w:pPr>
            <w:r>
              <w:rPr>
                <w:b w:val="0"/>
                <w:sz w:val="19"/>
              </w:rPr>
              <w:t>e) TDE3.2.6. Tepki verir.</w:t>
            </w:r>
          </w:p>
          <w:p>
            <w:pPr>
              <w:spacing w:after="0"/>
            </w:pPr>
            <w:r>
              <w:rPr>
                <w:b w:val="0"/>
                <w:sz w:val="19"/>
              </w:rPr>
              <w:t>• Konuşmasını planlarken dil işlevlerini kullanır.</w:t>
            </w:r>
          </w:p>
          <w:p>
            <w:pPr>
              <w:spacing w:after="0"/>
            </w:pPr>
            <w:r>
              <w:rPr>
                <w:b w:val="0"/>
                <w:sz w:val="19"/>
              </w:rPr>
              <w:t>f) TDE3.2.7. Sesle anlam oluşturur.</w:t>
            </w:r>
          </w:p>
          <w:p>
            <w:pPr>
              <w:spacing w:after="0"/>
            </w:pPr>
            <w:r>
              <w:rPr>
                <w:b w:val="0"/>
                <w:sz w:val="19"/>
              </w:rPr>
              <w:t>• Konuşmasında beden dilini doğru bir şekilde kullanacağını göz önünde bulundurur.</w:t>
            </w:r>
          </w:p>
          <w:p>
            <w:pPr>
              <w:spacing w:after="0"/>
            </w:pPr>
            <w:r>
              <w:rPr>
                <w:b w:val="0"/>
                <w:sz w:val="19"/>
              </w:rPr>
              <w:t>• Konuşmasını diksiyon ve telaffuzu etkin bir şekilde kullanacak şekilde planlar.</w:t>
            </w:r>
          </w:p>
          <w:p>
            <w:pPr>
              <w:spacing w:after="0"/>
            </w:pPr>
            <w:r>
              <w:rPr>
                <w:b w:val="0"/>
                <w:sz w:val="19"/>
              </w:rPr>
              <w:t>g) TDE3.2.8. Görsel ögeleri kullanır.</w:t>
            </w:r>
          </w:p>
          <w:p>
            <w:pPr>
              <w:spacing w:after="0"/>
            </w:pPr>
            <w:r>
              <w:rPr>
                <w:b w:val="0"/>
                <w:sz w:val="19"/>
              </w:rPr>
              <w:t>• Konuşma içeriğini desteklemek için kullanacağı görsel ve işitsel ögelere karar verir.</w:t>
            </w:r>
          </w:p>
          <w:p>
            <w:pPr>
              <w:spacing w:after="0"/>
            </w:pPr>
            <w:r>
              <w:rPr>
                <w:b w:val="0"/>
                <w:sz w:val="19"/>
              </w:rPr>
              <w:t>ğ) TDE3.2.9. Sunar.</w:t>
            </w:r>
          </w:p>
          <w:p>
            <w:pPr>
              <w:spacing w:after="0"/>
            </w:pPr>
            <w:r>
              <w:rPr>
                <w:b w:val="0"/>
                <w:sz w:val="19"/>
              </w:rPr>
              <w:t>• Yapacağı konuşmanın plan taslağını sunar.</w:t>
            </w:r>
          </w:p>
          <w:p>
            <w:pPr>
              <w:spacing w:after="0"/>
            </w:pPr>
            <w:r>
              <w:rPr>
                <w:b w:val="0"/>
                <w:sz w:val="19"/>
              </w:rPr>
              <w:t>• Aldığı geri bildirimler ile plan taslağına son şeklini verir.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D14. Saygı </w:t>
            </w:r>
          </w:p>
          <w:p>
            <w:pPr>
              <w:spacing w:after="0"/>
            </w:pPr>
            <w:r>
              <w:rPr>
                <w:b w:val="0"/>
                <w:sz w:val="19"/>
              </w:rPr>
              <w:t xml:space="preserve">D16. Sorumluluk </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OB2. Dijital Okuryazarlık </w:t>
            </w:r>
          </w:p>
          <w:p>
            <w:pPr>
              <w:spacing w:after="0"/>
            </w:pPr>
            <w:r>
              <w:rPr>
                <w:b w:val="0"/>
                <w:sz w:val="19"/>
              </w:rPr>
              <w:t xml:space="preserve">OB4. Görsel Okuryazarlık </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(TDE3.1. Edebî metinlerde yapısal inceliklere odaklanan akıcı bir konuşma sürecini yönetebilme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Anlamsal çağrışım haritaları</w:t>
            </w:r>
          </w:p>
          <w:p>
            <w:pPr>
              <w:spacing w:after="0"/>
            </w:pPr>
            <w:r>
              <w:rPr>
                <w:b w:val="0"/>
                <w:sz w:val="19"/>
              </w:rPr>
              <w:t>• T diyagramı</w:t>
            </w:r>
          </w:p>
          <w:p>
            <w:pPr>
              <w:spacing w:after="0"/>
            </w:pPr>
            <w:r>
              <w:rPr>
                <w:b w:val="0"/>
                <w:sz w:val="19"/>
              </w:rPr>
              <w:t>• Açık uçlu sorular</w:t>
            </w:r>
          </w:p>
          <w:p>
            <w:pPr>
              <w:spacing w:after="0"/>
            </w:pPr>
            <w:r>
              <w:rPr>
                <w:b w:val="0"/>
                <w:sz w:val="19"/>
              </w:rPr>
              <w:t>• Hikâye haritası</w:t>
            </w:r>
          </w:p>
          <w:p>
            <w:pPr>
              <w:spacing w:after="0"/>
            </w:pPr>
            <w:r>
              <w:rPr>
                <w:b w:val="0"/>
                <w:sz w:val="19"/>
              </w:rPr>
              <w:t>• Çalışma kâğıdı</w:t>
            </w:r>
          </w:p>
          <w:p>
            <w:pPr>
              <w:spacing w:after="0"/>
            </w:pPr>
            <w:r>
              <w:rPr>
                <w:b w:val="0"/>
                <w:sz w:val="19"/>
              </w:rPr>
              <w:t>• Kısa yansıtma makalesi</w:t>
            </w:r>
          </w:p>
          <w:p>
            <w:pPr>
              <w:spacing w:after="0"/>
            </w:pPr>
            <w:r>
              <w:rPr>
                <w:b w:val="0"/>
                <w:sz w:val="19"/>
              </w:rPr>
              <w:t>• Evet/hayır kartları</w:t>
            </w:r>
          </w:p>
          <w:p>
            <w:pPr>
              <w:spacing w:after="0"/>
            </w:pPr>
            <w:r>
              <w:rPr>
                <w:b w:val="0"/>
                <w:sz w:val="19"/>
              </w:rPr>
              <w:t>• Karşılaştırma tablosu</w:t>
            </w:r>
          </w:p>
          <w:p>
            <w:pPr>
              <w:spacing w:after="0"/>
            </w:pPr>
            <w:r>
              <w:rPr>
                <w:b w:val="0"/>
                <w:sz w:val="19"/>
              </w:rPr>
              <w:t>• Çıkış kartı</w:t>
            </w:r>
          </w:p>
          <w:p>
            <w:pPr>
              <w:spacing w:after="0"/>
            </w:pPr>
            <w:r>
              <w:rPr>
                <w:b w:val="0"/>
                <w:sz w:val="19"/>
              </w:rPr>
              <w:t>Yapısı incelikle örülmüş edebî metinlerde okumaya yönelik kısa cevaplı sorular öğrencilerin</w:t>
            </w:r>
          </w:p>
          <w:p>
            <w:pPr>
              <w:spacing w:after="0"/>
            </w:pPr>
            <w:r>
              <w:rPr>
                <w:b w:val="0"/>
                <w:sz w:val="19"/>
              </w:rPr>
              <w:t>anlamını bilmedikleri kelimeleri yazmalarıyla ilgili anlamsal çağrışım haritaları, T diyagramı, açık uçlu sorular; çözümlemede hikâye haritası, çalışma kâğıdı; yansıtmada açık</w:t>
            </w:r>
          </w:p>
          <w:p>
            <w:pPr>
              <w:spacing w:after="0"/>
            </w:pPr>
            <w:r>
              <w:rPr>
                <w:b w:val="0"/>
                <w:sz w:val="19"/>
              </w:rPr>
              <w:t>uçlu sorular kullanılabilir. Dinleme/izleme metinleri için evet/hayır kartları, kontrol listesi, açık uçlu sorular, karşılaştırma tablosu ve çalışma kâğıdı hazırlanabilir.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metinlerdeki mekânları çevreleriyle karşılaştıran birer sunum</w:t>
            </w:r>
          </w:p>
          <w:p>
            <w:pPr>
              <w:spacing w:after="0"/>
            </w:pPr>
            <w:r>
              <w:rPr>
                <w:b w:val="0"/>
                <w:sz w:val="19"/>
              </w:rPr>
              <w:t>hazırlayıp sunmalarına yönelik bir performans görevi</w:t>
            </w:r>
          </w:p>
          <w:p>
            <w:pPr>
              <w:spacing w:after="0"/>
            </w:pPr>
            <w:r>
              <w:rPr>
                <w:b w:val="0"/>
                <w:sz w:val="19"/>
              </w:rPr>
              <w:t>• Dinledikleri/izledikleri belgeseli bilgi görseline dönüştürmelerine yönelik bir performans</w:t>
            </w:r>
          </w:p>
          <w:p>
            <w:pPr>
              <w:spacing w:after="0"/>
            </w:pPr>
            <w:r>
              <w:rPr>
                <w:b w:val="0"/>
                <w:sz w:val="19"/>
              </w:rPr>
              <w:t>görevi</w:t>
            </w:r>
          </w:p>
          <w:p>
            <w:pPr>
              <w:spacing w:after="0"/>
            </w:pPr>
            <w:r>
              <w:rPr>
                <w:b w:val="0"/>
                <w:sz w:val="19"/>
              </w:rPr>
              <w:t>Konuşma becerilerinin ölçülmesiyle ilgili performans görevi dereceli puanlama anahtarı</w:t>
            </w:r>
          </w:p>
          <w:p>
            <w:pPr>
              <w:spacing w:after="0"/>
            </w:pPr>
            <w:r>
              <w:rPr>
                <w:b w:val="0"/>
                <w:sz w:val="19"/>
              </w:rPr>
              <w:t>ile puanlanır. Puanlama anahtarında Türkçenin doğru kullanımı, ses ve diksiyon, akıcılık, beden dili, içerik kurgusu, zaman yönetimi, etkileyicilik vb. ölçütler yer alır.</w:t>
            </w:r>
          </w:p>
          <w:p>
            <w:pPr>
              <w:spacing w:after="0"/>
            </w:pPr>
            <w:r>
              <w:rPr>
                <w:b w:val="0"/>
                <w:sz w:val="19"/>
              </w:rPr>
              <w:t>Öğrencinin yazılı ürünleri dereceli puanlama anahtarı ile puanlanır. Puanlama anahtarında</w:t>
            </w:r>
          </w:p>
          <w:p>
            <w:pPr>
              <w:spacing w:after="0"/>
            </w:pPr>
            <w:r>
              <w:rPr>
                <w:b w:val="0"/>
                <w:sz w:val="19"/>
              </w:rPr>
              <w:t>anlam, dilin ve görsel ögelerin kullanımı, özgünlük, tutarlılık, doğruluk, yazım ve noktalama</w:t>
            </w:r>
          </w:p>
          <w:p>
            <w:pPr>
              <w:spacing w:after="0"/>
            </w:pPr>
            <w:r>
              <w:rPr>
                <w:b w:val="0"/>
                <w:sz w:val="19"/>
              </w:rPr>
              <w:t>gibi ölçütler yer alabilir. Öz değerlendirme ile akran ve grup değerlendirmeleri de</w:t>
            </w:r>
          </w:p>
          <w:p>
            <w:pPr>
              <w:spacing w:after="0"/>
            </w:pPr>
            <w:r>
              <w:rPr>
                <w:b w:val="0"/>
                <w:sz w:val="19"/>
              </w:rPr>
              <w:t>yapılabilir.</w:t>
            </w:r>
          </w:p>
          <w:p>
            <w:pPr>
              <w:spacing w:after="0"/>
            </w:pPr>
            <w:r>
              <w:rPr>
                <w:b w:val="0"/>
                <w:sz w:val="19"/>
              </w:rPr>
              <w:t>Tema sonunda değerlendirme yapmak için çıkış kartı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3.TEMA ANLAMIN YAPI TAŞLARI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KONUŞMA • Okuduğu metinlerdeki</w:t>
            </w:r>
          </w:p>
          <w:p>
            <w:pPr>
              <w:spacing w:after="0"/>
            </w:pPr>
            <w:r>
              <w:rPr>
                <w:b w:val="0"/>
                <w:sz w:val="19"/>
              </w:rPr>
              <w:t>mekânları kendi</w:t>
            </w:r>
          </w:p>
          <w:p>
            <w:pPr>
              <w:spacing w:after="0"/>
            </w:pPr>
            <w:r>
              <w:rPr>
                <w:b w:val="0"/>
                <w:sz w:val="19"/>
              </w:rPr>
              <w:t>çevresindeki</w:t>
            </w:r>
          </w:p>
          <w:p>
            <w:pPr>
              <w:spacing w:after="0"/>
            </w:pPr>
            <w:r>
              <w:rPr>
                <w:b w:val="0"/>
                <w:sz w:val="19"/>
              </w:rPr>
              <w:t>mekânlarla</w:t>
            </w:r>
          </w:p>
          <w:p>
            <w:pPr>
              <w:spacing w:after="0"/>
            </w:pPr>
            <w:r>
              <w:rPr>
                <w:b w:val="0"/>
                <w:sz w:val="19"/>
              </w:rPr>
              <w:t>karşılaştırdığı bir</w:t>
            </w:r>
          </w:p>
          <w:p>
            <w:pPr>
              <w:spacing w:after="0"/>
            </w:pPr>
            <w:r>
              <w:rPr>
                <w:b w:val="0"/>
                <w:sz w:val="19"/>
              </w:rPr>
              <w:t>konuşma yapabilme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TDE3.3. Benzetme, karşılaştırma yaparak yapısal özellikleri ortaya koyduğu bir konuşmada kural uygulayabilme</w:t>
            </w:r>
          </w:p>
          <w:p>
            <w:pPr>
              <w:spacing w:after="0"/>
            </w:pPr>
            <w:r>
              <w:rPr>
                <w:b w:val="0"/>
                <w:sz w:val="19"/>
              </w:rPr>
              <w:t>TDE3.4. Edebî metinlerdeki yapısal inceliklerin konuşmaya etkisine yönelik süreci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TDE3.3.1. Plan hazırlar.</w:t>
            </w:r>
          </w:p>
          <w:p>
            <w:pPr>
              <w:spacing w:after="0"/>
            </w:pPr>
            <w:r>
              <w:rPr>
                <w:b w:val="0"/>
                <w:sz w:val="19"/>
              </w:rPr>
              <w:t>• Konuşmasına planına uygun bir şekilde başlar.</w:t>
            </w:r>
          </w:p>
          <w:p>
            <w:pPr>
              <w:spacing w:after="0"/>
            </w:pPr>
            <w:r>
              <w:rPr>
                <w:b w:val="0"/>
                <w:sz w:val="19"/>
              </w:rPr>
              <w:t>• Konuşmasını dikkat çekici bir girişle başlatır.</w:t>
            </w:r>
          </w:p>
          <w:p>
            <w:pPr>
              <w:spacing w:after="0"/>
            </w:pPr>
            <w:r>
              <w:rPr>
                <w:b w:val="0"/>
                <w:sz w:val="19"/>
              </w:rPr>
              <w:t>b) TDE3.3.2. Düşünceyi geliştirme yollarını kullanır.</w:t>
            </w:r>
          </w:p>
          <w:p>
            <w:pPr>
              <w:spacing w:after="0"/>
            </w:pPr>
            <w:r>
              <w:rPr>
                <w:b w:val="0"/>
                <w:sz w:val="19"/>
              </w:rPr>
              <w:t>• Konuşmasını desteklemek amacıyla düşünceyi geliştirme yollarını kullanır.</w:t>
            </w:r>
          </w:p>
          <w:p>
            <w:pPr>
              <w:spacing w:after="0"/>
            </w:pPr>
            <w:r>
              <w:rPr>
                <w:b w:val="0"/>
                <w:sz w:val="19"/>
              </w:rPr>
              <w:t>• Duygu, düşünce ve hayallerini kendine özgü bir üslupla ifade eder.</w:t>
            </w:r>
          </w:p>
          <w:p>
            <w:pPr>
              <w:spacing w:after="0"/>
            </w:pPr>
            <w:r>
              <w:rPr>
                <w:b w:val="0"/>
                <w:sz w:val="19"/>
              </w:rPr>
              <w:t>c) TDE3.3.3. Uygun söz varlığı kullanır.</w:t>
            </w:r>
          </w:p>
          <w:p>
            <w:pPr>
              <w:spacing w:after="0"/>
            </w:pPr>
            <w:r>
              <w:rPr>
                <w:b w:val="0"/>
                <w:sz w:val="19"/>
              </w:rPr>
              <w:t>• Söz varlığını bağlama uygun şekilde kullanır.</w:t>
            </w:r>
          </w:p>
          <w:p>
            <w:pPr>
              <w:spacing w:after="0"/>
            </w:pPr>
            <w:r>
              <w:rPr>
                <w:b w:val="0"/>
                <w:sz w:val="19"/>
              </w:rPr>
              <w:t>• Ana düşünce ve destekleyici bilgilerle konuşmasını sürdürür.</w:t>
            </w:r>
          </w:p>
          <w:p>
            <w:pPr>
              <w:spacing w:after="0"/>
            </w:pPr>
            <w:r>
              <w:rPr>
                <w:b w:val="0"/>
                <w:sz w:val="19"/>
              </w:rPr>
              <w:t>• Konuşmasını hedef kitleye uygun bir söz varlığı ve üslupla sürdürür.</w:t>
            </w:r>
          </w:p>
          <w:p>
            <w:pPr>
              <w:spacing w:after="0"/>
            </w:pPr>
            <w:r>
              <w:rPr>
                <w:b w:val="0"/>
                <w:sz w:val="19"/>
              </w:rPr>
              <w:t>ç) TDE3.3.4. İletileri açık ve örtük biçimde ifade eder.</w:t>
            </w:r>
          </w:p>
          <w:p>
            <w:pPr>
              <w:spacing w:after="0"/>
            </w:pPr>
            <w:r>
              <w:rPr>
                <w:b w:val="0"/>
                <w:sz w:val="19"/>
              </w:rPr>
              <w:t>• Vermek istediği iletileri açık veya örtük bir şekilde ifade eder.</w:t>
            </w:r>
          </w:p>
          <w:p>
            <w:pPr>
              <w:spacing w:after="0"/>
            </w:pPr>
            <w:r>
              <w:rPr>
                <w:b w:val="0"/>
                <w:sz w:val="19"/>
              </w:rPr>
              <w:t>• Duygu, düşünce ve hayallerini tutarlı bir şekilde ifade eder.</w:t>
            </w:r>
          </w:p>
          <w:p>
            <w:pPr>
              <w:spacing w:after="0"/>
            </w:pPr>
            <w:r>
              <w:rPr>
                <w:b w:val="0"/>
                <w:sz w:val="19"/>
              </w:rPr>
              <w:t>• Konuşmayı başlatma, sürdürme ve bitirme ifadelerini etkili kullanır.</w:t>
            </w:r>
          </w:p>
          <w:p>
            <w:pPr>
              <w:spacing w:after="0"/>
            </w:pPr>
            <w:r>
              <w:rPr>
                <w:b w:val="0"/>
                <w:sz w:val="19"/>
              </w:rPr>
              <w:t>• Millî ve manevi değerlere ve kültürel unsurlara dikkat ederek konuşmasını sürdürür.</w:t>
            </w:r>
          </w:p>
          <w:p>
            <w:pPr>
              <w:spacing w:after="0"/>
            </w:pPr>
            <w:r>
              <w:rPr>
                <w:b w:val="0"/>
                <w:sz w:val="19"/>
              </w:rPr>
              <w:t>• Konuşmasında toplumsal hassasiyet oluşturacak ögeler (siyaset, din, etnisite vb.) kullanmaktan kaçınır.</w:t>
            </w:r>
          </w:p>
          <w:p>
            <w:pPr>
              <w:spacing w:after="0"/>
            </w:pPr>
            <w:r>
              <w:rPr>
                <w:b w:val="0"/>
                <w:sz w:val="19"/>
              </w:rPr>
              <w:t>• Konuşmasında olumlu tutum ve değerleri vurgular.</w:t>
            </w:r>
          </w:p>
          <w:p>
            <w:pPr>
              <w:spacing w:after="0"/>
            </w:pPr>
            <w:r>
              <w:rPr>
                <w:b w:val="0"/>
                <w:sz w:val="19"/>
              </w:rPr>
              <w:t>d) TDE3.3.5. Türkçe dil yapılarını uygular.</w:t>
            </w:r>
          </w:p>
          <w:p>
            <w:pPr>
              <w:spacing w:after="0"/>
            </w:pPr>
            <w:r>
              <w:rPr>
                <w:b w:val="0"/>
                <w:sz w:val="19"/>
              </w:rPr>
              <w:t>• Konuşmasında Türkçenin dil yapısını ve işlevini amacına uygun kullanır.</w:t>
            </w:r>
          </w:p>
          <w:p>
            <w:pPr>
              <w:spacing w:after="0"/>
            </w:pPr>
            <w:r>
              <w:rPr>
                <w:b w:val="0"/>
                <w:sz w:val="19"/>
              </w:rPr>
              <w:t>e) TDE3.3.6. Bağdaşıklık ögelerini kullanır.</w:t>
            </w:r>
          </w:p>
          <w:p>
            <w:pPr>
              <w:spacing w:after="0"/>
            </w:pPr>
            <w:r>
              <w:rPr>
                <w:b w:val="0"/>
                <w:sz w:val="19"/>
              </w:rPr>
              <w:t>• Konuşmasını bağdaşıklık ögelerine dikkat ederek yapar.</w:t>
            </w:r>
          </w:p>
          <w:p>
            <w:pPr>
              <w:spacing w:after="0"/>
            </w:pPr>
            <w:r>
              <w:rPr>
                <w:b w:val="0"/>
                <w:sz w:val="19"/>
              </w:rPr>
              <w:t>f) TDE3.3.7. Beden dilini ve mekânı kullanır.</w:t>
            </w:r>
          </w:p>
          <w:p>
            <w:pPr>
              <w:spacing w:after="0"/>
            </w:pPr>
            <w:r>
              <w:rPr>
                <w:b w:val="0"/>
                <w:sz w:val="19"/>
              </w:rPr>
              <w:t>• Konuşmasında beden dilini doğru bir şekilde kullanır.</w:t>
            </w:r>
          </w:p>
          <w:p>
            <w:pPr>
              <w:spacing w:after="0"/>
            </w:pPr>
            <w:r>
              <w:rPr>
                <w:b w:val="0"/>
                <w:sz w:val="19"/>
              </w:rPr>
              <w:t>• Konuşmasında diksiyon ve telaffuzu etkin bir şekilde kullanır.</w:t>
            </w:r>
          </w:p>
          <w:p>
            <w:pPr>
              <w:spacing w:after="0"/>
            </w:pPr>
            <w:r>
              <w:rPr>
                <w:b w:val="0"/>
                <w:sz w:val="19"/>
              </w:rPr>
              <w:t>• Konuşmasında mekânı etkin bir şekilde kullanır.</w:t>
            </w:r>
          </w:p>
          <w:p>
            <w:pPr>
              <w:spacing w:after="0"/>
            </w:pPr>
            <w:r>
              <w:rPr>
                <w:b w:val="0"/>
                <w:sz w:val="19"/>
              </w:rPr>
              <w:t>• Konuşmasında zamanı verimli bir şekilde kullanır.</w:t>
            </w:r>
          </w:p>
          <w:p>
            <w:pPr>
              <w:spacing w:after="0"/>
            </w:pPr>
            <w:r>
              <w:rPr>
                <w:b w:val="0"/>
                <w:sz w:val="19"/>
              </w:rPr>
              <w:t>• Konuşma sürecinde dinleyici ile etkileşim kurar.</w:t>
            </w:r>
          </w:p>
          <w:p>
            <w:pPr>
              <w:spacing w:after="0"/>
            </w:pPr>
            <w:r>
              <w:rPr>
                <w:b w:val="0"/>
                <w:sz w:val="19"/>
              </w:rPr>
              <w:t>a) TDE3.4.1. Kendini değerlendirir.</w:t>
            </w:r>
          </w:p>
          <w:p>
            <w:pPr>
              <w:spacing w:after="0"/>
            </w:pPr>
            <w:r>
              <w:rPr>
                <w:b w:val="0"/>
                <w:sz w:val="19"/>
              </w:rPr>
              <w:t>• Konuşma sürecindeki davranış, duygu ve düşüncelerini değerlendirir.</w:t>
            </w:r>
          </w:p>
          <w:p>
            <w:pPr>
              <w:spacing w:after="0"/>
            </w:pPr>
            <w:r>
              <w:rPr>
                <w:b w:val="0"/>
                <w:sz w:val="19"/>
              </w:rPr>
              <w:t>• Konuşmasını içerik yönünden değerlendirir.</w:t>
            </w:r>
          </w:p>
          <w:p>
            <w:pPr>
              <w:spacing w:after="0"/>
            </w:pPr>
            <w:r>
              <w:rPr>
                <w:b w:val="0"/>
                <w:sz w:val="19"/>
              </w:rPr>
              <w:t>• Konuşmasını dil ve anlatım yönünden değerlendirir.</w:t>
            </w:r>
          </w:p>
          <w:p>
            <w:pPr>
              <w:spacing w:after="0"/>
            </w:pPr>
            <w:r>
              <w:rPr>
                <w:b w:val="0"/>
                <w:sz w:val="19"/>
              </w:rPr>
              <w:t>• Konuşmasını paydaşların görüşlerine göre değerlendirir.</w:t>
            </w:r>
          </w:p>
          <w:p>
            <w:pPr>
              <w:spacing w:after="0"/>
            </w:pPr>
            <w:r>
              <w:rPr>
                <w:b w:val="0"/>
                <w:sz w:val="19"/>
              </w:rPr>
              <w:t>b) TDE3.4.2. Tepki ortaya koyar.</w:t>
            </w:r>
          </w:p>
          <w:p>
            <w:pPr>
              <w:spacing w:after="0"/>
            </w:pPr>
            <w:r>
              <w:rPr>
                <w:b w:val="0"/>
                <w:sz w:val="19"/>
              </w:rPr>
              <w:t>• Genel geri bildirimlere bağlı olarak bundan sonra yapacağı konuşmalar için kendisine yeni hedefler belirler.</w:t>
            </w:r>
          </w:p>
          <w:p>
            <w:pPr>
              <w:spacing w:after="0"/>
            </w:pPr>
            <w:r>
              <w:rPr>
                <w:b w:val="0"/>
                <w:sz w:val="19"/>
              </w:rPr>
              <w:t>• Özgün konuşmacı kimliğini oluşturur.</w:t>
            </w:r>
          </w:p>
          <w:p>
            <w:pPr>
              <w:spacing w:after="0"/>
            </w:pPr>
            <w:r>
              <w:rPr>
                <w:b w:val="0"/>
                <w:sz w:val="19"/>
              </w:rPr>
              <w:t>• Konuşmasını dijital ortamlar için yeniden düzenleyebilir.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D6. Dürüstlük</w:t>
            </w:r>
          </w:p>
          <w:p>
            <w:pPr>
              <w:spacing w:after="0"/>
            </w:pPr>
            <w:r>
              <w:rPr>
                <w:b w:val="0"/>
                <w:sz w:val="19"/>
              </w:rPr>
              <w:t xml:space="preserve">D7. Estetik </w:t>
            </w:r>
          </w:p>
          <w:p>
            <w:pPr>
              <w:spacing w:after="0"/>
            </w:pPr>
            <w:r>
              <w:rPr>
                <w:b w:val="0"/>
                <w:sz w:val="19"/>
              </w:rPr>
              <w:t xml:space="preserve">D14. Saygı </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(TDE3.3. Benzetme, karşılaştırma yaparak yapısal özellikleri ortaya koyduğu bir konuşmada kural uygulayabilme)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Anlamsal çağrışım haritaları</w:t>
            </w:r>
          </w:p>
          <w:p>
            <w:pPr>
              <w:spacing w:after="0"/>
            </w:pPr>
            <w:r>
              <w:rPr>
                <w:b w:val="0"/>
                <w:sz w:val="19"/>
              </w:rPr>
              <w:t>• T diyagramı</w:t>
            </w:r>
          </w:p>
          <w:p>
            <w:pPr>
              <w:spacing w:after="0"/>
            </w:pPr>
            <w:r>
              <w:rPr>
                <w:b w:val="0"/>
                <w:sz w:val="19"/>
              </w:rPr>
              <w:t>• Açık uçlu sorular</w:t>
            </w:r>
          </w:p>
          <w:p>
            <w:pPr>
              <w:spacing w:after="0"/>
            </w:pPr>
            <w:r>
              <w:rPr>
                <w:b w:val="0"/>
                <w:sz w:val="19"/>
              </w:rPr>
              <w:t>• Hikâye haritası</w:t>
            </w:r>
          </w:p>
          <w:p>
            <w:pPr>
              <w:spacing w:after="0"/>
            </w:pPr>
            <w:r>
              <w:rPr>
                <w:b w:val="0"/>
                <w:sz w:val="19"/>
              </w:rPr>
              <w:t>• Çalışma kâğıdı</w:t>
            </w:r>
          </w:p>
          <w:p>
            <w:pPr>
              <w:spacing w:after="0"/>
            </w:pPr>
            <w:r>
              <w:rPr>
                <w:b w:val="0"/>
                <w:sz w:val="19"/>
              </w:rPr>
              <w:t>• Kısa yansıtma makalesi</w:t>
            </w:r>
          </w:p>
          <w:p>
            <w:pPr>
              <w:spacing w:after="0"/>
            </w:pPr>
            <w:r>
              <w:rPr>
                <w:b w:val="0"/>
                <w:sz w:val="19"/>
              </w:rPr>
              <w:t>• Evet/hayır kartları</w:t>
            </w:r>
          </w:p>
          <w:p>
            <w:pPr>
              <w:spacing w:after="0"/>
            </w:pPr>
            <w:r>
              <w:rPr>
                <w:b w:val="0"/>
                <w:sz w:val="19"/>
              </w:rPr>
              <w:t>• Karşılaştırma tablosu</w:t>
            </w:r>
          </w:p>
          <w:p>
            <w:pPr>
              <w:spacing w:after="0"/>
            </w:pPr>
            <w:r>
              <w:rPr>
                <w:b w:val="0"/>
                <w:sz w:val="19"/>
              </w:rPr>
              <w:t>• Çıkış kartı</w:t>
            </w:r>
          </w:p>
          <w:p>
            <w:pPr>
              <w:spacing w:after="0"/>
            </w:pPr>
            <w:r>
              <w:rPr>
                <w:b w:val="0"/>
                <w:sz w:val="19"/>
              </w:rPr>
              <w:t>Yapısı incelikle örülmüş edebî metinlerde okumaya yönelik kısa cevaplı sorular öğrencilerin</w:t>
            </w:r>
          </w:p>
          <w:p>
            <w:pPr>
              <w:spacing w:after="0"/>
            </w:pPr>
            <w:r>
              <w:rPr>
                <w:b w:val="0"/>
                <w:sz w:val="19"/>
              </w:rPr>
              <w:t>anlamını bilmedikleri kelimeleri yazmalarıyla ilgili anlamsal çağrışım haritaları, T diyagramı, açık uçlu sorular; çözümlemede hikâye haritası, çalışma kâğıdı; yansıtmada açık</w:t>
            </w:r>
          </w:p>
          <w:p>
            <w:pPr>
              <w:spacing w:after="0"/>
            </w:pPr>
            <w:r>
              <w:rPr>
                <w:b w:val="0"/>
                <w:sz w:val="19"/>
              </w:rPr>
              <w:t>uçlu sorular kullanılabilir. Dinleme/izleme metinleri için evet/hayır kartları, kontrol listesi, açık uçlu sorular, karşılaştırma tablosu ve çalışma kâğıdı hazırlanabilir.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metinlerdeki mekânları çevreleriyle karşılaştıran birer sunum</w:t>
            </w:r>
          </w:p>
          <w:p>
            <w:pPr>
              <w:spacing w:after="0"/>
            </w:pPr>
            <w:r>
              <w:rPr>
                <w:b w:val="0"/>
                <w:sz w:val="19"/>
              </w:rPr>
              <w:t>hazırlayıp sunmalarına yönelik bir performans görevi</w:t>
            </w:r>
          </w:p>
          <w:p>
            <w:pPr>
              <w:spacing w:after="0"/>
            </w:pPr>
            <w:r>
              <w:rPr>
                <w:b w:val="0"/>
                <w:sz w:val="19"/>
              </w:rPr>
              <w:t>• Dinledikleri/izledikleri belgeseli bilgi görseline dönüştürmelerine yönelik bir performans</w:t>
            </w:r>
          </w:p>
          <w:p>
            <w:pPr>
              <w:spacing w:after="0"/>
            </w:pPr>
            <w:r>
              <w:rPr>
                <w:b w:val="0"/>
                <w:sz w:val="19"/>
              </w:rPr>
              <w:t>görevi</w:t>
            </w:r>
          </w:p>
          <w:p>
            <w:pPr>
              <w:spacing w:after="0"/>
            </w:pPr>
            <w:r>
              <w:rPr>
                <w:b w:val="0"/>
                <w:sz w:val="19"/>
              </w:rPr>
              <w:t>Konuşma becerilerinin ölçülmesiyle ilgili performans görevi dereceli puanlama anahtarı</w:t>
            </w:r>
          </w:p>
          <w:p>
            <w:pPr>
              <w:spacing w:after="0"/>
            </w:pPr>
            <w:r>
              <w:rPr>
                <w:b w:val="0"/>
                <w:sz w:val="19"/>
              </w:rPr>
              <w:t>ile puanlanır. Puanlama anahtarında Türkçenin doğru kullanımı, ses ve diksiyon, akıcılık, beden dili, içerik kurgusu, zaman yönetimi, etkileyicilik vb. ölçütler yer alır.</w:t>
            </w:r>
          </w:p>
          <w:p>
            <w:pPr>
              <w:spacing w:after="0"/>
            </w:pPr>
            <w:r>
              <w:rPr>
                <w:b w:val="0"/>
                <w:sz w:val="19"/>
              </w:rPr>
              <w:t>Öğrencinin yazılı ürünleri dereceli puanlama anahtarı ile puanlanır. Puanlama anahtarında</w:t>
            </w:r>
          </w:p>
          <w:p>
            <w:pPr>
              <w:spacing w:after="0"/>
            </w:pPr>
            <w:r>
              <w:rPr>
                <w:b w:val="0"/>
                <w:sz w:val="19"/>
              </w:rPr>
              <w:t>anlam, dilin ve görsel ögelerin kullanımı, özgünlük, tutarlılık, doğruluk, yazım ve noktalama</w:t>
            </w:r>
          </w:p>
          <w:p>
            <w:pPr>
              <w:spacing w:after="0"/>
            </w:pPr>
            <w:r>
              <w:rPr>
                <w:b w:val="0"/>
                <w:sz w:val="19"/>
              </w:rPr>
              <w:t>gibi ölçütler yer alabilir. Öz değerlendirme ile akran ve grup değerlendirmeleri de</w:t>
            </w:r>
          </w:p>
          <w:p>
            <w:pPr>
              <w:spacing w:after="0"/>
            </w:pPr>
            <w:r>
              <w:rPr>
                <w:b w:val="0"/>
                <w:sz w:val="19"/>
              </w:rPr>
              <w:t>yapılabilir.</w:t>
            </w:r>
          </w:p>
          <w:p>
            <w:pPr>
              <w:spacing w:after="0"/>
            </w:pPr>
            <w:r>
              <w:rPr>
                <w:b w:val="0"/>
                <w:sz w:val="19"/>
              </w:rPr>
              <w:t>Tema sonunda değerlendirme yapmak için çıkış kartı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Türk Dünyası ve Toplulukları Haftası (16-22 Mart) </w:t>
            </w:r>
          </w:p>
          <w:p>
            <w:pPr>
              <w:spacing w:after="0"/>
            </w:pPr>
            <w:r>
              <w:rPr>
                <w:b w:val="0"/>
                <w:sz w:val="19"/>
              </w:rPr>
              <w:t>Şehitler Haftası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3.TEMA ANLAMIN YAPI TAŞLARI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DİNLEME/İZLEME • Tema içeriğine uygun</w:t>
            </w:r>
          </w:p>
          <w:p>
            <w:pPr>
              <w:spacing w:after="0"/>
            </w:pPr>
            <w:r>
              <w:rPr>
                <w:b w:val="0"/>
                <w:sz w:val="19"/>
              </w:rPr>
              <w:t>çok modlu metin</w:t>
            </w:r>
          </w:p>
          <w:p>
            <w:pPr>
              <w:spacing w:after="0"/>
            </w:pPr>
            <w:r>
              <w:rPr>
                <w:b w:val="0"/>
                <w:sz w:val="19"/>
              </w:rPr>
              <w:t>(Belgesel)</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TDE1.1. “Anlamın Yapı Taşları” temasında ele alınan metinlerde dinleme/izlemeyi yönetebilme </w:t>
            </w:r>
          </w:p>
          <w:p>
            <w:pPr>
              <w:spacing w:after="0"/>
            </w:pPr>
            <w:r>
              <w:rPr>
                <w:b w:val="0"/>
                <w:sz w:val="19"/>
              </w:rPr>
              <w:t>TDE1.2. “Anlamın Yapı Taşları” temasında ele alınan metinlerde anlam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TDE1.1.1. Seçim yapar.</w:t>
            </w:r>
          </w:p>
          <w:p>
            <w:pPr>
              <w:spacing w:after="0"/>
            </w:pPr>
            <w:r>
              <w:rPr>
                <w:b w:val="0"/>
                <w:sz w:val="19"/>
              </w:rPr>
              <w:t>• Metni dinlemeye/izlemeye başlamadan önce dinleme/izleme amacını belirler.</w:t>
            </w:r>
          </w:p>
          <w:p>
            <w:pPr>
              <w:spacing w:after="0"/>
            </w:pPr>
            <w:r>
              <w:rPr>
                <w:b w:val="0"/>
                <w:sz w:val="19"/>
              </w:rPr>
              <w:t>• Dinleme/izleme yapmadan önce metnin başlık ve görsellerinden hareketle metnin içeriğine ve türüne yönelik</w:t>
            </w:r>
          </w:p>
          <w:p>
            <w:pPr>
              <w:spacing w:after="0"/>
            </w:pPr>
            <w:r>
              <w:rPr>
                <w:b w:val="0"/>
                <w:sz w:val="19"/>
              </w:rPr>
              <w:t>tahminde bulunur.</w:t>
            </w:r>
          </w:p>
          <w:p>
            <w:pPr>
              <w:spacing w:after="0"/>
            </w:pPr>
            <w:r>
              <w:rPr>
                <w:b w:val="0"/>
                <w:sz w:val="19"/>
              </w:rPr>
              <w:t>• Dinleyeceği/izleyeceği metin için uygun dinleme/izleme yöntem ve stratejisi seçer.</w:t>
            </w:r>
          </w:p>
          <w:p>
            <w:pPr>
              <w:spacing w:after="0"/>
            </w:pPr>
            <w:r>
              <w:rPr>
                <w:b w:val="0"/>
                <w:sz w:val="19"/>
              </w:rPr>
              <w:t>b) TDE1.1.2. İlişkiyi sürdürür.</w:t>
            </w:r>
          </w:p>
          <w:p>
            <w:pPr>
              <w:spacing w:after="0"/>
            </w:pPr>
            <w:r>
              <w:rPr>
                <w:b w:val="0"/>
                <w:sz w:val="19"/>
              </w:rPr>
              <w:t>• Dinleme/izleme kurallarını uygulayarak dinlemeyi/izlemeyi sürdürür.</w:t>
            </w:r>
          </w:p>
          <w:p>
            <w:pPr>
              <w:spacing w:after="0"/>
            </w:pPr>
            <w:r>
              <w:rPr>
                <w:b w:val="0"/>
                <w:sz w:val="19"/>
              </w:rPr>
              <w:t>a) TDE1.2.1. Ön bilgilerle bağlantı kurar.</w:t>
            </w:r>
          </w:p>
          <w:p>
            <w:pPr>
              <w:spacing w:after="0"/>
            </w:pPr>
            <w:r>
              <w:rPr>
                <w:b w:val="0"/>
                <w:sz w:val="19"/>
              </w:rPr>
              <w:t>• Dinleme/izleme metnindeki bilgiler ile ön bilgileri arasında bağlantı kurar.</w:t>
            </w:r>
          </w:p>
          <w:p>
            <w:pPr>
              <w:spacing w:after="0"/>
            </w:pPr>
            <w:r>
              <w:rPr>
                <w:b w:val="0"/>
                <w:sz w:val="19"/>
              </w:rPr>
              <w:t>b) TDE1.2.2. Tahmin eder.</w:t>
            </w:r>
          </w:p>
          <w:p>
            <w:pPr>
              <w:spacing w:after="0"/>
            </w:pPr>
            <w:r>
              <w:rPr>
                <w:b w:val="0"/>
                <w:sz w:val="19"/>
              </w:rPr>
              <w:t>• Dinlediği/izlediği metindeki söz varlığının anlamını bağlamdan hareketle belirler.</w:t>
            </w:r>
          </w:p>
          <w:p>
            <w:pPr>
              <w:spacing w:after="0"/>
            </w:pPr>
            <w:r>
              <w:rPr>
                <w:b w:val="0"/>
                <w:sz w:val="19"/>
              </w:rPr>
              <w:t>c) TDE1.2.3. Çıkarım yapar.</w:t>
            </w:r>
          </w:p>
          <w:p>
            <w:pPr>
              <w:spacing w:after="0"/>
            </w:pPr>
            <w:r>
              <w:rPr>
                <w:b w:val="0"/>
                <w:sz w:val="19"/>
              </w:rPr>
              <w:t>• Dinlediği/izlediği metinde açıkça sunulan bilgileri belirler.</w:t>
            </w:r>
          </w:p>
          <w:p>
            <w:pPr>
              <w:spacing w:after="0"/>
            </w:pPr>
            <w:r>
              <w:rPr>
                <w:b w:val="0"/>
                <w:sz w:val="19"/>
              </w:rPr>
              <w:t>• Dinlediği/izlediği metinlerden hareketle çıkarımlar yapar.</w:t>
            </w:r>
          </w:p>
          <w:p>
            <w:pPr>
              <w:spacing w:after="0"/>
            </w:pPr>
            <w:r>
              <w:rPr>
                <w:b w:val="0"/>
                <w:sz w:val="19"/>
              </w:rPr>
              <w:t>• Dinlediği/izlediği metinde açıkça ifade edilen neden-sonuç, koşul, varsayım bilgilerini belirler.</w:t>
            </w:r>
          </w:p>
          <w:p>
            <w:pPr>
              <w:spacing w:after="0"/>
            </w:pPr>
            <w:r>
              <w:rPr>
                <w:b w:val="0"/>
                <w:sz w:val="19"/>
              </w:rPr>
              <w:t>• Dinlediği/izlediği metnin konu ve/veya temasını belirler.</w:t>
            </w:r>
          </w:p>
          <w:p>
            <w:pPr>
              <w:spacing w:after="0"/>
            </w:pPr>
            <w:r>
              <w:rPr>
                <w:b w:val="0"/>
                <w:sz w:val="19"/>
              </w:rPr>
              <w:t>• Dinlediği/izlediği metnin yardımcı düşüncelerini belirler.</w:t>
            </w:r>
          </w:p>
          <w:p>
            <w:pPr>
              <w:spacing w:after="0"/>
            </w:pPr>
            <w:r>
              <w:rPr>
                <w:b w:val="0"/>
                <w:sz w:val="19"/>
              </w:rPr>
              <w:t>• Dinlediği/izlediği metinde ana düşünceyi/duyguyu belirler.</w:t>
            </w:r>
          </w:p>
          <w:p>
            <w:pPr>
              <w:spacing w:after="0"/>
            </w:pPr>
            <w:r>
              <w:rPr>
                <w:b w:val="0"/>
                <w:sz w:val="19"/>
              </w:rPr>
              <w:t>• Dinlediği/izlediği metnin yazar/şair tarafından yazılma amacını belirler.</w:t>
            </w:r>
          </w:p>
          <w:p>
            <w:pPr>
              <w:spacing w:after="0"/>
            </w:pPr>
            <w:r>
              <w:rPr>
                <w:b w:val="0"/>
                <w:sz w:val="19"/>
              </w:rPr>
              <w:t>• Dinlediği/izlediği metinde yer alan iletilerin sunuluş şeklini inceler.</w:t>
            </w:r>
          </w:p>
          <w:p>
            <w:pPr>
              <w:spacing w:after="0"/>
            </w:pPr>
            <w:r>
              <w:rPr>
                <w:b w:val="0"/>
                <w:sz w:val="19"/>
              </w:rPr>
              <w:t>• Dinlediği/izlediği metindeki karakterlerin davranışlarından duygu ve düşüncelerine yönelik çıkarımlar yapar.</w:t>
            </w:r>
          </w:p>
          <w:p>
            <w:pPr>
              <w:spacing w:after="0"/>
            </w:pPr>
            <w:r>
              <w:rPr>
                <w:b w:val="0"/>
                <w:sz w:val="19"/>
              </w:rPr>
              <w:t>• Dinlediği/izlediği metin ile yazar/şair arasındaki ilişkiyi belirler.</w:t>
            </w:r>
          </w:p>
          <w:p>
            <w:pPr>
              <w:spacing w:after="0"/>
            </w:pPr>
            <w:r>
              <w:rPr>
                <w:b w:val="0"/>
                <w:sz w:val="19"/>
              </w:rPr>
              <w:t>ç) TDE1.2.4. Karşılaştırır.</w:t>
            </w:r>
          </w:p>
          <w:p>
            <w:pPr>
              <w:spacing w:after="0"/>
            </w:pPr>
            <w:r>
              <w:rPr>
                <w:b w:val="0"/>
                <w:sz w:val="19"/>
              </w:rPr>
              <w:t>• Metni dinleme/izleme sürecinden önce metne ilişkin tahminleri ile dinledikten/izledikten sonraki tespitlerini</w:t>
            </w:r>
          </w:p>
          <w:p>
            <w:pPr>
              <w:spacing w:after="0"/>
            </w:pPr>
            <w:r>
              <w:rPr>
                <w:b w:val="0"/>
                <w:sz w:val="19"/>
              </w:rPr>
              <w:t>karşılaştırır.</w:t>
            </w:r>
          </w:p>
          <w:p>
            <w:pPr>
              <w:spacing w:after="0"/>
            </w:pPr>
            <w:r>
              <w:rPr>
                <w:b w:val="0"/>
                <w:sz w:val="19"/>
              </w:rPr>
              <w:t>• Dinlediği/izlediği metinleri belirlenen ölçütlere (içerik, tür, şekil, dönem, zihniyet, üslup, ileti) göre karşılaştırır.</w:t>
            </w:r>
          </w:p>
          <w:p>
            <w:pPr>
              <w:spacing w:after="0"/>
            </w:pPr>
            <w:r>
              <w:rPr>
                <w:b w:val="0"/>
                <w:sz w:val="19"/>
              </w:rPr>
              <w:t>d) TDE1.2.5. Sınıflandırır.</w:t>
            </w:r>
          </w:p>
          <w:p>
            <w:pPr>
              <w:spacing w:after="0"/>
            </w:pPr>
            <w:r>
              <w:rPr>
                <w:b w:val="0"/>
                <w:sz w:val="19"/>
              </w:rPr>
              <w:t>• Dinlediği/izlediği metinleri belirlenen ölçütlere (içerik, tür, şekil, dönem, zihniyet, üslup, ileti) göre sınıflandırır.</w:t>
            </w:r>
          </w:p>
          <w:p>
            <w:pPr>
              <w:spacing w:after="0"/>
            </w:pPr>
            <w:r>
              <w:rPr>
                <w:b w:val="0"/>
                <w:sz w:val="19"/>
              </w:rPr>
              <w:t>• Dinlediği/izlediği metinde gerçek ve kurgu arasındaki farkı belirler.</w:t>
            </w:r>
          </w:p>
          <w:p>
            <w:pPr>
              <w:spacing w:after="0"/>
            </w:pPr>
            <w:r>
              <w:rPr>
                <w:b w:val="0"/>
                <w:sz w:val="19"/>
              </w:rPr>
              <w:t>• Dinlediği/izlediği metindeki öznel ve nesnel ifadeleri ayırt eder.</w:t>
            </w:r>
          </w:p>
          <w:p>
            <w:pPr>
              <w:spacing w:after="0"/>
            </w:pPr>
            <w:r>
              <w:rPr>
                <w:b w:val="0"/>
                <w:sz w:val="19"/>
              </w:rPr>
              <w:t>• Dinlediği/izlediği metindeki bilgilerin güvenilir olup olmadığını belirler.</w:t>
            </w:r>
          </w:p>
          <w:p>
            <w:pPr>
              <w:spacing w:after="0"/>
            </w:pPr>
            <w:r>
              <w:rPr>
                <w:b w:val="0"/>
                <w:sz w:val="19"/>
              </w:rPr>
              <w:t>e) TDE1.2.6. Tepki verir.</w:t>
            </w:r>
          </w:p>
          <w:p>
            <w:pPr>
              <w:spacing w:after="0"/>
            </w:pPr>
            <w:r>
              <w:rPr>
                <w:b w:val="0"/>
                <w:sz w:val="19"/>
              </w:rPr>
              <w:t>• Dinlediği/izlediği metni özetler.</w:t>
            </w:r>
          </w:p>
          <w:p>
            <w:pPr>
              <w:spacing w:after="0"/>
            </w:pPr>
            <w:r>
              <w:rPr>
                <w:b w:val="0"/>
                <w:sz w:val="19"/>
              </w:rPr>
              <w:t>• Dinlediği/izlediği metinlere yönelik geri bildirimler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D6. Dürüstlük</w:t>
            </w:r>
          </w:p>
          <w:p>
            <w:pPr>
              <w:spacing w:after="0"/>
            </w:pPr>
            <w:r>
              <w:rPr>
                <w:b w:val="0"/>
                <w:sz w:val="19"/>
              </w:rPr>
              <w:t xml:space="preserve">D7. Estetik </w:t>
            </w:r>
          </w:p>
          <w:p>
            <w:pPr>
              <w:spacing w:after="0"/>
            </w:pPr>
            <w:r>
              <w:rPr>
                <w:b w:val="0"/>
                <w:sz w:val="19"/>
              </w:rPr>
              <w:t xml:space="preserve">D14. Saygı </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(TDE1.1. “Anlamın Yapı Taşları” temasında ele alınan metinlerde dinleme/izlemeyi yönetebilme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Anlamsal çağrışım haritaları</w:t>
            </w:r>
          </w:p>
          <w:p>
            <w:pPr>
              <w:spacing w:after="0"/>
            </w:pPr>
            <w:r>
              <w:rPr>
                <w:b w:val="0"/>
                <w:sz w:val="19"/>
              </w:rPr>
              <w:t>• T diyagramı</w:t>
            </w:r>
          </w:p>
          <w:p>
            <w:pPr>
              <w:spacing w:after="0"/>
            </w:pPr>
            <w:r>
              <w:rPr>
                <w:b w:val="0"/>
                <w:sz w:val="19"/>
              </w:rPr>
              <w:t>• Açık uçlu sorular</w:t>
            </w:r>
          </w:p>
          <w:p>
            <w:pPr>
              <w:spacing w:after="0"/>
            </w:pPr>
            <w:r>
              <w:rPr>
                <w:b w:val="0"/>
                <w:sz w:val="19"/>
              </w:rPr>
              <w:t>• Hikâye haritası</w:t>
            </w:r>
          </w:p>
          <w:p>
            <w:pPr>
              <w:spacing w:after="0"/>
            </w:pPr>
            <w:r>
              <w:rPr>
                <w:b w:val="0"/>
                <w:sz w:val="19"/>
              </w:rPr>
              <w:t>• Çalışma kâğıdı</w:t>
            </w:r>
          </w:p>
          <w:p>
            <w:pPr>
              <w:spacing w:after="0"/>
            </w:pPr>
            <w:r>
              <w:rPr>
                <w:b w:val="0"/>
                <w:sz w:val="19"/>
              </w:rPr>
              <w:t>• Kısa yansıtma makalesi</w:t>
            </w:r>
          </w:p>
          <w:p>
            <w:pPr>
              <w:spacing w:after="0"/>
            </w:pPr>
            <w:r>
              <w:rPr>
                <w:b w:val="0"/>
                <w:sz w:val="19"/>
              </w:rPr>
              <w:t>• Evet/hayır kartları</w:t>
            </w:r>
          </w:p>
          <w:p>
            <w:pPr>
              <w:spacing w:after="0"/>
            </w:pPr>
            <w:r>
              <w:rPr>
                <w:b w:val="0"/>
                <w:sz w:val="19"/>
              </w:rPr>
              <w:t>• Karşılaştırma tablosu</w:t>
            </w:r>
          </w:p>
          <w:p>
            <w:pPr>
              <w:spacing w:after="0"/>
            </w:pPr>
            <w:r>
              <w:rPr>
                <w:b w:val="0"/>
                <w:sz w:val="19"/>
              </w:rPr>
              <w:t>• Çıkış kartı</w:t>
            </w:r>
          </w:p>
          <w:p>
            <w:pPr>
              <w:spacing w:after="0"/>
            </w:pPr>
            <w:r>
              <w:rPr>
                <w:b w:val="0"/>
                <w:sz w:val="19"/>
              </w:rPr>
              <w:t>Yapısı incelikle örülmüş edebî metinlerde okumaya yönelik kısa cevaplı sorular öğrencilerin</w:t>
            </w:r>
          </w:p>
          <w:p>
            <w:pPr>
              <w:spacing w:after="0"/>
            </w:pPr>
            <w:r>
              <w:rPr>
                <w:b w:val="0"/>
                <w:sz w:val="19"/>
              </w:rPr>
              <w:t>anlamını bilmedikleri kelimeleri yazmalarıyla ilgili anlamsal çağrışım haritaları, T diyagramı, açık uçlu sorular; çözümlemede hikâye haritası, çalışma kâğıdı; yansıtmada açık</w:t>
            </w:r>
          </w:p>
          <w:p>
            <w:pPr>
              <w:spacing w:after="0"/>
            </w:pPr>
            <w:r>
              <w:rPr>
                <w:b w:val="0"/>
                <w:sz w:val="19"/>
              </w:rPr>
              <w:t>uçlu sorular kullanılabilir. Dinleme/izleme metinleri için evet/hayır kartları, kontrol listesi, açık uçlu sorular, karşılaştırma tablosu ve çalışma kâğıdı hazırlanabilir.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metinlerdeki mekânları çevreleriyle karşılaştıran birer sunum</w:t>
            </w:r>
          </w:p>
          <w:p>
            <w:pPr>
              <w:spacing w:after="0"/>
            </w:pPr>
            <w:r>
              <w:rPr>
                <w:b w:val="0"/>
                <w:sz w:val="19"/>
              </w:rPr>
              <w:t>hazırlayıp sunmalarına yönelik bir performans görevi</w:t>
            </w:r>
          </w:p>
          <w:p>
            <w:pPr>
              <w:spacing w:after="0"/>
            </w:pPr>
            <w:r>
              <w:rPr>
                <w:b w:val="0"/>
                <w:sz w:val="19"/>
              </w:rPr>
              <w:t>• Dinledikleri/izledikleri belgeseli bilgi görseline dönüştürmelerine yönelik bir performans</w:t>
            </w:r>
          </w:p>
          <w:p>
            <w:pPr>
              <w:spacing w:after="0"/>
            </w:pPr>
            <w:r>
              <w:rPr>
                <w:b w:val="0"/>
                <w:sz w:val="19"/>
              </w:rPr>
              <w:t>görevi</w:t>
            </w:r>
          </w:p>
          <w:p>
            <w:pPr>
              <w:spacing w:after="0"/>
            </w:pPr>
            <w:r>
              <w:rPr>
                <w:b w:val="0"/>
                <w:sz w:val="19"/>
              </w:rPr>
              <w:t>Konuşma becerilerinin ölçülmesiyle ilgili performans görevi dereceli puanlama anahtarı</w:t>
            </w:r>
          </w:p>
          <w:p>
            <w:pPr>
              <w:spacing w:after="0"/>
            </w:pPr>
            <w:r>
              <w:rPr>
                <w:b w:val="0"/>
                <w:sz w:val="19"/>
              </w:rPr>
              <w:t>ile puanlanır. Puanlama anahtarında Türkçenin doğru kullanımı, ses ve diksiyon, akıcılık, beden dili, içerik kurgusu, zaman yönetimi, etkileyicilik vb. ölçütler yer alır.</w:t>
            </w:r>
          </w:p>
          <w:p>
            <w:pPr>
              <w:spacing w:after="0"/>
            </w:pPr>
            <w:r>
              <w:rPr>
                <w:b w:val="0"/>
                <w:sz w:val="19"/>
              </w:rPr>
              <w:t>Öğrencinin yazılı ürünleri dereceli puanlama anahtarı ile puanlanır. Puanlama anahtarında</w:t>
            </w:r>
          </w:p>
          <w:p>
            <w:pPr>
              <w:spacing w:after="0"/>
            </w:pPr>
            <w:r>
              <w:rPr>
                <w:b w:val="0"/>
                <w:sz w:val="19"/>
              </w:rPr>
              <w:t>anlam, dilin ve görsel ögelerin kullanımı, özgünlük, tutarlılık, doğruluk, yazım ve noktalama</w:t>
            </w:r>
          </w:p>
          <w:p>
            <w:pPr>
              <w:spacing w:after="0"/>
            </w:pPr>
            <w:r>
              <w:rPr>
                <w:b w:val="0"/>
                <w:sz w:val="19"/>
              </w:rPr>
              <w:t>gibi ölçütler yer alabilir. Öz değerlendirme ile akran ve grup değerlendirmeleri de</w:t>
            </w:r>
          </w:p>
          <w:p>
            <w:pPr>
              <w:spacing w:after="0"/>
            </w:pPr>
            <w:r>
              <w:rPr>
                <w:b w:val="0"/>
                <w:sz w:val="19"/>
              </w:rPr>
              <w:t>yapılabilir.</w:t>
            </w:r>
          </w:p>
          <w:p>
            <w:pPr>
              <w:spacing w:after="0"/>
            </w:pPr>
            <w:r>
              <w:rPr>
                <w:b w:val="0"/>
                <w:sz w:val="19"/>
              </w:rPr>
              <w:t>Tema sonunda değerlendirme yapmak için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3.TEMA ANLAMIN YAPI TAŞLARI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DİNLEME/İZLEME • Tema içeriğine uygun</w:t>
            </w:r>
          </w:p>
          <w:p>
            <w:pPr>
              <w:spacing w:after="0"/>
            </w:pPr>
            <w:r>
              <w:rPr>
                <w:b w:val="0"/>
                <w:sz w:val="19"/>
              </w:rPr>
              <w:t>çok modlu metin</w:t>
            </w:r>
          </w:p>
          <w:p>
            <w:pPr>
              <w:spacing w:after="0"/>
            </w:pPr>
            <w:r>
              <w:rPr>
                <w:b w:val="0"/>
                <w:sz w:val="19"/>
              </w:rPr>
              <w:t xml:space="preserve">(Belgesel) </w:t>
            </w:r>
          </w:p>
          <w:p>
            <w:pPr>
              <w:spacing w:after="0"/>
            </w:pPr>
            <w:r>
              <w:rPr>
                <w:b w:val="0"/>
                <w:sz w:val="19"/>
              </w:rPr>
              <w:t>YAZMA • Belgeseli infografik</w:t>
            </w:r>
          </w:p>
          <w:p>
            <w:pPr>
              <w:spacing w:after="0"/>
            </w:pPr>
            <w:r>
              <w:rPr>
                <w:b w:val="0"/>
                <w:sz w:val="19"/>
              </w:rPr>
              <w:t>metne dönüştürebilme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TDE1.3. “Anlamın Yapı Taşları” temasında ele alınan metinleri çözümleyebilme </w:t>
            </w:r>
          </w:p>
          <w:p>
            <w:pPr>
              <w:spacing w:after="0"/>
            </w:pPr>
            <w:r>
              <w:rPr>
                <w:b w:val="0"/>
                <w:sz w:val="19"/>
              </w:rPr>
              <w:t>TDE4.1. Yapısını incelikle ördüğü bir yazılı anlatım sürecini yönetebilme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TDE1.3.1. Parçaları belirler.</w:t>
            </w:r>
          </w:p>
          <w:p>
            <w:pPr>
              <w:spacing w:after="0"/>
            </w:pPr>
            <w:r>
              <w:rPr>
                <w:b w:val="0"/>
                <w:sz w:val="19"/>
              </w:rPr>
              <w:t>• Dinlediği/izlediği metindeki karakterlerin özelliklerini ve amaçlarını inceler.</w:t>
            </w:r>
          </w:p>
          <w:p>
            <w:pPr>
              <w:spacing w:after="0"/>
            </w:pPr>
            <w:r>
              <w:rPr>
                <w:b w:val="0"/>
                <w:sz w:val="19"/>
              </w:rPr>
              <w:t>• Dinlediği/izlediği metindeki yapı unsurlarını belirler.</w:t>
            </w:r>
          </w:p>
          <w:p>
            <w:pPr>
              <w:spacing w:after="0"/>
            </w:pPr>
            <w:r>
              <w:rPr>
                <w:b w:val="0"/>
                <w:sz w:val="19"/>
              </w:rPr>
              <w:t>• Dinlediği/izlediği metindeki dil ve anlatım özelliklerini belirler.</w:t>
            </w:r>
          </w:p>
          <w:p>
            <w:pPr>
              <w:spacing w:after="0"/>
            </w:pPr>
            <w:r>
              <w:rPr>
                <w:b w:val="0"/>
                <w:sz w:val="19"/>
              </w:rPr>
              <w:t>• Dinlediği/izlediği metindeki dil işlevlerini belirler.</w:t>
            </w:r>
          </w:p>
          <w:p>
            <w:pPr>
              <w:spacing w:after="0"/>
            </w:pPr>
            <w:r>
              <w:rPr>
                <w:b w:val="0"/>
                <w:sz w:val="19"/>
              </w:rPr>
              <w:t>b) TDE1.3.2. Parçalar arasındaki ilişkileri belirler.</w:t>
            </w:r>
          </w:p>
          <w:p>
            <w:pPr>
              <w:spacing w:after="0"/>
            </w:pPr>
            <w:r>
              <w:rPr>
                <w:b w:val="0"/>
                <w:sz w:val="19"/>
              </w:rPr>
              <w:t>• Dinlediği/izlediği metni oluşturan şekil ve anlama dair birimler arasındaki ilişkileri belirler.</w:t>
            </w:r>
          </w:p>
          <w:p>
            <w:pPr>
              <w:spacing w:after="0"/>
            </w:pPr>
            <w:r>
              <w:rPr>
                <w:b w:val="0"/>
                <w:sz w:val="19"/>
              </w:rPr>
              <w:t>• Dinlediği/izlediği metindeki yapı unsurları arasındaki ilişkileri belirler.</w:t>
            </w:r>
          </w:p>
          <w:p>
            <w:pPr>
              <w:spacing w:after="0"/>
            </w:pPr>
            <w:r>
              <w:rPr>
                <w:b w:val="0"/>
                <w:sz w:val="19"/>
              </w:rPr>
              <w:t>• Yazarın/şairin üslup seçiminin nedenleri ve sonuçlarını açıklar.</w:t>
            </w:r>
          </w:p>
          <w:p>
            <w:pPr>
              <w:spacing w:after="0"/>
            </w:pPr>
            <w:r>
              <w:rPr>
                <w:b w:val="0"/>
                <w:sz w:val="19"/>
              </w:rPr>
              <w:t>• Dinlediği/izlediği metinlerin yazıldığı dönemin özelliklerini açıklar.</w:t>
            </w:r>
          </w:p>
          <w:p>
            <w:pPr>
              <w:spacing w:after="0"/>
            </w:pPr>
            <w:r>
              <w:rPr>
                <w:b w:val="0"/>
                <w:sz w:val="19"/>
              </w:rPr>
              <w:t>• Dinlediği/izlediği metnin içeriğinin, yapı unsurlarının, dil ve anlatım özelliklerinin metnin yazıldığı dönemle ve</w:t>
            </w:r>
          </w:p>
          <w:p>
            <w:pPr>
              <w:spacing w:after="0"/>
            </w:pPr>
            <w:r>
              <w:rPr>
                <w:b w:val="0"/>
                <w:sz w:val="19"/>
              </w:rPr>
              <w:t>toplumla ilişkisini kurar.</w:t>
            </w:r>
          </w:p>
          <w:p>
            <w:pPr>
              <w:spacing w:after="0"/>
            </w:pPr>
            <w:r>
              <w:rPr>
                <w:b w:val="0"/>
                <w:sz w:val="19"/>
              </w:rPr>
              <w:t>• Dinlediği/izlediği metni millî, manevi ve evrensel değerlerin aktarımı bağlamında değerlendirir.</w:t>
            </w:r>
          </w:p>
          <w:p>
            <w:pPr>
              <w:spacing w:after="0"/>
            </w:pPr>
            <w:r>
              <w:rPr>
                <w:b w:val="0"/>
                <w:sz w:val="19"/>
              </w:rPr>
              <w:t>• Dinlediği/izlediği metnin içeriğinin, yapı unsurlarının, dil ve anlatım özelliklerinin metnin yazarıyla/şairiyle ilişkisini</w:t>
            </w:r>
          </w:p>
          <w:p>
            <w:pPr>
              <w:spacing w:after="0"/>
            </w:pPr>
            <w:r>
              <w:rPr>
                <w:b w:val="0"/>
                <w:sz w:val="19"/>
              </w:rPr>
              <w:t>kurar.</w:t>
            </w:r>
          </w:p>
          <w:p>
            <w:pPr>
              <w:spacing w:after="0"/>
            </w:pPr>
            <w:r>
              <w:rPr>
                <w:b w:val="0"/>
                <w:sz w:val="19"/>
              </w:rPr>
              <w:t>• Dinlediği/izlediği metnin diğer disiplinlerle olan ilişkisini değerlendirir.</w:t>
            </w:r>
          </w:p>
          <w:p>
            <w:pPr>
              <w:spacing w:after="0"/>
            </w:pPr>
            <w:r>
              <w:rPr>
                <w:b w:val="0"/>
                <w:sz w:val="19"/>
              </w:rPr>
              <w:t>a) TDE4.1.1. Seçim yapar.</w:t>
            </w:r>
          </w:p>
          <w:p>
            <w:pPr>
              <w:spacing w:after="0"/>
            </w:pPr>
            <w:r>
              <w:rPr>
                <w:b w:val="0"/>
                <w:sz w:val="19"/>
              </w:rPr>
              <w:t>• Yazma amacına (edebî metin oluşturma, ikna etme, bilgilendirme, resmî yazışma vb.) karar verir.</w:t>
            </w:r>
          </w:p>
          <w:p>
            <w:pPr>
              <w:spacing w:after="0"/>
            </w:pPr>
            <w:r>
              <w:rPr>
                <w:b w:val="0"/>
                <w:sz w:val="19"/>
              </w:rPr>
              <w:t>• Yazacağı metnin özelliklerini, hedef kitlesini ve yazma süresini belirler.</w:t>
            </w:r>
          </w:p>
          <w:p>
            <w:pPr>
              <w:spacing w:after="0"/>
            </w:pPr>
            <w:r>
              <w:rPr>
                <w:b w:val="0"/>
                <w:sz w:val="19"/>
              </w:rPr>
              <w:t>• Yazacağı metnin türüne uygun, kullanacağı yöntem ve stratejisini belirler.</w:t>
            </w:r>
          </w:p>
          <w:p>
            <w:pPr>
              <w:spacing w:after="0"/>
            </w:pPr>
            <w:r>
              <w:rPr>
                <w:b w:val="0"/>
                <w:sz w:val="19"/>
              </w:rPr>
              <w:t>b) TDE4.1.2. İlişkiyi sürdürür.</w:t>
            </w:r>
          </w:p>
          <w:p>
            <w:pPr>
              <w:spacing w:after="0"/>
            </w:pPr>
            <w:r>
              <w:rPr>
                <w:b w:val="0"/>
                <w:sz w:val="19"/>
              </w:rPr>
              <w:t>• Yazma süreci ile ilgili engelleri ortadan kaldırır.</w:t>
            </w:r>
          </w:p>
          <w:p>
            <w:pPr>
              <w:spacing w:after="0"/>
            </w:pPr>
            <w:r>
              <w:rPr>
                <w:b w:val="0"/>
                <w:sz w:val="19"/>
              </w:rPr>
              <w:t>• Yazma amacına uygun olarak seçtiği stratejiyi yapılandırır.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D6. Dürüstlük</w:t>
            </w:r>
          </w:p>
          <w:p>
            <w:pPr>
              <w:spacing w:after="0"/>
            </w:pPr>
            <w:r>
              <w:rPr>
                <w:b w:val="0"/>
                <w:sz w:val="19"/>
              </w:rPr>
              <w:t xml:space="preserve">D7. Estetik </w:t>
            </w:r>
          </w:p>
          <w:p>
            <w:pPr>
              <w:spacing w:after="0"/>
            </w:pPr>
            <w:r>
              <w:rPr>
                <w:b w:val="0"/>
                <w:sz w:val="19"/>
              </w:rPr>
              <w:t xml:space="preserve">D14. Saygı </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(TDE1.3. “Anlamın Yapı Taşları” temasında ele alınan metinleri çözümleyebilme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Anlamsal çağrışım haritaları</w:t>
            </w:r>
          </w:p>
          <w:p>
            <w:pPr>
              <w:spacing w:after="0"/>
            </w:pPr>
            <w:r>
              <w:rPr>
                <w:b w:val="0"/>
                <w:sz w:val="19"/>
              </w:rPr>
              <w:t>• T diyagramı</w:t>
            </w:r>
          </w:p>
          <w:p>
            <w:pPr>
              <w:spacing w:after="0"/>
            </w:pPr>
            <w:r>
              <w:rPr>
                <w:b w:val="0"/>
                <w:sz w:val="19"/>
              </w:rPr>
              <w:t>• Açık uçlu sorular</w:t>
            </w:r>
          </w:p>
          <w:p>
            <w:pPr>
              <w:spacing w:after="0"/>
            </w:pPr>
            <w:r>
              <w:rPr>
                <w:b w:val="0"/>
                <w:sz w:val="19"/>
              </w:rPr>
              <w:t>• Hikâye haritası</w:t>
            </w:r>
          </w:p>
          <w:p>
            <w:pPr>
              <w:spacing w:after="0"/>
            </w:pPr>
            <w:r>
              <w:rPr>
                <w:b w:val="0"/>
                <w:sz w:val="19"/>
              </w:rPr>
              <w:t>• Çalışma kâğıdı</w:t>
            </w:r>
          </w:p>
          <w:p>
            <w:pPr>
              <w:spacing w:after="0"/>
            </w:pPr>
            <w:r>
              <w:rPr>
                <w:b w:val="0"/>
                <w:sz w:val="19"/>
              </w:rPr>
              <w:t>• Kısa yansıtma makalesi</w:t>
            </w:r>
          </w:p>
          <w:p>
            <w:pPr>
              <w:spacing w:after="0"/>
            </w:pPr>
            <w:r>
              <w:rPr>
                <w:b w:val="0"/>
                <w:sz w:val="19"/>
              </w:rPr>
              <w:t>• Evet/hayır kartları</w:t>
            </w:r>
          </w:p>
          <w:p>
            <w:pPr>
              <w:spacing w:after="0"/>
            </w:pPr>
            <w:r>
              <w:rPr>
                <w:b w:val="0"/>
                <w:sz w:val="19"/>
              </w:rPr>
              <w:t>• Karşılaştırma tablosu</w:t>
            </w:r>
          </w:p>
          <w:p>
            <w:pPr>
              <w:spacing w:after="0"/>
            </w:pPr>
            <w:r>
              <w:rPr>
                <w:b w:val="0"/>
                <w:sz w:val="19"/>
              </w:rPr>
              <w:t>• Çıkış kartı</w:t>
            </w:r>
          </w:p>
          <w:p>
            <w:pPr>
              <w:spacing w:after="0"/>
            </w:pPr>
            <w:r>
              <w:rPr>
                <w:b w:val="0"/>
                <w:sz w:val="19"/>
              </w:rPr>
              <w:t>Yapısı incelikle örülmüş edebî metinlerde okumaya yönelik kısa cevaplı sorular öğrencilerin</w:t>
            </w:r>
          </w:p>
          <w:p>
            <w:pPr>
              <w:spacing w:after="0"/>
            </w:pPr>
            <w:r>
              <w:rPr>
                <w:b w:val="0"/>
                <w:sz w:val="19"/>
              </w:rPr>
              <w:t>anlamını bilmedikleri kelimeleri yazmalarıyla ilgili anlamsal çağrışım haritaları, T diyagramı, açık uçlu sorular; çözümlemede hikâye haritası, çalışma kâğıdı; yansıtmada açık</w:t>
            </w:r>
          </w:p>
          <w:p>
            <w:pPr>
              <w:spacing w:after="0"/>
            </w:pPr>
            <w:r>
              <w:rPr>
                <w:b w:val="0"/>
                <w:sz w:val="19"/>
              </w:rPr>
              <w:t>uçlu sorular kullanılabilir. Dinleme/izleme metinleri için evet/hayır kartları, kontrol listesi, açık uçlu sorular, karşılaştırma tablosu ve çalışma kâğıdı hazırlanabilir.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metinlerdeki mekânları çevreleriyle karşılaştıran birer sunum</w:t>
            </w:r>
          </w:p>
          <w:p>
            <w:pPr>
              <w:spacing w:after="0"/>
            </w:pPr>
            <w:r>
              <w:rPr>
                <w:b w:val="0"/>
                <w:sz w:val="19"/>
              </w:rPr>
              <w:t>hazırlayıp sunmalarına yönelik bir performans görevi</w:t>
            </w:r>
          </w:p>
          <w:p>
            <w:pPr>
              <w:spacing w:after="0"/>
            </w:pPr>
            <w:r>
              <w:rPr>
                <w:b w:val="0"/>
                <w:sz w:val="19"/>
              </w:rPr>
              <w:t>• Dinledikleri/izledikleri belgeseli bilgi görseline dönüştürmelerine yönelik bir performans</w:t>
            </w:r>
          </w:p>
          <w:p>
            <w:pPr>
              <w:spacing w:after="0"/>
            </w:pPr>
            <w:r>
              <w:rPr>
                <w:b w:val="0"/>
                <w:sz w:val="19"/>
              </w:rPr>
              <w:t>görevi</w:t>
            </w:r>
          </w:p>
          <w:p>
            <w:pPr>
              <w:spacing w:after="0"/>
            </w:pPr>
            <w:r>
              <w:rPr>
                <w:b w:val="0"/>
                <w:sz w:val="19"/>
              </w:rPr>
              <w:t>Konuşma becerilerinin ölçülmesiyle ilgili performans görevi dereceli puanlama anahtarı</w:t>
            </w:r>
          </w:p>
          <w:p>
            <w:pPr>
              <w:spacing w:after="0"/>
            </w:pPr>
            <w:r>
              <w:rPr>
                <w:b w:val="0"/>
                <w:sz w:val="19"/>
              </w:rPr>
              <w:t>ile puanlanır. Puanlama anahtarında Türkçenin doğru kullanımı, ses ve diksiyon, akıcılık, beden dili, içerik kurgusu, zaman yönetimi, etkileyicilik vb. ölçütler yer alır.</w:t>
            </w:r>
          </w:p>
          <w:p>
            <w:pPr>
              <w:spacing w:after="0"/>
            </w:pPr>
            <w:r>
              <w:rPr>
                <w:b w:val="0"/>
                <w:sz w:val="19"/>
              </w:rPr>
              <w:t>Öğrencinin yazılı ürünleri dereceli puanlama anahtarı ile puanlanır. Puanlama anahtarında</w:t>
            </w:r>
          </w:p>
          <w:p>
            <w:pPr>
              <w:spacing w:after="0"/>
            </w:pPr>
            <w:r>
              <w:rPr>
                <w:b w:val="0"/>
                <w:sz w:val="19"/>
              </w:rPr>
              <w:t>anlam, dilin ve görsel ögelerin kullanımı, özgünlük, tutarlılık, doğruluk, yazım ve noktalama</w:t>
            </w:r>
          </w:p>
          <w:p>
            <w:pPr>
              <w:spacing w:after="0"/>
            </w:pPr>
            <w:r>
              <w:rPr>
                <w:b w:val="0"/>
                <w:sz w:val="19"/>
              </w:rPr>
              <w:t>gibi ölçütler yer alabilir. Öz değerlendirme ile akran ve grup değerlendirmeleri de</w:t>
            </w:r>
          </w:p>
          <w:p>
            <w:pPr>
              <w:spacing w:after="0"/>
            </w:pPr>
            <w:r>
              <w:rPr>
                <w:b w:val="0"/>
                <w:sz w:val="19"/>
              </w:rPr>
              <w:t>yapılabilir.</w:t>
            </w:r>
          </w:p>
          <w:p>
            <w:pPr>
              <w:spacing w:after="0"/>
            </w:pPr>
            <w:r>
              <w:rPr>
                <w:b w:val="0"/>
                <w:sz w:val="19"/>
              </w:rPr>
              <w:t>Tema sonunda değerlendirme yapmak için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3.TEMA ANLAMIN YAPI TAŞLARI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YAZMA • Belgeseli infografik</w:t>
            </w:r>
          </w:p>
          <w:p>
            <w:pPr>
              <w:spacing w:after="0"/>
            </w:pPr>
            <w:r>
              <w:rPr>
                <w:b w:val="0"/>
                <w:sz w:val="19"/>
              </w:rPr>
              <w:t>metne dönüştürebilme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TDE4.2. Yapısı incelikle örülmüş edebî metinlerden edindiği söz varlığını kullanarak yazısı için içerik oluşturabilme </w:t>
            </w:r>
          </w:p>
          <w:p>
            <w:pPr>
              <w:spacing w:after="0"/>
            </w:pPr>
            <w:r>
              <w:rPr>
                <w:b w:val="0"/>
                <w:sz w:val="19"/>
              </w:rPr>
              <w:t>TDE4.3. Yapısını incelikle ördüğü yazısında kural uygulayabilme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TDE4.2.1. Ön bilgilerle bağlantı kurar.</w:t>
            </w:r>
          </w:p>
          <w:p>
            <w:pPr>
              <w:spacing w:after="0"/>
            </w:pPr>
            <w:r>
              <w:rPr>
                <w:b w:val="0"/>
                <w:sz w:val="19"/>
              </w:rPr>
              <w:t>• Yazma amacına yönelik ön bilgileriyle bağlantı kurar.</w:t>
            </w:r>
          </w:p>
          <w:p>
            <w:pPr>
              <w:spacing w:after="0"/>
            </w:pPr>
            <w:r>
              <w:rPr>
                <w:b w:val="0"/>
                <w:sz w:val="19"/>
              </w:rPr>
              <w:t>b) TDE4.2.2. Tahmin eder.</w:t>
            </w:r>
          </w:p>
          <w:p>
            <w:pPr>
              <w:spacing w:after="0"/>
            </w:pPr>
            <w:r>
              <w:rPr>
                <w:b w:val="0"/>
                <w:sz w:val="19"/>
              </w:rPr>
              <w:t>• Hedef kitlenin özelliklerine yönelik tahminlerde bulunarak yazacağı metnin türünü ve içeriğini belirler.</w:t>
            </w:r>
          </w:p>
          <w:p>
            <w:pPr>
              <w:spacing w:after="0"/>
            </w:pPr>
            <w:r>
              <w:rPr>
                <w:b w:val="0"/>
                <w:sz w:val="19"/>
              </w:rPr>
              <w:t>• Yazacağı metnin türüne göre kullanacağı yapı unsurlarını belirler.</w:t>
            </w:r>
          </w:p>
          <w:p>
            <w:pPr>
              <w:spacing w:after="0"/>
            </w:pPr>
            <w:r>
              <w:rPr>
                <w:b w:val="0"/>
                <w:sz w:val="19"/>
              </w:rPr>
              <w:t>c) TDE4.2.3. Karşılaştırır.</w:t>
            </w:r>
          </w:p>
          <w:p>
            <w:pPr>
              <w:spacing w:after="0"/>
            </w:pPr>
            <w:r>
              <w:rPr>
                <w:b w:val="0"/>
                <w:sz w:val="19"/>
              </w:rPr>
              <w:t>• Yazma amacı ve yazacağı metnin özelliklerine göre ana düşünceye ve vermek istediği iletiye karar verir.</w:t>
            </w:r>
          </w:p>
          <w:p>
            <w:pPr>
              <w:spacing w:after="0"/>
            </w:pPr>
            <w:r>
              <w:rPr>
                <w:b w:val="0"/>
                <w:sz w:val="19"/>
              </w:rPr>
              <w:t>• Planını oluştururken karşılaştırma içeren iletiler oluşturur.</w:t>
            </w:r>
          </w:p>
          <w:p>
            <w:pPr>
              <w:spacing w:after="0"/>
            </w:pPr>
            <w:r>
              <w:rPr>
                <w:b w:val="0"/>
                <w:sz w:val="19"/>
              </w:rPr>
              <w:t>ç) TDE4.2.4. Sınıflandırır.</w:t>
            </w:r>
          </w:p>
          <w:p>
            <w:pPr>
              <w:spacing w:after="0"/>
            </w:pPr>
            <w:r>
              <w:rPr>
                <w:b w:val="0"/>
                <w:sz w:val="19"/>
              </w:rPr>
              <w:t>• Yazılı anlatımın kullanım alanına (özel, mesleki, eğitim ve kamusal) göre içeriğini belirler.</w:t>
            </w:r>
          </w:p>
          <w:p>
            <w:pPr>
              <w:spacing w:after="0"/>
            </w:pPr>
            <w:r>
              <w:rPr>
                <w:b w:val="0"/>
                <w:sz w:val="19"/>
              </w:rPr>
              <w:t>d) TDE4.2.5. Yeniden ifade eder.</w:t>
            </w:r>
          </w:p>
          <w:p>
            <w:pPr>
              <w:spacing w:after="0"/>
            </w:pPr>
            <w:r>
              <w:rPr>
                <w:b w:val="0"/>
                <w:sz w:val="19"/>
              </w:rPr>
              <w:t>• Söz varlığını kullanarak yazısının içeriğini düzenler.</w:t>
            </w:r>
          </w:p>
          <w:p>
            <w:pPr>
              <w:spacing w:after="0"/>
            </w:pPr>
            <w:r>
              <w:rPr>
                <w:b w:val="0"/>
                <w:sz w:val="19"/>
              </w:rPr>
              <w:t>e) TDE4.2.6. Tepki verir.</w:t>
            </w:r>
          </w:p>
          <w:p>
            <w:pPr>
              <w:spacing w:after="0"/>
            </w:pPr>
            <w:r>
              <w:rPr>
                <w:b w:val="0"/>
                <w:sz w:val="19"/>
              </w:rPr>
              <w:t>• Yazma sürecini planlarken dil işlevlerinin kullanımına karar verir.</w:t>
            </w:r>
          </w:p>
          <w:p>
            <w:pPr>
              <w:spacing w:after="0"/>
            </w:pPr>
            <w:r>
              <w:rPr>
                <w:b w:val="0"/>
                <w:sz w:val="19"/>
              </w:rPr>
              <w:t>f) TDE4.2.7. Görsel ögeleri kullanır.</w:t>
            </w:r>
          </w:p>
          <w:p>
            <w:pPr>
              <w:spacing w:after="0"/>
            </w:pPr>
            <w:r>
              <w:rPr>
                <w:b w:val="0"/>
                <w:sz w:val="19"/>
              </w:rPr>
              <w:t>• Yazma içeriğini desteklemek için kullanacağı görsel ve işitsel ögelere karar verir.</w:t>
            </w:r>
          </w:p>
          <w:p>
            <w:pPr>
              <w:spacing w:after="0"/>
            </w:pPr>
            <w:r>
              <w:rPr>
                <w:b w:val="0"/>
                <w:sz w:val="19"/>
              </w:rPr>
              <w:t>g) TDE4.2.8. Sunar.</w:t>
            </w:r>
          </w:p>
          <w:p>
            <w:pPr>
              <w:spacing w:after="0"/>
            </w:pPr>
            <w:r>
              <w:rPr>
                <w:b w:val="0"/>
                <w:sz w:val="19"/>
              </w:rPr>
              <w:t>• Yazacağı metnin plan taslağını sunar.</w:t>
            </w:r>
          </w:p>
          <w:p>
            <w:pPr>
              <w:spacing w:after="0"/>
            </w:pPr>
            <w:r>
              <w:rPr>
                <w:b w:val="0"/>
                <w:sz w:val="19"/>
              </w:rPr>
              <w:t>• Aldığı geri bildirimler ile plan taslağına son şeklini verir.</w:t>
            </w:r>
          </w:p>
          <w:p>
            <w:pPr>
              <w:spacing w:after="0"/>
            </w:pPr>
            <w:r>
              <w:rPr>
                <w:b w:val="0"/>
                <w:sz w:val="19"/>
              </w:rPr>
              <w:t>a) TDE4.3.1. Plan hazırlar.</w:t>
            </w:r>
          </w:p>
          <w:p>
            <w:pPr>
              <w:spacing w:after="0"/>
            </w:pPr>
            <w:r>
              <w:rPr>
                <w:b w:val="0"/>
                <w:sz w:val="19"/>
              </w:rPr>
              <w:t>• Yazmaya planına uygun bir şekilde başlar.</w:t>
            </w:r>
          </w:p>
          <w:p>
            <w:pPr>
              <w:spacing w:after="0"/>
            </w:pPr>
            <w:r>
              <w:rPr>
                <w:b w:val="0"/>
                <w:sz w:val="19"/>
              </w:rPr>
              <w:t>• Yazısını dikkat çekici bir girişle başlatır.</w:t>
            </w:r>
          </w:p>
          <w:p>
            <w:pPr>
              <w:spacing w:after="0"/>
            </w:pPr>
            <w:r>
              <w:rPr>
                <w:b w:val="0"/>
                <w:sz w:val="19"/>
              </w:rPr>
              <w:t>b) TDE4.3.2. Düşünceyi geliştirme yollarını kullanır.</w:t>
            </w:r>
          </w:p>
          <w:p>
            <w:pPr>
              <w:spacing w:after="0"/>
            </w:pPr>
            <w:r>
              <w:rPr>
                <w:b w:val="0"/>
                <w:sz w:val="19"/>
              </w:rPr>
              <w:t>• Yazısını desteklemek amacıyla anlatım biçimi ve düşünceyi geliştirme yollarından yararlanır.</w:t>
            </w:r>
          </w:p>
          <w:p>
            <w:pPr>
              <w:spacing w:after="0"/>
            </w:pPr>
            <w:r>
              <w:rPr>
                <w:b w:val="0"/>
                <w:sz w:val="19"/>
              </w:rPr>
              <w:t>• Duygu, düşünce ve hayallerini kendine özgü bir üslupla ifade eder.</w:t>
            </w:r>
          </w:p>
          <w:p>
            <w:pPr>
              <w:spacing w:after="0"/>
            </w:pPr>
            <w:r>
              <w:rPr>
                <w:b w:val="0"/>
                <w:sz w:val="19"/>
              </w:rPr>
              <w:t>c) TDE4.3.3. Uygun söz varlığı kullanır.</w:t>
            </w:r>
          </w:p>
          <w:p>
            <w:pPr>
              <w:spacing w:after="0"/>
            </w:pPr>
            <w:r>
              <w:rPr>
                <w:b w:val="0"/>
                <w:sz w:val="19"/>
              </w:rPr>
              <w:t>• Söz varlığını (deyim, atasözü, mecaz ve terim) bağlama uygun şekilde kullanır.</w:t>
            </w:r>
          </w:p>
          <w:p>
            <w:pPr>
              <w:spacing w:after="0"/>
            </w:pPr>
            <w:r>
              <w:rPr>
                <w:b w:val="0"/>
                <w:sz w:val="19"/>
              </w:rPr>
              <w:t>• Ana düşünce ve destekleyici bilgilerle yazma sürecine devam eder.</w:t>
            </w:r>
          </w:p>
          <w:p>
            <w:pPr>
              <w:spacing w:after="0"/>
            </w:pPr>
            <w:r>
              <w:rPr>
                <w:b w:val="0"/>
                <w:sz w:val="19"/>
              </w:rPr>
              <w:t>• Yazısını hedef kitleye uygun bir söz varlığı ve üslupla sürdürür.</w:t>
            </w:r>
          </w:p>
          <w:p>
            <w:pPr>
              <w:spacing w:after="0"/>
            </w:pPr>
            <w:r>
              <w:rPr>
                <w:b w:val="0"/>
                <w:sz w:val="19"/>
              </w:rPr>
              <w:t>ç) TDE4.3.4. İletileri açık ve örtük biçimde ifade eder.</w:t>
            </w:r>
          </w:p>
          <w:p>
            <w:pPr>
              <w:spacing w:after="0"/>
            </w:pPr>
            <w:r>
              <w:rPr>
                <w:b w:val="0"/>
                <w:sz w:val="19"/>
              </w:rPr>
              <w:t>• Vermek istediği iletileri açık veya örtük bir şekilde ifade eder.</w:t>
            </w:r>
          </w:p>
          <w:p>
            <w:pPr>
              <w:spacing w:after="0"/>
            </w:pPr>
            <w:r>
              <w:rPr>
                <w:b w:val="0"/>
                <w:sz w:val="19"/>
              </w:rPr>
              <w:t>• Duygu, düşünce ve hayallerini tutarlı bir şekilde ifade eder.</w:t>
            </w:r>
          </w:p>
          <w:p>
            <w:pPr>
              <w:spacing w:after="0"/>
            </w:pPr>
            <w:r>
              <w:rPr>
                <w:b w:val="0"/>
                <w:sz w:val="19"/>
              </w:rPr>
              <w:t>• Yazmayı başlatma, sürdürme ve bitirme ifadelerini etkili kullanır.</w:t>
            </w:r>
          </w:p>
          <w:p>
            <w:pPr>
              <w:spacing w:after="0"/>
            </w:pPr>
            <w:r>
              <w:rPr>
                <w:b w:val="0"/>
                <w:sz w:val="19"/>
              </w:rPr>
              <w:t>• Millî ve manevi değerler ile kültürel unsurlara dikkat ederek yazma sürecine devam eder.</w:t>
            </w:r>
          </w:p>
          <w:p>
            <w:pPr>
              <w:spacing w:after="0"/>
            </w:pPr>
            <w:r>
              <w:rPr>
                <w:b w:val="0"/>
                <w:sz w:val="19"/>
              </w:rPr>
              <w:t>• Yazısında toplumsal hassasiyet oluşturacak ögeler (siyaset, din, etnisite vb.) kullanmaktan kaçınır.</w:t>
            </w:r>
          </w:p>
          <w:p>
            <w:pPr>
              <w:spacing w:after="0"/>
            </w:pPr>
            <w:r>
              <w:rPr>
                <w:b w:val="0"/>
                <w:sz w:val="19"/>
              </w:rPr>
              <w:t>• Yazısının içeriğine uygun başlık belirler.</w:t>
            </w:r>
          </w:p>
          <w:p>
            <w:pPr>
              <w:spacing w:after="0"/>
            </w:pPr>
            <w:r>
              <w:rPr>
                <w:b w:val="0"/>
                <w:sz w:val="19"/>
              </w:rPr>
              <w:t>• Yazısında olumlu tutum ve değerleri vurgular.</w:t>
            </w:r>
          </w:p>
          <w:p>
            <w:pPr>
              <w:spacing w:after="0"/>
            </w:pPr>
            <w:r>
              <w:rPr>
                <w:b w:val="0"/>
                <w:sz w:val="19"/>
              </w:rPr>
              <w:t>d) TDE4.3.5. Türkçe dil yapılarını uygular.</w:t>
            </w:r>
          </w:p>
          <w:p>
            <w:pPr>
              <w:spacing w:after="0"/>
            </w:pPr>
            <w:r>
              <w:rPr>
                <w:b w:val="0"/>
                <w:sz w:val="19"/>
              </w:rPr>
              <w:t>• Yazısında Türkçe dil yapılarını, işlevine uygun kullanır.</w:t>
            </w:r>
          </w:p>
          <w:p>
            <w:pPr>
              <w:spacing w:after="0"/>
            </w:pPr>
            <w:r>
              <w:rPr>
                <w:b w:val="0"/>
                <w:sz w:val="19"/>
              </w:rPr>
              <w:t>• Türkçeyi bilinçli ve özenli (yabancı kelimelerin yerine Türkçelerini kullanması) kullanır.</w:t>
            </w:r>
          </w:p>
          <w:p>
            <w:pPr>
              <w:spacing w:after="0"/>
            </w:pPr>
            <w:r>
              <w:rPr>
                <w:b w:val="0"/>
                <w:sz w:val="19"/>
              </w:rPr>
              <w:t>e) TDE4.3.6. Bağdaşıklık ögelerini kullanır.</w:t>
            </w:r>
          </w:p>
          <w:p>
            <w:pPr>
              <w:spacing w:after="0"/>
            </w:pPr>
            <w:r>
              <w:rPr>
                <w:b w:val="0"/>
                <w:sz w:val="19"/>
              </w:rPr>
              <w:t>• Yazısını bağdaşıklık ögelerine dikkat ederek yazar.</w:t>
            </w:r>
          </w:p>
          <w:p>
            <w:pPr>
              <w:spacing w:after="0"/>
            </w:pPr>
            <w:r>
              <w:rPr>
                <w:b w:val="0"/>
                <w:sz w:val="19"/>
              </w:rPr>
              <w:t>f) TDE4.3.7. Yazım kurallarını uygular.</w:t>
            </w:r>
          </w:p>
          <w:p>
            <w:pPr>
              <w:spacing w:after="0"/>
            </w:pPr>
            <w:r>
              <w:rPr>
                <w:b w:val="0"/>
                <w:sz w:val="19"/>
              </w:rPr>
              <w:t>• Yazısında yazım kurallarını etkili bir şekilde kullanır.</w:t>
            </w:r>
          </w:p>
          <w:p>
            <w:pPr>
              <w:spacing w:after="0"/>
            </w:pPr>
            <w:r>
              <w:rPr>
                <w:b w:val="0"/>
                <w:sz w:val="19"/>
              </w:rPr>
              <w:t>g) TDE4.3.8. Noktalama kurallarını uygular.</w:t>
            </w:r>
          </w:p>
          <w:p>
            <w:pPr>
              <w:spacing w:after="0"/>
            </w:pPr>
            <w:r>
              <w:rPr>
                <w:b w:val="0"/>
                <w:sz w:val="19"/>
              </w:rPr>
              <w:t>• Yazısında noktalama kurallarını etkili bir şekilde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D6. Dürüstlük</w:t>
            </w:r>
          </w:p>
          <w:p>
            <w:pPr>
              <w:spacing w:after="0"/>
            </w:pPr>
            <w:r>
              <w:rPr>
                <w:b w:val="0"/>
                <w:sz w:val="19"/>
              </w:rPr>
              <w:t xml:space="preserve">D7. Estetik </w:t>
            </w:r>
          </w:p>
          <w:p>
            <w:pPr>
              <w:spacing w:after="0"/>
            </w:pPr>
            <w:r>
              <w:rPr>
                <w:b w:val="0"/>
                <w:sz w:val="19"/>
              </w:rPr>
              <w:t xml:space="preserve">D14. Saygı </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(TDE4.2. Yapısı incelikle örülmüş edebî metinlerden edindiği söz varlığını kullanarak yazısı için içerik oluşturabilme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Anlamsal çağrışım haritaları</w:t>
            </w:r>
          </w:p>
          <w:p>
            <w:pPr>
              <w:spacing w:after="0"/>
            </w:pPr>
            <w:r>
              <w:rPr>
                <w:b w:val="0"/>
                <w:sz w:val="19"/>
              </w:rPr>
              <w:t>• T diyagramı</w:t>
            </w:r>
          </w:p>
          <w:p>
            <w:pPr>
              <w:spacing w:after="0"/>
            </w:pPr>
            <w:r>
              <w:rPr>
                <w:b w:val="0"/>
                <w:sz w:val="19"/>
              </w:rPr>
              <w:t>• Açık uçlu sorular</w:t>
            </w:r>
          </w:p>
          <w:p>
            <w:pPr>
              <w:spacing w:after="0"/>
            </w:pPr>
            <w:r>
              <w:rPr>
                <w:b w:val="0"/>
                <w:sz w:val="19"/>
              </w:rPr>
              <w:t>• Hikâye haritası</w:t>
            </w:r>
          </w:p>
          <w:p>
            <w:pPr>
              <w:spacing w:after="0"/>
            </w:pPr>
            <w:r>
              <w:rPr>
                <w:b w:val="0"/>
                <w:sz w:val="19"/>
              </w:rPr>
              <w:t>• Çalışma kâğıdı</w:t>
            </w:r>
          </w:p>
          <w:p>
            <w:pPr>
              <w:spacing w:after="0"/>
            </w:pPr>
            <w:r>
              <w:rPr>
                <w:b w:val="0"/>
                <w:sz w:val="19"/>
              </w:rPr>
              <w:t>• Kısa yansıtma makalesi</w:t>
            </w:r>
          </w:p>
          <w:p>
            <w:pPr>
              <w:spacing w:after="0"/>
            </w:pPr>
            <w:r>
              <w:rPr>
                <w:b w:val="0"/>
                <w:sz w:val="19"/>
              </w:rPr>
              <w:t>• Evet/hayır kartları</w:t>
            </w:r>
          </w:p>
          <w:p>
            <w:pPr>
              <w:spacing w:after="0"/>
            </w:pPr>
            <w:r>
              <w:rPr>
                <w:b w:val="0"/>
                <w:sz w:val="19"/>
              </w:rPr>
              <w:t>• Karşılaştırma tablosu</w:t>
            </w:r>
          </w:p>
          <w:p>
            <w:pPr>
              <w:spacing w:after="0"/>
            </w:pPr>
            <w:r>
              <w:rPr>
                <w:b w:val="0"/>
                <w:sz w:val="19"/>
              </w:rPr>
              <w:t>• Çıkış kartı</w:t>
            </w:r>
          </w:p>
          <w:p>
            <w:pPr>
              <w:spacing w:after="0"/>
            </w:pPr>
            <w:r>
              <w:rPr>
                <w:b w:val="0"/>
                <w:sz w:val="19"/>
              </w:rPr>
              <w:t>Yapısı incelikle örülmüş edebî metinlerde okumaya yönelik kısa cevaplı sorular öğrencilerin</w:t>
            </w:r>
          </w:p>
          <w:p>
            <w:pPr>
              <w:spacing w:after="0"/>
            </w:pPr>
            <w:r>
              <w:rPr>
                <w:b w:val="0"/>
                <w:sz w:val="19"/>
              </w:rPr>
              <w:t>anlamını bilmedikleri kelimeleri yazmalarıyla ilgili anlamsal çağrışım haritaları, T diyagramı, açık uçlu sorular; çözümlemede hikâye haritası, çalışma kâğıdı; yansıtmada açık</w:t>
            </w:r>
          </w:p>
          <w:p>
            <w:pPr>
              <w:spacing w:after="0"/>
            </w:pPr>
            <w:r>
              <w:rPr>
                <w:b w:val="0"/>
                <w:sz w:val="19"/>
              </w:rPr>
              <w:t>uçlu sorular kullanılabilir. Dinleme/izleme metinleri için evet/hayır kartları, kontrol listesi, açık uçlu sorular, karşılaştırma tablosu ve çalışma kâğıdı hazırlanabilir.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metinlerdeki mekânları çevreleriyle karşılaştıran birer sunum</w:t>
            </w:r>
          </w:p>
          <w:p>
            <w:pPr>
              <w:spacing w:after="0"/>
            </w:pPr>
            <w:r>
              <w:rPr>
                <w:b w:val="0"/>
                <w:sz w:val="19"/>
              </w:rPr>
              <w:t>hazırlayıp sunmalarına yönelik bir performans görevi</w:t>
            </w:r>
          </w:p>
          <w:p>
            <w:pPr>
              <w:spacing w:after="0"/>
            </w:pPr>
            <w:r>
              <w:rPr>
                <w:b w:val="0"/>
                <w:sz w:val="19"/>
              </w:rPr>
              <w:t>• Dinledikleri/izledikleri belgeseli bilgi görseline dönüştürmelerine yönelik bir performans</w:t>
            </w:r>
          </w:p>
          <w:p>
            <w:pPr>
              <w:spacing w:after="0"/>
            </w:pPr>
            <w:r>
              <w:rPr>
                <w:b w:val="0"/>
                <w:sz w:val="19"/>
              </w:rPr>
              <w:t>görevi</w:t>
            </w:r>
          </w:p>
          <w:p>
            <w:pPr>
              <w:spacing w:after="0"/>
            </w:pPr>
            <w:r>
              <w:rPr>
                <w:b w:val="0"/>
                <w:sz w:val="19"/>
              </w:rPr>
              <w:t>Konuşma becerilerinin ölçülmesiyle ilgili performans görevi dereceli puanlama anahtarı</w:t>
            </w:r>
          </w:p>
          <w:p>
            <w:pPr>
              <w:spacing w:after="0"/>
            </w:pPr>
            <w:r>
              <w:rPr>
                <w:b w:val="0"/>
                <w:sz w:val="19"/>
              </w:rPr>
              <w:t>ile puanlanır. Puanlama anahtarında Türkçenin doğru kullanımı, ses ve diksiyon, akıcılık, beden dili, içerik kurgusu, zaman yönetimi, etkileyicilik vb. ölçütler yer alır.</w:t>
            </w:r>
          </w:p>
          <w:p>
            <w:pPr>
              <w:spacing w:after="0"/>
            </w:pPr>
            <w:r>
              <w:rPr>
                <w:b w:val="0"/>
                <w:sz w:val="19"/>
              </w:rPr>
              <w:t>Öğrencinin yazılı ürünleri dereceli puanlama anahtarı ile puanlanır. Puanlama anahtarında</w:t>
            </w:r>
          </w:p>
          <w:p>
            <w:pPr>
              <w:spacing w:after="0"/>
            </w:pPr>
            <w:r>
              <w:rPr>
                <w:b w:val="0"/>
                <w:sz w:val="19"/>
              </w:rPr>
              <w:t>anlam, dilin ve görsel ögelerin kullanımı, özgünlük, tutarlılık, doğruluk, yazım ve noktalama</w:t>
            </w:r>
          </w:p>
          <w:p>
            <w:pPr>
              <w:spacing w:after="0"/>
            </w:pPr>
            <w:r>
              <w:rPr>
                <w:b w:val="0"/>
                <w:sz w:val="19"/>
              </w:rPr>
              <w:t>gibi ölçütler yer alabilir. Öz değerlendirme ile akran ve grup değerlendirmeleri de</w:t>
            </w:r>
          </w:p>
          <w:p>
            <w:pPr>
              <w:spacing w:after="0"/>
            </w:pPr>
            <w:r>
              <w:rPr>
                <w:b w:val="0"/>
                <w:sz w:val="19"/>
              </w:rPr>
              <w:t>yapılabilir.</w:t>
            </w:r>
          </w:p>
          <w:p>
            <w:pPr>
              <w:spacing w:after="0"/>
            </w:pPr>
            <w:r>
              <w:rPr>
                <w:b w:val="0"/>
                <w:sz w:val="19"/>
              </w:rPr>
              <w:t>Tema sonunda değerlendirme yapmak için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3.TEMA ANLAMIN YAPI TAŞLARI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YAZMA • Belgeseli infografik</w:t>
            </w:r>
          </w:p>
          <w:p>
            <w:pPr>
              <w:spacing w:after="0"/>
            </w:pPr>
            <w:r>
              <w:rPr>
                <w:b w:val="0"/>
                <w:sz w:val="19"/>
              </w:rPr>
              <w:t>metne dönüştürebilme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TDE4.4. Yapısını incelikle ördüğü yazısına yönelik yazma sürecini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TDE4.4.1. Kendini değerlendirir.</w:t>
            </w:r>
          </w:p>
          <w:p>
            <w:pPr>
              <w:spacing w:after="0"/>
            </w:pPr>
            <w:r>
              <w:rPr>
                <w:b w:val="0"/>
                <w:sz w:val="19"/>
              </w:rPr>
              <w:t>• Yazma sürecindeki davranış, duygu ve düşüncelerini değerlendirir.</w:t>
            </w:r>
          </w:p>
          <w:p>
            <w:pPr>
              <w:spacing w:after="0"/>
            </w:pPr>
            <w:r>
              <w:rPr>
                <w:b w:val="0"/>
                <w:sz w:val="19"/>
              </w:rPr>
              <w:t>• Yazısını içerik yönünden değerlendirir.</w:t>
            </w:r>
          </w:p>
          <w:p>
            <w:pPr>
              <w:spacing w:after="0"/>
            </w:pPr>
            <w:r>
              <w:rPr>
                <w:b w:val="0"/>
                <w:sz w:val="19"/>
              </w:rPr>
              <w:t>• Yazısını dil ve anlatım yönünden değerlendirir.</w:t>
            </w:r>
          </w:p>
          <w:p>
            <w:pPr>
              <w:spacing w:after="0"/>
            </w:pPr>
            <w:r>
              <w:rPr>
                <w:b w:val="0"/>
                <w:sz w:val="19"/>
              </w:rPr>
              <w:t>• Yazısını paydaşların görüşlerine göre değerlendirir.</w:t>
            </w:r>
          </w:p>
          <w:p>
            <w:pPr>
              <w:spacing w:after="0"/>
            </w:pPr>
            <w:r>
              <w:rPr>
                <w:b w:val="0"/>
                <w:sz w:val="19"/>
              </w:rPr>
              <w:t>b) TDE4.4.2. Tepki ortaya koyar.</w:t>
            </w:r>
          </w:p>
          <w:p>
            <w:pPr>
              <w:spacing w:after="0"/>
            </w:pPr>
            <w:r>
              <w:rPr>
                <w:b w:val="0"/>
                <w:sz w:val="19"/>
              </w:rPr>
              <w:t>• Genel geri bildirimlere bağlı olarak bundan sonra yazacağı metin ile ilgili kendisine yeni hedefler belirler.</w:t>
            </w:r>
          </w:p>
          <w:p>
            <w:pPr>
              <w:spacing w:after="0"/>
            </w:pPr>
            <w:r>
              <w:rPr>
                <w:b w:val="0"/>
                <w:sz w:val="19"/>
              </w:rPr>
              <w:t>• Özgün yazar kimliğini oluşturur.</w:t>
            </w:r>
          </w:p>
          <w:p>
            <w:pPr>
              <w:spacing w:after="0"/>
            </w:pPr>
            <w:r>
              <w:rPr>
                <w:b w:val="0"/>
                <w:sz w:val="19"/>
              </w:rPr>
              <w:t>• Yazısını sınıf/okul panolarında ya da okulun resmî çevrim içi ortamlarında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 xml:space="preserve">SDB2.1. İletişim </w:t>
            </w:r>
          </w:p>
          <w:p>
            <w:pPr>
              <w:spacing w:after="0"/>
            </w:pPr>
            <w:r>
              <w:rPr>
                <w:b w:val="0"/>
                <w:sz w:val="19"/>
              </w:rPr>
              <w:t>SDB2.2. İş Birliği</w:t>
            </w:r>
          </w:p>
          <w:p>
            <w:pPr>
              <w:spacing w:after="0"/>
            </w:pPr>
            <w:r>
              <w:rPr>
                <w:b w:val="0"/>
                <w:sz w:val="19"/>
              </w:rPr>
              <w:t xml:space="preserve">SDB2.3. Sosyal Farkındalık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D6. Dürüstlük</w:t>
            </w:r>
          </w:p>
          <w:p>
            <w:pPr>
              <w:spacing w:after="0"/>
            </w:pPr>
            <w:r>
              <w:rPr>
                <w:b w:val="0"/>
                <w:sz w:val="19"/>
              </w:rPr>
              <w:t xml:space="preserve">D7. Estetik </w:t>
            </w:r>
          </w:p>
          <w:p>
            <w:pPr>
              <w:spacing w:after="0"/>
            </w:pPr>
            <w:r>
              <w:rPr>
                <w:b w:val="0"/>
                <w:sz w:val="19"/>
              </w:rPr>
              <w:t xml:space="preserve">D14. Saygı </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 xml:space="preserve">OB4. Görsel Okuryazarlık </w:t>
            </w:r>
          </w:p>
          <w:p>
            <w:pPr>
              <w:spacing w:after="0"/>
            </w:pP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(TDE4.4. Yapısını incelikle ördüğü yazısına yönelik yazma sürecini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Kısa cevaplı sorular</w:t>
            </w:r>
          </w:p>
          <w:p>
            <w:pPr>
              <w:spacing w:after="0"/>
            </w:pPr>
            <w:r>
              <w:rPr>
                <w:b w:val="0"/>
                <w:sz w:val="19"/>
              </w:rPr>
              <w:t>• Anlamsal çağrışım haritaları</w:t>
            </w:r>
          </w:p>
          <w:p>
            <w:pPr>
              <w:spacing w:after="0"/>
            </w:pPr>
            <w:r>
              <w:rPr>
                <w:b w:val="0"/>
                <w:sz w:val="19"/>
              </w:rPr>
              <w:t>• T diyagramı</w:t>
            </w:r>
          </w:p>
          <w:p>
            <w:pPr>
              <w:spacing w:after="0"/>
            </w:pPr>
            <w:r>
              <w:rPr>
                <w:b w:val="0"/>
                <w:sz w:val="19"/>
              </w:rPr>
              <w:t>• Açık uçlu sorular</w:t>
            </w:r>
          </w:p>
          <w:p>
            <w:pPr>
              <w:spacing w:after="0"/>
            </w:pPr>
            <w:r>
              <w:rPr>
                <w:b w:val="0"/>
                <w:sz w:val="19"/>
              </w:rPr>
              <w:t>• Hikâye haritası</w:t>
            </w:r>
          </w:p>
          <w:p>
            <w:pPr>
              <w:spacing w:after="0"/>
            </w:pPr>
            <w:r>
              <w:rPr>
                <w:b w:val="0"/>
                <w:sz w:val="19"/>
              </w:rPr>
              <w:t>• Çalışma kâğıdı</w:t>
            </w:r>
          </w:p>
          <w:p>
            <w:pPr>
              <w:spacing w:after="0"/>
            </w:pPr>
            <w:r>
              <w:rPr>
                <w:b w:val="0"/>
                <w:sz w:val="19"/>
              </w:rPr>
              <w:t>• Kısa yansıtma makalesi</w:t>
            </w:r>
          </w:p>
          <w:p>
            <w:pPr>
              <w:spacing w:after="0"/>
            </w:pPr>
            <w:r>
              <w:rPr>
                <w:b w:val="0"/>
                <w:sz w:val="19"/>
              </w:rPr>
              <w:t>• Evet/hayır kartları</w:t>
            </w:r>
          </w:p>
          <w:p>
            <w:pPr>
              <w:spacing w:after="0"/>
            </w:pPr>
            <w:r>
              <w:rPr>
                <w:b w:val="0"/>
                <w:sz w:val="19"/>
              </w:rPr>
              <w:t>• Karşılaştırma tablosu</w:t>
            </w:r>
          </w:p>
          <w:p>
            <w:pPr>
              <w:spacing w:after="0"/>
            </w:pPr>
            <w:r>
              <w:rPr>
                <w:b w:val="0"/>
                <w:sz w:val="19"/>
              </w:rPr>
              <w:t>• Çıkış kartı</w:t>
            </w:r>
          </w:p>
          <w:p>
            <w:pPr>
              <w:spacing w:after="0"/>
            </w:pPr>
            <w:r>
              <w:rPr>
                <w:b w:val="0"/>
                <w:sz w:val="19"/>
              </w:rPr>
              <w:t>Yapısı incelikle örülmüş edebî metinlerde okumaya yönelik kısa cevaplı sorular öğrencilerin</w:t>
            </w:r>
          </w:p>
          <w:p>
            <w:pPr>
              <w:spacing w:after="0"/>
            </w:pPr>
            <w:r>
              <w:rPr>
                <w:b w:val="0"/>
                <w:sz w:val="19"/>
              </w:rPr>
              <w:t>anlamını bilmedikleri kelimeleri yazmalarıyla ilgili anlamsal çağrışım haritaları, T diyagramı, açık uçlu sorular; çözümlemede hikâye haritası, çalışma kâğıdı; yansıtmada açık</w:t>
            </w:r>
          </w:p>
          <w:p>
            <w:pPr>
              <w:spacing w:after="0"/>
            </w:pPr>
            <w:r>
              <w:rPr>
                <w:b w:val="0"/>
                <w:sz w:val="19"/>
              </w:rPr>
              <w:t>uçlu sorular kullanılabilir. Dinleme/izleme metinleri için evet/hayır kartları, kontrol listesi, açık uçlu sorular, karşılaştırma tablosu ve çalışma kâğıdı hazırlanabilir.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okudukları metinlerdeki mekânları çevreleriyle karşılaştıran birer sunum</w:t>
            </w:r>
          </w:p>
          <w:p>
            <w:pPr>
              <w:spacing w:after="0"/>
            </w:pPr>
            <w:r>
              <w:rPr>
                <w:b w:val="0"/>
                <w:sz w:val="19"/>
              </w:rPr>
              <w:t>hazırlayıp sunmalarına yönelik bir performans görevi</w:t>
            </w:r>
          </w:p>
          <w:p>
            <w:pPr>
              <w:spacing w:after="0"/>
            </w:pPr>
            <w:r>
              <w:rPr>
                <w:b w:val="0"/>
                <w:sz w:val="19"/>
              </w:rPr>
              <w:t>• Dinledikleri/izledikleri belgeseli bilgi görseline dönüştürmelerine yönelik bir performans</w:t>
            </w:r>
          </w:p>
          <w:p>
            <w:pPr>
              <w:spacing w:after="0"/>
            </w:pPr>
            <w:r>
              <w:rPr>
                <w:b w:val="0"/>
                <w:sz w:val="19"/>
              </w:rPr>
              <w:t>görevi</w:t>
            </w:r>
          </w:p>
          <w:p>
            <w:pPr>
              <w:spacing w:after="0"/>
            </w:pPr>
            <w:r>
              <w:rPr>
                <w:b w:val="0"/>
                <w:sz w:val="19"/>
              </w:rPr>
              <w:t>Konuşma becerilerinin ölçülmesiyle ilgili performans görevi dereceli puanlama anahtarı</w:t>
            </w:r>
          </w:p>
          <w:p>
            <w:pPr>
              <w:spacing w:after="0"/>
            </w:pPr>
            <w:r>
              <w:rPr>
                <w:b w:val="0"/>
                <w:sz w:val="19"/>
              </w:rPr>
              <w:t>ile puanlanır. Puanlama anahtarında Türkçenin doğru kullanımı, ses ve diksiyon, akıcılık, beden dili, içerik kurgusu, zaman yönetimi, etkileyicilik vb. ölçütler yer alır.</w:t>
            </w:r>
          </w:p>
          <w:p>
            <w:pPr>
              <w:spacing w:after="0"/>
            </w:pPr>
            <w:r>
              <w:rPr>
                <w:b w:val="0"/>
                <w:sz w:val="19"/>
              </w:rPr>
              <w:t>Öğrencinin yazılı ürünleri dereceli puanlama anahtarı ile puanlanır. Puanlama anahtarında</w:t>
            </w:r>
          </w:p>
          <w:p>
            <w:pPr>
              <w:spacing w:after="0"/>
            </w:pPr>
            <w:r>
              <w:rPr>
                <w:b w:val="0"/>
                <w:sz w:val="19"/>
              </w:rPr>
              <w:t>anlam, dilin ve görsel ögelerin kullanımı, özgünlük, tutarlılık, doğruluk, yazım ve noktalama</w:t>
            </w:r>
          </w:p>
          <w:p>
            <w:pPr>
              <w:spacing w:after="0"/>
            </w:pPr>
            <w:r>
              <w:rPr>
                <w:b w:val="0"/>
                <w:sz w:val="19"/>
              </w:rPr>
              <w:t>gibi ölçütler yer alabilir. Öz değerlendirme ile akran ve grup değerlendirmeleri de</w:t>
            </w:r>
          </w:p>
          <w:p>
            <w:pPr>
              <w:spacing w:after="0"/>
            </w:pPr>
            <w:r>
              <w:rPr>
                <w:b w:val="0"/>
                <w:sz w:val="19"/>
              </w:rPr>
              <w:t>yapılabilir.</w:t>
            </w:r>
          </w:p>
          <w:p>
            <w:pPr>
              <w:spacing w:after="0"/>
            </w:pPr>
            <w:r>
              <w:rPr>
                <w:b w:val="0"/>
                <w:sz w:val="19"/>
              </w:rPr>
              <w:t>Tema sonunda değerlendirme yapmak için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OKUL TEMELLİ PLANLAMA*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4.TEMA </w:t>
            </w:r>
          </w:p>
          <w:p>
            <w:pPr>
              <w:spacing w:after="0"/>
            </w:pPr>
            <w:r>
              <w:rPr>
                <w:b w:val="0"/>
                <w:sz w:val="19"/>
              </w:rPr>
              <w:t>DİLİN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 • Tema içeriğine uygun</w:t>
            </w:r>
          </w:p>
          <w:p>
            <w:pPr>
              <w:spacing w:after="0"/>
            </w:pPr>
            <w:r>
              <w:rPr>
                <w:b w:val="0"/>
                <w:sz w:val="19"/>
              </w:rPr>
              <w:t>bir roman</w:t>
            </w:r>
          </w:p>
          <w:p>
            <w:pPr>
              <w:spacing w:after="0"/>
            </w:pPr>
            <w:r>
              <w:rPr>
                <w:b w:val="0"/>
                <w:sz w:val="19"/>
              </w:rPr>
              <w:t>• Ara Metin: Tema</w:t>
            </w:r>
          </w:p>
          <w:p>
            <w:pPr>
              <w:spacing w:after="0"/>
            </w:pPr>
            <w:r>
              <w:rPr>
                <w:b w:val="0"/>
                <w:sz w:val="19"/>
              </w:rPr>
              <w:t>içeriğine uygun bir</w:t>
            </w:r>
          </w:p>
          <w:p>
            <w:pPr>
              <w:spacing w:after="0"/>
            </w:pPr>
            <w:r>
              <w:rPr>
                <w:b w:val="0"/>
                <w:sz w:val="19"/>
              </w:rPr>
              <w:t>tiyatro</w:t>
            </w:r>
          </w:p>
          <w:p>
            <w:pPr>
              <w:spacing w:after="0"/>
            </w:pPr>
            <w:r>
              <w:rPr>
                <w:b w:val="0"/>
                <w:sz w:val="19"/>
              </w:rPr>
              <w:t>• Tema içeriğine uygun</w:t>
            </w:r>
          </w:p>
          <w:p>
            <w:pPr>
              <w:spacing w:after="0"/>
            </w:pPr>
            <w:r>
              <w:rPr>
                <w:b w:val="0"/>
                <w:sz w:val="19"/>
              </w:rPr>
              <w:t>bir eleştiri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TDE2.1. “Dilin Zenginliği” temasında ele alınan metinlerde okumayı yönetebilme </w:t>
            </w:r>
          </w:p>
          <w:p>
            <w:pPr>
              <w:spacing w:after="0"/>
            </w:pPr>
            <w:r>
              <w:rPr>
                <w:b w:val="0"/>
                <w:sz w:val="19"/>
              </w:rPr>
              <w:t>TDE2.2. “Dilin Zenginliği” temasında ele alınan metinlerde anlam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TDE2.1.1. İnceler ve görüş oluşturur.</w:t>
            </w:r>
          </w:p>
          <w:p>
            <w:pPr>
              <w:spacing w:after="0"/>
            </w:pPr>
            <w:r>
              <w:rPr>
                <w:b w:val="0"/>
                <w:sz w:val="19"/>
              </w:rPr>
              <w:t>• Metni okumaya başlamadan önce okuma amacını belirler.</w:t>
            </w:r>
          </w:p>
          <w:p>
            <w:pPr>
              <w:spacing w:after="0"/>
            </w:pPr>
            <w:r>
              <w:rPr>
                <w:b w:val="0"/>
                <w:sz w:val="19"/>
              </w:rPr>
              <w:t>• Okuyacağı metnin başlık ve görsellerinden hareketle metnin içeriğine, türüne veya yazılış amacına yönelik tahminde bulunur.</w:t>
            </w:r>
          </w:p>
          <w:p>
            <w:pPr>
              <w:spacing w:after="0"/>
            </w:pPr>
            <w:r>
              <w:rPr>
                <w:b w:val="0"/>
                <w:sz w:val="19"/>
              </w:rPr>
              <w:t>b) TDE2.1.2. Seçim yapar.</w:t>
            </w:r>
          </w:p>
          <w:p>
            <w:pPr>
              <w:spacing w:after="0"/>
            </w:pPr>
            <w:r>
              <w:rPr>
                <w:b w:val="0"/>
                <w:sz w:val="19"/>
              </w:rPr>
              <w:t>• Okuyacağı metin için uygun okuma yöntem ve stratejisi seçer.</w:t>
            </w:r>
          </w:p>
          <w:p>
            <w:pPr>
              <w:spacing w:after="0"/>
            </w:pPr>
            <w:r>
              <w:rPr>
                <w:b w:val="0"/>
                <w:sz w:val="19"/>
              </w:rPr>
              <w:t>• Seçtiği okuma stratejisi ile okumayı sürdürür.</w:t>
            </w:r>
          </w:p>
          <w:p>
            <w:pPr>
              <w:spacing w:after="0"/>
            </w:pPr>
            <w:r>
              <w:rPr>
                <w:b w:val="0"/>
                <w:sz w:val="19"/>
              </w:rPr>
              <w:t>a) TDE2.2.1. Ön bilgilerle bağlantı kurar.</w:t>
            </w:r>
          </w:p>
          <w:p>
            <w:pPr>
              <w:spacing w:after="0"/>
            </w:pPr>
            <w:r>
              <w:rPr>
                <w:b w:val="0"/>
                <w:sz w:val="19"/>
              </w:rPr>
              <w:t>• Okuma metnindeki bilgiler ile ön bilgileri arasında bağlantı kurar.</w:t>
            </w:r>
          </w:p>
          <w:p>
            <w:pPr>
              <w:spacing w:after="0"/>
            </w:pPr>
            <w:r>
              <w:rPr>
                <w:b w:val="0"/>
                <w:sz w:val="19"/>
              </w:rPr>
              <w:t>b) TDE2.2.2. Tahmin eder.</w:t>
            </w:r>
          </w:p>
          <w:p>
            <w:pPr>
              <w:spacing w:after="0"/>
            </w:pPr>
            <w:r>
              <w:rPr>
                <w:b w:val="0"/>
                <w:sz w:val="19"/>
              </w:rPr>
              <w:t>• Metindeki söz varlığının anlamını bağlamdan hareketle belirler.</w:t>
            </w:r>
          </w:p>
          <w:p>
            <w:pPr>
              <w:spacing w:after="0"/>
            </w:pPr>
            <w:r>
              <w:rPr>
                <w:b w:val="0"/>
                <w:sz w:val="19"/>
              </w:rPr>
              <w:t>c) TDE2.2.3. Çıkarım yapar.</w:t>
            </w:r>
          </w:p>
          <w:p>
            <w:pPr>
              <w:spacing w:after="0"/>
            </w:pPr>
            <w:r>
              <w:rPr>
                <w:b w:val="0"/>
                <w:sz w:val="19"/>
              </w:rPr>
              <w:t>• Metinde açıkça sunulan bilgileri belirler.</w:t>
            </w:r>
          </w:p>
          <w:p>
            <w:pPr>
              <w:spacing w:after="0"/>
            </w:pPr>
            <w:r>
              <w:rPr>
                <w:b w:val="0"/>
                <w:sz w:val="19"/>
              </w:rPr>
              <w:t>• Metinden hareketle çıkarım yapar.</w:t>
            </w:r>
          </w:p>
          <w:p>
            <w:pPr>
              <w:spacing w:after="0"/>
            </w:pPr>
            <w:r>
              <w:rPr>
                <w:b w:val="0"/>
                <w:sz w:val="19"/>
              </w:rPr>
              <w:t>• Metinde açıkça ifade edilen neden-sonuç, koşul, varsayım bilgilerini belirler.</w:t>
            </w:r>
          </w:p>
          <w:p>
            <w:pPr>
              <w:spacing w:after="0"/>
            </w:pPr>
            <w:r>
              <w:rPr>
                <w:b w:val="0"/>
                <w:sz w:val="19"/>
              </w:rPr>
              <w:t>• Metnin konu ve/veya temasını belirler.</w:t>
            </w:r>
          </w:p>
          <w:p>
            <w:pPr>
              <w:spacing w:after="0"/>
            </w:pPr>
            <w:r>
              <w:rPr>
                <w:b w:val="0"/>
                <w:sz w:val="19"/>
              </w:rPr>
              <w:t>• Metnin yardımcı düşüncelerini belirler.</w:t>
            </w:r>
          </w:p>
          <w:p>
            <w:pPr>
              <w:spacing w:after="0"/>
            </w:pPr>
            <w:r>
              <w:rPr>
                <w:b w:val="0"/>
                <w:sz w:val="19"/>
              </w:rPr>
              <w:t>• Metnin ana düşüncesini/duygusunu belirler.</w:t>
            </w:r>
          </w:p>
          <w:p>
            <w:pPr>
              <w:spacing w:after="0"/>
            </w:pPr>
            <w:r>
              <w:rPr>
                <w:b w:val="0"/>
                <w:sz w:val="19"/>
              </w:rPr>
              <w:t>• Yazarın metni yazma amacını belirler.</w:t>
            </w:r>
          </w:p>
          <w:p>
            <w:pPr>
              <w:spacing w:after="0"/>
            </w:pPr>
            <w:r>
              <w:rPr>
                <w:b w:val="0"/>
                <w:sz w:val="19"/>
              </w:rPr>
              <w:t>• Metinde yer alan iletilerin sunuluş şeklini inceler.</w:t>
            </w:r>
          </w:p>
          <w:p>
            <w:pPr>
              <w:spacing w:after="0"/>
            </w:pPr>
            <w:r>
              <w:rPr>
                <w:b w:val="0"/>
                <w:sz w:val="19"/>
              </w:rPr>
              <w:t>• Metinde geçen söz sanatlarını belirler.</w:t>
            </w:r>
          </w:p>
          <w:p>
            <w:pPr>
              <w:spacing w:after="0"/>
            </w:pPr>
            <w:r>
              <w:rPr>
                <w:b w:val="0"/>
                <w:sz w:val="19"/>
              </w:rPr>
              <w:t>• Metindeki karakterlerin davranışlarından duygu ve düşüncelerine yönelik çıkarımlar yapar.</w:t>
            </w:r>
          </w:p>
          <w:p>
            <w:pPr>
              <w:spacing w:after="0"/>
            </w:pPr>
            <w:r>
              <w:rPr>
                <w:b w:val="0"/>
                <w:sz w:val="19"/>
              </w:rPr>
              <w:t>• Metin ile yazar arasındaki ilişkiyi belirler.</w:t>
            </w:r>
          </w:p>
          <w:p>
            <w:pPr>
              <w:spacing w:after="0"/>
            </w:pPr>
            <w:r>
              <w:rPr>
                <w:b w:val="0"/>
                <w:sz w:val="19"/>
              </w:rPr>
              <w:t>ç) TDE2.2.4. Karşılaştırır.</w:t>
            </w:r>
          </w:p>
          <w:p>
            <w:pPr>
              <w:spacing w:after="0"/>
            </w:pPr>
            <w:r>
              <w:rPr>
                <w:b w:val="0"/>
                <w:sz w:val="19"/>
              </w:rPr>
              <w:t>• Metin öncesi tahminleri ile okuma içeriğini karşılaştırır.</w:t>
            </w:r>
          </w:p>
          <w:p>
            <w:pPr>
              <w:spacing w:after="0"/>
            </w:pPr>
            <w:r>
              <w:rPr>
                <w:b w:val="0"/>
                <w:sz w:val="19"/>
              </w:rPr>
              <w:t>• Okuduğu metinleri belirlenen ölçütlere (içerik, tür, şekil, dönem, zihniyet, üslup ve ileti) göre karşılaştırır.</w:t>
            </w:r>
          </w:p>
          <w:p>
            <w:pPr>
              <w:spacing w:after="0"/>
            </w:pPr>
            <w:r>
              <w:rPr>
                <w:b w:val="0"/>
                <w:sz w:val="19"/>
              </w:rPr>
              <w:t>d) TDE2.2.5. Sınıflandırır.</w:t>
            </w:r>
          </w:p>
          <w:p>
            <w:pPr>
              <w:spacing w:after="0"/>
            </w:pPr>
            <w:r>
              <w:rPr>
                <w:b w:val="0"/>
                <w:sz w:val="19"/>
              </w:rPr>
              <w:t>• Okuduğu metinleri belirlenen ölçütlere (içerik, tür, şekil, dönem, zihniyet, üslup ve ileti) göre sınıflandırır.</w:t>
            </w:r>
          </w:p>
          <w:p>
            <w:pPr>
              <w:spacing w:after="0"/>
            </w:pPr>
            <w:r>
              <w:rPr>
                <w:b w:val="0"/>
                <w:sz w:val="19"/>
              </w:rPr>
              <w:t>• Metindeki gerçek ve kurgu arasındaki farkı belirler.</w:t>
            </w:r>
          </w:p>
          <w:p>
            <w:pPr>
              <w:spacing w:after="0"/>
            </w:pPr>
            <w:r>
              <w:rPr>
                <w:b w:val="0"/>
                <w:sz w:val="19"/>
              </w:rPr>
              <w:t>• Metindeki öznel ve nesnel ifadeleri ayırt eder.</w:t>
            </w:r>
          </w:p>
          <w:p>
            <w:pPr>
              <w:spacing w:after="0"/>
            </w:pPr>
            <w:r>
              <w:rPr>
                <w:b w:val="0"/>
                <w:sz w:val="19"/>
              </w:rPr>
              <w:t>• Metindeki bilgilerin güvenilir olup olmadığını belirler.</w:t>
            </w:r>
          </w:p>
          <w:p>
            <w:pPr>
              <w:spacing w:after="0"/>
            </w:pPr>
            <w:r>
              <w:rPr>
                <w:b w:val="0"/>
                <w:sz w:val="19"/>
              </w:rPr>
              <w:t>e) TDE2.2.6. Tepki verir.</w:t>
            </w:r>
          </w:p>
          <w:p>
            <w:pPr>
              <w:spacing w:after="0"/>
            </w:pPr>
            <w:r>
              <w:rPr>
                <w:b w:val="0"/>
                <w:sz w:val="19"/>
              </w:rPr>
              <w:t>• Metni özetler.</w:t>
            </w:r>
          </w:p>
          <w:p>
            <w:pPr>
              <w:spacing w:after="0"/>
            </w:pPr>
            <w:r>
              <w:rPr>
                <w:b w:val="0"/>
                <w:sz w:val="19"/>
              </w:rPr>
              <w:t>• Okuduğu metinlere yönelik geri bildirimler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w:t>
            </w:r>
          </w:p>
          <w:p>
            <w:pPr>
              <w:spacing w:after="0"/>
            </w:pPr>
            <w:r>
              <w:rPr>
                <w:b w:val="0"/>
                <w:sz w:val="19"/>
              </w:rPr>
              <w:t xml:space="preserve">SDB2.2. İş Birliği </w:t>
            </w:r>
          </w:p>
          <w:p>
            <w:pPr>
              <w:spacing w:after="0"/>
            </w:pPr>
            <w:r>
              <w:rPr>
                <w:b w:val="0"/>
                <w:sz w:val="19"/>
              </w:rPr>
              <w:t>SDB2.3.Sosyal Farkındalık</w:t>
            </w:r>
          </w:p>
          <w:p>
            <w:pPr>
              <w:spacing w:after="0"/>
            </w:pPr>
            <w:r>
              <w:rPr>
                <w:b w:val="0"/>
                <w:sz w:val="19"/>
              </w:rPr>
              <w:t xml:space="preserve">SDB3.1. Uyum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D11. Özgürlük </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 xml:space="preserve">OB7. Veri Okuryazarlığı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(TDE2.1. “Dilin Zenginliği” temasında ele alınan metinlerde okumayı yönetebilme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Gözlem formu</w:t>
            </w:r>
          </w:p>
          <w:p>
            <w:pPr>
              <w:spacing w:after="0"/>
            </w:pPr>
            <w:r>
              <w:rPr>
                <w:b w:val="0"/>
                <w:sz w:val="19"/>
              </w:rPr>
              <w:t>• Çalışma kâğıdı</w:t>
            </w:r>
          </w:p>
          <w:p>
            <w:pPr>
              <w:spacing w:after="0"/>
            </w:pPr>
            <w:r>
              <w:rPr>
                <w:b w:val="0"/>
                <w:sz w:val="19"/>
              </w:rPr>
              <w:t>• Çıkış kartı</w:t>
            </w:r>
          </w:p>
          <w:p>
            <w:pPr>
              <w:spacing w:after="0"/>
            </w:pPr>
            <w:r>
              <w:rPr>
                <w:b w:val="0"/>
                <w:sz w:val="19"/>
              </w:rPr>
              <w:t>• Öğrenme duvarı</w:t>
            </w:r>
          </w:p>
          <w:p>
            <w:pPr>
              <w:spacing w:after="0"/>
            </w:pPr>
            <w:r>
              <w:rPr>
                <w:b w:val="0"/>
                <w:sz w:val="19"/>
              </w:rPr>
              <w:t>• Öğrenme günlüğü</w:t>
            </w:r>
          </w:p>
          <w:p>
            <w:pPr>
              <w:spacing w:after="0"/>
            </w:pPr>
            <w:r>
              <w:rPr>
                <w:b w:val="0"/>
                <w:sz w:val="19"/>
              </w:rPr>
              <w:t>• Açık uçlu sorular</w:t>
            </w:r>
          </w:p>
          <w:p>
            <w:pPr>
              <w:spacing w:after="0"/>
            </w:pPr>
            <w:r>
              <w:rPr>
                <w:b w:val="0"/>
                <w:sz w:val="19"/>
              </w:rPr>
              <w:t>• Kontrol listesi</w:t>
            </w:r>
          </w:p>
          <w:p>
            <w:pPr>
              <w:spacing w:after="0"/>
            </w:pPr>
            <w:r>
              <w:rPr>
                <w:b w:val="0"/>
                <w:sz w:val="19"/>
              </w:rPr>
              <w:t>• Bilgi kartları</w:t>
            </w:r>
          </w:p>
          <w:p>
            <w:pPr>
              <w:spacing w:after="0"/>
            </w:pPr>
            <w:r>
              <w:rPr>
                <w:b w:val="0"/>
                <w:sz w:val="19"/>
              </w:rPr>
              <w:t>Dilin zenginliğini gösteren metinlerle okumayı yönetebilme sürecinde açık uçlu sorular</w:t>
            </w:r>
          </w:p>
          <w:p>
            <w:pPr>
              <w:spacing w:after="0"/>
            </w:pPr>
            <w:r>
              <w:rPr>
                <w:b w:val="0"/>
                <w:sz w:val="19"/>
              </w:rPr>
              <w:t>sorulabilir, kontrol listesi tutulabilir. Anlam oluşturma süreci için öğrenme duvarı, çalışma</w:t>
            </w:r>
          </w:p>
          <w:p>
            <w:pPr>
              <w:spacing w:after="0"/>
            </w:pPr>
            <w:r>
              <w:rPr>
                <w:b w:val="0"/>
                <w:sz w:val="19"/>
              </w:rPr>
              <w:t>kâğıdı hazırlanabilir. Çözümlemede açık uçlu sorulardan yararlanılabilir. Yansıtmada</w:t>
            </w:r>
          </w:p>
          <w:p>
            <w:pPr>
              <w:spacing w:after="0"/>
            </w:pPr>
            <w:r>
              <w:rPr>
                <w:b w:val="0"/>
                <w:sz w:val="19"/>
              </w:rPr>
              <w:t>öğrenme günlüğü oluşturulabilir.</w:t>
            </w:r>
          </w:p>
          <w:p>
            <w:pPr>
              <w:spacing w:after="0"/>
            </w:pPr>
            <w:r>
              <w:rPr>
                <w:b w:val="0"/>
                <w:sz w:val="19"/>
              </w:rPr>
              <w:t>Dilin zenginliğini gösteren metinlerle dinlemeyi/izlemeyi yönetebilme sürecinde gözlem</w:t>
            </w:r>
          </w:p>
          <w:p>
            <w:pPr>
              <w:spacing w:after="0"/>
            </w:pPr>
            <w:r>
              <w:rPr>
                <w:b w:val="0"/>
                <w:sz w:val="19"/>
              </w:rPr>
              <w:t>formu tutulabilir. Anlam oluşturma süreci için bilgi kartları hazırlanabilir. Çözümleme sürecinde</w:t>
            </w:r>
          </w:p>
          <w:p>
            <w:pPr>
              <w:spacing w:after="0"/>
            </w:pPr>
            <w:r>
              <w:rPr>
                <w:b w:val="0"/>
                <w:sz w:val="19"/>
              </w:rPr>
              <w:t>çalışma kâğıdından yararlanılabilir. Öz yansıtmada öz değerlendirme formu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üslup konusu ile ilgili öğrendiklerinden hareketle sosyal medya dili ile</w:t>
            </w:r>
          </w:p>
          <w:p>
            <w:pPr>
              <w:spacing w:after="0"/>
            </w:pPr>
            <w:r>
              <w:rPr>
                <w:b w:val="0"/>
                <w:sz w:val="19"/>
              </w:rPr>
              <w:t>edebî dilin özelliklerini karşılaştırdıkları bir sunum yapmalarına yönelik performans</w:t>
            </w:r>
          </w:p>
          <w:p>
            <w:pPr>
              <w:spacing w:after="0"/>
            </w:pPr>
            <w:r>
              <w:rPr>
                <w:b w:val="0"/>
                <w:sz w:val="19"/>
              </w:rPr>
              <w:t>görevi</w:t>
            </w:r>
          </w:p>
          <w:p>
            <w:pPr>
              <w:spacing w:after="0"/>
            </w:pPr>
            <w:r>
              <w:rPr>
                <w:b w:val="0"/>
                <w:sz w:val="19"/>
              </w:rPr>
              <w:t>• Öğrencilerin otobiyografilerini oluşturmaya yönelik bir performans görevi</w:t>
            </w:r>
          </w:p>
          <w:p>
            <w:pPr>
              <w:spacing w:after="0"/>
            </w:pPr>
            <w:r>
              <w:rPr>
                <w:b w:val="0"/>
                <w:sz w:val="19"/>
              </w:rPr>
              <w:t>Öğrencilerin okuduğu, tahlil ettiği ve değerlendirmesini yaptığı romanda üslup konusu ile</w:t>
            </w:r>
          </w:p>
          <w:p>
            <w:pPr>
              <w:spacing w:after="0"/>
            </w:pPr>
            <w:r>
              <w:rPr>
                <w:b w:val="0"/>
                <w:sz w:val="19"/>
              </w:rPr>
              <w:t>ilgili öğrendiklerinden hareketle sosyal medya dili ile edebî dilin özelliklerini karşılaştırdıkları</w:t>
            </w:r>
          </w:p>
          <w:p>
            <w:pPr>
              <w:spacing w:after="0"/>
            </w:pPr>
            <w:r>
              <w:rPr>
                <w:b w:val="0"/>
                <w:sz w:val="19"/>
              </w:rPr>
              <w:t>sunum performansı, dereceli puanlama anahtarı ile puanlanır. Puanlama anahtarında</w:t>
            </w:r>
          </w:p>
          <w:p>
            <w:pPr>
              <w:spacing w:after="0"/>
            </w:pPr>
            <w:r>
              <w:rPr>
                <w:b w:val="0"/>
                <w:sz w:val="19"/>
              </w:rPr>
              <w:t>içeriğe uygunluk, özgünlük, sunum becerisi, görsel ögeleri kullanma, zaman ve mekân</w:t>
            </w:r>
          </w:p>
          <w:p>
            <w:pPr>
              <w:spacing w:after="0"/>
            </w:pPr>
            <w:r>
              <w:rPr>
                <w:b w:val="0"/>
                <w:sz w:val="19"/>
              </w:rPr>
              <w:t>kullanımı, beden dili ile jest ve mimik kullanımı gibi ölçütler yer alır. Bu görev grup çalışması</w:t>
            </w:r>
          </w:p>
          <w:p>
            <w:pPr>
              <w:spacing w:after="0"/>
            </w:pPr>
            <w:r>
              <w:rPr>
                <w:b w:val="0"/>
                <w:sz w:val="19"/>
              </w:rPr>
              <w:t>olarak gerçekleştirilebilir.</w:t>
            </w:r>
          </w:p>
          <w:p>
            <w:pPr>
              <w:spacing w:after="0"/>
            </w:pPr>
            <w:r>
              <w:rPr>
                <w:b w:val="0"/>
                <w:sz w:val="19"/>
              </w:rPr>
              <w:t>Öğrenciler otobiyografilerini oluşturmaya yönelik performans görevi hazırlar. Bu görev</w:t>
            </w:r>
          </w:p>
          <w:p>
            <w:pPr>
              <w:spacing w:after="0"/>
            </w:pPr>
            <w:r>
              <w:rPr>
                <w:b w:val="0"/>
                <w:sz w:val="19"/>
              </w:rPr>
              <w:t>sonrasında öğrencilerden yazdıkları metni arkadaşları ile paylaşmaları istenir. Değerlendirmede</w:t>
            </w:r>
          </w:p>
          <w:p>
            <w:pPr>
              <w:spacing w:after="0"/>
            </w:pPr>
            <w:r>
              <w:rPr>
                <w:b w:val="0"/>
                <w:sz w:val="19"/>
              </w:rPr>
              <w:t>dereceli puanlama anahtarı kullanılır. Puanlama anahtarında yazılı anlatımlar;bağlama uygunluk, dil ve anlatım özelliği, etkileyicilik, gerçeklik, tutarlılık, özgünlük gibi ölçütler bağlamında değerlendirilir. Yansıtmada öz değerlendirme ile akran ve grup değerlendirmeleri yapılabilir.</w:t>
            </w:r>
          </w:p>
          <w:p>
            <w:pPr>
              <w:spacing w:after="0"/>
            </w:pPr>
            <w:r>
              <w:rPr>
                <w:b w:val="0"/>
                <w:sz w:val="19"/>
              </w:rPr>
              <w:t>Tema sonu değerlendirmede çıkış kartı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Ulusal Egemenlik Çocuk Bayramı (23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4.TEMA </w:t>
            </w:r>
          </w:p>
          <w:p>
            <w:pPr>
              <w:spacing w:after="0"/>
            </w:pPr>
            <w:r>
              <w:rPr>
                <w:b w:val="0"/>
                <w:sz w:val="19"/>
              </w:rPr>
              <w:t>DİLİN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 • Tema içeriğine uygun</w:t>
            </w:r>
          </w:p>
          <w:p>
            <w:pPr>
              <w:spacing w:after="0"/>
            </w:pPr>
            <w:r>
              <w:rPr>
                <w:b w:val="0"/>
                <w:sz w:val="19"/>
              </w:rPr>
              <w:t>bir roman</w:t>
            </w:r>
          </w:p>
          <w:p>
            <w:pPr>
              <w:spacing w:after="0"/>
            </w:pPr>
            <w:r>
              <w:rPr>
                <w:b w:val="0"/>
                <w:sz w:val="19"/>
              </w:rPr>
              <w:t>• Ara Metin: Tema</w:t>
            </w:r>
          </w:p>
          <w:p>
            <w:pPr>
              <w:spacing w:after="0"/>
            </w:pPr>
            <w:r>
              <w:rPr>
                <w:b w:val="0"/>
                <w:sz w:val="19"/>
              </w:rPr>
              <w:t>içeriğine uygun bir</w:t>
            </w:r>
          </w:p>
          <w:p>
            <w:pPr>
              <w:spacing w:after="0"/>
            </w:pPr>
            <w:r>
              <w:rPr>
                <w:b w:val="0"/>
                <w:sz w:val="19"/>
              </w:rPr>
              <w:t>tiyatro</w:t>
            </w:r>
          </w:p>
          <w:p>
            <w:pPr>
              <w:spacing w:after="0"/>
            </w:pPr>
            <w:r>
              <w:rPr>
                <w:b w:val="0"/>
                <w:sz w:val="19"/>
              </w:rPr>
              <w:t>• Tema içeriğine uygun</w:t>
            </w:r>
          </w:p>
          <w:p>
            <w:pPr>
              <w:spacing w:after="0"/>
            </w:pPr>
            <w:r>
              <w:rPr>
                <w:b w:val="0"/>
                <w:sz w:val="19"/>
              </w:rPr>
              <w:t>bir eleştiri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TDE2.3. “Dilin Zenginliği” temasında ele alınan metinleri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TDE2.3.1. Nesne, olgu ve olaylara ilişkin parçaları belirler.</w:t>
            </w:r>
          </w:p>
          <w:p>
            <w:pPr>
              <w:spacing w:after="0"/>
            </w:pPr>
            <w:r>
              <w:rPr>
                <w:b w:val="0"/>
                <w:sz w:val="19"/>
              </w:rPr>
              <w:t>• Metindeki karakterlerin özelliklerini ve amaçlarını inceler.</w:t>
            </w:r>
          </w:p>
          <w:p>
            <w:pPr>
              <w:spacing w:after="0"/>
            </w:pPr>
            <w:r>
              <w:rPr>
                <w:b w:val="0"/>
                <w:sz w:val="19"/>
              </w:rPr>
              <w:t>• Metindeki yapı unsurlarını belirler.</w:t>
            </w:r>
          </w:p>
          <w:p>
            <w:pPr>
              <w:spacing w:after="0"/>
            </w:pPr>
            <w:r>
              <w:rPr>
                <w:b w:val="0"/>
                <w:sz w:val="19"/>
              </w:rPr>
              <w:t>• Metindeki dil ve anlatım özelliklerini belirler.</w:t>
            </w:r>
          </w:p>
          <w:p>
            <w:pPr>
              <w:spacing w:after="0"/>
            </w:pPr>
            <w:r>
              <w:rPr>
                <w:b w:val="0"/>
                <w:sz w:val="19"/>
              </w:rPr>
              <w:t>• Metindeki dil işlevlerini belirler.</w:t>
            </w:r>
          </w:p>
          <w:p>
            <w:pPr>
              <w:spacing w:after="0"/>
            </w:pPr>
            <w:r>
              <w:rPr>
                <w:b w:val="0"/>
                <w:sz w:val="19"/>
              </w:rPr>
              <w:t>b) TDE2.3.2. Parçalar arasındaki ilişkileri belirler.</w:t>
            </w:r>
          </w:p>
          <w:p>
            <w:pPr>
              <w:spacing w:after="0"/>
            </w:pPr>
            <w:r>
              <w:rPr>
                <w:b w:val="0"/>
                <w:sz w:val="19"/>
              </w:rPr>
              <w:t>• Okuduğu metni oluşturan şekil ve anlama dair birimler arasındaki ilişkileri belirler.</w:t>
            </w:r>
          </w:p>
          <w:p>
            <w:pPr>
              <w:spacing w:after="0"/>
            </w:pPr>
            <w:r>
              <w:rPr>
                <w:b w:val="0"/>
                <w:sz w:val="19"/>
              </w:rPr>
              <w:t>• Metindeki yapı unsurları arasındaki ilişkileri belirler.</w:t>
            </w:r>
          </w:p>
          <w:p>
            <w:pPr>
              <w:spacing w:after="0"/>
            </w:pPr>
            <w:r>
              <w:rPr>
                <w:b w:val="0"/>
                <w:sz w:val="19"/>
              </w:rPr>
              <w:t>• Yazarın üslup seçiminin nedenleri ve sonuçlarını açıklar.</w:t>
            </w:r>
          </w:p>
          <w:p>
            <w:pPr>
              <w:spacing w:after="0"/>
            </w:pPr>
            <w:r>
              <w:rPr>
                <w:b w:val="0"/>
                <w:sz w:val="19"/>
              </w:rPr>
              <w:t>• Metinlerin yazıldığı dönemin özelliklerini açıklar.</w:t>
            </w:r>
          </w:p>
          <w:p>
            <w:pPr>
              <w:spacing w:after="0"/>
            </w:pPr>
            <w:r>
              <w:rPr>
                <w:b w:val="0"/>
                <w:sz w:val="19"/>
              </w:rPr>
              <w:t>• Metnin içeriğinin, yapı unsurlarının, dil ve anlatım özelliklerinin metnin yazıldığı dönemle ve toplumla ilişkisini kurar.</w:t>
            </w:r>
          </w:p>
          <w:p>
            <w:pPr>
              <w:spacing w:after="0"/>
            </w:pPr>
            <w:r>
              <w:rPr>
                <w:b w:val="0"/>
                <w:sz w:val="19"/>
              </w:rPr>
              <w:t>• Metni millî, manevi ve evrensel değerlerin aktarımı bağlamında değerlendirir.</w:t>
            </w:r>
          </w:p>
          <w:p>
            <w:pPr>
              <w:spacing w:after="0"/>
            </w:pPr>
            <w:r>
              <w:rPr>
                <w:b w:val="0"/>
                <w:sz w:val="19"/>
              </w:rPr>
              <w:t>• Metnin içeriğinin, yapı unsurlarının, dil ve anlatım özelliklerinin metnin yazarıyla ilişkisini kurar.</w:t>
            </w:r>
          </w:p>
          <w:p>
            <w:pPr>
              <w:spacing w:after="0"/>
            </w:pPr>
            <w:r>
              <w:rPr>
                <w:b w:val="0"/>
                <w:sz w:val="19"/>
              </w:rPr>
              <w:t>• Metnin diğer disiplinlerle olan ilişkisini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w:t>
            </w:r>
          </w:p>
          <w:p>
            <w:pPr>
              <w:spacing w:after="0"/>
            </w:pPr>
            <w:r>
              <w:rPr>
                <w:b w:val="0"/>
                <w:sz w:val="19"/>
              </w:rPr>
              <w:t xml:space="preserve">SDB2.2. İş Birliği </w:t>
            </w:r>
          </w:p>
          <w:p>
            <w:pPr>
              <w:spacing w:after="0"/>
            </w:pPr>
            <w:r>
              <w:rPr>
                <w:b w:val="0"/>
                <w:sz w:val="19"/>
              </w:rPr>
              <w:t>SDB2.3.Sosyal Farkındalık</w:t>
            </w:r>
          </w:p>
          <w:p>
            <w:pPr>
              <w:spacing w:after="0"/>
            </w:pPr>
            <w:r>
              <w:rPr>
                <w:b w:val="0"/>
                <w:sz w:val="19"/>
              </w:rPr>
              <w:t xml:space="preserve">SDB3.1. Uyum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D11. Özgürlük </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 xml:space="preserve">OB7. Veri Okuryazarlığı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(TDE2.3. “Dilin Zenginliği” temasında ele alınan metinleri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Gözlem formu</w:t>
            </w:r>
          </w:p>
          <w:p>
            <w:pPr>
              <w:spacing w:after="0"/>
            </w:pPr>
            <w:r>
              <w:rPr>
                <w:b w:val="0"/>
                <w:sz w:val="19"/>
              </w:rPr>
              <w:t>• Çalışma kâğıdı</w:t>
            </w:r>
          </w:p>
          <w:p>
            <w:pPr>
              <w:spacing w:after="0"/>
            </w:pPr>
            <w:r>
              <w:rPr>
                <w:b w:val="0"/>
                <w:sz w:val="19"/>
              </w:rPr>
              <w:t>• Çıkış kartı</w:t>
            </w:r>
          </w:p>
          <w:p>
            <w:pPr>
              <w:spacing w:after="0"/>
            </w:pPr>
            <w:r>
              <w:rPr>
                <w:b w:val="0"/>
                <w:sz w:val="19"/>
              </w:rPr>
              <w:t>• Öğrenme duvarı</w:t>
            </w:r>
          </w:p>
          <w:p>
            <w:pPr>
              <w:spacing w:after="0"/>
            </w:pPr>
            <w:r>
              <w:rPr>
                <w:b w:val="0"/>
                <w:sz w:val="19"/>
              </w:rPr>
              <w:t>• Öğrenme günlüğü</w:t>
            </w:r>
          </w:p>
          <w:p>
            <w:pPr>
              <w:spacing w:after="0"/>
            </w:pPr>
            <w:r>
              <w:rPr>
                <w:b w:val="0"/>
                <w:sz w:val="19"/>
              </w:rPr>
              <w:t>• Açık uçlu sorular</w:t>
            </w:r>
          </w:p>
          <w:p>
            <w:pPr>
              <w:spacing w:after="0"/>
            </w:pPr>
            <w:r>
              <w:rPr>
                <w:b w:val="0"/>
                <w:sz w:val="19"/>
              </w:rPr>
              <w:t>• Kontrol listesi</w:t>
            </w:r>
          </w:p>
          <w:p>
            <w:pPr>
              <w:spacing w:after="0"/>
            </w:pPr>
            <w:r>
              <w:rPr>
                <w:b w:val="0"/>
                <w:sz w:val="19"/>
              </w:rPr>
              <w:t>• Bilgi kartları</w:t>
            </w:r>
          </w:p>
          <w:p>
            <w:pPr>
              <w:spacing w:after="0"/>
            </w:pPr>
            <w:r>
              <w:rPr>
                <w:b w:val="0"/>
                <w:sz w:val="19"/>
              </w:rPr>
              <w:t>Dilin zenginliğini gösteren metinlerle okumayı yönetebilme sürecinde açık uçlu sorular</w:t>
            </w:r>
          </w:p>
          <w:p>
            <w:pPr>
              <w:spacing w:after="0"/>
            </w:pPr>
            <w:r>
              <w:rPr>
                <w:b w:val="0"/>
                <w:sz w:val="19"/>
              </w:rPr>
              <w:t>sorulabilir, kontrol listesi tutulabilir. Anlam oluşturma süreci için öğrenme duvarı, çalışma</w:t>
            </w:r>
          </w:p>
          <w:p>
            <w:pPr>
              <w:spacing w:after="0"/>
            </w:pPr>
            <w:r>
              <w:rPr>
                <w:b w:val="0"/>
                <w:sz w:val="19"/>
              </w:rPr>
              <w:t>kâğıdı hazırlanabilir. Çözümlemede açık uçlu sorulardan yararlanılabilir. Yansıtmada</w:t>
            </w:r>
          </w:p>
          <w:p>
            <w:pPr>
              <w:spacing w:after="0"/>
            </w:pPr>
            <w:r>
              <w:rPr>
                <w:b w:val="0"/>
                <w:sz w:val="19"/>
              </w:rPr>
              <w:t>öğrenme günlüğü oluşturulabilir.</w:t>
            </w:r>
          </w:p>
          <w:p>
            <w:pPr>
              <w:spacing w:after="0"/>
            </w:pPr>
            <w:r>
              <w:rPr>
                <w:b w:val="0"/>
                <w:sz w:val="19"/>
              </w:rPr>
              <w:t>Dilin zenginliğini gösteren metinlerle dinlemeyi/izlemeyi yönetebilme sürecinde gözlem</w:t>
            </w:r>
          </w:p>
          <w:p>
            <w:pPr>
              <w:spacing w:after="0"/>
            </w:pPr>
            <w:r>
              <w:rPr>
                <w:b w:val="0"/>
                <w:sz w:val="19"/>
              </w:rPr>
              <w:t>formu tutulabilir. Anlam oluşturma süreci için bilgi kartları hazırlanabilir. Çözümleme sürecinde</w:t>
            </w:r>
          </w:p>
          <w:p>
            <w:pPr>
              <w:spacing w:after="0"/>
            </w:pPr>
            <w:r>
              <w:rPr>
                <w:b w:val="0"/>
                <w:sz w:val="19"/>
              </w:rPr>
              <w:t>çalışma kâğıdından yararlanılabilir. Öz yansıtmada öz değerlendirme formu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üslup konusu ile ilgili öğrendiklerinden hareketle sosyal medya dili ile</w:t>
            </w:r>
          </w:p>
          <w:p>
            <w:pPr>
              <w:spacing w:after="0"/>
            </w:pPr>
            <w:r>
              <w:rPr>
                <w:b w:val="0"/>
                <w:sz w:val="19"/>
              </w:rPr>
              <w:t>edebî dilin özelliklerini karşılaştırdıkları bir sunum yapmalarına yönelik performans</w:t>
            </w:r>
          </w:p>
          <w:p>
            <w:pPr>
              <w:spacing w:after="0"/>
            </w:pPr>
            <w:r>
              <w:rPr>
                <w:b w:val="0"/>
                <w:sz w:val="19"/>
              </w:rPr>
              <w:t>görevi</w:t>
            </w:r>
          </w:p>
          <w:p>
            <w:pPr>
              <w:spacing w:after="0"/>
            </w:pPr>
            <w:r>
              <w:rPr>
                <w:b w:val="0"/>
                <w:sz w:val="19"/>
              </w:rPr>
              <w:t>• Öğrencilerin otobiyografilerini oluşturmaya yönelik bir performans görevi</w:t>
            </w:r>
          </w:p>
          <w:p>
            <w:pPr>
              <w:spacing w:after="0"/>
            </w:pPr>
            <w:r>
              <w:rPr>
                <w:b w:val="0"/>
                <w:sz w:val="19"/>
              </w:rPr>
              <w:t>Öğrencilerin okuduğu, tahlil ettiği ve değerlendirmesini yaptığı romanda üslup konusu ile</w:t>
            </w:r>
          </w:p>
          <w:p>
            <w:pPr>
              <w:spacing w:after="0"/>
            </w:pPr>
            <w:r>
              <w:rPr>
                <w:b w:val="0"/>
                <w:sz w:val="19"/>
              </w:rPr>
              <w:t>ilgili öğrendiklerinden hareketle sosyal medya dili ile edebî dilin özelliklerini karşılaştırdıkları</w:t>
            </w:r>
          </w:p>
          <w:p>
            <w:pPr>
              <w:spacing w:after="0"/>
            </w:pPr>
            <w:r>
              <w:rPr>
                <w:b w:val="0"/>
                <w:sz w:val="19"/>
              </w:rPr>
              <w:t>sunum performansı, dereceli puanlama anahtarı ile puanlanır. Puanlama anahtarında</w:t>
            </w:r>
          </w:p>
          <w:p>
            <w:pPr>
              <w:spacing w:after="0"/>
            </w:pPr>
            <w:r>
              <w:rPr>
                <w:b w:val="0"/>
                <w:sz w:val="19"/>
              </w:rPr>
              <w:t>içeriğe uygunluk, özgünlük, sunum becerisi, görsel ögeleri kullanma, zaman ve mekân</w:t>
            </w:r>
          </w:p>
          <w:p>
            <w:pPr>
              <w:spacing w:after="0"/>
            </w:pPr>
            <w:r>
              <w:rPr>
                <w:b w:val="0"/>
                <w:sz w:val="19"/>
              </w:rPr>
              <w:t>kullanımı, beden dili ile jest ve mimik kullanımı gibi ölçütler yer alır. Bu görev grup çalışması</w:t>
            </w:r>
          </w:p>
          <w:p>
            <w:pPr>
              <w:spacing w:after="0"/>
            </w:pPr>
            <w:r>
              <w:rPr>
                <w:b w:val="0"/>
                <w:sz w:val="19"/>
              </w:rPr>
              <w:t>olarak gerçekleştirilebilir.</w:t>
            </w:r>
          </w:p>
          <w:p>
            <w:pPr>
              <w:spacing w:after="0"/>
            </w:pPr>
            <w:r>
              <w:rPr>
                <w:b w:val="0"/>
                <w:sz w:val="19"/>
              </w:rPr>
              <w:t>Öğrenciler otobiyografilerini oluşturmaya yönelik performans görevi hazırlar. Bu görev</w:t>
            </w:r>
          </w:p>
          <w:p>
            <w:pPr>
              <w:spacing w:after="0"/>
            </w:pPr>
            <w:r>
              <w:rPr>
                <w:b w:val="0"/>
                <w:sz w:val="19"/>
              </w:rPr>
              <w:t>sonrasında öğrencilerden yazdıkları metni arkadaşları ile paylaşmaları istenir. Değerlendirmede</w:t>
            </w:r>
          </w:p>
          <w:p>
            <w:pPr>
              <w:spacing w:after="0"/>
            </w:pPr>
            <w:r>
              <w:rPr>
                <w:b w:val="0"/>
                <w:sz w:val="19"/>
              </w:rPr>
              <w:t>dereceli puanlama anahtarı kullanılır. Puanlama anahtarında yazılı anlatımlar;bağlama uygunluk, dil ve anlatım özelliği, etkileyicilik, gerçeklik, tutarlılık, özgünlük gibi ölçütler bağlamında değerlendirilir. Yansıtmada öz değerlendirme ile akran ve grup değerlendirmeleri yapılabilir.</w:t>
            </w:r>
          </w:p>
          <w:p>
            <w:pPr>
              <w:spacing w:after="0"/>
            </w:pPr>
            <w:r>
              <w:rPr>
                <w:b w:val="0"/>
                <w:sz w:val="19"/>
              </w:rPr>
              <w:t>Tema sonu değerlendirmede çıkış kartı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Kût'ül Amâre Zaferi (29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4.TEMA </w:t>
            </w:r>
          </w:p>
          <w:p>
            <w:pPr>
              <w:spacing w:after="0"/>
            </w:pPr>
            <w:r>
              <w:rPr>
                <w:b w:val="0"/>
                <w:sz w:val="19"/>
              </w:rPr>
              <w:t>DİLİN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 • Tema içeriğine uygun</w:t>
            </w:r>
          </w:p>
          <w:p>
            <w:pPr>
              <w:spacing w:after="0"/>
            </w:pPr>
            <w:r>
              <w:rPr>
                <w:b w:val="0"/>
                <w:sz w:val="19"/>
              </w:rPr>
              <w:t>bir roman</w:t>
            </w:r>
          </w:p>
          <w:p>
            <w:pPr>
              <w:spacing w:after="0"/>
            </w:pPr>
            <w:r>
              <w:rPr>
                <w:b w:val="0"/>
                <w:sz w:val="19"/>
              </w:rPr>
              <w:t>• Ara Metin: Tema</w:t>
            </w:r>
          </w:p>
          <w:p>
            <w:pPr>
              <w:spacing w:after="0"/>
            </w:pPr>
            <w:r>
              <w:rPr>
                <w:b w:val="0"/>
                <w:sz w:val="19"/>
              </w:rPr>
              <w:t>içeriğine uygun bir</w:t>
            </w:r>
          </w:p>
          <w:p>
            <w:pPr>
              <w:spacing w:after="0"/>
            </w:pPr>
            <w:r>
              <w:rPr>
                <w:b w:val="0"/>
                <w:sz w:val="19"/>
              </w:rPr>
              <w:t>tiyatro</w:t>
            </w:r>
          </w:p>
          <w:p>
            <w:pPr>
              <w:spacing w:after="0"/>
            </w:pPr>
            <w:r>
              <w:rPr>
                <w:b w:val="0"/>
                <w:sz w:val="19"/>
              </w:rPr>
              <w:t>• Tema içeriğine uygun</w:t>
            </w:r>
          </w:p>
          <w:p>
            <w:pPr>
              <w:spacing w:after="0"/>
            </w:pPr>
            <w:r>
              <w:rPr>
                <w:b w:val="0"/>
                <w:sz w:val="19"/>
              </w:rPr>
              <w:t>bir eleştiri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TDE2.4. “Dilin Zenginliği” temasında ele alınan metinlere yönelik süreci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TDE2.4.1. Kendini değerlendirir.</w:t>
            </w:r>
          </w:p>
          <w:p>
            <w:pPr>
              <w:spacing w:after="0"/>
            </w:pPr>
            <w:r>
              <w:rPr>
                <w:b w:val="0"/>
                <w:sz w:val="19"/>
              </w:rPr>
              <w:t>• Metin hakkında değerlendirmeler yapabilmek için çeşitli ölçütler belirler.</w:t>
            </w:r>
          </w:p>
          <w:p>
            <w:pPr>
              <w:spacing w:after="0"/>
            </w:pPr>
            <w:r>
              <w:rPr>
                <w:b w:val="0"/>
                <w:sz w:val="19"/>
              </w:rPr>
              <w:t>• Okuduğu metni kendi beğeni ölçütleri doğrultusunda değerlendirir.</w:t>
            </w:r>
          </w:p>
          <w:p>
            <w:pPr>
              <w:spacing w:after="0"/>
            </w:pPr>
            <w:r>
              <w:rPr>
                <w:b w:val="0"/>
                <w:sz w:val="19"/>
              </w:rPr>
              <w:t>• Metindeki gerçeklik ile gerçek dünya bilgisine dayalı karşılaştırmalar yapar.</w:t>
            </w:r>
          </w:p>
          <w:p>
            <w:pPr>
              <w:spacing w:after="0"/>
            </w:pPr>
            <w:r>
              <w:rPr>
                <w:b w:val="0"/>
                <w:sz w:val="19"/>
              </w:rPr>
              <w:t>b) TDE2.4.2. Tepki ortaya koyar.</w:t>
            </w:r>
          </w:p>
          <w:p>
            <w:pPr>
              <w:spacing w:after="0"/>
            </w:pPr>
            <w:r>
              <w:rPr>
                <w:b w:val="0"/>
                <w:sz w:val="19"/>
              </w:rPr>
              <w:t>• Kendini karakterlerin yerine koyarak kahramanın davranışlarını anlamlandırır.</w:t>
            </w:r>
          </w:p>
          <w:p>
            <w:pPr>
              <w:spacing w:after="0"/>
            </w:pPr>
            <w:r>
              <w:rPr>
                <w:b w:val="0"/>
                <w:sz w:val="19"/>
              </w:rPr>
              <w:t>• Okuduğu metne yönelik beğeni ve eleştirilerini gerekçelendirerek açıklar.</w:t>
            </w:r>
          </w:p>
          <w:p>
            <w:pPr>
              <w:spacing w:after="0"/>
            </w:pPr>
            <w:r>
              <w:rPr>
                <w:b w:val="0"/>
                <w:sz w:val="19"/>
              </w:rPr>
              <w:t>• Metnin konu ve ana düşüncesinin kendi dünyasıyla ilişkisini belirler.</w:t>
            </w:r>
          </w:p>
          <w:p>
            <w:pPr>
              <w:spacing w:after="0"/>
            </w:pPr>
            <w:r>
              <w:rPr>
                <w:b w:val="0"/>
                <w:sz w:val="19"/>
              </w:rPr>
              <w:t>• Yazarın amacı ile kendi düşünceleri arasındaki benzerlik ve farklılıkları açıklar.</w:t>
            </w:r>
          </w:p>
          <w:p>
            <w:pPr>
              <w:spacing w:after="0"/>
            </w:pPr>
            <w:r>
              <w:rPr>
                <w:b w:val="0"/>
                <w:sz w:val="19"/>
              </w:rPr>
              <w:t>• Metindeki olaya, duruma, soruna ya da karakterlerin davranışlarına seçenekler üretir.</w:t>
            </w:r>
          </w:p>
          <w:p>
            <w:pPr>
              <w:spacing w:after="0"/>
            </w:pPr>
            <w:r>
              <w:rPr>
                <w:b w:val="0"/>
                <w:sz w:val="19"/>
              </w:rPr>
              <w:t>• Kendi belirlediği ölçütlerden hareketle metnin yazılış amacına ulaşma düzeyini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w:t>
            </w:r>
          </w:p>
          <w:p>
            <w:pPr>
              <w:spacing w:after="0"/>
            </w:pPr>
            <w:r>
              <w:rPr>
                <w:b w:val="0"/>
                <w:sz w:val="19"/>
              </w:rPr>
              <w:t xml:space="preserve">SDB2.2. İş Birliği </w:t>
            </w:r>
          </w:p>
          <w:p>
            <w:pPr>
              <w:spacing w:after="0"/>
            </w:pPr>
            <w:r>
              <w:rPr>
                <w:b w:val="0"/>
                <w:sz w:val="19"/>
              </w:rPr>
              <w:t>SDB2.3.Sosyal Farkındalık</w:t>
            </w:r>
          </w:p>
          <w:p>
            <w:pPr>
              <w:spacing w:after="0"/>
            </w:pPr>
            <w:r>
              <w:rPr>
                <w:b w:val="0"/>
                <w:sz w:val="19"/>
              </w:rPr>
              <w:t xml:space="preserve">SDB3.1. Uyum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D11. Özgürlük </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 xml:space="preserve">OB7. Veri Okuryazarlığı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(TDE2.4. “Dilin Zenginliği” temasında ele alınan metinlere yönelik süreci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Gözlem formu</w:t>
            </w:r>
          </w:p>
          <w:p>
            <w:pPr>
              <w:spacing w:after="0"/>
            </w:pPr>
            <w:r>
              <w:rPr>
                <w:b w:val="0"/>
                <w:sz w:val="19"/>
              </w:rPr>
              <w:t>• Çalışma kâğıdı</w:t>
            </w:r>
          </w:p>
          <w:p>
            <w:pPr>
              <w:spacing w:after="0"/>
            </w:pPr>
            <w:r>
              <w:rPr>
                <w:b w:val="0"/>
                <w:sz w:val="19"/>
              </w:rPr>
              <w:t>• Çıkış kartı</w:t>
            </w:r>
          </w:p>
          <w:p>
            <w:pPr>
              <w:spacing w:after="0"/>
            </w:pPr>
            <w:r>
              <w:rPr>
                <w:b w:val="0"/>
                <w:sz w:val="19"/>
              </w:rPr>
              <w:t>• Öğrenme duvarı</w:t>
            </w:r>
          </w:p>
          <w:p>
            <w:pPr>
              <w:spacing w:after="0"/>
            </w:pPr>
            <w:r>
              <w:rPr>
                <w:b w:val="0"/>
                <w:sz w:val="19"/>
              </w:rPr>
              <w:t>• Öğrenme günlüğü</w:t>
            </w:r>
          </w:p>
          <w:p>
            <w:pPr>
              <w:spacing w:after="0"/>
            </w:pPr>
            <w:r>
              <w:rPr>
                <w:b w:val="0"/>
                <w:sz w:val="19"/>
              </w:rPr>
              <w:t>• Açık uçlu sorular</w:t>
            </w:r>
          </w:p>
          <w:p>
            <w:pPr>
              <w:spacing w:after="0"/>
            </w:pPr>
            <w:r>
              <w:rPr>
                <w:b w:val="0"/>
                <w:sz w:val="19"/>
              </w:rPr>
              <w:t>• Kontrol listesi</w:t>
            </w:r>
          </w:p>
          <w:p>
            <w:pPr>
              <w:spacing w:after="0"/>
            </w:pPr>
            <w:r>
              <w:rPr>
                <w:b w:val="0"/>
                <w:sz w:val="19"/>
              </w:rPr>
              <w:t>• Bilgi kartları</w:t>
            </w:r>
          </w:p>
          <w:p>
            <w:pPr>
              <w:spacing w:after="0"/>
            </w:pPr>
            <w:r>
              <w:rPr>
                <w:b w:val="0"/>
                <w:sz w:val="19"/>
              </w:rPr>
              <w:t>Dilin zenginliğini gösteren metinlerle okumayı yönetebilme sürecinde açık uçlu sorular</w:t>
            </w:r>
          </w:p>
          <w:p>
            <w:pPr>
              <w:spacing w:after="0"/>
            </w:pPr>
            <w:r>
              <w:rPr>
                <w:b w:val="0"/>
                <w:sz w:val="19"/>
              </w:rPr>
              <w:t>sorulabilir, kontrol listesi tutulabilir. Anlam oluşturma süreci için öğrenme duvarı, çalışma</w:t>
            </w:r>
          </w:p>
          <w:p>
            <w:pPr>
              <w:spacing w:after="0"/>
            </w:pPr>
            <w:r>
              <w:rPr>
                <w:b w:val="0"/>
                <w:sz w:val="19"/>
              </w:rPr>
              <w:t>kâğıdı hazırlanabilir. Çözümlemede açık uçlu sorulardan yararlanılabilir. Yansıtmada</w:t>
            </w:r>
          </w:p>
          <w:p>
            <w:pPr>
              <w:spacing w:after="0"/>
            </w:pPr>
            <w:r>
              <w:rPr>
                <w:b w:val="0"/>
                <w:sz w:val="19"/>
              </w:rPr>
              <w:t>öğrenme günlüğü oluşturulabilir.</w:t>
            </w:r>
          </w:p>
          <w:p>
            <w:pPr>
              <w:spacing w:after="0"/>
            </w:pPr>
            <w:r>
              <w:rPr>
                <w:b w:val="0"/>
                <w:sz w:val="19"/>
              </w:rPr>
              <w:t>Dilin zenginliğini gösteren metinlerle dinlemeyi/izlemeyi yönetebilme sürecinde gözlem</w:t>
            </w:r>
          </w:p>
          <w:p>
            <w:pPr>
              <w:spacing w:after="0"/>
            </w:pPr>
            <w:r>
              <w:rPr>
                <w:b w:val="0"/>
                <w:sz w:val="19"/>
              </w:rPr>
              <w:t>formu tutulabilir. Anlam oluşturma süreci için bilgi kartları hazırlanabilir. Çözümleme sürecinde</w:t>
            </w:r>
          </w:p>
          <w:p>
            <w:pPr>
              <w:spacing w:after="0"/>
            </w:pPr>
            <w:r>
              <w:rPr>
                <w:b w:val="0"/>
                <w:sz w:val="19"/>
              </w:rPr>
              <w:t>çalışma kâğıdından yararlanılabilir. Öz yansıtmada öz değerlendirme formu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üslup konusu ile ilgili öğrendiklerinden hareketle sosyal medya dili ile</w:t>
            </w:r>
          </w:p>
          <w:p>
            <w:pPr>
              <w:spacing w:after="0"/>
            </w:pPr>
            <w:r>
              <w:rPr>
                <w:b w:val="0"/>
                <w:sz w:val="19"/>
              </w:rPr>
              <w:t>edebî dilin özelliklerini karşılaştırdıkları bir sunum yapmalarına yönelik performans</w:t>
            </w:r>
          </w:p>
          <w:p>
            <w:pPr>
              <w:spacing w:after="0"/>
            </w:pPr>
            <w:r>
              <w:rPr>
                <w:b w:val="0"/>
                <w:sz w:val="19"/>
              </w:rPr>
              <w:t>görevi</w:t>
            </w:r>
          </w:p>
          <w:p>
            <w:pPr>
              <w:spacing w:after="0"/>
            </w:pPr>
            <w:r>
              <w:rPr>
                <w:b w:val="0"/>
                <w:sz w:val="19"/>
              </w:rPr>
              <w:t>• Öğrencilerin otobiyografilerini oluşturmaya yönelik bir performans görevi</w:t>
            </w:r>
          </w:p>
          <w:p>
            <w:pPr>
              <w:spacing w:after="0"/>
            </w:pPr>
            <w:r>
              <w:rPr>
                <w:b w:val="0"/>
                <w:sz w:val="19"/>
              </w:rPr>
              <w:t>Öğrencilerin okuduğu, tahlil ettiği ve değerlendirmesini yaptığı romanda üslup konusu ile</w:t>
            </w:r>
          </w:p>
          <w:p>
            <w:pPr>
              <w:spacing w:after="0"/>
            </w:pPr>
            <w:r>
              <w:rPr>
                <w:b w:val="0"/>
                <w:sz w:val="19"/>
              </w:rPr>
              <w:t>ilgili öğrendiklerinden hareketle sosyal medya dili ile edebî dilin özelliklerini karşılaştırdıkları</w:t>
            </w:r>
          </w:p>
          <w:p>
            <w:pPr>
              <w:spacing w:after="0"/>
            </w:pPr>
            <w:r>
              <w:rPr>
                <w:b w:val="0"/>
                <w:sz w:val="19"/>
              </w:rPr>
              <w:t>sunum performansı, dereceli puanlama anahtarı ile puanlanır. Puanlama anahtarında</w:t>
            </w:r>
          </w:p>
          <w:p>
            <w:pPr>
              <w:spacing w:after="0"/>
            </w:pPr>
            <w:r>
              <w:rPr>
                <w:b w:val="0"/>
                <w:sz w:val="19"/>
              </w:rPr>
              <w:t>içeriğe uygunluk, özgünlük, sunum becerisi, görsel ögeleri kullanma, zaman ve mekân</w:t>
            </w:r>
          </w:p>
          <w:p>
            <w:pPr>
              <w:spacing w:after="0"/>
            </w:pPr>
            <w:r>
              <w:rPr>
                <w:b w:val="0"/>
                <w:sz w:val="19"/>
              </w:rPr>
              <w:t>kullanımı, beden dili ile jest ve mimik kullanımı gibi ölçütler yer alır. Bu görev grup çalışması</w:t>
            </w:r>
          </w:p>
          <w:p>
            <w:pPr>
              <w:spacing w:after="0"/>
            </w:pPr>
            <w:r>
              <w:rPr>
                <w:b w:val="0"/>
                <w:sz w:val="19"/>
              </w:rPr>
              <w:t>olarak gerçekleştirilebilir.</w:t>
            </w:r>
          </w:p>
          <w:p>
            <w:pPr>
              <w:spacing w:after="0"/>
            </w:pPr>
            <w:r>
              <w:rPr>
                <w:b w:val="0"/>
                <w:sz w:val="19"/>
              </w:rPr>
              <w:t>Öğrenciler otobiyografilerini oluşturmaya yönelik performans görevi hazırlar. Bu görev</w:t>
            </w:r>
          </w:p>
          <w:p>
            <w:pPr>
              <w:spacing w:after="0"/>
            </w:pPr>
            <w:r>
              <w:rPr>
                <w:b w:val="0"/>
                <w:sz w:val="19"/>
              </w:rPr>
              <w:t>sonrasında öğrencilerden yazdıkları metni arkadaşları ile paylaşmaları istenir. Değerlendirmede</w:t>
            </w:r>
          </w:p>
          <w:p>
            <w:pPr>
              <w:spacing w:after="0"/>
            </w:pPr>
            <w:r>
              <w:rPr>
                <w:b w:val="0"/>
                <w:sz w:val="19"/>
              </w:rPr>
              <w:t>dereceli puanlama anahtarı kullanılır. Puanlama anahtarında yazılı anlatımlar;bağlama uygunluk, dil ve anlatım özelliği, etkileyicilik, gerçeklik, tutarlılık, özgünlük gibi ölçütler bağlamında değerlendirilir. Yansıtmada öz değerlendirme ile akran ve grup değerlendirmeleri yapılabilir.</w:t>
            </w:r>
          </w:p>
          <w:p>
            <w:pPr>
              <w:spacing w:after="0"/>
            </w:pPr>
            <w:r>
              <w:rPr>
                <w:b w:val="0"/>
                <w:sz w:val="19"/>
              </w:rPr>
              <w:t>Tema sonu değerlendirmede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4.TEMA </w:t>
            </w:r>
          </w:p>
          <w:p>
            <w:pPr>
              <w:spacing w:after="0"/>
            </w:pPr>
            <w:r>
              <w:rPr>
                <w:b w:val="0"/>
                <w:sz w:val="19"/>
              </w:rPr>
              <w:t>DİLİN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KONUŞMA • Sosyal medya dilini</w:t>
            </w:r>
          </w:p>
          <w:p>
            <w:pPr>
              <w:spacing w:after="0"/>
            </w:pPr>
            <w:r>
              <w:rPr>
                <w:b w:val="0"/>
                <w:sz w:val="19"/>
              </w:rPr>
              <w:t>edebî dilin özellikleri</w:t>
            </w:r>
          </w:p>
          <w:p>
            <w:pPr>
              <w:spacing w:after="0"/>
            </w:pPr>
            <w:r>
              <w:rPr>
                <w:b w:val="0"/>
                <w:sz w:val="19"/>
              </w:rPr>
              <w:t>açısından eleştirdiği bir</w:t>
            </w:r>
          </w:p>
          <w:p>
            <w:pPr>
              <w:spacing w:after="0"/>
            </w:pPr>
            <w:r>
              <w:rPr>
                <w:b w:val="0"/>
                <w:sz w:val="19"/>
              </w:rPr>
              <w:t>sunum hazırlayabilme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TDE3.1. Dilin zenginliğini kullandığı akıcı bir konuşma sürecini yönetebilme </w:t>
            </w:r>
          </w:p>
          <w:p>
            <w:pPr>
              <w:spacing w:after="0"/>
            </w:pPr>
            <w:r>
              <w:rPr>
                <w:b w:val="0"/>
                <w:sz w:val="19"/>
              </w:rPr>
              <w:t>TDE3.2. Konusunu dilin zenginliğinden yararlanarak oluşturduğu konuşma içeriğini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TDE3.1.1. Seçim yapar.</w:t>
            </w:r>
          </w:p>
          <w:p>
            <w:pPr>
              <w:spacing w:after="0"/>
            </w:pPr>
            <w:r>
              <w:rPr>
                <w:b w:val="0"/>
                <w:sz w:val="19"/>
              </w:rPr>
              <w:t>• Konuşmasının amacına (edebî metin oluşturma, ikna etme, bilgilendirme vb.) karar verir.</w:t>
            </w:r>
          </w:p>
          <w:p>
            <w:pPr>
              <w:spacing w:after="0"/>
            </w:pPr>
            <w:r>
              <w:rPr>
                <w:b w:val="0"/>
                <w:sz w:val="19"/>
              </w:rPr>
              <w:t>• Konuşmasının özelliklerini (hazırlıklı/hazırlıksız), süresini ve hedef kitlesini belirler.</w:t>
            </w:r>
          </w:p>
          <w:p>
            <w:pPr>
              <w:spacing w:after="0"/>
            </w:pPr>
            <w:r>
              <w:rPr>
                <w:b w:val="0"/>
                <w:sz w:val="19"/>
              </w:rPr>
              <w:t>• Konuşmanın türüne uygun, yöntem ve stratejisini belirler.</w:t>
            </w:r>
          </w:p>
          <w:p>
            <w:pPr>
              <w:spacing w:after="0"/>
            </w:pPr>
            <w:r>
              <w:rPr>
                <w:b w:val="0"/>
                <w:sz w:val="19"/>
              </w:rPr>
              <w:t>b) TDE3.1.2. İlişkiyi sürdürür.</w:t>
            </w:r>
          </w:p>
          <w:p>
            <w:pPr>
              <w:spacing w:after="0"/>
            </w:pPr>
            <w:r>
              <w:rPr>
                <w:b w:val="0"/>
                <w:sz w:val="19"/>
              </w:rPr>
              <w:t>• Konuşmasında engelleri ortadan kaldırır.</w:t>
            </w:r>
          </w:p>
          <w:p>
            <w:pPr>
              <w:spacing w:after="0"/>
            </w:pPr>
            <w:r>
              <w:rPr>
                <w:b w:val="0"/>
                <w:sz w:val="19"/>
              </w:rPr>
              <w:t>• Konuşma amacına uygun olarak seçtiği stratejiyi yapılandırır.</w:t>
            </w:r>
          </w:p>
          <w:p>
            <w:pPr>
              <w:spacing w:after="0"/>
            </w:pPr>
            <w:r>
              <w:rPr>
                <w:b w:val="0"/>
                <w:sz w:val="19"/>
              </w:rPr>
              <w:t>a) TDE3.2.1. Ön bilgilerle bağlantı kurar.</w:t>
            </w:r>
          </w:p>
          <w:p>
            <w:pPr>
              <w:spacing w:after="0"/>
            </w:pPr>
            <w:r>
              <w:rPr>
                <w:b w:val="0"/>
                <w:sz w:val="19"/>
              </w:rPr>
              <w:t>• Konuşmasında belirlediği amaca yönelik ön bilgileriyle bağlantı kurar.</w:t>
            </w:r>
          </w:p>
          <w:p>
            <w:pPr>
              <w:spacing w:after="0"/>
            </w:pPr>
            <w:r>
              <w:rPr>
                <w:b w:val="0"/>
                <w:sz w:val="19"/>
              </w:rPr>
              <w:t>b) TDE3.2.2. Tahmin eder.</w:t>
            </w:r>
          </w:p>
          <w:p>
            <w:pPr>
              <w:spacing w:after="0"/>
            </w:pPr>
            <w:r>
              <w:rPr>
                <w:b w:val="0"/>
                <w:sz w:val="19"/>
              </w:rPr>
              <w:t>• Hedef kitlenin özelliklerine yönelik tahminlerde bulunarak konuşmasının giriş, gelişme ve sonuç bölümlerini</w:t>
            </w:r>
          </w:p>
          <w:p>
            <w:pPr>
              <w:spacing w:after="0"/>
            </w:pPr>
            <w:r>
              <w:rPr>
                <w:b w:val="0"/>
                <w:sz w:val="19"/>
              </w:rPr>
              <w:t>tasarlar.</w:t>
            </w:r>
          </w:p>
          <w:p>
            <w:pPr>
              <w:spacing w:after="0"/>
            </w:pPr>
            <w:r>
              <w:rPr>
                <w:b w:val="0"/>
                <w:sz w:val="19"/>
              </w:rPr>
              <w:t>c) TDE3.2.3. Karşılaştırır.</w:t>
            </w:r>
          </w:p>
          <w:p>
            <w:pPr>
              <w:spacing w:after="0"/>
            </w:pPr>
            <w:r>
              <w:rPr>
                <w:b w:val="0"/>
                <w:sz w:val="19"/>
              </w:rPr>
              <w:t>• Konuşmasının amacına uygun ana düşünceyi belirlerken karşılaştırma içeren iletiler oluşturur.</w:t>
            </w:r>
          </w:p>
          <w:p>
            <w:pPr>
              <w:spacing w:after="0"/>
            </w:pPr>
            <w:r>
              <w:rPr>
                <w:b w:val="0"/>
                <w:sz w:val="19"/>
              </w:rPr>
              <w:t>ç) TDE3.2.4. Sınıflandırır.</w:t>
            </w:r>
          </w:p>
          <w:p>
            <w:pPr>
              <w:spacing w:after="0"/>
            </w:pPr>
            <w:r>
              <w:rPr>
                <w:b w:val="0"/>
                <w:sz w:val="19"/>
              </w:rPr>
              <w:t>• Dilin kullanım alanına (özel, mesleki, kamusal alan ve eğitim alanı) göre konuşmasının içeriğini belirler.</w:t>
            </w:r>
          </w:p>
          <w:p>
            <w:pPr>
              <w:spacing w:after="0"/>
            </w:pPr>
            <w:r>
              <w:rPr>
                <w:b w:val="0"/>
                <w:sz w:val="19"/>
              </w:rPr>
              <w:t>d) TDE3.2.5. Yeniden ifade eder.</w:t>
            </w:r>
          </w:p>
          <w:p>
            <w:pPr>
              <w:spacing w:after="0"/>
            </w:pPr>
            <w:r>
              <w:rPr>
                <w:b w:val="0"/>
                <w:sz w:val="19"/>
              </w:rPr>
              <w:t>• Konuşmasının türüne göre bilgi toplar (Hazırlıklı konuşmada bilgi toplar, hazırlıksız konuşmada not alır.).</w:t>
            </w:r>
          </w:p>
          <w:p>
            <w:pPr>
              <w:spacing w:after="0"/>
            </w:pPr>
            <w:r>
              <w:rPr>
                <w:b w:val="0"/>
                <w:sz w:val="19"/>
              </w:rPr>
              <w:t>• Söz varlığını kullanarak konuşmasının içeriğini düzenler.</w:t>
            </w:r>
          </w:p>
          <w:p>
            <w:pPr>
              <w:spacing w:after="0"/>
            </w:pPr>
            <w:r>
              <w:rPr>
                <w:b w:val="0"/>
                <w:sz w:val="19"/>
              </w:rPr>
              <w:t>e) TDE3.2.6. Tepki verir.</w:t>
            </w:r>
          </w:p>
          <w:p>
            <w:pPr>
              <w:spacing w:after="0"/>
            </w:pPr>
            <w:r>
              <w:rPr>
                <w:b w:val="0"/>
                <w:sz w:val="19"/>
              </w:rPr>
              <w:t>• Konuşmasını planlarken dil işlevlerini kullanır.</w:t>
            </w:r>
          </w:p>
          <w:p>
            <w:pPr>
              <w:spacing w:after="0"/>
            </w:pPr>
            <w:r>
              <w:rPr>
                <w:b w:val="0"/>
                <w:sz w:val="19"/>
              </w:rPr>
              <w:t>f) TDE3.2.7. Sesle anlam oluşturur.</w:t>
            </w:r>
          </w:p>
          <w:p>
            <w:pPr>
              <w:spacing w:after="0"/>
            </w:pPr>
            <w:r>
              <w:rPr>
                <w:b w:val="0"/>
                <w:sz w:val="19"/>
              </w:rPr>
              <w:t>• Konuşmasında beden dilini doğru bir şekilde kullanacağını göz önünde bulundurur.</w:t>
            </w:r>
          </w:p>
          <w:p>
            <w:pPr>
              <w:spacing w:after="0"/>
            </w:pPr>
            <w:r>
              <w:rPr>
                <w:b w:val="0"/>
                <w:sz w:val="19"/>
              </w:rPr>
              <w:t>• Konuşmasını diksiyon ve telaffuzu etkin kullanacak şekilde planlar.</w:t>
            </w:r>
          </w:p>
          <w:p>
            <w:pPr>
              <w:spacing w:after="0"/>
            </w:pPr>
            <w:r>
              <w:rPr>
                <w:b w:val="0"/>
                <w:sz w:val="19"/>
              </w:rPr>
              <w:t>g) TDE3.2.8. Görsel ögeleri kullanır.</w:t>
            </w:r>
          </w:p>
          <w:p>
            <w:pPr>
              <w:spacing w:after="0"/>
            </w:pPr>
            <w:r>
              <w:rPr>
                <w:b w:val="0"/>
                <w:sz w:val="19"/>
              </w:rPr>
              <w:t>• Konuşma içeriğini desteklemek için kullanacağı görsel ve işitsel ögelere karar verir.</w:t>
            </w:r>
          </w:p>
          <w:p>
            <w:pPr>
              <w:spacing w:after="0"/>
            </w:pPr>
            <w:r>
              <w:rPr>
                <w:b w:val="0"/>
                <w:sz w:val="19"/>
              </w:rPr>
              <w:t>ğ) TDE3.2.9. Sunar.</w:t>
            </w:r>
          </w:p>
          <w:p>
            <w:pPr>
              <w:spacing w:after="0"/>
            </w:pPr>
            <w:r>
              <w:rPr>
                <w:b w:val="0"/>
                <w:sz w:val="19"/>
              </w:rPr>
              <w:t>• Yapacağı konuşmanın plan taslağını sunar.</w:t>
            </w:r>
          </w:p>
          <w:p>
            <w:pPr>
              <w:spacing w:after="0"/>
            </w:pPr>
            <w:r>
              <w:rPr>
                <w:b w:val="0"/>
                <w:sz w:val="19"/>
              </w:rPr>
              <w:t>• Aldığı geri bildirimler ile plan taslağına son şeklini verir.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w:t>
            </w:r>
          </w:p>
          <w:p>
            <w:pPr>
              <w:spacing w:after="0"/>
            </w:pPr>
            <w:r>
              <w:rPr>
                <w:b w:val="0"/>
                <w:sz w:val="19"/>
              </w:rPr>
              <w:t xml:space="preserve">SDB2.2. İş Birliği </w:t>
            </w:r>
          </w:p>
          <w:p>
            <w:pPr>
              <w:spacing w:after="0"/>
            </w:pPr>
            <w:r>
              <w:rPr>
                <w:b w:val="0"/>
                <w:sz w:val="19"/>
              </w:rPr>
              <w:t>SDB2.3.Sosyal Farkındalık</w:t>
            </w:r>
          </w:p>
          <w:p>
            <w:pPr>
              <w:spacing w:after="0"/>
            </w:pPr>
            <w:r>
              <w:rPr>
                <w:b w:val="0"/>
                <w:sz w:val="19"/>
              </w:rPr>
              <w:t xml:space="preserve">SDB3.1. Uyum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D11. Özgürlük </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 xml:space="preserve">OB7. Veri Okuryazarlığı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(TDE3.1. Dilin zenginliğini kullandığı akıcı bir konuşma sürecini yönetebilme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Gözlem formu</w:t>
            </w:r>
          </w:p>
          <w:p>
            <w:pPr>
              <w:spacing w:after="0"/>
            </w:pPr>
            <w:r>
              <w:rPr>
                <w:b w:val="0"/>
                <w:sz w:val="19"/>
              </w:rPr>
              <w:t>• Çalışma kâğıdı</w:t>
            </w:r>
          </w:p>
          <w:p>
            <w:pPr>
              <w:spacing w:after="0"/>
            </w:pPr>
            <w:r>
              <w:rPr>
                <w:b w:val="0"/>
                <w:sz w:val="19"/>
              </w:rPr>
              <w:t>• Çıkış kartı</w:t>
            </w:r>
          </w:p>
          <w:p>
            <w:pPr>
              <w:spacing w:after="0"/>
            </w:pPr>
            <w:r>
              <w:rPr>
                <w:b w:val="0"/>
                <w:sz w:val="19"/>
              </w:rPr>
              <w:t>• Öğrenme duvarı</w:t>
            </w:r>
          </w:p>
          <w:p>
            <w:pPr>
              <w:spacing w:after="0"/>
            </w:pPr>
            <w:r>
              <w:rPr>
                <w:b w:val="0"/>
                <w:sz w:val="19"/>
              </w:rPr>
              <w:t>• Öğrenme günlüğü</w:t>
            </w:r>
          </w:p>
          <w:p>
            <w:pPr>
              <w:spacing w:after="0"/>
            </w:pPr>
            <w:r>
              <w:rPr>
                <w:b w:val="0"/>
                <w:sz w:val="19"/>
              </w:rPr>
              <w:t>• Açık uçlu sorular</w:t>
            </w:r>
          </w:p>
          <w:p>
            <w:pPr>
              <w:spacing w:after="0"/>
            </w:pPr>
            <w:r>
              <w:rPr>
                <w:b w:val="0"/>
                <w:sz w:val="19"/>
              </w:rPr>
              <w:t>• Kontrol listesi</w:t>
            </w:r>
          </w:p>
          <w:p>
            <w:pPr>
              <w:spacing w:after="0"/>
            </w:pPr>
            <w:r>
              <w:rPr>
                <w:b w:val="0"/>
                <w:sz w:val="19"/>
              </w:rPr>
              <w:t>• Bilgi kartları</w:t>
            </w:r>
          </w:p>
          <w:p>
            <w:pPr>
              <w:spacing w:after="0"/>
            </w:pPr>
            <w:r>
              <w:rPr>
                <w:b w:val="0"/>
                <w:sz w:val="19"/>
              </w:rPr>
              <w:t>Dilin zenginliğini gösteren metinlerle okumayı yönetebilme sürecinde açık uçlu sorular</w:t>
            </w:r>
          </w:p>
          <w:p>
            <w:pPr>
              <w:spacing w:after="0"/>
            </w:pPr>
            <w:r>
              <w:rPr>
                <w:b w:val="0"/>
                <w:sz w:val="19"/>
              </w:rPr>
              <w:t>sorulabilir, kontrol listesi tutulabilir. Anlam oluşturma süreci için öğrenme duvarı, çalışma</w:t>
            </w:r>
          </w:p>
          <w:p>
            <w:pPr>
              <w:spacing w:after="0"/>
            </w:pPr>
            <w:r>
              <w:rPr>
                <w:b w:val="0"/>
                <w:sz w:val="19"/>
              </w:rPr>
              <w:t>kâğıdı hazırlanabilir. Çözümlemede açık uçlu sorulardan yararlanılabilir. Yansıtmada</w:t>
            </w:r>
          </w:p>
          <w:p>
            <w:pPr>
              <w:spacing w:after="0"/>
            </w:pPr>
            <w:r>
              <w:rPr>
                <w:b w:val="0"/>
                <w:sz w:val="19"/>
              </w:rPr>
              <w:t>öğrenme günlüğü oluşturulabilir.</w:t>
            </w:r>
          </w:p>
          <w:p>
            <w:pPr>
              <w:spacing w:after="0"/>
            </w:pPr>
            <w:r>
              <w:rPr>
                <w:b w:val="0"/>
                <w:sz w:val="19"/>
              </w:rPr>
              <w:t>Dilin zenginliğini gösteren metinlerle dinlemeyi/izlemeyi yönetebilme sürecinde gözlem</w:t>
            </w:r>
          </w:p>
          <w:p>
            <w:pPr>
              <w:spacing w:after="0"/>
            </w:pPr>
            <w:r>
              <w:rPr>
                <w:b w:val="0"/>
                <w:sz w:val="19"/>
              </w:rPr>
              <w:t>formu tutulabilir. Anlam oluşturma süreci için bilgi kartları hazırlanabilir. Çözümleme sürecinde</w:t>
            </w:r>
          </w:p>
          <w:p>
            <w:pPr>
              <w:spacing w:after="0"/>
            </w:pPr>
            <w:r>
              <w:rPr>
                <w:b w:val="0"/>
                <w:sz w:val="19"/>
              </w:rPr>
              <w:t>çalışma kâğıdından yararlanılabilir. Öz yansıtmada öz değerlendirme formu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üslup konusu ile ilgili öğrendiklerinden hareketle sosyal medya dili ile</w:t>
            </w:r>
          </w:p>
          <w:p>
            <w:pPr>
              <w:spacing w:after="0"/>
            </w:pPr>
            <w:r>
              <w:rPr>
                <w:b w:val="0"/>
                <w:sz w:val="19"/>
              </w:rPr>
              <w:t>edebî dilin özelliklerini karşılaştırdıkları bir sunum yapmalarına yönelik performans</w:t>
            </w:r>
          </w:p>
          <w:p>
            <w:pPr>
              <w:spacing w:after="0"/>
            </w:pPr>
            <w:r>
              <w:rPr>
                <w:b w:val="0"/>
                <w:sz w:val="19"/>
              </w:rPr>
              <w:t>görevi</w:t>
            </w:r>
          </w:p>
          <w:p>
            <w:pPr>
              <w:spacing w:after="0"/>
            </w:pPr>
            <w:r>
              <w:rPr>
                <w:b w:val="0"/>
                <w:sz w:val="19"/>
              </w:rPr>
              <w:t>• Öğrencilerin otobiyografilerini oluşturmaya yönelik bir performans görevi</w:t>
            </w:r>
          </w:p>
          <w:p>
            <w:pPr>
              <w:spacing w:after="0"/>
            </w:pPr>
            <w:r>
              <w:rPr>
                <w:b w:val="0"/>
                <w:sz w:val="19"/>
              </w:rPr>
              <w:t>Öğrencilerin okuduğu, tahlil ettiği ve değerlendirmesini yaptığı romanda üslup konusu ile</w:t>
            </w:r>
          </w:p>
          <w:p>
            <w:pPr>
              <w:spacing w:after="0"/>
            </w:pPr>
            <w:r>
              <w:rPr>
                <w:b w:val="0"/>
                <w:sz w:val="19"/>
              </w:rPr>
              <w:t>ilgili öğrendiklerinden hareketle sosyal medya dili ile edebî dilin özelliklerini karşılaştırdıkları</w:t>
            </w:r>
          </w:p>
          <w:p>
            <w:pPr>
              <w:spacing w:after="0"/>
            </w:pPr>
            <w:r>
              <w:rPr>
                <w:b w:val="0"/>
                <w:sz w:val="19"/>
              </w:rPr>
              <w:t>sunum performansı, dereceli puanlama anahtarı ile puanlanır. Puanlama anahtarında</w:t>
            </w:r>
          </w:p>
          <w:p>
            <w:pPr>
              <w:spacing w:after="0"/>
            </w:pPr>
            <w:r>
              <w:rPr>
                <w:b w:val="0"/>
                <w:sz w:val="19"/>
              </w:rPr>
              <w:t>içeriğe uygunluk, özgünlük, sunum becerisi, görsel ögeleri kullanma, zaman ve mekân</w:t>
            </w:r>
          </w:p>
          <w:p>
            <w:pPr>
              <w:spacing w:after="0"/>
            </w:pPr>
            <w:r>
              <w:rPr>
                <w:b w:val="0"/>
                <w:sz w:val="19"/>
              </w:rPr>
              <w:t>kullanımı, beden dili ile jest ve mimik kullanımı gibi ölçütler yer alır. Bu görev grup çalışması</w:t>
            </w:r>
          </w:p>
          <w:p>
            <w:pPr>
              <w:spacing w:after="0"/>
            </w:pPr>
            <w:r>
              <w:rPr>
                <w:b w:val="0"/>
                <w:sz w:val="19"/>
              </w:rPr>
              <w:t>olarak gerçekleştirilebilir.</w:t>
            </w:r>
          </w:p>
          <w:p>
            <w:pPr>
              <w:spacing w:after="0"/>
            </w:pPr>
            <w:r>
              <w:rPr>
                <w:b w:val="0"/>
                <w:sz w:val="19"/>
              </w:rPr>
              <w:t>Öğrenciler otobiyografilerini oluşturmaya yönelik performans görevi hazırlar. Bu görev</w:t>
            </w:r>
          </w:p>
          <w:p>
            <w:pPr>
              <w:spacing w:after="0"/>
            </w:pPr>
            <w:r>
              <w:rPr>
                <w:b w:val="0"/>
                <w:sz w:val="19"/>
              </w:rPr>
              <w:t>sonrasında öğrencilerden yazdıkları metni arkadaşları ile paylaşmaları istenir. Değerlendirmede</w:t>
            </w:r>
          </w:p>
          <w:p>
            <w:pPr>
              <w:spacing w:after="0"/>
            </w:pPr>
            <w:r>
              <w:rPr>
                <w:b w:val="0"/>
                <w:sz w:val="19"/>
              </w:rPr>
              <w:t>dereceli puanlama anahtarı kullanılır. Puanlama anahtarında yazılı anlatımlar;bağlama uygunluk, dil ve anlatım özelliği, etkileyicilik, gerçeklik, tutarlılık, özgünlük gibi ölçütler bağlamında değerlendirilir. Yansıtmada öz değerlendirme ile akran ve grup değerlendirmeleri yapılabilir.</w:t>
            </w:r>
          </w:p>
          <w:p>
            <w:pPr>
              <w:spacing w:after="0"/>
            </w:pPr>
            <w:r>
              <w:rPr>
                <w:b w:val="0"/>
                <w:sz w:val="19"/>
              </w:rPr>
              <w:t>Tema sonu değerlendirmede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4.TEMA </w:t>
            </w:r>
          </w:p>
          <w:p>
            <w:pPr>
              <w:spacing w:after="0"/>
            </w:pPr>
            <w:r>
              <w:rPr>
                <w:b w:val="0"/>
                <w:sz w:val="19"/>
              </w:rPr>
              <w:t>DİLİN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KONUŞMA • Sosyal medya dilini</w:t>
            </w:r>
          </w:p>
          <w:p>
            <w:pPr>
              <w:spacing w:after="0"/>
            </w:pPr>
            <w:r>
              <w:rPr>
                <w:b w:val="0"/>
                <w:sz w:val="19"/>
              </w:rPr>
              <w:t>edebî dilin özellikleri</w:t>
            </w:r>
          </w:p>
          <w:p>
            <w:pPr>
              <w:spacing w:after="0"/>
            </w:pPr>
            <w:r>
              <w:rPr>
                <w:b w:val="0"/>
                <w:sz w:val="19"/>
              </w:rPr>
              <w:t>açısından eleştirdiği bir</w:t>
            </w:r>
          </w:p>
          <w:p>
            <w:pPr>
              <w:spacing w:after="0"/>
            </w:pPr>
            <w:r>
              <w:rPr>
                <w:b w:val="0"/>
                <w:sz w:val="19"/>
              </w:rPr>
              <w:t>sunum hazırlayabilme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TDE3.3. Konusunu dilin zenginliğinden yararlanarak oluşturduğu konuşmasında kural uygulayabilme</w:t>
            </w:r>
          </w:p>
          <w:p>
            <w:pPr>
              <w:spacing w:after="0"/>
            </w:pPr>
            <w:r>
              <w:rPr>
                <w:b w:val="0"/>
                <w:sz w:val="19"/>
              </w:rPr>
              <w:t>TDE3.4. Kullandığı dil özelliklerinin konuşmasına etkisine yönelik süreci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TDE3.3.1. Plan hazırlar.</w:t>
            </w:r>
          </w:p>
          <w:p>
            <w:pPr>
              <w:spacing w:after="0"/>
            </w:pPr>
            <w:r>
              <w:rPr>
                <w:b w:val="0"/>
                <w:sz w:val="19"/>
              </w:rPr>
              <w:t>• Konuşmasına planına uygun bir şekilde başlar.</w:t>
            </w:r>
          </w:p>
          <w:p>
            <w:pPr>
              <w:spacing w:after="0"/>
            </w:pPr>
            <w:r>
              <w:rPr>
                <w:b w:val="0"/>
                <w:sz w:val="19"/>
              </w:rPr>
              <w:t>• Konuşmasını dikkat çekici bir girişle başlatır.</w:t>
            </w:r>
          </w:p>
          <w:p>
            <w:pPr>
              <w:spacing w:after="0"/>
            </w:pPr>
            <w:r>
              <w:rPr>
                <w:b w:val="0"/>
                <w:sz w:val="19"/>
              </w:rPr>
              <w:t>b) TDE3.3.2. Düşünceyi geliştirme yollarını kullanır.</w:t>
            </w:r>
          </w:p>
          <w:p>
            <w:pPr>
              <w:spacing w:after="0"/>
            </w:pPr>
            <w:r>
              <w:rPr>
                <w:b w:val="0"/>
                <w:sz w:val="19"/>
              </w:rPr>
              <w:t>• Konuşmasını desteklemek amacıyla düşünceyi geliştirme yollarını kullanır.</w:t>
            </w:r>
          </w:p>
          <w:p>
            <w:pPr>
              <w:spacing w:after="0"/>
            </w:pPr>
            <w:r>
              <w:rPr>
                <w:b w:val="0"/>
                <w:sz w:val="19"/>
              </w:rPr>
              <w:t>• Duygu, düşünce ve hayallerini kendine özgü bir üslupla ifade eder.</w:t>
            </w:r>
          </w:p>
          <w:p>
            <w:pPr>
              <w:spacing w:after="0"/>
            </w:pPr>
            <w:r>
              <w:rPr>
                <w:b w:val="0"/>
                <w:sz w:val="19"/>
              </w:rPr>
              <w:t>c) TDE3.3.3. Uygun söz varlığı kullanır.</w:t>
            </w:r>
          </w:p>
          <w:p>
            <w:pPr>
              <w:spacing w:after="0"/>
            </w:pPr>
            <w:r>
              <w:rPr>
                <w:b w:val="0"/>
                <w:sz w:val="19"/>
              </w:rPr>
              <w:t>• Söz varlığını bağlama uygun şekilde kullanır.</w:t>
            </w:r>
          </w:p>
          <w:p>
            <w:pPr>
              <w:spacing w:after="0"/>
            </w:pPr>
            <w:r>
              <w:rPr>
                <w:b w:val="0"/>
                <w:sz w:val="19"/>
              </w:rPr>
              <w:t>• Ana düşünce ve destekleyici bilgilerle konuşmasını sürdürür.</w:t>
            </w:r>
          </w:p>
          <w:p>
            <w:pPr>
              <w:spacing w:after="0"/>
            </w:pPr>
            <w:r>
              <w:rPr>
                <w:b w:val="0"/>
                <w:sz w:val="19"/>
              </w:rPr>
              <w:t>• Konuşmasını hedef kitleye uygun bir söz varlığı ve üslupla sürdürür.</w:t>
            </w:r>
          </w:p>
          <w:p>
            <w:pPr>
              <w:spacing w:after="0"/>
            </w:pPr>
            <w:r>
              <w:rPr>
                <w:b w:val="0"/>
                <w:sz w:val="19"/>
              </w:rPr>
              <w:t>ç) TDE3.3.4. İletileri açık ve örtük biçimde ifade eder.</w:t>
            </w:r>
          </w:p>
          <w:p>
            <w:pPr>
              <w:spacing w:after="0"/>
            </w:pPr>
            <w:r>
              <w:rPr>
                <w:b w:val="0"/>
                <w:sz w:val="19"/>
              </w:rPr>
              <w:t>• Vermek istediği iletileri açık veya örtük bir şekilde ifade eder.</w:t>
            </w:r>
          </w:p>
          <w:p>
            <w:pPr>
              <w:spacing w:after="0"/>
            </w:pPr>
            <w:r>
              <w:rPr>
                <w:b w:val="0"/>
                <w:sz w:val="19"/>
              </w:rPr>
              <w:t>• Duygu, düşünce ve hayallerini tutarlı bir şekilde ifade eder.</w:t>
            </w:r>
          </w:p>
          <w:p>
            <w:pPr>
              <w:spacing w:after="0"/>
            </w:pPr>
            <w:r>
              <w:rPr>
                <w:b w:val="0"/>
                <w:sz w:val="19"/>
              </w:rPr>
              <w:t>• Konuşmayı başlatma, sürdürme ve bitirme ifadelerini etkili kullanır.</w:t>
            </w:r>
          </w:p>
          <w:p>
            <w:pPr>
              <w:spacing w:after="0"/>
            </w:pPr>
            <w:r>
              <w:rPr>
                <w:b w:val="0"/>
                <w:sz w:val="19"/>
              </w:rPr>
              <w:t>• Millî ve manevi değerlere ve kültürel unsurlara dikkat ederek konuşmasını sürdürür.</w:t>
            </w:r>
          </w:p>
          <w:p>
            <w:pPr>
              <w:spacing w:after="0"/>
            </w:pPr>
            <w:r>
              <w:rPr>
                <w:b w:val="0"/>
                <w:sz w:val="19"/>
              </w:rPr>
              <w:t>• Konuşmasında toplumsal hassasiyet oluşturacak ögeler (siyaset, din, etnisite vb.) kullanmaktan kaçınır.</w:t>
            </w:r>
          </w:p>
          <w:p>
            <w:pPr>
              <w:spacing w:after="0"/>
            </w:pPr>
            <w:r>
              <w:rPr>
                <w:b w:val="0"/>
                <w:sz w:val="19"/>
              </w:rPr>
              <w:t>• Konuşmasında olumlu tutum ve değerleri vurgular.</w:t>
            </w:r>
          </w:p>
          <w:p>
            <w:pPr>
              <w:spacing w:after="0"/>
            </w:pPr>
            <w:r>
              <w:rPr>
                <w:b w:val="0"/>
                <w:sz w:val="19"/>
              </w:rPr>
              <w:t>d) TDE3.3.5. Türkçe dil yapılarını uygular.</w:t>
            </w:r>
          </w:p>
          <w:p>
            <w:pPr>
              <w:spacing w:after="0"/>
            </w:pPr>
            <w:r>
              <w:rPr>
                <w:b w:val="0"/>
                <w:sz w:val="19"/>
              </w:rPr>
              <w:t>• Konuşmasında Türkçenin dil yapısını ve işlevini amacına uygun kullanır.</w:t>
            </w:r>
          </w:p>
          <w:p>
            <w:pPr>
              <w:spacing w:after="0"/>
            </w:pPr>
            <w:r>
              <w:rPr>
                <w:b w:val="0"/>
                <w:sz w:val="19"/>
              </w:rPr>
              <w:t>e) TDE3.3.6. Bağdaşıklık ögelerini kullanır.</w:t>
            </w:r>
          </w:p>
          <w:p>
            <w:pPr>
              <w:spacing w:after="0"/>
            </w:pPr>
            <w:r>
              <w:rPr>
                <w:b w:val="0"/>
                <w:sz w:val="19"/>
              </w:rPr>
              <w:t>• Konuşmasını bağdaşıklık ögelerine dikkat ederek yapar.</w:t>
            </w:r>
          </w:p>
          <w:p>
            <w:pPr>
              <w:spacing w:after="0"/>
            </w:pPr>
            <w:r>
              <w:rPr>
                <w:b w:val="0"/>
                <w:sz w:val="19"/>
              </w:rPr>
              <w:t>f) TDE3.3.7. Beden dilini ve mekânı kullanır.</w:t>
            </w:r>
          </w:p>
          <w:p>
            <w:pPr>
              <w:spacing w:after="0"/>
            </w:pPr>
            <w:r>
              <w:rPr>
                <w:b w:val="0"/>
                <w:sz w:val="19"/>
              </w:rPr>
              <w:t>• Konuşmasında beden dilini doğru bir şekilde kullanır.</w:t>
            </w:r>
          </w:p>
          <w:p>
            <w:pPr>
              <w:spacing w:after="0"/>
            </w:pPr>
            <w:r>
              <w:rPr>
                <w:b w:val="0"/>
                <w:sz w:val="19"/>
              </w:rPr>
              <w:t>• Konuşmasında diksiyon ve telaffuzu etkin bir şekilde kullanır.</w:t>
            </w:r>
          </w:p>
          <w:p>
            <w:pPr>
              <w:spacing w:after="0"/>
            </w:pPr>
            <w:r>
              <w:rPr>
                <w:b w:val="0"/>
                <w:sz w:val="19"/>
              </w:rPr>
              <w:t>• Konuşmasında mekânı etkin bir şekilde kullanır.</w:t>
            </w:r>
          </w:p>
          <w:p>
            <w:pPr>
              <w:spacing w:after="0"/>
            </w:pPr>
            <w:r>
              <w:rPr>
                <w:b w:val="0"/>
                <w:sz w:val="19"/>
              </w:rPr>
              <w:t>• Konuşmasında zamanı verimli bir şekilde kullanır.</w:t>
            </w:r>
          </w:p>
          <w:p>
            <w:pPr>
              <w:spacing w:after="0"/>
            </w:pPr>
            <w:r>
              <w:rPr>
                <w:b w:val="0"/>
                <w:sz w:val="19"/>
              </w:rPr>
              <w:t>• Konuşma sürecinde dinleyici ile etkileşim kurar.</w:t>
            </w:r>
          </w:p>
          <w:p>
            <w:pPr>
              <w:spacing w:after="0"/>
            </w:pPr>
            <w:r>
              <w:rPr>
                <w:b w:val="0"/>
                <w:sz w:val="19"/>
              </w:rPr>
              <w:t>a) TDE3.4.1. Kendini değerlendirir.</w:t>
            </w:r>
          </w:p>
          <w:p>
            <w:pPr>
              <w:spacing w:after="0"/>
            </w:pPr>
            <w:r>
              <w:rPr>
                <w:b w:val="0"/>
                <w:sz w:val="19"/>
              </w:rPr>
              <w:t>• Konuşma sürecindeki davranış, duygu ve düşüncelerini değerlendirir.</w:t>
            </w:r>
          </w:p>
          <w:p>
            <w:pPr>
              <w:spacing w:after="0"/>
            </w:pPr>
            <w:r>
              <w:rPr>
                <w:b w:val="0"/>
                <w:sz w:val="19"/>
              </w:rPr>
              <w:t>• Konuşmasını içerik yönünden değerlendirir.</w:t>
            </w:r>
          </w:p>
          <w:p>
            <w:pPr>
              <w:spacing w:after="0"/>
            </w:pPr>
            <w:r>
              <w:rPr>
                <w:b w:val="0"/>
                <w:sz w:val="19"/>
              </w:rPr>
              <w:t>• Konuşmasını dil ve anlatım yönünden değerlendirir.</w:t>
            </w:r>
          </w:p>
          <w:p>
            <w:pPr>
              <w:spacing w:after="0"/>
            </w:pPr>
            <w:r>
              <w:rPr>
                <w:b w:val="0"/>
                <w:sz w:val="19"/>
              </w:rPr>
              <w:t>• Konuşmasını paydaşların görüşlerine göre değerlendirir.</w:t>
            </w:r>
          </w:p>
          <w:p>
            <w:pPr>
              <w:spacing w:after="0"/>
            </w:pPr>
            <w:r>
              <w:rPr>
                <w:b w:val="0"/>
                <w:sz w:val="19"/>
              </w:rPr>
              <w:t>b) TDE3.4.2. Tepki ortaya koyar.</w:t>
            </w:r>
          </w:p>
          <w:p>
            <w:pPr>
              <w:spacing w:after="0"/>
            </w:pPr>
            <w:r>
              <w:rPr>
                <w:b w:val="0"/>
                <w:sz w:val="19"/>
              </w:rPr>
              <w:t>• Genel geri bildirimlere bağlı olarak bundan sonra yapacağı konuşmalar için kendisine yeni hedefler belirler.</w:t>
            </w:r>
          </w:p>
          <w:p>
            <w:pPr>
              <w:spacing w:after="0"/>
            </w:pPr>
            <w:r>
              <w:rPr>
                <w:b w:val="0"/>
                <w:sz w:val="19"/>
              </w:rPr>
              <w:t>• Özgün konuşmacı kimliğini oluşturur.</w:t>
            </w:r>
          </w:p>
          <w:p>
            <w:pPr>
              <w:spacing w:after="0"/>
            </w:pPr>
            <w:r>
              <w:rPr>
                <w:b w:val="0"/>
                <w:sz w:val="19"/>
              </w:rPr>
              <w:t>• Konuşmasını dijital ortamlar için yeniden düzenleyebilir.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w:t>
            </w:r>
          </w:p>
          <w:p>
            <w:pPr>
              <w:spacing w:after="0"/>
            </w:pPr>
            <w:r>
              <w:rPr>
                <w:b w:val="0"/>
                <w:sz w:val="19"/>
              </w:rPr>
              <w:t xml:space="preserve">SDB2.2. İş Birliği </w:t>
            </w:r>
          </w:p>
          <w:p>
            <w:pPr>
              <w:spacing w:after="0"/>
            </w:pPr>
            <w:r>
              <w:rPr>
                <w:b w:val="0"/>
                <w:sz w:val="19"/>
              </w:rPr>
              <w:t>SDB2.3.Sosyal Farkındalık</w:t>
            </w:r>
          </w:p>
          <w:p>
            <w:pPr>
              <w:spacing w:after="0"/>
            </w:pPr>
            <w:r>
              <w:rPr>
                <w:b w:val="0"/>
                <w:sz w:val="19"/>
              </w:rPr>
              <w:t xml:space="preserve">SDB3.1. Uyum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D11. Özgürlük </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 xml:space="preserve">OB7. Veri Okuryazarlığı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(TDE3.3. Konusunu dilin zenginliğinden yararlanarak oluşturduğu konuşmasında kural uygulayabilme)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Gözlem formu</w:t>
            </w:r>
          </w:p>
          <w:p>
            <w:pPr>
              <w:spacing w:after="0"/>
            </w:pPr>
            <w:r>
              <w:rPr>
                <w:b w:val="0"/>
                <w:sz w:val="19"/>
              </w:rPr>
              <w:t>• Çalışma kâğıdı</w:t>
            </w:r>
          </w:p>
          <w:p>
            <w:pPr>
              <w:spacing w:after="0"/>
            </w:pPr>
            <w:r>
              <w:rPr>
                <w:b w:val="0"/>
                <w:sz w:val="19"/>
              </w:rPr>
              <w:t>• Çıkış kartı</w:t>
            </w:r>
          </w:p>
          <w:p>
            <w:pPr>
              <w:spacing w:after="0"/>
            </w:pPr>
            <w:r>
              <w:rPr>
                <w:b w:val="0"/>
                <w:sz w:val="19"/>
              </w:rPr>
              <w:t>• Öğrenme duvarı</w:t>
            </w:r>
          </w:p>
          <w:p>
            <w:pPr>
              <w:spacing w:after="0"/>
            </w:pPr>
            <w:r>
              <w:rPr>
                <w:b w:val="0"/>
                <w:sz w:val="19"/>
              </w:rPr>
              <w:t>• Öğrenme günlüğü</w:t>
            </w:r>
          </w:p>
          <w:p>
            <w:pPr>
              <w:spacing w:after="0"/>
            </w:pPr>
            <w:r>
              <w:rPr>
                <w:b w:val="0"/>
                <w:sz w:val="19"/>
              </w:rPr>
              <w:t>• Açık uçlu sorular</w:t>
            </w:r>
          </w:p>
          <w:p>
            <w:pPr>
              <w:spacing w:after="0"/>
            </w:pPr>
            <w:r>
              <w:rPr>
                <w:b w:val="0"/>
                <w:sz w:val="19"/>
              </w:rPr>
              <w:t>• Kontrol listesi</w:t>
            </w:r>
          </w:p>
          <w:p>
            <w:pPr>
              <w:spacing w:after="0"/>
            </w:pPr>
            <w:r>
              <w:rPr>
                <w:b w:val="0"/>
                <w:sz w:val="19"/>
              </w:rPr>
              <w:t>• Bilgi kartları</w:t>
            </w:r>
          </w:p>
          <w:p>
            <w:pPr>
              <w:spacing w:after="0"/>
            </w:pPr>
            <w:r>
              <w:rPr>
                <w:b w:val="0"/>
                <w:sz w:val="19"/>
              </w:rPr>
              <w:t>Dilin zenginliğini gösteren metinlerle okumayı yönetebilme sürecinde açık uçlu sorular</w:t>
            </w:r>
          </w:p>
          <w:p>
            <w:pPr>
              <w:spacing w:after="0"/>
            </w:pPr>
            <w:r>
              <w:rPr>
                <w:b w:val="0"/>
                <w:sz w:val="19"/>
              </w:rPr>
              <w:t>sorulabilir, kontrol listesi tutulabilir. Anlam oluşturma süreci için öğrenme duvarı, çalışma</w:t>
            </w:r>
          </w:p>
          <w:p>
            <w:pPr>
              <w:spacing w:after="0"/>
            </w:pPr>
            <w:r>
              <w:rPr>
                <w:b w:val="0"/>
                <w:sz w:val="19"/>
              </w:rPr>
              <w:t>kâğıdı hazırlanabilir. Çözümlemede açık uçlu sorulardan yararlanılabilir. Yansıtmada</w:t>
            </w:r>
          </w:p>
          <w:p>
            <w:pPr>
              <w:spacing w:after="0"/>
            </w:pPr>
            <w:r>
              <w:rPr>
                <w:b w:val="0"/>
                <w:sz w:val="19"/>
              </w:rPr>
              <w:t>öğrenme günlüğü oluşturulabilir.</w:t>
            </w:r>
          </w:p>
          <w:p>
            <w:pPr>
              <w:spacing w:after="0"/>
            </w:pPr>
            <w:r>
              <w:rPr>
                <w:b w:val="0"/>
                <w:sz w:val="19"/>
              </w:rPr>
              <w:t>Dilin zenginliğini gösteren metinlerle dinlemeyi/izlemeyi yönetebilme sürecinde gözlem</w:t>
            </w:r>
          </w:p>
          <w:p>
            <w:pPr>
              <w:spacing w:after="0"/>
            </w:pPr>
            <w:r>
              <w:rPr>
                <w:b w:val="0"/>
                <w:sz w:val="19"/>
              </w:rPr>
              <w:t>formu tutulabilir. Anlam oluşturma süreci için bilgi kartları hazırlanabilir. Çözümleme sürecinde</w:t>
            </w:r>
          </w:p>
          <w:p>
            <w:pPr>
              <w:spacing w:after="0"/>
            </w:pPr>
            <w:r>
              <w:rPr>
                <w:b w:val="0"/>
                <w:sz w:val="19"/>
              </w:rPr>
              <w:t>çalışma kâğıdından yararlanılabilir. Öz yansıtmada öz değerlendirme formu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üslup konusu ile ilgili öğrendiklerinden hareketle sosyal medya dili ile</w:t>
            </w:r>
          </w:p>
          <w:p>
            <w:pPr>
              <w:spacing w:after="0"/>
            </w:pPr>
            <w:r>
              <w:rPr>
                <w:b w:val="0"/>
                <w:sz w:val="19"/>
              </w:rPr>
              <w:t>edebî dilin özelliklerini karşılaştırdıkları bir sunum yapmalarına yönelik performans</w:t>
            </w:r>
          </w:p>
          <w:p>
            <w:pPr>
              <w:spacing w:after="0"/>
            </w:pPr>
            <w:r>
              <w:rPr>
                <w:b w:val="0"/>
                <w:sz w:val="19"/>
              </w:rPr>
              <w:t>görevi</w:t>
            </w:r>
          </w:p>
          <w:p>
            <w:pPr>
              <w:spacing w:after="0"/>
            </w:pPr>
            <w:r>
              <w:rPr>
                <w:b w:val="0"/>
                <w:sz w:val="19"/>
              </w:rPr>
              <w:t>• Öğrencilerin otobiyografilerini oluşturmaya yönelik bir performans görevi</w:t>
            </w:r>
          </w:p>
          <w:p>
            <w:pPr>
              <w:spacing w:after="0"/>
            </w:pPr>
            <w:r>
              <w:rPr>
                <w:b w:val="0"/>
                <w:sz w:val="19"/>
              </w:rPr>
              <w:t>Öğrencilerin okuduğu, tahlil ettiği ve değerlendirmesini yaptığı romanda üslup konusu ile</w:t>
            </w:r>
          </w:p>
          <w:p>
            <w:pPr>
              <w:spacing w:after="0"/>
            </w:pPr>
            <w:r>
              <w:rPr>
                <w:b w:val="0"/>
                <w:sz w:val="19"/>
              </w:rPr>
              <w:t>ilgili öğrendiklerinden hareketle sosyal medya dili ile edebî dilin özelliklerini karşılaştırdıkları</w:t>
            </w:r>
          </w:p>
          <w:p>
            <w:pPr>
              <w:spacing w:after="0"/>
            </w:pPr>
            <w:r>
              <w:rPr>
                <w:b w:val="0"/>
                <w:sz w:val="19"/>
              </w:rPr>
              <w:t>sunum performansı, dereceli puanlama anahtarı ile puanlanır. Puanlama anahtarında</w:t>
            </w:r>
          </w:p>
          <w:p>
            <w:pPr>
              <w:spacing w:after="0"/>
            </w:pPr>
            <w:r>
              <w:rPr>
                <w:b w:val="0"/>
                <w:sz w:val="19"/>
              </w:rPr>
              <w:t>içeriğe uygunluk, özgünlük, sunum becerisi, görsel ögeleri kullanma, zaman ve mekân</w:t>
            </w:r>
          </w:p>
          <w:p>
            <w:pPr>
              <w:spacing w:after="0"/>
            </w:pPr>
            <w:r>
              <w:rPr>
                <w:b w:val="0"/>
                <w:sz w:val="19"/>
              </w:rPr>
              <w:t>kullanımı, beden dili ile jest ve mimik kullanımı gibi ölçütler yer alır. Bu görev grup çalışması</w:t>
            </w:r>
          </w:p>
          <w:p>
            <w:pPr>
              <w:spacing w:after="0"/>
            </w:pPr>
            <w:r>
              <w:rPr>
                <w:b w:val="0"/>
                <w:sz w:val="19"/>
              </w:rPr>
              <w:t>olarak gerçekleştirilebilir.</w:t>
            </w:r>
          </w:p>
          <w:p>
            <w:pPr>
              <w:spacing w:after="0"/>
            </w:pPr>
            <w:r>
              <w:rPr>
                <w:b w:val="0"/>
                <w:sz w:val="19"/>
              </w:rPr>
              <w:t>Öğrenciler otobiyografilerini oluşturmaya yönelik performans görevi hazırlar. Bu görev</w:t>
            </w:r>
          </w:p>
          <w:p>
            <w:pPr>
              <w:spacing w:after="0"/>
            </w:pPr>
            <w:r>
              <w:rPr>
                <w:b w:val="0"/>
                <w:sz w:val="19"/>
              </w:rPr>
              <w:t>sonrasında öğrencilerden yazdıkları metni arkadaşları ile paylaşmaları istenir. Değerlendirmede</w:t>
            </w:r>
          </w:p>
          <w:p>
            <w:pPr>
              <w:spacing w:after="0"/>
            </w:pPr>
            <w:r>
              <w:rPr>
                <w:b w:val="0"/>
                <w:sz w:val="19"/>
              </w:rPr>
              <w:t>dereceli puanlama anahtarı kullanılır. Puanlama anahtarında yazılı anlatımlar;bağlama uygunluk, dil ve anlatım özelliği, etkileyicilik, gerçeklik, tutarlılık, özgünlük gibi ölçütler bağlamında değerlendirilir. Yansıtmada öz değerlendirme ile akran ve grup değerlendirmeleri yapılabilir.</w:t>
            </w:r>
          </w:p>
          <w:p>
            <w:pPr>
              <w:spacing w:after="0"/>
            </w:pPr>
            <w:r>
              <w:rPr>
                <w:b w:val="0"/>
                <w:sz w:val="19"/>
              </w:rPr>
              <w:t>Tema sonu değerlendirmede çıkış kartı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Atatürk'ü Anma ve Gençlik ve Spor Bayramı (19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4.TEMA </w:t>
            </w:r>
          </w:p>
          <w:p>
            <w:pPr>
              <w:spacing w:after="0"/>
            </w:pPr>
            <w:r>
              <w:rPr>
                <w:b w:val="0"/>
                <w:sz w:val="19"/>
              </w:rPr>
              <w:t>DİLİN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DİNLEME/İZLEME • Tema içeriğine uygun</w:t>
            </w:r>
          </w:p>
          <w:p>
            <w:pPr>
              <w:spacing w:after="0"/>
            </w:pPr>
            <w:r>
              <w:rPr>
                <w:b w:val="0"/>
                <w:sz w:val="19"/>
              </w:rPr>
              <w:t>çok modlu metin</w:t>
            </w:r>
          </w:p>
          <w:p>
            <w:pPr>
              <w:spacing w:after="0"/>
            </w:pPr>
            <w:r>
              <w:rPr>
                <w:b w:val="0"/>
                <w:sz w:val="19"/>
              </w:rPr>
              <w:t>(Otobiyografi)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TDE1.1. “Dilin Zenginliği” temasında ele alınan metinlerde dinlemeyi/izlemeyi yönetebilme </w:t>
            </w:r>
          </w:p>
          <w:p>
            <w:pPr>
              <w:spacing w:after="0"/>
            </w:pPr>
            <w:r>
              <w:rPr>
                <w:b w:val="0"/>
                <w:sz w:val="19"/>
              </w:rPr>
              <w:t xml:space="preserve">TDE1.2. “Dilin Zenginliği” temasında ele alınan metinlerde anlam oluşturabilme </w:t>
            </w:r>
          </w:p>
          <w:p>
            <w:pPr>
              <w:spacing w:after="0"/>
            </w:pPr>
            <w:r>
              <w:rPr>
                <w:b w:val="0"/>
                <w:sz w:val="19"/>
              </w:rPr>
              <w:t>TDE1.3. “Dilin Zenginliği” temasında ele alınan metinleri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TDE1.1.1. Seçim yapar.</w:t>
            </w:r>
          </w:p>
          <w:p>
            <w:pPr>
              <w:spacing w:after="0"/>
            </w:pPr>
            <w:r>
              <w:rPr>
                <w:b w:val="0"/>
                <w:sz w:val="19"/>
              </w:rPr>
              <w:t>• Metni dinlemeye/izlemeye başlamadan önce dinleme/izleme amacını belirler.</w:t>
            </w:r>
          </w:p>
          <w:p>
            <w:pPr>
              <w:spacing w:after="0"/>
            </w:pPr>
            <w:r>
              <w:rPr>
                <w:b w:val="0"/>
                <w:sz w:val="19"/>
              </w:rPr>
              <w:t>• Dinleme/izleme yapmadan önce metnin başlık ve görsellerinden hareketle metnin içeriğine ve türüne yönelik tahminde bulunur.</w:t>
            </w:r>
          </w:p>
          <w:p>
            <w:pPr>
              <w:spacing w:after="0"/>
            </w:pPr>
            <w:r>
              <w:rPr>
                <w:b w:val="0"/>
                <w:sz w:val="19"/>
              </w:rPr>
              <w:t>• Dinleyeceği/izleyeceği metin için uygun dinleme/izleme yöntem ve stratejisi seçer.b) TDE1.1.2. İlişkiyi sürdürür.</w:t>
            </w:r>
          </w:p>
          <w:p>
            <w:pPr>
              <w:spacing w:after="0"/>
            </w:pPr>
            <w:r>
              <w:rPr>
                <w:b w:val="0"/>
                <w:sz w:val="19"/>
              </w:rPr>
              <w:t xml:space="preserve">• Dinleme/izleme kurallarını uygulayarak dinlemeyi/izlemeyi sürdürür. </w:t>
            </w:r>
          </w:p>
          <w:p>
            <w:pPr>
              <w:spacing w:after="0"/>
            </w:pPr>
            <w:r>
              <w:rPr>
                <w:b w:val="0"/>
                <w:sz w:val="19"/>
              </w:rPr>
              <w:t>a) TDE1.2.1. Ön bilgilerle bağlantı kurar.</w:t>
            </w:r>
          </w:p>
          <w:p>
            <w:pPr>
              <w:spacing w:after="0"/>
            </w:pPr>
            <w:r>
              <w:rPr>
                <w:b w:val="0"/>
                <w:sz w:val="19"/>
              </w:rPr>
              <w:t>• Dinleme/izleme metnindeki bilgiler ile ön bilgileri arasında bağlantı kurar.</w:t>
            </w:r>
          </w:p>
          <w:p>
            <w:pPr>
              <w:spacing w:after="0"/>
            </w:pPr>
            <w:r>
              <w:rPr>
                <w:b w:val="0"/>
                <w:sz w:val="19"/>
              </w:rPr>
              <w:t>b) TDE1.2.2. Tahmin eder.</w:t>
            </w:r>
          </w:p>
          <w:p>
            <w:pPr>
              <w:spacing w:after="0"/>
            </w:pPr>
            <w:r>
              <w:rPr>
                <w:b w:val="0"/>
                <w:sz w:val="19"/>
              </w:rPr>
              <w:t>• Dinlediği/izlediği metindeki söz varlığının anlamını bağlamdan hareketle belirler.</w:t>
            </w:r>
          </w:p>
          <w:p>
            <w:pPr>
              <w:spacing w:after="0"/>
            </w:pPr>
            <w:r>
              <w:rPr>
                <w:b w:val="0"/>
                <w:sz w:val="19"/>
              </w:rPr>
              <w:t>c) TDE1.2.3. Çıkarım yapar.</w:t>
            </w:r>
          </w:p>
          <w:p>
            <w:pPr>
              <w:spacing w:after="0"/>
            </w:pPr>
            <w:r>
              <w:rPr>
                <w:b w:val="0"/>
                <w:sz w:val="19"/>
              </w:rPr>
              <w:t>• Dinlediği/izlediği metinde açıkça sunulan bilgileri belirler.</w:t>
            </w:r>
          </w:p>
          <w:p>
            <w:pPr>
              <w:spacing w:after="0"/>
            </w:pPr>
            <w:r>
              <w:rPr>
                <w:b w:val="0"/>
                <w:sz w:val="19"/>
              </w:rPr>
              <w:t>• Dinlediği/izlediği metinlerden hareketle çıkarımlar yapar.</w:t>
            </w:r>
          </w:p>
          <w:p>
            <w:pPr>
              <w:spacing w:after="0"/>
            </w:pPr>
            <w:r>
              <w:rPr>
                <w:b w:val="0"/>
                <w:sz w:val="19"/>
              </w:rPr>
              <w:t>• Dinlediği/izlediği metinde açıkça ifade edilen neden-sonuç, koşul, varsayım bilgilerini belirler.</w:t>
            </w:r>
          </w:p>
          <w:p>
            <w:pPr>
              <w:spacing w:after="0"/>
            </w:pPr>
            <w:r>
              <w:rPr>
                <w:b w:val="0"/>
                <w:sz w:val="19"/>
              </w:rPr>
              <w:t>• Dinlediği/izlediği metnin konu ve/veya temasını belirler.</w:t>
            </w:r>
          </w:p>
          <w:p>
            <w:pPr>
              <w:spacing w:after="0"/>
            </w:pPr>
            <w:r>
              <w:rPr>
                <w:b w:val="0"/>
                <w:sz w:val="19"/>
              </w:rPr>
              <w:t>• Dinlediği/izlediği metnin yardımcı düşüncelerini belirler.</w:t>
            </w:r>
          </w:p>
          <w:p>
            <w:pPr>
              <w:spacing w:after="0"/>
            </w:pPr>
            <w:r>
              <w:rPr>
                <w:b w:val="0"/>
                <w:sz w:val="19"/>
              </w:rPr>
              <w:t>• Dinlediği/izlediği metinde ana düşünceyi/duyguyu belirler.</w:t>
            </w:r>
          </w:p>
          <w:p>
            <w:pPr>
              <w:spacing w:after="0"/>
            </w:pPr>
            <w:r>
              <w:rPr>
                <w:b w:val="0"/>
                <w:sz w:val="19"/>
              </w:rPr>
              <w:t>• Dinlediği/izlediği metnin yazar/şair tarafından yazılma amacını belirler.</w:t>
            </w:r>
          </w:p>
          <w:p>
            <w:pPr>
              <w:spacing w:after="0"/>
            </w:pPr>
            <w:r>
              <w:rPr>
                <w:b w:val="0"/>
                <w:sz w:val="19"/>
              </w:rPr>
              <w:t>• Dinlediği/izlediği metinde yer alan iletilerin sunuluş şeklini inceler.</w:t>
            </w:r>
          </w:p>
          <w:p>
            <w:pPr>
              <w:spacing w:after="0"/>
            </w:pPr>
            <w:r>
              <w:rPr>
                <w:b w:val="0"/>
                <w:sz w:val="19"/>
              </w:rPr>
              <w:t>• Dinlediği/izlediği metindeki karakterlerin davranışlarından duygu ve düşüncelerine yönelik çıkarımlar yapar.</w:t>
            </w:r>
          </w:p>
          <w:p>
            <w:pPr>
              <w:spacing w:after="0"/>
            </w:pPr>
            <w:r>
              <w:rPr>
                <w:b w:val="0"/>
                <w:sz w:val="19"/>
              </w:rPr>
              <w:t>• Dinlediği/izlediği metin ile yazar/şair arasındaki ilişkiyi belirler.</w:t>
            </w:r>
          </w:p>
          <w:p>
            <w:pPr>
              <w:spacing w:after="0"/>
            </w:pPr>
            <w:r>
              <w:rPr>
                <w:b w:val="0"/>
                <w:sz w:val="19"/>
              </w:rPr>
              <w:t>ç) TDE1.2.4. Karşılaştırır.</w:t>
            </w:r>
          </w:p>
          <w:p>
            <w:pPr>
              <w:spacing w:after="0"/>
            </w:pPr>
            <w:r>
              <w:rPr>
                <w:b w:val="0"/>
                <w:sz w:val="19"/>
              </w:rPr>
              <w:t>• Metni dinleme/izleme sürecinden önce metne ilişkin tahminleri ile dinledikten/izledikten sonraki tespitlerini</w:t>
            </w:r>
          </w:p>
          <w:p>
            <w:pPr>
              <w:spacing w:after="0"/>
            </w:pPr>
            <w:r>
              <w:rPr>
                <w:b w:val="0"/>
                <w:sz w:val="19"/>
              </w:rPr>
              <w:t>karşılaştırır.</w:t>
            </w:r>
          </w:p>
          <w:p>
            <w:pPr>
              <w:spacing w:after="0"/>
            </w:pPr>
            <w:r>
              <w:rPr>
                <w:b w:val="0"/>
                <w:sz w:val="19"/>
              </w:rPr>
              <w:t>• Dinlediği/izlediği metinleri belirlenen ölçütlere (içerik, tür, şekil, dönem, zihniyet, üslup, ileti) göre karşılaştırır.</w:t>
            </w:r>
          </w:p>
          <w:p>
            <w:pPr>
              <w:spacing w:after="0"/>
            </w:pPr>
            <w:r>
              <w:rPr>
                <w:b w:val="0"/>
                <w:sz w:val="19"/>
              </w:rPr>
              <w:t>d) TDE1.2.5. Sınıflandırır.</w:t>
            </w:r>
          </w:p>
          <w:p>
            <w:pPr>
              <w:spacing w:after="0"/>
            </w:pPr>
            <w:r>
              <w:rPr>
                <w:b w:val="0"/>
                <w:sz w:val="19"/>
              </w:rPr>
              <w:t>• Dinlediği/izlediği metinleri belirlenen ölçütlere (içerik, tür, şekil, dönem, zihniyet, üslup, ileti) göre sınıflandırır.</w:t>
            </w:r>
          </w:p>
          <w:p>
            <w:pPr>
              <w:spacing w:after="0"/>
            </w:pPr>
            <w:r>
              <w:rPr>
                <w:b w:val="0"/>
                <w:sz w:val="19"/>
              </w:rPr>
              <w:t>• Dinlediği/izlediği metinde gerçek ve kurgu arasındaki farkı belirler.</w:t>
            </w:r>
          </w:p>
          <w:p>
            <w:pPr>
              <w:spacing w:after="0"/>
            </w:pPr>
            <w:r>
              <w:rPr>
                <w:b w:val="0"/>
                <w:sz w:val="19"/>
              </w:rPr>
              <w:t>• Dinlediği/izlediği metindeki öznel ve nesnel ifadeleri ayırt eder.</w:t>
            </w:r>
          </w:p>
          <w:p>
            <w:pPr>
              <w:spacing w:after="0"/>
            </w:pPr>
            <w:r>
              <w:rPr>
                <w:b w:val="0"/>
                <w:sz w:val="19"/>
              </w:rPr>
              <w:t>• Dinlediği/izlediği metindeki bilgilerin güvenilir olup olmadığını belirler.</w:t>
            </w:r>
          </w:p>
          <w:p>
            <w:pPr>
              <w:spacing w:after="0"/>
            </w:pPr>
            <w:r>
              <w:rPr>
                <w:b w:val="0"/>
                <w:sz w:val="19"/>
              </w:rPr>
              <w:t>e) TDE1.2.6. Tepki verir.</w:t>
            </w:r>
          </w:p>
          <w:p>
            <w:pPr>
              <w:spacing w:after="0"/>
            </w:pPr>
            <w:r>
              <w:rPr>
                <w:b w:val="0"/>
                <w:sz w:val="19"/>
              </w:rPr>
              <w:t>• Dinlediği/izlediği metni özetler.</w:t>
            </w:r>
          </w:p>
          <w:p>
            <w:pPr>
              <w:spacing w:after="0"/>
            </w:pPr>
            <w:r>
              <w:rPr>
                <w:b w:val="0"/>
                <w:sz w:val="19"/>
              </w:rPr>
              <w:t xml:space="preserve">• Dinlediği/izlediği metinlere yönelik geri bildirimler sunar. </w:t>
            </w:r>
          </w:p>
          <w:p>
            <w:pPr>
              <w:spacing w:after="0"/>
            </w:pPr>
            <w:r>
              <w:rPr>
                <w:b w:val="0"/>
                <w:sz w:val="19"/>
              </w:rPr>
              <w:t>a) TDE1.3.1. Parçaları belirler.</w:t>
            </w:r>
          </w:p>
          <w:p>
            <w:pPr>
              <w:spacing w:after="0"/>
            </w:pPr>
            <w:r>
              <w:rPr>
                <w:b w:val="0"/>
                <w:sz w:val="19"/>
              </w:rPr>
              <w:t>• Dinlediği/izlediği metindeki karakterlerin özelliklerini ve amaçlarını inceler.</w:t>
            </w:r>
          </w:p>
          <w:p>
            <w:pPr>
              <w:spacing w:after="0"/>
            </w:pPr>
            <w:r>
              <w:rPr>
                <w:b w:val="0"/>
                <w:sz w:val="19"/>
              </w:rPr>
              <w:t>• Dinlediği/izlediği metindeki yapı unsurlarını belirler.</w:t>
            </w:r>
          </w:p>
          <w:p>
            <w:pPr>
              <w:spacing w:after="0"/>
            </w:pPr>
            <w:r>
              <w:rPr>
                <w:b w:val="0"/>
                <w:sz w:val="19"/>
              </w:rPr>
              <w:t>• Dinlediği/izlediği metindeki dil ve anlatım özelliklerini belirler.</w:t>
            </w:r>
          </w:p>
          <w:p>
            <w:pPr>
              <w:spacing w:after="0"/>
            </w:pPr>
            <w:r>
              <w:rPr>
                <w:b w:val="0"/>
                <w:sz w:val="19"/>
              </w:rPr>
              <w:t>• Dinlediği/izlediği metindeki dil işlevlerini belirler.</w:t>
            </w:r>
          </w:p>
          <w:p>
            <w:pPr>
              <w:spacing w:after="0"/>
            </w:pPr>
            <w:r>
              <w:rPr>
                <w:b w:val="0"/>
                <w:sz w:val="19"/>
              </w:rPr>
              <w:t>b) TDE1.3.2. Parçalar arasındaki ilişkileri belirler.</w:t>
            </w:r>
          </w:p>
          <w:p>
            <w:pPr>
              <w:spacing w:after="0"/>
            </w:pPr>
            <w:r>
              <w:rPr>
                <w:b w:val="0"/>
                <w:sz w:val="19"/>
              </w:rPr>
              <w:t>• Dinlediği/izlediği metni oluşturan şekil ve anlama dair birimler arasındaki ilişkileri belirler.</w:t>
            </w:r>
          </w:p>
          <w:p>
            <w:pPr>
              <w:spacing w:after="0"/>
            </w:pPr>
            <w:r>
              <w:rPr>
                <w:b w:val="0"/>
                <w:sz w:val="19"/>
              </w:rPr>
              <w:t>• Dinlediği/izlediği metindeki yapı unsurları arasındaki ilişkileri belirler.</w:t>
            </w:r>
          </w:p>
          <w:p>
            <w:pPr>
              <w:spacing w:after="0"/>
            </w:pPr>
            <w:r>
              <w:rPr>
                <w:b w:val="0"/>
                <w:sz w:val="19"/>
              </w:rPr>
              <w:t>• Yazarın/şairin üslup seçiminin nedenleri ve sonuçlarını açıklar.</w:t>
            </w:r>
          </w:p>
          <w:p>
            <w:pPr>
              <w:spacing w:after="0"/>
            </w:pPr>
            <w:r>
              <w:rPr>
                <w:b w:val="0"/>
                <w:sz w:val="19"/>
              </w:rPr>
              <w:t>• Dinlediği/izlediği metinlerin yazıldığı dönemin özelliklerini açıklar.</w:t>
            </w:r>
          </w:p>
          <w:p>
            <w:pPr>
              <w:spacing w:after="0"/>
            </w:pPr>
            <w:r>
              <w:rPr>
                <w:b w:val="0"/>
                <w:sz w:val="19"/>
              </w:rPr>
              <w:t>• Dinlediği/izlediği metnin içeriğinin, yapı unsurlarının, dil ve anlatım özelliklerinin metnin yazıldığı dönemle ve toplumla ilişkisini kurar.</w:t>
            </w:r>
          </w:p>
          <w:p>
            <w:pPr>
              <w:spacing w:after="0"/>
            </w:pPr>
            <w:r>
              <w:rPr>
                <w:b w:val="0"/>
                <w:sz w:val="19"/>
              </w:rPr>
              <w:t>• Dinlediği/izlediği metni millî, manevi ve evrensel değerlerin aktarımı bağlamında değerlendirir.</w:t>
            </w:r>
          </w:p>
          <w:p>
            <w:pPr>
              <w:spacing w:after="0"/>
            </w:pPr>
            <w:r>
              <w:rPr>
                <w:b w:val="0"/>
                <w:sz w:val="19"/>
              </w:rPr>
              <w:t>• Dinlediği/izlediği metnin içeriğinin, yapı unsurlarının, dil ve anlatım özelliklerinin metnin yazarıyla/şairiyle ilişkisini kurar.</w:t>
            </w:r>
          </w:p>
          <w:p>
            <w:pPr>
              <w:spacing w:after="0"/>
            </w:pPr>
            <w:r>
              <w:rPr>
                <w:b w:val="0"/>
                <w:sz w:val="19"/>
              </w:rPr>
              <w:t>• Dinlediği/izlediği metnin diğer disiplinlerle olan ilişkisini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w:t>
            </w:r>
          </w:p>
          <w:p>
            <w:pPr>
              <w:spacing w:after="0"/>
            </w:pPr>
            <w:r>
              <w:rPr>
                <w:b w:val="0"/>
                <w:sz w:val="19"/>
              </w:rPr>
              <w:t xml:space="preserve">SDB2.2. İş Birliği </w:t>
            </w:r>
          </w:p>
          <w:p>
            <w:pPr>
              <w:spacing w:after="0"/>
            </w:pPr>
            <w:r>
              <w:rPr>
                <w:b w:val="0"/>
                <w:sz w:val="19"/>
              </w:rPr>
              <w:t>SDB2.3.Sosyal Farkındalık</w:t>
            </w:r>
          </w:p>
          <w:p>
            <w:pPr>
              <w:spacing w:after="0"/>
            </w:pPr>
            <w:r>
              <w:rPr>
                <w:b w:val="0"/>
                <w:sz w:val="19"/>
              </w:rPr>
              <w:t xml:space="preserve">SDB3.1. Uyum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D11. Özgürlük </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 xml:space="preserve">OB7. Veri Okuryazarlığı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(TDE1.1. “Dilin Zenginliği” temasında ele alınan metinlerde dinlemeyi/izlemeyi yönetebilme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Gözlem formu</w:t>
            </w:r>
          </w:p>
          <w:p>
            <w:pPr>
              <w:spacing w:after="0"/>
            </w:pPr>
            <w:r>
              <w:rPr>
                <w:b w:val="0"/>
                <w:sz w:val="19"/>
              </w:rPr>
              <w:t>• Çalışma kâğıdı</w:t>
            </w:r>
          </w:p>
          <w:p>
            <w:pPr>
              <w:spacing w:after="0"/>
            </w:pPr>
            <w:r>
              <w:rPr>
                <w:b w:val="0"/>
                <w:sz w:val="19"/>
              </w:rPr>
              <w:t>• Çıkış kartı</w:t>
            </w:r>
          </w:p>
          <w:p>
            <w:pPr>
              <w:spacing w:after="0"/>
            </w:pPr>
            <w:r>
              <w:rPr>
                <w:b w:val="0"/>
                <w:sz w:val="19"/>
              </w:rPr>
              <w:t>• Öğrenme duvarı</w:t>
            </w:r>
          </w:p>
          <w:p>
            <w:pPr>
              <w:spacing w:after="0"/>
            </w:pPr>
            <w:r>
              <w:rPr>
                <w:b w:val="0"/>
                <w:sz w:val="19"/>
              </w:rPr>
              <w:t>• Öğrenme günlüğü</w:t>
            </w:r>
          </w:p>
          <w:p>
            <w:pPr>
              <w:spacing w:after="0"/>
            </w:pPr>
            <w:r>
              <w:rPr>
                <w:b w:val="0"/>
                <w:sz w:val="19"/>
              </w:rPr>
              <w:t>• Açık uçlu sorular</w:t>
            </w:r>
          </w:p>
          <w:p>
            <w:pPr>
              <w:spacing w:after="0"/>
            </w:pPr>
            <w:r>
              <w:rPr>
                <w:b w:val="0"/>
                <w:sz w:val="19"/>
              </w:rPr>
              <w:t>• Kontrol listesi</w:t>
            </w:r>
          </w:p>
          <w:p>
            <w:pPr>
              <w:spacing w:after="0"/>
            </w:pPr>
            <w:r>
              <w:rPr>
                <w:b w:val="0"/>
                <w:sz w:val="19"/>
              </w:rPr>
              <w:t>• Bilgi kartları</w:t>
            </w:r>
          </w:p>
          <w:p>
            <w:pPr>
              <w:spacing w:after="0"/>
            </w:pPr>
            <w:r>
              <w:rPr>
                <w:b w:val="0"/>
                <w:sz w:val="19"/>
              </w:rPr>
              <w:t>Dilin zenginliğini gösteren metinlerle okumayı yönetebilme sürecinde açık uçlu sorular</w:t>
            </w:r>
          </w:p>
          <w:p>
            <w:pPr>
              <w:spacing w:after="0"/>
            </w:pPr>
            <w:r>
              <w:rPr>
                <w:b w:val="0"/>
                <w:sz w:val="19"/>
              </w:rPr>
              <w:t>sorulabilir, kontrol listesi tutulabilir. Anlam oluşturma süreci için öğrenme duvarı, çalışma</w:t>
            </w:r>
          </w:p>
          <w:p>
            <w:pPr>
              <w:spacing w:after="0"/>
            </w:pPr>
            <w:r>
              <w:rPr>
                <w:b w:val="0"/>
                <w:sz w:val="19"/>
              </w:rPr>
              <w:t>kâğıdı hazırlanabilir. Çözümlemede açık uçlu sorulardan yararlanılabilir. Yansıtmada</w:t>
            </w:r>
          </w:p>
          <w:p>
            <w:pPr>
              <w:spacing w:after="0"/>
            </w:pPr>
            <w:r>
              <w:rPr>
                <w:b w:val="0"/>
                <w:sz w:val="19"/>
              </w:rPr>
              <w:t>öğrenme günlüğü oluşturulabilir.</w:t>
            </w:r>
          </w:p>
          <w:p>
            <w:pPr>
              <w:spacing w:after="0"/>
            </w:pPr>
            <w:r>
              <w:rPr>
                <w:b w:val="0"/>
                <w:sz w:val="19"/>
              </w:rPr>
              <w:t>Dilin zenginliğini gösteren metinlerle dinlemeyi/izlemeyi yönetebilme sürecinde gözlem</w:t>
            </w:r>
          </w:p>
          <w:p>
            <w:pPr>
              <w:spacing w:after="0"/>
            </w:pPr>
            <w:r>
              <w:rPr>
                <w:b w:val="0"/>
                <w:sz w:val="19"/>
              </w:rPr>
              <w:t>formu tutulabilir. Anlam oluşturma süreci için bilgi kartları hazırlanabilir. Çözümleme sürecinde</w:t>
            </w:r>
          </w:p>
          <w:p>
            <w:pPr>
              <w:spacing w:after="0"/>
            </w:pPr>
            <w:r>
              <w:rPr>
                <w:b w:val="0"/>
                <w:sz w:val="19"/>
              </w:rPr>
              <w:t>çalışma kâğıdından yararlanılabilir. Öz yansıtmada öz değerlendirme formu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üslup konusu ile ilgili öğrendiklerinden hareketle sosyal medya dili ile</w:t>
            </w:r>
          </w:p>
          <w:p>
            <w:pPr>
              <w:spacing w:after="0"/>
            </w:pPr>
            <w:r>
              <w:rPr>
                <w:b w:val="0"/>
                <w:sz w:val="19"/>
              </w:rPr>
              <w:t>edebî dilin özelliklerini karşılaştırdıkları bir sunum yapmalarına yönelik performans</w:t>
            </w:r>
          </w:p>
          <w:p>
            <w:pPr>
              <w:spacing w:after="0"/>
            </w:pPr>
            <w:r>
              <w:rPr>
                <w:b w:val="0"/>
                <w:sz w:val="19"/>
              </w:rPr>
              <w:t>görevi</w:t>
            </w:r>
          </w:p>
          <w:p>
            <w:pPr>
              <w:spacing w:after="0"/>
            </w:pPr>
            <w:r>
              <w:rPr>
                <w:b w:val="0"/>
                <w:sz w:val="19"/>
              </w:rPr>
              <w:t>• Öğrencilerin otobiyografilerini oluşturmaya yönelik bir performans görevi</w:t>
            </w:r>
          </w:p>
          <w:p>
            <w:pPr>
              <w:spacing w:after="0"/>
            </w:pPr>
            <w:r>
              <w:rPr>
                <w:b w:val="0"/>
                <w:sz w:val="19"/>
              </w:rPr>
              <w:t>Öğrencilerin okuduğu, tahlil ettiği ve değerlendirmesini yaptığı romanda üslup konusu ile</w:t>
            </w:r>
          </w:p>
          <w:p>
            <w:pPr>
              <w:spacing w:after="0"/>
            </w:pPr>
            <w:r>
              <w:rPr>
                <w:b w:val="0"/>
                <w:sz w:val="19"/>
              </w:rPr>
              <w:t>ilgili öğrendiklerinden hareketle sosyal medya dili ile edebî dilin özelliklerini karşılaştırdıkları</w:t>
            </w:r>
          </w:p>
          <w:p>
            <w:pPr>
              <w:spacing w:after="0"/>
            </w:pPr>
            <w:r>
              <w:rPr>
                <w:b w:val="0"/>
                <w:sz w:val="19"/>
              </w:rPr>
              <w:t>sunum performansı, dereceli puanlama anahtarı ile puanlanır. Puanlama anahtarında</w:t>
            </w:r>
          </w:p>
          <w:p>
            <w:pPr>
              <w:spacing w:after="0"/>
            </w:pPr>
            <w:r>
              <w:rPr>
                <w:b w:val="0"/>
                <w:sz w:val="19"/>
              </w:rPr>
              <w:t>içeriğe uygunluk, özgünlük, sunum becerisi, görsel ögeleri kullanma, zaman ve mekân</w:t>
            </w:r>
          </w:p>
          <w:p>
            <w:pPr>
              <w:spacing w:after="0"/>
            </w:pPr>
            <w:r>
              <w:rPr>
                <w:b w:val="0"/>
                <w:sz w:val="19"/>
              </w:rPr>
              <w:t>kullanımı, beden dili ile jest ve mimik kullanımı gibi ölçütler yer alır. Bu görev grup çalışması</w:t>
            </w:r>
          </w:p>
          <w:p>
            <w:pPr>
              <w:spacing w:after="0"/>
            </w:pPr>
            <w:r>
              <w:rPr>
                <w:b w:val="0"/>
                <w:sz w:val="19"/>
              </w:rPr>
              <w:t>olarak gerçekleştirilebilir.</w:t>
            </w:r>
          </w:p>
          <w:p>
            <w:pPr>
              <w:spacing w:after="0"/>
            </w:pPr>
            <w:r>
              <w:rPr>
                <w:b w:val="0"/>
                <w:sz w:val="19"/>
              </w:rPr>
              <w:t>Öğrenciler otobiyografilerini oluşturmaya yönelik performans görevi hazırlar. Bu görev</w:t>
            </w:r>
          </w:p>
          <w:p>
            <w:pPr>
              <w:spacing w:after="0"/>
            </w:pPr>
            <w:r>
              <w:rPr>
                <w:b w:val="0"/>
                <w:sz w:val="19"/>
              </w:rPr>
              <w:t>sonrasında öğrencilerden yazdıkları metni arkadaşları ile paylaşmaları istenir. Değerlendirmede</w:t>
            </w:r>
          </w:p>
          <w:p>
            <w:pPr>
              <w:spacing w:after="0"/>
            </w:pPr>
            <w:r>
              <w:rPr>
                <w:b w:val="0"/>
                <w:sz w:val="19"/>
              </w:rPr>
              <w:t>dereceli puanlama anahtarı kullanılır. Puanlama anahtarında yazılı anlatımlar;bağlama uygunluk, dil ve anlatım özelliği, etkileyicilik, gerçeklik, tutarlılık, özgünlük gibi ölçütler bağlamında değerlendirilir. Yansıtmada öz değerlendirme ile akran ve grup değerlendirmeleri yapılabilir.</w:t>
            </w:r>
          </w:p>
          <w:p>
            <w:pPr>
              <w:spacing w:after="0"/>
            </w:pPr>
            <w:r>
              <w:rPr>
                <w:b w:val="0"/>
                <w:sz w:val="19"/>
              </w:rPr>
              <w:t>Tema sonu değerlendirmede çıkış kartı kullanılır.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4.TEMA </w:t>
            </w:r>
          </w:p>
          <w:p>
            <w:pPr>
              <w:spacing w:after="0"/>
            </w:pPr>
            <w:r>
              <w:rPr>
                <w:b w:val="0"/>
                <w:sz w:val="19"/>
              </w:rPr>
              <w:t>DİLİN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DİNLEME/İZLEME </w:t>
            </w:r>
          </w:p>
          <w:p>
            <w:pPr>
              <w:spacing w:after="0"/>
            </w:pPr>
            <w:r>
              <w:rPr>
                <w:b w:val="0"/>
                <w:sz w:val="19"/>
              </w:rPr>
              <w:t>• Tema içeriğine uygun</w:t>
            </w:r>
          </w:p>
          <w:p>
            <w:pPr>
              <w:spacing w:after="0"/>
            </w:pPr>
            <w:r>
              <w:rPr>
                <w:b w:val="0"/>
                <w:sz w:val="19"/>
              </w:rPr>
              <w:t>çok modlu metin</w:t>
            </w:r>
          </w:p>
          <w:p>
            <w:pPr>
              <w:spacing w:after="0"/>
            </w:pPr>
            <w:r>
              <w:rPr>
                <w:b w:val="0"/>
                <w:sz w:val="19"/>
              </w:rPr>
              <w:t>(Otobiyografi)</w:t>
            </w:r>
          </w:p>
          <w:p>
            <w:pPr>
              <w:spacing w:after="0"/>
            </w:pPr>
            <w:r>
              <w:rPr>
                <w:b w:val="0"/>
                <w:sz w:val="19"/>
              </w:rPr>
              <w:t xml:space="preserve">YAZMA </w:t>
            </w:r>
          </w:p>
          <w:p>
            <w:pPr>
              <w:spacing w:after="0"/>
            </w:pPr>
            <w:r>
              <w:rPr>
                <w:b w:val="0"/>
                <w:sz w:val="19"/>
              </w:rPr>
              <w:t>• Otobiyografisini</w:t>
            </w:r>
          </w:p>
          <w:p>
            <w:pPr>
              <w:spacing w:after="0"/>
            </w:pPr>
            <w:r>
              <w:rPr>
                <w:b w:val="0"/>
                <w:sz w:val="19"/>
              </w:rPr>
              <w:t>yazabilme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TDE1.4. “Dilin Zenginliği” temasında ele alınan metinlerde dinleme/izleme sürecini değerlendirebilme</w:t>
            </w:r>
          </w:p>
          <w:p>
            <w:pPr>
              <w:spacing w:after="0"/>
            </w:pPr>
            <w:r>
              <w:rPr>
                <w:b w:val="0"/>
                <w:sz w:val="19"/>
              </w:rPr>
              <w:t>TDE4.1. Öz yaşam öyküsünü oluşturabilmek için bir yazılı anlatım sürecini yönetebilme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TDE1.4.1. Kendini değerlendirir.</w:t>
            </w:r>
          </w:p>
          <w:p>
            <w:pPr>
              <w:spacing w:after="0"/>
            </w:pPr>
            <w:r>
              <w:rPr>
                <w:b w:val="0"/>
                <w:sz w:val="19"/>
              </w:rPr>
              <w:t>• Dinlediği/izlediği metin hakkında değerlendirmeler yapabilmek için çeşitli ölçütler belirler.</w:t>
            </w:r>
          </w:p>
          <w:p>
            <w:pPr>
              <w:spacing w:after="0"/>
            </w:pPr>
            <w:r>
              <w:rPr>
                <w:b w:val="0"/>
                <w:sz w:val="19"/>
              </w:rPr>
              <w:t>• Dinlediği/izlediği metni kendi beğeni ölçütleri doğrultusunda değerlendirir.</w:t>
            </w:r>
          </w:p>
          <w:p>
            <w:pPr>
              <w:spacing w:after="0"/>
            </w:pPr>
            <w:r>
              <w:rPr>
                <w:b w:val="0"/>
                <w:sz w:val="19"/>
              </w:rPr>
              <w:t>• Dinlediği/izlediği metindeki gerçeklik ile gerçek dünyayı karşılaştırır.</w:t>
            </w:r>
          </w:p>
          <w:p>
            <w:pPr>
              <w:spacing w:after="0"/>
            </w:pPr>
            <w:r>
              <w:rPr>
                <w:b w:val="0"/>
                <w:sz w:val="19"/>
              </w:rPr>
              <w:t>b) TDE1.4.2. Tepki ortaya koyar.</w:t>
            </w:r>
          </w:p>
          <w:p>
            <w:pPr>
              <w:spacing w:after="0"/>
            </w:pPr>
            <w:r>
              <w:rPr>
                <w:b w:val="0"/>
                <w:sz w:val="19"/>
              </w:rPr>
              <w:t>• Kendini dinlediği/izlediği metindeki karakterlerin yerine koyarak kahramanın davranışlarını anlamlandırır.</w:t>
            </w:r>
          </w:p>
          <w:p>
            <w:pPr>
              <w:spacing w:after="0"/>
            </w:pPr>
            <w:r>
              <w:rPr>
                <w:b w:val="0"/>
                <w:sz w:val="19"/>
              </w:rPr>
              <w:t>• Dinlediği/izlediği metne yönelik beğeni ve eleştirilerini gerekçelendirerek açıklar.</w:t>
            </w:r>
          </w:p>
          <w:p>
            <w:pPr>
              <w:spacing w:after="0"/>
            </w:pPr>
            <w:r>
              <w:rPr>
                <w:b w:val="0"/>
                <w:sz w:val="19"/>
              </w:rPr>
              <w:t>• Dinlediği/izlediği metnin konu ve ana düşüncesinin kendi dünyasıyla olan ilişkisini belirler.</w:t>
            </w:r>
          </w:p>
          <w:p>
            <w:pPr>
              <w:spacing w:after="0"/>
            </w:pPr>
            <w:r>
              <w:rPr>
                <w:b w:val="0"/>
                <w:sz w:val="19"/>
              </w:rPr>
              <w:t>• Yazarın/şairin amacı ile kendi düşünceleri arasındaki benzerlik ve farklılıkları açıklar.</w:t>
            </w:r>
          </w:p>
          <w:p>
            <w:pPr>
              <w:spacing w:after="0"/>
            </w:pPr>
            <w:r>
              <w:rPr>
                <w:b w:val="0"/>
                <w:sz w:val="19"/>
              </w:rPr>
              <w:t>• Dinlediği/izlediği metindeki olaya, duruma, soruna ya da karakterlerin davranışlarına seçenekler üretir.</w:t>
            </w:r>
          </w:p>
          <w:p>
            <w:pPr>
              <w:spacing w:after="0"/>
            </w:pPr>
            <w:r>
              <w:rPr>
                <w:b w:val="0"/>
                <w:sz w:val="19"/>
              </w:rPr>
              <w:t>• Kendi belirlediği ölçütlerden hareketle dinlediği/izlediği metnin yazılış amacına ulaşma düzeyini değerlendirir.</w:t>
            </w:r>
          </w:p>
          <w:p>
            <w:pPr>
              <w:spacing w:after="0"/>
            </w:pPr>
            <w:r>
              <w:rPr>
                <w:b w:val="0"/>
                <w:sz w:val="19"/>
              </w:rPr>
              <w:t>a) TDE4.1.1. Seçim yapar.</w:t>
            </w:r>
          </w:p>
          <w:p>
            <w:pPr>
              <w:spacing w:after="0"/>
            </w:pPr>
            <w:r>
              <w:rPr>
                <w:b w:val="0"/>
                <w:sz w:val="19"/>
              </w:rPr>
              <w:t>• Yazma amacına (edebî metin oluşturma, ikna etme, bilgilendirme, resmî yazışma vb.) karar verir.</w:t>
            </w:r>
          </w:p>
          <w:p>
            <w:pPr>
              <w:spacing w:after="0"/>
            </w:pPr>
            <w:r>
              <w:rPr>
                <w:b w:val="0"/>
                <w:sz w:val="19"/>
              </w:rPr>
              <w:t>• Yazacağı metnin özelliklerini, hedef kitlesini ve yazma süresini belirler.</w:t>
            </w:r>
          </w:p>
          <w:p>
            <w:pPr>
              <w:spacing w:after="0"/>
            </w:pPr>
            <w:r>
              <w:rPr>
                <w:b w:val="0"/>
                <w:sz w:val="19"/>
              </w:rPr>
              <w:t>• Yazacağı metnin türüne uygun, kullanacağı yöntem ve stratejisini belirler.</w:t>
            </w:r>
          </w:p>
          <w:p>
            <w:pPr>
              <w:spacing w:after="0"/>
            </w:pPr>
            <w:r>
              <w:rPr>
                <w:b w:val="0"/>
                <w:sz w:val="19"/>
              </w:rPr>
              <w:t>b) TDE4.1.2. İlişkiyi sürdürür.</w:t>
            </w:r>
          </w:p>
          <w:p>
            <w:pPr>
              <w:spacing w:after="0"/>
            </w:pPr>
            <w:r>
              <w:rPr>
                <w:b w:val="0"/>
                <w:sz w:val="19"/>
              </w:rPr>
              <w:t>• Yazma süreci ile ilgili engelleri ortadan kaldırır.</w:t>
            </w:r>
          </w:p>
          <w:p>
            <w:pPr>
              <w:spacing w:after="0"/>
            </w:pPr>
            <w:r>
              <w:rPr>
                <w:b w:val="0"/>
                <w:sz w:val="19"/>
              </w:rPr>
              <w:t>• Yazma amacına uygun olarak seçtiği stratejiyi yapılandırır.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w:t>
            </w:r>
          </w:p>
          <w:p>
            <w:pPr>
              <w:spacing w:after="0"/>
            </w:pPr>
            <w:r>
              <w:rPr>
                <w:b w:val="0"/>
                <w:sz w:val="19"/>
              </w:rPr>
              <w:t xml:space="preserve">SDB2.2. İş Birliği </w:t>
            </w:r>
          </w:p>
          <w:p>
            <w:pPr>
              <w:spacing w:after="0"/>
            </w:pPr>
            <w:r>
              <w:rPr>
                <w:b w:val="0"/>
                <w:sz w:val="19"/>
              </w:rPr>
              <w:t>SDB2.3.Sosyal Farkındalık</w:t>
            </w:r>
          </w:p>
          <w:p>
            <w:pPr>
              <w:spacing w:after="0"/>
            </w:pPr>
            <w:r>
              <w:rPr>
                <w:b w:val="0"/>
                <w:sz w:val="19"/>
              </w:rPr>
              <w:t xml:space="preserve">SDB3.1. Uyum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D11. Özgürlük </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 xml:space="preserve">OB7. Veri Okuryazarlığı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(TDE1.4. “Dilin Zenginliği” temasında ele alınan metinlerde dinleme/izleme sürecini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Gözlem formu</w:t>
            </w:r>
          </w:p>
          <w:p>
            <w:pPr>
              <w:spacing w:after="0"/>
            </w:pPr>
            <w:r>
              <w:rPr>
                <w:b w:val="0"/>
                <w:sz w:val="19"/>
              </w:rPr>
              <w:t>• Çalışma kâğıdı</w:t>
            </w:r>
          </w:p>
          <w:p>
            <w:pPr>
              <w:spacing w:after="0"/>
            </w:pPr>
            <w:r>
              <w:rPr>
                <w:b w:val="0"/>
                <w:sz w:val="19"/>
              </w:rPr>
              <w:t>• Çıkış kartı</w:t>
            </w:r>
          </w:p>
          <w:p>
            <w:pPr>
              <w:spacing w:after="0"/>
            </w:pPr>
            <w:r>
              <w:rPr>
                <w:b w:val="0"/>
                <w:sz w:val="19"/>
              </w:rPr>
              <w:t>• Öğrenme duvarı</w:t>
            </w:r>
          </w:p>
          <w:p>
            <w:pPr>
              <w:spacing w:after="0"/>
            </w:pPr>
            <w:r>
              <w:rPr>
                <w:b w:val="0"/>
                <w:sz w:val="19"/>
              </w:rPr>
              <w:t>• Öğrenme günlüğü</w:t>
            </w:r>
          </w:p>
          <w:p>
            <w:pPr>
              <w:spacing w:after="0"/>
            </w:pPr>
            <w:r>
              <w:rPr>
                <w:b w:val="0"/>
                <w:sz w:val="19"/>
              </w:rPr>
              <w:t>• Açık uçlu sorular</w:t>
            </w:r>
          </w:p>
          <w:p>
            <w:pPr>
              <w:spacing w:after="0"/>
            </w:pPr>
            <w:r>
              <w:rPr>
                <w:b w:val="0"/>
                <w:sz w:val="19"/>
              </w:rPr>
              <w:t>• Kontrol listesi</w:t>
            </w:r>
          </w:p>
          <w:p>
            <w:pPr>
              <w:spacing w:after="0"/>
            </w:pPr>
            <w:r>
              <w:rPr>
                <w:b w:val="0"/>
                <w:sz w:val="19"/>
              </w:rPr>
              <w:t>• Bilgi kartları</w:t>
            </w:r>
          </w:p>
          <w:p>
            <w:pPr>
              <w:spacing w:after="0"/>
            </w:pPr>
            <w:r>
              <w:rPr>
                <w:b w:val="0"/>
                <w:sz w:val="19"/>
              </w:rPr>
              <w:t>Dilin zenginliğini gösteren metinlerle okumayı yönetebilme sürecinde açık uçlu sorular</w:t>
            </w:r>
          </w:p>
          <w:p>
            <w:pPr>
              <w:spacing w:after="0"/>
            </w:pPr>
            <w:r>
              <w:rPr>
                <w:b w:val="0"/>
                <w:sz w:val="19"/>
              </w:rPr>
              <w:t>sorulabilir, kontrol listesi tutulabilir. Anlam oluşturma süreci için öğrenme duvarı, çalışma</w:t>
            </w:r>
          </w:p>
          <w:p>
            <w:pPr>
              <w:spacing w:after="0"/>
            </w:pPr>
            <w:r>
              <w:rPr>
                <w:b w:val="0"/>
                <w:sz w:val="19"/>
              </w:rPr>
              <w:t>kâğıdı hazırlanabilir. Çözümlemede açık uçlu sorulardan yararlanılabilir. Yansıtmada</w:t>
            </w:r>
          </w:p>
          <w:p>
            <w:pPr>
              <w:spacing w:after="0"/>
            </w:pPr>
            <w:r>
              <w:rPr>
                <w:b w:val="0"/>
                <w:sz w:val="19"/>
              </w:rPr>
              <w:t>öğrenme günlüğü oluşturulabilir.</w:t>
            </w:r>
          </w:p>
          <w:p>
            <w:pPr>
              <w:spacing w:after="0"/>
            </w:pPr>
            <w:r>
              <w:rPr>
                <w:b w:val="0"/>
                <w:sz w:val="19"/>
              </w:rPr>
              <w:t>Dilin zenginliğini gösteren metinlerle dinlemeyi/izlemeyi yönetebilme sürecinde gözlem</w:t>
            </w:r>
          </w:p>
          <w:p>
            <w:pPr>
              <w:spacing w:after="0"/>
            </w:pPr>
            <w:r>
              <w:rPr>
                <w:b w:val="0"/>
                <w:sz w:val="19"/>
              </w:rPr>
              <w:t>formu tutulabilir. Anlam oluşturma süreci için bilgi kartları hazırlanabilir. Çözümleme sürecinde</w:t>
            </w:r>
          </w:p>
          <w:p>
            <w:pPr>
              <w:spacing w:after="0"/>
            </w:pPr>
            <w:r>
              <w:rPr>
                <w:b w:val="0"/>
                <w:sz w:val="19"/>
              </w:rPr>
              <w:t>çalışma kâğıdından yararlanılabilir. Öz yansıtmada öz değerlendirme formu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üslup konusu ile ilgili öğrendiklerinden hareketle sosyal medya dili ile</w:t>
            </w:r>
          </w:p>
          <w:p>
            <w:pPr>
              <w:spacing w:after="0"/>
            </w:pPr>
            <w:r>
              <w:rPr>
                <w:b w:val="0"/>
                <w:sz w:val="19"/>
              </w:rPr>
              <w:t>edebî dilin özelliklerini karşılaştırdıkları bir sunum yapmalarına yönelik performans</w:t>
            </w:r>
          </w:p>
          <w:p>
            <w:pPr>
              <w:spacing w:after="0"/>
            </w:pPr>
            <w:r>
              <w:rPr>
                <w:b w:val="0"/>
                <w:sz w:val="19"/>
              </w:rPr>
              <w:t>görevi</w:t>
            </w:r>
          </w:p>
          <w:p>
            <w:pPr>
              <w:spacing w:after="0"/>
            </w:pPr>
            <w:r>
              <w:rPr>
                <w:b w:val="0"/>
                <w:sz w:val="19"/>
              </w:rPr>
              <w:t>• Öğrencilerin otobiyografilerini oluşturmaya yönelik bir performans görevi</w:t>
            </w:r>
          </w:p>
          <w:p>
            <w:pPr>
              <w:spacing w:after="0"/>
            </w:pPr>
            <w:r>
              <w:rPr>
                <w:b w:val="0"/>
                <w:sz w:val="19"/>
              </w:rPr>
              <w:t>Öğrencilerin okuduğu, tahlil ettiği ve değerlendirmesini yaptığı romanda üslup konusu ile</w:t>
            </w:r>
          </w:p>
          <w:p>
            <w:pPr>
              <w:spacing w:after="0"/>
            </w:pPr>
            <w:r>
              <w:rPr>
                <w:b w:val="0"/>
                <w:sz w:val="19"/>
              </w:rPr>
              <w:t>ilgili öğrendiklerinden hareketle sosyal medya dili ile edebî dilin özelliklerini karşılaştırdıkları</w:t>
            </w:r>
          </w:p>
          <w:p>
            <w:pPr>
              <w:spacing w:after="0"/>
            </w:pPr>
            <w:r>
              <w:rPr>
                <w:b w:val="0"/>
                <w:sz w:val="19"/>
              </w:rPr>
              <w:t>sunum performansı, dereceli puanlama anahtarı ile puanlanır. Puanlama anahtarında</w:t>
            </w:r>
          </w:p>
          <w:p>
            <w:pPr>
              <w:spacing w:after="0"/>
            </w:pPr>
            <w:r>
              <w:rPr>
                <w:b w:val="0"/>
                <w:sz w:val="19"/>
              </w:rPr>
              <w:t>içeriğe uygunluk, özgünlük, sunum becerisi, görsel ögeleri kullanma, zaman ve mekân</w:t>
            </w:r>
          </w:p>
          <w:p>
            <w:pPr>
              <w:spacing w:after="0"/>
            </w:pPr>
            <w:r>
              <w:rPr>
                <w:b w:val="0"/>
                <w:sz w:val="19"/>
              </w:rPr>
              <w:t>kullanımı, beden dili ile jest ve mimik kullanımı gibi ölçütler yer alır. Bu görev grup çalışması</w:t>
            </w:r>
          </w:p>
          <w:p>
            <w:pPr>
              <w:spacing w:after="0"/>
            </w:pPr>
            <w:r>
              <w:rPr>
                <w:b w:val="0"/>
                <w:sz w:val="19"/>
              </w:rPr>
              <w:t>olarak gerçekleştirilebilir.</w:t>
            </w:r>
          </w:p>
          <w:p>
            <w:pPr>
              <w:spacing w:after="0"/>
            </w:pPr>
            <w:r>
              <w:rPr>
                <w:b w:val="0"/>
                <w:sz w:val="19"/>
              </w:rPr>
              <w:t>Öğrenciler otobiyografilerini oluşturmaya yönelik performans görevi hazırlar. Bu görev</w:t>
            </w:r>
          </w:p>
          <w:p>
            <w:pPr>
              <w:spacing w:after="0"/>
            </w:pPr>
            <w:r>
              <w:rPr>
                <w:b w:val="0"/>
                <w:sz w:val="19"/>
              </w:rPr>
              <w:t>sonrasında öğrencilerden yazdıkları metni arkadaşları ile paylaşmaları istenir. Değerlendirmede</w:t>
            </w:r>
          </w:p>
          <w:p>
            <w:pPr>
              <w:spacing w:after="0"/>
            </w:pPr>
            <w:r>
              <w:rPr>
                <w:b w:val="0"/>
                <w:sz w:val="19"/>
              </w:rPr>
              <w:t>dereceli puanlama anahtarı kullanılır. Puanlama anahtarında yazılı anlatımlar;bağlama uygunluk, dil ve anlatım özelliği, etkileyicilik, gerçeklik, tutarlılık, özgünlük gibi ölçütler bağlamında değerlendirilir. Yansıtmada öz değerlendirme ile akran ve grup değerlendirmeleri yapılabilir.</w:t>
            </w:r>
          </w:p>
          <w:p>
            <w:pPr>
              <w:spacing w:after="0"/>
            </w:pPr>
            <w:r>
              <w:rPr>
                <w:b w:val="0"/>
                <w:sz w:val="19"/>
              </w:rPr>
              <w:t>Tema sonu değerlendirmede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4.TEMA </w:t>
            </w:r>
          </w:p>
          <w:p>
            <w:pPr>
              <w:spacing w:after="0"/>
            </w:pPr>
            <w:r>
              <w:rPr>
                <w:b w:val="0"/>
                <w:sz w:val="19"/>
              </w:rPr>
              <w:t>DİLİN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YAZMA • Otobiyografisini</w:t>
            </w:r>
          </w:p>
          <w:p>
            <w:pPr>
              <w:spacing w:after="0"/>
            </w:pPr>
            <w:r>
              <w:rPr>
                <w:b w:val="0"/>
                <w:sz w:val="19"/>
              </w:rPr>
              <w:t>yazabilme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TDE4.2. Öz yaşam öyküsünü aktarmak için kendi üslup özelliklerini yansıtan bir yazılı an latım içeriği oluşturabilme</w:t>
            </w:r>
          </w:p>
          <w:p>
            <w:pPr>
              <w:spacing w:after="0"/>
            </w:pPr>
            <w:r>
              <w:rPr>
                <w:b w:val="0"/>
                <w:sz w:val="19"/>
              </w:rPr>
              <w:t>TDE4.3. Öz yaşam öyküsünü aktarmak için kendi üslup özelliklerini yansıtan yazısında kural uygulayabilme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TDE4.2.1. Ön bilgilerle bağlantı kurar.</w:t>
            </w:r>
          </w:p>
          <w:p>
            <w:pPr>
              <w:spacing w:after="0"/>
            </w:pPr>
            <w:r>
              <w:rPr>
                <w:b w:val="0"/>
                <w:sz w:val="19"/>
              </w:rPr>
              <w:t>• Yazma amacına yönelik ön bilgileriyle bağlantı kurar.</w:t>
            </w:r>
          </w:p>
          <w:p>
            <w:pPr>
              <w:spacing w:after="0"/>
            </w:pPr>
            <w:r>
              <w:rPr>
                <w:b w:val="0"/>
                <w:sz w:val="19"/>
              </w:rPr>
              <w:t>b) TDE4.2.2. Tahmin eder.</w:t>
            </w:r>
          </w:p>
          <w:p>
            <w:pPr>
              <w:spacing w:after="0"/>
            </w:pPr>
            <w:r>
              <w:rPr>
                <w:b w:val="0"/>
                <w:sz w:val="19"/>
              </w:rPr>
              <w:t>• Hedef kitlenin özelliklerine yönelik tahminlerde bulunarak yazacağı metnin türünü ve içeriğini belirler.</w:t>
            </w:r>
          </w:p>
          <w:p>
            <w:pPr>
              <w:spacing w:after="0"/>
            </w:pPr>
            <w:r>
              <w:rPr>
                <w:b w:val="0"/>
                <w:sz w:val="19"/>
              </w:rPr>
              <w:t>• Yazacağı metnin türüne göre kullanacağı yapı unsurlarını belirler.</w:t>
            </w:r>
          </w:p>
          <w:p>
            <w:pPr>
              <w:spacing w:after="0"/>
            </w:pPr>
            <w:r>
              <w:rPr>
                <w:b w:val="0"/>
                <w:sz w:val="19"/>
              </w:rPr>
              <w:t>c) TDE4.2.3. Karşılaştırır.</w:t>
            </w:r>
          </w:p>
          <w:p>
            <w:pPr>
              <w:spacing w:after="0"/>
            </w:pPr>
            <w:r>
              <w:rPr>
                <w:b w:val="0"/>
                <w:sz w:val="19"/>
              </w:rPr>
              <w:t>• Yazma amacı ve yazacağı metnin özelliklerine göre ana düşünceye ve vermek istediği iletiye karar verir.</w:t>
            </w:r>
          </w:p>
          <w:p>
            <w:pPr>
              <w:spacing w:after="0"/>
            </w:pPr>
            <w:r>
              <w:rPr>
                <w:b w:val="0"/>
                <w:sz w:val="19"/>
              </w:rPr>
              <w:t>• Planını oluştururken karşılaştırma içeren iletiler oluşturur.</w:t>
            </w:r>
          </w:p>
          <w:p>
            <w:pPr>
              <w:spacing w:after="0"/>
            </w:pPr>
            <w:r>
              <w:rPr>
                <w:b w:val="0"/>
                <w:sz w:val="19"/>
              </w:rPr>
              <w:t>ç) TDE4.2.4. Sınıflandırır.</w:t>
            </w:r>
          </w:p>
          <w:p>
            <w:pPr>
              <w:spacing w:after="0"/>
            </w:pPr>
            <w:r>
              <w:rPr>
                <w:b w:val="0"/>
                <w:sz w:val="19"/>
              </w:rPr>
              <w:t>• Yazılı anlatımın kullanım alanına (özel, mesleki, eğitim ve kamusal) göre içeriğini belirler.</w:t>
            </w:r>
          </w:p>
          <w:p>
            <w:pPr>
              <w:spacing w:after="0"/>
            </w:pPr>
            <w:r>
              <w:rPr>
                <w:b w:val="0"/>
                <w:sz w:val="19"/>
              </w:rPr>
              <w:t>d) TDE4.2.5. Yeniden ifade eder.</w:t>
            </w:r>
          </w:p>
          <w:p>
            <w:pPr>
              <w:spacing w:after="0"/>
            </w:pPr>
            <w:r>
              <w:rPr>
                <w:b w:val="0"/>
                <w:sz w:val="19"/>
              </w:rPr>
              <w:t>• Söz varlığını kullanarak yazısının içeriğini düzenler.</w:t>
            </w:r>
          </w:p>
          <w:p>
            <w:pPr>
              <w:spacing w:after="0"/>
            </w:pPr>
            <w:r>
              <w:rPr>
                <w:b w:val="0"/>
                <w:sz w:val="19"/>
              </w:rPr>
              <w:t>e) TDE4.2.6. Tepki verir.</w:t>
            </w:r>
          </w:p>
          <w:p>
            <w:pPr>
              <w:spacing w:after="0"/>
            </w:pPr>
            <w:r>
              <w:rPr>
                <w:b w:val="0"/>
                <w:sz w:val="19"/>
              </w:rPr>
              <w:t>• Yazma sürecini planlarken dil işlevlerinin kullanımına karar verir.</w:t>
            </w:r>
          </w:p>
          <w:p>
            <w:pPr>
              <w:spacing w:after="0"/>
            </w:pPr>
            <w:r>
              <w:rPr>
                <w:b w:val="0"/>
                <w:sz w:val="19"/>
              </w:rPr>
              <w:t>f) TDE4.2.7. Görsel ögeleri kullanır.</w:t>
            </w:r>
          </w:p>
          <w:p>
            <w:pPr>
              <w:spacing w:after="0"/>
            </w:pPr>
            <w:r>
              <w:rPr>
                <w:b w:val="0"/>
                <w:sz w:val="19"/>
              </w:rPr>
              <w:t>• Yazma içeriğini desteklemek için kullanacağı görsel ve işitsel ögelere karar verir.</w:t>
            </w:r>
          </w:p>
          <w:p>
            <w:pPr>
              <w:spacing w:after="0"/>
            </w:pPr>
            <w:r>
              <w:rPr>
                <w:b w:val="0"/>
                <w:sz w:val="19"/>
              </w:rPr>
              <w:t>g) TDE4.2.8. Sunar.</w:t>
            </w:r>
          </w:p>
          <w:p>
            <w:pPr>
              <w:spacing w:after="0"/>
            </w:pPr>
            <w:r>
              <w:rPr>
                <w:b w:val="0"/>
                <w:sz w:val="19"/>
              </w:rPr>
              <w:t>• Yazacağı metnin plan taslağını sunar.</w:t>
            </w:r>
          </w:p>
          <w:p>
            <w:pPr>
              <w:spacing w:after="0"/>
            </w:pPr>
            <w:r>
              <w:rPr>
                <w:b w:val="0"/>
                <w:sz w:val="19"/>
              </w:rPr>
              <w:t>• Aldığı geri bildirimler ile plan taslağına son şeklini verir.</w:t>
            </w:r>
          </w:p>
          <w:p>
            <w:pPr>
              <w:spacing w:after="0"/>
            </w:pPr>
            <w:r>
              <w:rPr>
                <w:b w:val="0"/>
                <w:sz w:val="19"/>
              </w:rPr>
              <w:t>a) TDE4.3.1. Plan hazırlar.</w:t>
            </w:r>
          </w:p>
          <w:p>
            <w:pPr>
              <w:spacing w:after="0"/>
            </w:pPr>
            <w:r>
              <w:rPr>
                <w:b w:val="0"/>
                <w:sz w:val="19"/>
              </w:rPr>
              <w:t>• Yazmaya planına uygun bir şekilde başlar.</w:t>
            </w:r>
          </w:p>
          <w:p>
            <w:pPr>
              <w:spacing w:after="0"/>
            </w:pPr>
            <w:r>
              <w:rPr>
                <w:b w:val="0"/>
                <w:sz w:val="19"/>
              </w:rPr>
              <w:t>• Yazısını dikkat çekici bir girişle başlatır.</w:t>
            </w:r>
          </w:p>
          <w:p>
            <w:pPr>
              <w:spacing w:after="0"/>
            </w:pPr>
            <w:r>
              <w:rPr>
                <w:b w:val="0"/>
                <w:sz w:val="19"/>
              </w:rPr>
              <w:t>b) TDE4.3.2. Düşünceyi geliştirme yollarını kullanır.</w:t>
            </w:r>
          </w:p>
          <w:p>
            <w:pPr>
              <w:spacing w:after="0"/>
            </w:pPr>
            <w:r>
              <w:rPr>
                <w:b w:val="0"/>
                <w:sz w:val="19"/>
              </w:rPr>
              <w:t>• Yazısını desteklemek amacıyla anlatım biçimi ve düşünceyi geliştirme yollarından yararlanır.</w:t>
            </w:r>
          </w:p>
          <w:p>
            <w:pPr>
              <w:spacing w:after="0"/>
            </w:pPr>
            <w:r>
              <w:rPr>
                <w:b w:val="0"/>
                <w:sz w:val="19"/>
              </w:rPr>
              <w:t>• Duygu, düşünce ve hayallerini kendine özgü bir üslupla ifade eder.</w:t>
            </w:r>
          </w:p>
          <w:p>
            <w:pPr>
              <w:spacing w:after="0"/>
            </w:pPr>
            <w:r>
              <w:rPr>
                <w:b w:val="0"/>
                <w:sz w:val="19"/>
              </w:rPr>
              <w:t>c) TDE4.3.3. Uygun söz varlığı kullanır.</w:t>
            </w:r>
          </w:p>
          <w:p>
            <w:pPr>
              <w:spacing w:after="0"/>
            </w:pPr>
            <w:r>
              <w:rPr>
                <w:b w:val="0"/>
                <w:sz w:val="19"/>
              </w:rPr>
              <w:t>• Söz varlığını (deyim, atasözü, mecaz ve terim) bağlama uygun şekilde kullanır.</w:t>
            </w:r>
          </w:p>
          <w:p>
            <w:pPr>
              <w:spacing w:after="0"/>
            </w:pPr>
            <w:r>
              <w:rPr>
                <w:b w:val="0"/>
                <w:sz w:val="19"/>
              </w:rPr>
              <w:t>• Ana düşünce ve destekleyici bilgilerle yazma sürecine devam eder.</w:t>
            </w:r>
          </w:p>
          <w:p>
            <w:pPr>
              <w:spacing w:after="0"/>
            </w:pPr>
            <w:r>
              <w:rPr>
                <w:b w:val="0"/>
                <w:sz w:val="19"/>
              </w:rPr>
              <w:t>• Yazısını hedef kitleye uygun bir söz varlığı ve üslupla sürdürür.</w:t>
            </w:r>
          </w:p>
          <w:p>
            <w:pPr>
              <w:spacing w:after="0"/>
            </w:pPr>
            <w:r>
              <w:rPr>
                <w:b w:val="0"/>
                <w:sz w:val="19"/>
              </w:rPr>
              <w:t>ç) TDE4.3.4. İletileri açık ve örtük biçimde ifade eder.</w:t>
            </w:r>
          </w:p>
          <w:p>
            <w:pPr>
              <w:spacing w:after="0"/>
            </w:pPr>
            <w:r>
              <w:rPr>
                <w:b w:val="0"/>
                <w:sz w:val="19"/>
              </w:rPr>
              <w:t>• Vermek istediği iletileri açık veya örtük bir şekilde ifade eder.</w:t>
            </w:r>
          </w:p>
          <w:p>
            <w:pPr>
              <w:spacing w:after="0"/>
            </w:pPr>
            <w:r>
              <w:rPr>
                <w:b w:val="0"/>
                <w:sz w:val="19"/>
              </w:rPr>
              <w:t>• Duygu, düşünce ve hayallerini tutarlı bir şekilde ifade eder.</w:t>
            </w:r>
          </w:p>
          <w:p>
            <w:pPr>
              <w:spacing w:after="0"/>
            </w:pPr>
            <w:r>
              <w:rPr>
                <w:b w:val="0"/>
                <w:sz w:val="19"/>
              </w:rPr>
              <w:t>• Yazmayı başlatma, sürdürme ve bitirme ifadelerini etkili kullanır.</w:t>
            </w:r>
          </w:p>
          <w:p>
            <w:pPr>
              <w:spacing w:after="0"/>
            </w:pPr>
            <w:r>
              <w:rPr>
                <w:b w:val="0"/>
                <w:sz w:val="19"/>
              </w:rPr>
              <w:t>• Millî ve manevi değerler ile kültürel unsurlara dikkat ederek yazma sürecine devam eder.</w:t>
            </w:r>
          </w:p>
          <w:p>
            <w:pPr>
              <w:spacing w:after="0"/>
            </w:pPr>
            <w:r>
              <w:rPr>
                <w:b w:val="0"/>
                <w:sz w:val="19"/>
              </w:rPr>
              <w:t>• Yazısında toplumsal hassasiyet oluşturacak ögeler (siyaset, din, etnisite vb.) kullanmaktan kaçınır.</w:t>
            </w:r>
          </w:p>
          <w:p>
            <w:pPr>
              <w:spacing w:after="0"/>
            </w:pPr>
            <w:r>
              <w:rPr>
                <w:b w:val="0"/>
                <w:sz w:val="19"/>
              </w:rPr>
              <w:t>• Yazısının içeriğine uygun başlık belirler.</w:t>
            </w:r>
          </w:p>
          <w:p>
            <w:pPr>
              <w:spacing w:after="0"/>
            </w:pPr>
            <w:r>
              <w:rPr>
                <w:b w:val="0"/>
                <w:sz w:val="19"/>
              </w:rPr>
              <w:t>• Yazısında olumlu tutum ve değerleri vurgular.</w:t>
            </w:r>
          </w:p>
          <w:p>
            <w:pPr>
              <w:spacing w:after="0"/>
            </w:pPr>
            <w:r>
              <w:rPr>
                <w:b w:val="0"/>
                <w:sz w:val="19"/>
              </w:rPr>
              <w:t>d) TDE4.3.5. Türkçe dil yapılarını uygular.</w:t>
            </w:r>
          </w:p>
          <w:p>
            <w:pPr>
              <w:spacing w:after="0"/>
            </w:pPr>
            <w:r>
              <w:rPr>
                <w:b w:val="0"/>
                <w:sz w:val="19"/>
              </w:rPr>
              <w:t>• Yazısında Türkçe dil yapılarını, işlevine uygun kullanır.</w:t>
            </w:r>
          </w:p>
          <w:p>
            <w:pPr>
              <w:spacing w:after="0"/>
            </w:pPr>
            <w:r>
              <w:rPr>
                <w:b w:val="0"/>
                <w:sz w:val="19"/>
              </w:rPr>
              <w:t>• Türkçeyi bilinçli ve özenli (yabancı kelimelerin yerine Türkçelerini kullanması) kullanır.</w:t>
            </w:r>
          </w:p>
          <w:p>
            <w:pPr>
              <w:spacing w:after="0"/>
            </w:pPr>
            <w:r>
              <w:rPr>
                <w:b w:val="0"/>
                <w:sz w:val="19"/>
              </w:rPr>
              <w:t>e) TDE4.3.6. Bağdaşıklık ögelerini kullanır.</w:t>
            </w:r>
          </w:p>
          <w:p>
            <w:pPr>
              <w:spacing w:after="0"/>
            </w:pPr>
            <w:r>
              <w:rPr>
                <w:b w:val="0"/>
                <w:sz w:val="19"/>
              </w:rPr>
              <w:t>• Yazısını bağdaşıklık ögelerine dikkat ederek yazar.</w:t>
            </w:r>
          </w:p>
          <w:p>
            <w:pPr>
              <w:spacing w:after="0"/>
            </w:pPr>
            <w:r>
              <w:rPr>
                <w:b w:val="0"/>
                <w:sz w:val="19"/>
              </w:rPr>
              <w:t>f) TDE4.3.7. Yazım kurallarını uygular.</w:t>
            </w:r>
          </w:p>
          <w:p>
            <w:pPr>
              <w:spacing w:after="0"/>
            </w:pPr>
            <w:r>
              <w:rPr>
                <w:b w:val="0"/>
                <w:sz w:val="19"/>
              </w:rPr>
              <w:t>• Yazısında yazım kurallarını etkili bir şekilde kullanır.</w:t>
            </w:r>
          </w:p>
          <w:p>
            <w:pPr>
              <w:spacing w:after="0"/>
            </w:pPr>
            <w:r>
              <w:rPr>
                <w:b w:val="0"/>
                <w:sz w:val="19"/>
              </w:rPr>
              <w:t>g) TDE4.3.8. Noktalama kurallarını uygular.</w:t>
            </w:r>
          </w:p>
          <w:p>
            <w:pPr>
              <w:spacing w:after="0"/>
            </w:pPr>
            <w:r>
              <w:rPr>
                <w:b w:val="0"/>
                <w:sz w:val="19"/>
              </w:rPr>
              <w:t>• Yazısında noktalama kurallarını etkili bir şekilde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w:t>
            </w:r>
          </w:p>
          <w:p>
            <w:pPr>
              <w:spacing w:after="0"/>
            </w:pPr>
            <w:r>
              <w:rPr>
                <w:b w:val="0"/>
                <w:sz w:val="19"/>
              </w:rPr>
              <w:t xml:space="preserve">SDB2.2. İş Birliği </w:t>
            </w:r>
          </w:p>
          <w:p>
            <w:pPr>
              <w:spacing w:after="0"/>
            </w:pPr>
            <w:r>
              <w:rPr>
                <w:b w:val="0"/>
                <w:sz w:val="19"/>
              </w:rPr>
              <w:t>SDB2.3.Sosyal Farkındalık</w:t>
            </w:r>
          </w:p>
          <w:p>
            <w:pPr>
              <w:spacing w:after="0"/>
            </w:pPr>
            <w:r>
              <w:rPr>
                <w:b w:val="0"/>
                <w:sz w:val="19"/>
              </w:rPr>
              <w:t xml:space="preserve">SDB3.1. Uyum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D11. Özgürlük </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 xml:space="preserve">OB7. Veri Okuryazarlığı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(TDE4.2. Öz yaşam öyküsünü aktarmak için kendi üslup özelliklerini yansıtan bir yazılı an latım içeriği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Gözlem formu</w:t>
            </w:r>
          </w:p>
          <w:p>
            <w:pPr>
              <w:spacing w:after="0"/>
            </w:pPr>
            <w:r>
              <w:rPr>
                <w:b w:val="0"/>
                <w:sz w:val="19"/>
              </w:rPr>
              <w:t>• Çalışma kâğıdı</w:t>
            </w:r>
          </w:p>
          <w:p>
            <w:pPr>
              <w:spacing w:after="0"/>
            </w:pPr>
            <w:r>
              <w:rPr>
                <w:b w:val="0"/>
                <w:sz w:val="19"/>
              </w:rPr>
              <w:t>• Çıkış kartı</w:t>
            </w:r>
          </w:p>
          <w:p>
            <w:pPr>
              <w:spacing w:after="0"/>
            </w:pPr>
            <w:r>
              <w:rPr>
                <w:b w:val="0"/>
                <w:sz w:val="19"/>
              </w:rPr>
              <w:t>• Öğrenme duvarı</w:t>
            </w:r>
          </w:p>
          <w:p>
            <w:pPr>
              <w:spacing w:after="0"/>
            </w:pPr>
            <w:r>
              <w:rPr>
                <w:b w:val="0"/>
                <w:sz w:val="19"/>
              </w:rPr>
              <w:t>• Öğrenme günlüğü</w:t>
            </w:r>
          </w:p>
          <w:p>
            <w:pPr>
              <w:spacing w:after="0"/>
            </w:pPr>
            <w:r>
              <w:rPr>
                <w:b w:val="0"/>
                <w:sz w:val="19"/>
              </w:rPr>
              <w:t>• Açık uçlu sorular</w:t>
            </w:r>
          </w:p>
          <w:p>
            <w:pPr>
              <w:spacing w:after="0"/>
            </w:pPr>
            <w:r>
              <w:rPr>
                <w:b w:val="0"/>
                <w:sz w:val="19"/>
              </w:rPr>
              <w:t>• Kontrol listesi</w:t>
            </w:r>
          </w:p>
          <w:p>
            <w:pPr>
              <w:spacing w:after="0"/>
            </w:pPr>
            <w:r>
              <w:rPr>
                <w:b w:val="0"/>
                <w:sz w:val="19"/>
              </w:rPr>
              <w:t>• Bilgi kartları</w:t>
            </w:r>
          </w:p>
          <w:p>
            <w:pPr>
              <w:spacing w:after="0"/>
            </w:pPr>
            <w:r>
              <w:rPr>
                <w:b w:val="0"/>
                <w:sz w:val="19"/>
              </w:rPr>
              <w:t>Dilin zenginliğini gösteren metinlerle okumayı yönetebilme sürecinde açık uçlu sorular</w:t>
            </w:r>
          </w:p>
          <w:p>
            <w:pPr>
              <w:spacing w:after="0"/>
            </w:pPr>
            <w:r>
              <w:rPr>
                <w:b w:val="0"/>
                <w:sz w:val="19"/>
              </w:rPr>
              <w:t>sorulabilir, kontrol listesi tutulabilir. Anlam oluşturma süreci için öğrenme duvarı, çalışma</w:t>
            </w:r>
          </w:p>
          <w:p>
            <w:pPr>
              <w:spacing w:after="0"/>
            </w:pPr>
            <w:r>
              <w:rPr>
                <w:b w:val="0"/>
                <w:sz w:val="19"/>
              </w:rPr>
              <w:t>kâğıdı hazırlanabilir. Çözümlemede açık uçlu sorulardan yararlanılabilir. Yansıtmada</w:t>
            </w:r>
          </w:p>
          <w:p>
            <w:pPr>
              <w:spacing w:after="0"/>
            </w:pPr>
            <w:r>
              <w:rPr>
                <w:b w:val="0"/>
                <w:sz w:val="19"/>
              </w:rPr>
              <w:t>öğrenme günlüğü oluşturulabilir.</w:t>
            </w:r>
          </w:p>
          <w:p>
            <w:pPr>
              <w:spacing w:after="0"/>
            </w:pPr>
            <w:r>
              <w:rPr>
                <w:b w:val="0"/>
                <w:sz w:val="19"/>
              </w:rPr>
              <w:t>Dilin zenginliğini gösteren metinlerle dinlemeyi/izlemeyi yönetebilme sürecinde gözlem</w:t>
            </w:r>
          </w:p>
          <w:p>
            <w:pPr>
              <w:spacing w:after="0"/>
            </w:pPr>
            <w:r>
              <w:rPr>
                <w:b w:val="0"/>
                <w:sz w:val="19"/>
              </w:rPr>
              <w:t>formu tutulabilir. Anlam oluşturma süreci için bilgi kartları hazırlanabilir. Çözümleme sürecinde</w:t>
            </w:r>
          </w:p>
          <w:p>
            <w:pPr>
              <w:spacing w:after="0"/>
            </w:pPr>
            <w:r>
              <w:rPr>
                <w:b w:val="0"/>
                <w:sz w:val="19"/>
              </w:rPr>
              <w:t>çalışma kâğıdından yararlanılabilir. Öz yansıtmada öz değerlendirme formu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üslup konusu ile ilgili öğrendiklerinden hareketle sosyal medya dili ile</w:t>
            </w:r>
          </w:p>
          <w:p>
            <w:pPr>
              <w:spacing w:after="0"/>
            </w:pPr>
            <w:r>
              <w:rPr>
                <w:b w:val="0"/>
                <w:sz w:val="19"/>
              </w:rPr>
              <w:t>edebî dilin özelliklerini karşılaştırdıkları bir sunum yapmalarına yönelik performans</w:t>
            </w:r>
          </w:p>
          <w:p>
            <w:pPr>
              <w:spacing w:after="0"/>
            </w:pPr>
            <w:r>
              <w:rPr>
                <w:b w:val="0"/>
                <w:sz w:val="19"/>
              </w:rPr>
              <w:t>görevi</w:t>
            </w:r>
          </w:p>
          <w:p>
            <w:pPr>
              <w:spacing w:after="0"/>
            </w:pPr>
            <w:r>
              <w:rPr>
                <w:b w:val="0"/>
                <w:sz w:val="19"/>
              </w:rPr>
              <w:t>• Öğrencilerin otobiyografilerini oluşturmaya yönelik bir performans görevi</w:t>
            </w:r>
          </w:p>
          <w:p>
            <w:pPr>
              <w:spacing w:after="0"/>
            </w:pPr>
            <w:r>
              <w:rPr>
                <w:b w:val="0"/>
                <w:sz w:val="19"/>
              </w:rPr>
              <w:t>Öğrencilerin okuduğu, tahlil ettiği ve değerlendirmesini yaptığı romanda üslup konusu ile</w:t>
            </w:r>
          </w:p>
          <w:p>
            <w:pPr>
              <w:spacing w:after="0"/>
            </w:pPr>
            <w:r>
              <w:rPr>
                <w:b w:val="0"/>
                <w:sz w:val="19"/>
              </w:rPr>
              <w:t>ilgili öğrendiklerinden hareketle sosyal medya dili ile edebî dilin özelliklerini karşılaştırdıkları</w:t>
            </w:r>
          </w:p>
          <w:p>
            <w:pPr>
              <w:spacing w:after="0"/>
            </w:pPr>
            <w:r>
              <w:rPr>
                <w:b w:val="0"/>
                <w:sz w:val="19"/>
              </w:rPr>
              <w:t>sunum performansı, dereceli puanlama anahtarı ile puanlanır. Puanlama anahtarında</w:t>
            </w:r>
          </w:p>
          <w:p>
            <w:pPr>
              <w:spacing w:after="0"/>
            </w:pPr>
            <w:r>
              <w:rPr>
                <w:b w:val="0"/>
                <w:sz w:val="19"/>
              </w:rPr>
              <w:t>içeriğe uygunluk, özgünlük, sunum becerisi, görsel ögeleri kullanma, zaman ve mekân</w:t>
            </w:r>
          </w:p>
          <w:p>
            <w:pPr>
              <w:spacing w:after="0"/>
            </w:pPr>
            <w:r>
              <w:rPr>
                <w:b w:val="0"/>
                <w:sz w:val="19"/>
              </w:rPr>
              <w:t>kullanımı, beden dili ile jest ve mimik kullanımı gibi ölçütler yer alır. Bu görev grup çalışması</w:t>
            </w:r>
          </w:p>
          <w:p>
            <w:pPr>
              <w:spacing w:after="0"/>
            </w:pPr>
            <w:r>
              <w:rPr>
                <w:b w:val="0"/>
                <w:sz w:val="19"/>
              </w:rPr>
              <w:t>olarak gerçekleştirilebilir.</w:t>
            </w:r>
          </w:p>
          <w:p>
            <w:pPr>
              <w:spacing w:after="0"/>
            </w:pPr>
            <w:r>
              <w:rPr>
                <w:b w:val="0"/>
                <w:sz w:val="19"/>
              </w:rPr>
              <w:t>Öğrenciler otobiyografilerini oluşturmaya yönelik performans görevi hazırlar. Bu görev</w:t>
            </w:r>
          </w:p>
          <w:p>
            <w:pPr>
              <w:spacing w:after="0"/>
            </w:pPr>
            <w:r>
              <w:rPr>
                <w:b w:val="0"/>
                <w:sz w:val="19"/>
              </w:rPr>
              <w:t>sonrasında öğrencilerden yazdıkları metni arkadaşları ile paylaşmaları istenir. Değerlendirmede</w:t>
            </w:r>
          </w:p>
          <w:p>
            <w:pPr>
              <w:spacing w:after="0"/>
            </w:pPr>
            <w:r>
              <w:rPr>
                <w:b w:val="0"/>
                <w:sz w:val="19"/>
              </w:rPr>
              <w:t>dereceli puanlama anahtarı kullanılır. Puanlama anahtarında yazılı anlatımlar;bağlama uygunluk, dil ve anlatım özelliği, etkileyicilik, gerçeklik, tutarlılık, özgünlük gibi ölçütler bağlamında değerlendirilir. Yansıtmada öz değerlendirme ile akran ve grup değerlendirmeleri yapılabilir.</w:t>
            </w:r>
          </w:p>
          <w:p>
            <w:pPr>
              <w:spacing w:after="0"/>
            </w:pPr>
            <w:r>
              <w:rPr>
                <w:b w:val="0"/>
                <w:sz w:val="19"/>
              </w:rPr>
              <w:t>Tema sonu değerlendirmede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4.TEMA </w:t>
            </w:r>
          </w:p>
          <w:p>
            <w:pPr>
              <w:spacing w:after="0"/>
            </w:pPr>
            <w:r>
              <w:rPr>
                <w:b w:val="0"/>
                <w:sz w:val="19"/>
              </w:rPr>
              <w:t>DİLİN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YAZMA • Otobiyografisini</w:t>
            </w:r>
          </w:p>
          <w:p>
            <w:pPr>
              <w:spacing w:after="0"/>
            </w:pPr>
            <w:r>
              <w:rPr>
                <w:b w:val="0"/>
                <w:sz w:val="19"/>
              </w:rPr>
              <w:t>yazabilme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TDE4.4. Beğeni ve eleştirilerini dile getirdiği yazısına yönelik yazma sürecini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TDE4.4.1. Kendini değerlendirir.</w:t>
            </w:r>
          </w:p>
          <w:p>
            <w:pPr>
              <w:spacing w:after="0"/>
            </w:pPr>
            <w:r>
              <w:rPr>
                <w:b w:val="0"/>
                <w:sz w:val="19"/>
              </w:rPr>
              <w:t>• Yazma sürecindeki davranış, duygu ve düşüncelerini değerlendirir.</w:t>
            </w:r>
          </w:p>
          <w:p>
            <w:pPr>
              <w:spacing w:after="0"/>
            </w:pPr>
            <w:r>
              <w:rPr>
                <w:b w:val="0"/>
                <w:sz w:val="19"/>
              </w:rPr>
              <w:t>• Yazısını içerik yönünden değerlendirir.</w:t>
            </w:r>
          </w:p>
          <w:p>
            <w:pPr>
              <w:spacing w:after="0"/>
            </w:pPr>
            <w:r>
              <w:rPr>
                <w:b w:val="0"/>
                <w:sz w:val="19"/>
              </w:rPr>
              <w:t>• Yazısını dil ve anlatım yönünden değerlendirir.</w:t>
            </w:r>
          </w:p>
          <w:p>
            <w:pPr>
              <w:spacing w:after="0"/>
            </w:pPr>
            <w:r>
              <w:rPr>
                <w:b w:val="0"/>
                <w:sz w:val="19"/>
              </w:rPr>
              <w:t>• Yazısını paydaşların görüşlerine göre değerlendirir.</w:t>
            </w:r>
          </w:p>
          <w:p>
            <w:pPr>
              <w:spacing w:after="0"/>
            </w:pPr>
            <w:r>
              <w:rPr>
                <w:b w:val="0"/>
                <w:sz w:val="19"/>
              </w:rPr>
              <w:t>b) TDE4.4.2. Tepki ortaya koyar.</w:t>
            </w:r>
          </w:p>
          <w:p>
            <w:pPr>
              <w:spacing w:after="0"/>
            </w:pPr>
            <w:r>
              <w:rPr>
                <w:b w:val="0"/>
                <w:sz w:val="19"/>
              </w:rPr>
              <w:t>• Genel geri bildirimlere bağlı olarak bundan sonra yazacağı metin ile ilgili kendisine yeni hedefler belirler.</w:t>
            </w:r>
          </w:p>
          <w:p>
            <w:pPr>
              <w:spacing w:after="0"/>
            </w:pPr>
            <w:r>
              <w:rPr>
                <w:b w:val="0"/>
                <w:sz w:val="19"/>
              </w:rPr>
              <w:t>• Özgün yazar kimliğini oluşturur.</w:t>
            </w:r>
          </w:p>
          <w:p>
            <w:pPr>
              <w:spacing w:after="0"/>
            </w:pPr>
            <w:r>
              <w:rPr>
                <w:b w:val="0"/>
                <w:sz w:val="19"/>
              </w:rPr>
              <w:t>• Yazısını sınıf/okul panolarında ya da okulun resmî çevrim içi ortamlarında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w:t>
            </w:r>
          </w:p>
          <w:p>
            <w:pPr>
              <w:spacing w:after="0"/>
            </w:pPr>
            <w:r>
              <w:rPr>
                <w:b w:val="0"/>
                <w:sz w:val="19"/>
              </w:rPr>
              <w:t xml:space="preserve">SDB2.2. İş Birliği </w:t>
            </w:r>
          </w:p>
          <w:p>
            <w:pPr>
              <w:spacing w:after="0"/>
            </w:pPr>
            <w:r>
              <w:rPr>
                <w:b w:val="0"/>
                <w:sz w:val="19"/>
              </w:rPr>
              <w:t>SDB2.3.Sosyal Farkındalık</w:t>
            </w:r>
          </w:p>
          <w:p>
            <w:pPr>
              <w:spacing w:after="0"/>
            </w:pPr>
            <w:r>
              <w:rPr>
                <w:b w:val="0"/>
                <w:sz w:val="19"/>
              </w:rPr>
              <w:t xml:space="preserve">SDB3.1. Uyum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p>
            <w:pPr>
              <w:spacing w:after="0"/>
            </w:pPr>
            <w:r>
              <w:rPr>
                <w:b w:val="0"/>
                <w:sz w:val="19"/>
              </w:rPr>
              <w:t xml:space="preserve">D6. Dürüstlük </w:t>
            </w:r>
          </w:p>
          <w:p>
            <w:pPr>
              <w:spacing w:after="0"/>
            </w:pPr>
            <w:r>
              <w:rPr>
                <w:b w:val="0"/>
                <w:sz w:val="19"/>
              </w:rPr>
              <w:t xml:space="preserve">D7. Estetik </w:t>
            </w:r>
          </w:p>
          <w:p>
            <w:pPr>
              <w:spacing w:after="0"/>
            </w:pPr>
            <w:r>
              <w:rPr>
                <w:b w:val="0"/>
                <w:sz w:val="19"/>
              </w:rPr>
              <w:t xml:space="preserve">D11. Özgürlük </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 xml:space="preserve">OB7. Veri Okuryazarlığı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(TDE4.4. Beğeni ve eleştirilerini dile getirdiği yazısına yönelik yazma sürecini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Metin Tahlili (Anlama)</w:t>
            </w:r>
          </w:p>
          <w:p>
            <w:pPr>
              <w:spacing w:after="0"/>
            </w:pPr>
            <w:r>
              <w:rPr>
                <w:b w:val="0"/>
                <w:sz w:val="19"/>
              </w:rPr>
              <w:t>Okuma ve Dinleme/İzleme</w:t>
            </w:r>
          </w:p>
          <w:p>
            <w:pPr>
              <w:spacing w:after="0"/>
            </w:pPr>
            <w:r>
              <w:rPr>
                <w:b w:val="0"/>
                <w:sz w:val="19"/>
              </w:rPr>
              <w:t>• Gözlem formu</w:t>
            </w:r>
          </w:p>
          <w:p>
            <w:pPr>
              <w:spacing w:after="0"/>
            </w:pPr>
            <w:r>
              <w:rPr>
                <w:b w:val="0"/>
                <w:sz w:val="19"/>
              </w:rPr>
              <w:t>• Çalışma kâğıdı</w:t>
            </w:r>
          </w:p>
          <w:p>
            <w:pPr>
              <w:spacing w:after="0"/>
            </w:pPr>
            <w:r>
              <w:rPr>
                <w:b w:val="0"/>
                <w:sz w:val="19"/>
              </w:rPr>
              <w:t>• Çıkış kartı</w:t>
            </w:r>
          </w:p>
          <w:p>
            <w:pPr>
              <w:spacing w:after="0"/>
            </w:pPr>
            <w:r>
              <w:rPr>
                <w:b w:val="0"/>
                <w:sz w:val="19"/>
              </w:rPr>
              <w:t>• Öğrenme duvarı</w:t>
            </w:r>
          </w:p>
          <w:p>
            <w:pPr>
              <w:spacing w:after="0"/>
            </w:pPr>
            <w:r>
              <w:rPr>
                <w:b w:val="0"/>
                <w:sz w:val="19"/>
              </w:rPr>
              <w:t>• Öğrenme günlüğü</w:t>
            </w:r>
          </w:p>
          <w:p>
            <w:pPr>
              <w:spacing w:after="0"/>
            </w:pPr>
            <w:r>
              <w:rPr>
                <w:b w:val="0"/>
                <w:sz w:val="19"/>
              </w:rPr>
              <w:t>• Açık uçlu sorular</w:t>
            </w:r>
          </w:p>
          <w:p>
            <w:pPr>
              <w:spacing w:after="0"/>
            </w:pPr>
            <w:r>
              <w:rPr>
                <w:b w:val="0"/>
                <w:sz w:val="19"/>
              </w:rPr>
              <w:t>• Kontrol listesi</w:t>
            </w:r>
          </w:p>
          <w:p>
            <w:pPr>
              <w:spacing w:after="0"/>
            </w:pPr>
            <w:r>
              <w:rPr>
                <w:b w:val="0"/>
                <w:sz w:val="19"/>
              </w:rPr>
              <w:t>• Bilgi kartları</w:t>
            </w:r>
          </w:p>
          <w:p>
            <w:pPr>
              <w:spacing w:after="0"/>
            </w:pPr>
            <w:r>
              <w:rPr>
                <w:b w:val="0"/>
                <w:sz w:val="19"/>
              </w:rPr>
              <w:t>Dilin zenginliğini gösteren metinlerle okumayı yönetebilme sürecinde açık uçlu sorular</w:t>
            </w:r>
          </w:p>
          <w:p>
            <w:pPr>
              <w:spacing w:after="0"/>
            </w:pPr>
            <w:r>
              <w:rPr>
                <w:b w:val="0"/>
                <w:sz w:val="19"/>
              </w:rPr>
              <w:t>sorulabilir, kontrol listesi tutulabilir. Anlam oluşturma süreci için öğrenme duvarı, çalışma</w:t>
            </w:r>
          </w:p>
          <w:p>
            <w:pPr>
              <w:spacing w:after="0"/>
            </w:pPr>
            <w:r>
              <w:rPr>
                <w:b w:val="0"/>
                <w:sz w:val="19"/>
              </w:rPr>
              <w:t>kâğıdı hazırlanabilir. Çözümlemede açık uçlu sorulardan yararlanılabilir. Yansıtmada</w:t>
            </w:r>
          </w:p>
          <w:p>
            <w:pPr>
              <w:spacing w:after="0"/>
            </w:pPr>
            <w:r>
              <w:rPr>
                <w:b w:val="0"/>
                <w:sz w:val="19"/>
              </w:rPr>
              <w:t>öğrenme günlüğü oluşturulabilir.</w:t>
            </w:r>
          </w:p>
          <w:p>
            <w:pPr>
              <w:spacing w:after="0"/>
            </w:pPr>
            <w:r>
              <w:rPr>
                <w:b w:val="0"/>
                <w:sz w:val="19"/>
              </w:rPr>
              <w:t>Dilin zenginliğini gösteren metinlerle dinlemeyi/izlemeyi yönetebilme sürecinde gözlem</w:t>
            </w:r>
          </w:p>
          <w:p>
            <w:pPr>
              <w:spacing w:after="0"/>
            </w:pPr>
            <w:r>
              <w:rPr>
                <w:b w:val="0"/>
                <w:sz w:val="19"/>
              </w:rPr>
              <w:t>formu tutulabilir. Anlam oluşturma süreci için bilgi kartları hazırlanabilir. Çözümleme sürecinde</w:t>
            </w:r>
          </w:p>
          <w:p>
            <w:pPr>
              <w:spacing w:after="0"/>
            </w:pPr>
            <w:r>
              <w:rPr>
                <w:b w:val="0"/>
                <w:sz w:val="19"/>
              </w:rPr>
              <w:t>çalışma kâğıdından yararlanılabilir. Öz yansıtmada öz değerlendirme formu kullanılabilir.</w:t>
            </w:r>
          </w:p>
          <w:p>
            <w:pPr>
              <w:spacing w:after="0"/>
            </w:pPr>
            <w:r>
              <w:rPr>
                <w:b w:val="0"/>
                <w:sz w:val="19"/>
              </w:rPr>
              <w:t>Edebiyat Atölyesi (Anlatma)</w:t>
            </w:r>
          </w:p>
          <w:p>
            <w:pPr>
              <w:spacing w:after="0"/>
            </w:pPr>
            <w:r>
              <w:rPr>
                <w:b w:val="0"/>
                <w:sz w:val="19"/>
              </w:rPr>
              <w:t>Konuşma ve Yazma</w:t>
            </w:r>
          </w:p>
          <w:p>
            <w:pPr>
              <w:spacing w:after="0"/>
            </w:pPr>
            <w:r>
              <w:rPr>
                <w:b w:val="0"/>
                <w:sz w:val="19"/>
              </w:rPr>
              <w:t>• Öğrencilerin üslup konusu ile ilgili öğrendiklerinden hareketle sosyal medya dili ile</w:t>
            </w:r>
          </w:p>
          <w:p>
            <w:pPr>
              <w:spacing w:after="0"/>
            </w:pPr>
            <w:r>
              <w:rPr>
                <w:b w:val="0"/>
                <w:sz w:val="19"/>
              </w:rPr>
              <w:t>edebî dilin özelliklerini karşılaştırdıkları bir sunum yapmalarına yönelik performans</w:t>
            </w:r>
          </w:p>
          <w:p>
            <w:pPr>
              <w:spacing w:after="0"/>
            </w:pPr>
            <w:r>
              <w:rPr>
                <w:b w:val="0"/>
                <w:sz w:val="19"/>
              </w:rPr>
              <w:t>görevi</w:t>
            </w:r>
          </w:p>
          <w:p>
            <w:pPr>
              <w:spacing w:after="0"/>
            </w:pPr>
            <w:r>
              <w:rPr>
                <w:b w:val="0"/>
                <w:sz w:val="19"/>
              </w:rPr>
              <w:t>• Öğrencilerin otobiyografilerini oluşturmaya yönelik bir performans görevi</w:t>
            </w:r>
          </w:p>
          <w:p>
            <w:pPr>
              <w:spacing w:after="0"/>
            </w:pPr>
            <w:r>
              <w:rPr>
                <w:b w:val="0"/>
                <w:sz w:val="19"/>
              </w:rPr>
              <w:t>Öğrencilerin okuduğu, tahlil ettiği ve değerlendirmesini yaptığı romanda üslup konusu ile</w:t>
            </w:r>
          </w:p>
          <w:p>
            <w:pPr>
              <w:spacing w:after="0"/>
            </w:pPr>
            <w:r>
              <w:rPr>
                <w:b w:val="0"/>
                <w:sz w:val="19"/>
              </w:rPr>
              <w:t>ilgili öğrendiklerinden hareketle sosyal medya dili ile edebî dilin özelliklerini karşılaştırdıkları</w:t>
            </w:r>
          </w:p>
          <w:p>
            <w:pPr>
              <w:spacing w:after="0"/>
            </w:pPr>
            <w:r>
              <w:rPr>
                <w:b w:val="0"/>
                <w:sz w:val="19"/>
              </w:rPr>
              <w:t>sunum performansı, dereceli puanlama anahtarı ile puanlanır. Puanlama anahtarında</w:t>
            </w:r>
          </w:p>
          <w:p>
            <w:pPr>
              <w:spacing w:after="0"/>
            </w:pPr>
            <w:r>
              <w:rPr>
                <w:b w:val="0"/>
                <w:sz w:val="19"/>
              </w:rPr>
              <w:t>içeriğe uygunluk, özgünlük, sunum becerisi, görsel ögeleri kullanma, zaman ve mekân</w:t>
            </w:r>
          </w:p>
          <w:p>
            <w:pPr>
              <w:spacing w:after="0"/>
            </w:pPr>
            <w:r>
              <w:rPr>
                <w:b w:val="0"/>
                <w:sz w:val="19"/>
              </w:rPr>
              <w:t>kullanımı, beden dili ile jest ve mimik kullanımı gibi ölçütler yer alır. Bu görev grup çalışması</w:t>
            </w:r>
          </w:p>
          <w:p>
            <w:pPr>
              <w:spacing w:after="0"/>
            </w:pPr>
            <w:r>
              <w:rPr>
                <w:b w:val="0"/>
                <w:sz w:val="19"/>
              </w:rPr>
              <w:t>olarak gerçekleştirilebilir.</w:t>
            </w:r>
          </w:p>
          <w:p>
            <w:pPr>
              <w:spacing w:after="0"/>
            </w:pPr>
            <w:r>
              <w:rPr>
                <w:b w:val="0"/>
                <w:sz w:val="19"/>
              </w:rPr>
              <w:t>Öğrenciler otobiyografilerini oluşturmaya yönelik performans görevi hazırlar. Bu görev</w:t>
            </w:r>
          </w:p>
          <w:p>
            <w:pPr>
              <w:spacing w:after="0"/>
            </w:pPr>
            <w:r>
              <w:rPr>
                <w:b w:val="0"/>
                <w:sz w:val="19"/>
              </w:rPr>
              <w:t>sonrasında öğrencilerden yazdıkları metni arkadaşları ile paylaşmaları istenir. Değerlendirmede</w:t>
            </w:r>
          </w:p>
          <w:p>
            <w:pPr>
              <w:spacing w:after="0"/>
            </w:pPr>
            <w:r>
              <w:rPr>
                <w:b w:val="0"/>
                <w:sz w:val="19"/>
              </w:rPr>
              <w:t>dereceli puanlama anahtarı kullanılır. Puanlama anahtarında yazılı anlatımlar;bağlama uygunluk, dil ve anlatım özelliği, etkileyicilik, gerçeklik, tutarlılık, özgünlük gibi ölçütler bağlamında değerlendirilir. Yansıtmada öz değerlendirme ile akran ve grup değerlendirmeleri yapılabilir.</w:t>
            </w:r>
          </w:p>
          <w:p>
            <w:pPr>
              <w:spacing w:after="0"/>
            </w:pPr>
            <w:r>
              <w:rPr>
                <w:b w:val="0"/>
                <w:sz w:val="19"/>
              </w:rPr>
              <w:t>Tema sonu değerlendirmede çıkış kartı kullanılır.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OKUL TEMELLİ PLANLAMA*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TÜRK DİLİ VE EDEBİYATI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 Dili ve Edebiyatı</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Öğretim Programları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gelişimine hizmet etmelidir.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9. Sınıf Türk Dili ve Edebiyatı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